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6744" w:rsidRDefault="00C86744" w:rsidP="00C86744">
      <w:pPr>
        <w:pStyle w:val="Title"/>
        <w:pBdr>
          <w:bottom w:val="single" w:sz="8" w:space="15" w:color="4F81BD" w:themeColor="accent1"/>
        </w:pBdr>
        <w:jc w:val="center"/>
      </w:pPr>
      <w:r>
        <w:rPr>
          <w:noProof/>
        </w:rPr>
        <mc:AlternateContent>
          <mc:Choice Requires="wps">
            <w:drawing>
              <wp:anchor distT="0" distB="0" distL="114300" distR="114300" simplePos="0" relativeHeight="251832320" behindDoc="0" locked="0" layoutInCell="1" allowOverlap="1" wp14:anchorId="368EA074" wp14:editId="18AE60C7">
                <wp:simplePos x="0" y="0"/>
                <wp:positionH relativeFrom="column">
                  <wp:posOffset>-841248</wp:posOffset>
                </wp:positionH>
                <wp:positionV relativeFrom="paragraph">
                  <wp:posOffset>-402336</wp:posOffset>
                </wp:positionV>
                <wp:extent cx="4120515" cy="2731008"/>
                <wp:effectExtent l="0" t="0" r="0" b="0"/>
                <wp:wrapNone/>
                <wp:docPr id="9" name="Text Box 9"/>
                <wp:cNvGraphicFramePr/>
                <a:graphic xmlns:a="http://schemas.openxmlformats.org/drawingml/2006/main">
                  <a:graphicData uri="http://schemas.microsoft.com/office/word/2010/wordprocessingShape">
                    <wps:wsp>
                      <wps:cNvSpPr txBox="1"/>
                      <wps:spPr>
                        <a:xfrm>
                          <a:off x="0" y="0"/>
                          <a:ext cx="4120515" cy="273100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A37E7" w:rsidRDefault="003A37E7">
                            <w:r>
                              <w:rPr>
                                <w:noProof/>
                              </w:rPr>
                              <w:drawing>
                                <wp:inline distT="0" distB="0" distL="0" distR="0" wp14:anchorId="2B08E88D" wp14:editId="0FCE27A4">
                                  <wp:extent cx="3474720" cy="2157346"/>
                                  <wp:effectExtent l="228600" t="228600" r="220980" b="2241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UC LOGO.png"/>
                                          <pic:cNvPicPr/>
                                        </pic:nvPicPr>
                                        <pic:blipFill>
                                          <a:blip r:embed="rId8">
                                            <a:extLst>
                                              <a:ext uri="{28A0092B-C50C-407E-A947-70E740481C1C}">
                                                <a14:useLocalDpi xmlns:a14="http://schemas.microsoft.com/office/drawing/2010/main" val="0"/>
                                              </a:ext>
                                            </a:extLst>
                                          </a:blip>
                                          <a:stretch>
                                            <a:fillRect/>
                                          </a:stretch>
                                        </pic:blipFill>
                                        <pic:spPr>
                                          <a:xfrm>
                                            <a:off x="0" y="0"/>
                                            <a:ext cx="3508707" cy="2178447"/>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8EA074" id="_x0000_t202" coordsize="21600,21600" o:spt="202" path="m,l,21600r21600,l21600,xe">
                <v:stroke joinstyle="miter"/>
                <v:path gradientshapeok="t" o:connecttype="rect"/>
              </v:shapetype>
              <v:shape id="Text Box 9" o:spid="_x0000_s1026" type="#_x0000_t202" style="position:absolute;left:0;text-align:left;margin-left:-66.25pt;margin-top:-31.7pt;width:324.45pt;height:215.0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" fillcolor="white [3201]" stroked="f" strokeweight=".5pt">
                <v:textbox>
                  <w:txbxContent>
                    <w:p w:rsidR="003A37E7" w:rsidRDefault="003A37E7">
                      <w:r>
                        <w:rPr>
                          <w:noProof/>
                        </w:rPr>
                        <w:drawing>
                          <wp:inline distT="0" distB="0" distL="0" distR="0" wp14:anchorId="2B08E88D" wp14:editId="0FCE27A4">
                            <wp:extent cx="3474720" cy="2157346"/>
                            <wp:effectExtent l="228600" t="228600" r="220980" b="2241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UC LOGO.png"/>
                                    <pic:cNvPicPr/>
                                  </pic:nvPicPr>
                                  <pic:blipFill>
                                    <a:blip r:embed="rId8">
                                      <a:extLst>
                                        <a:ext uri="{28A0092B-C50C-407E-A947-70E740481C1C}">
                                          <a14:useLocalDpi xmlns:a14="http://schemas.microsoft.com/office/drawing/2010/main" val="0"/>
                                        </a:ext>
                                      </a:extLst>
                                    </a:blip>
                                    <a:stretch>
                                      <a:fillRect/>
                                    </a:stretch>
                                  </pic:blipFill>
                                  <pic:spPr>
                                    <a:xfrm>
                                      <a:off x="0" y="0"/>
                                      <a:ext cx="3508707" cy="2178447"/>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txbxContent>
                </v:textbox>
              </v:shape>
            </w:pict>
          </mc:Fallback>
        </mc:AlternateContent>
      </w:r>
      <w:r w:rsidR="001555DF">
        <w:t>P</w:t>
      </w:r>
    </w:p>
    <w:p w:rsidR="00C86744" w:rsidRDefault="00C86744" w:rsidP="00C86744">
      <w:pPr>
        <w:pStyle w:val="Title"/>
        <w:pBdr>
          <w:bottom w:val="single" w:sz="8" w:space="15" w:color="4F81BD" w:themeColor="accent1"/>
        </w:pBdr>
        <w:jc w:val="center"/>
      </w:pPr>
    </w:p>
    <w:p w:rsidR="00C86744" w:rsidRDefault="00C86744" w:rsidP="00C86744"/>
    <w:p w:rsidR="00C86744" w:rsidRPr="00C86744" w:rsidRDefault="00C86744" w:rsidP="00C86744"/>
    <w:p w:rsidR="00C86744" w:rsidRDefault="00C86744" w:rsidP="00C86744"/>
    <w:p w:rsidR="00C86744" w:rsidRPr="00C86744" w:rsidRDefault="00C86744" w:rsidP="00C86744"/>
    <w:p w:rsidR="002A2CC7" w:rsidRPr="003619F8" w:rsidRDefault="00D32E94" w:rsidP="00412947">
      <w:pPr>
        <w:jc w:val="center"/>
        <w:rPr>
          <w:b/>
          <w:i/>
          <w:sz w:val="32"/>
          <w:szCs w:val="32"/>
        </w:rPr>
      </w:pPr>
      <w:r w:rsidRPr="003619F8">
        <w:rPr>
          <w:b/>
          <w:i/>
          <w:sz w:val="32"/>
          <w:szCs w:val="32"/>
        </w:rPr>
        <w:t>UNDERGRADUATE STUDENT GUIDE (BACHELOR’S PROGRAMS</w:t>
      </w:r>
      <w:proofErr w:type="gramStart"/>
      <w:r w:rsidRPr="003619F8">
        <w:rPr>
          <w:b/>
          <w:i/>
          <w:sz w:val="32"/>
          <w:szCs w:val="32"/>
        </w:rPr>
        <w:t>)</w:t>
      </w:r>
      <w:proofErr w:type="gramEnd"/>
      <w:r w:rsidRPr="003619F8">
        <w:rPr>
          <w:b/>
          <w:i/>
          <w:sz w:val="32"/>
          <w:szCs w:val="32"/>
        </w:rPr>
        <w:br/>
        <w:t>MARGIBI COUNTY, LIBERIA</w:t>
      </w:r>
    </w:p>
    <w:p w:rsidR="002A2CC7" w:rsidRDefault="00C50253" w:rsidP="00412947">
      <w:pPr>
        <w:jc w:val="center"/>
      </w:pPr>
      <w:r>
        <w:br w:type="page"/>
      </w:r>
    </w:p>
    <w:p w:rsidR="004826E5" w:rsidRDefault="004826E5" w:rsidP="00412947">
      <w:pPr>
        <w:jc w:val="center"/>
      </w:pPr>
      <w:r>
        <w:rPr>
          <w:noProof/>
        </w:rPr>
        <w:lastRenderedPageBreak/>
        <mc:AlternateContent>
          <mc:Choice Requires="wps">
            <w:drawing>
              <wp:anchor distT="0" distB="0" distL="114300" distR="114300" simplePos="0" relativeHeight="251901952" behindDoc="0" locked="0" layoutInCell="1" allowOverlap="1" wp14:anchorId="4A57DA3E" wp14:editId="275C608E">
                <wp:simplePos x="0" y="0"/>
                <wp:positionH relativeFrom="column">
                  <wp:posOffset>-618853</wp:posOffset>
                </wp:positionH>
                <wp:positionV relativeFrom="paragraph">
                  <wp:posOffset>2185060</wp:posOffset>
                </wp:positionV>
                <wp:extent cx="4500748" cy="640723"/>
                <wp:effectExtent l="57150" t="19050" r="71755" b="102235"/>
                <wp:wrapNone/>
                <wp:docPr id="182" name="Text Box 182"/>
                <wp:cNvGraphicFramePr/>
                <a:graphic xmlns:a="http://schemas.openxmlformats.org/drawingml/2006/main">
                  <a:graphicData uri="http://schemas.microsoft.com/office/word/2010/wordprocessingShape">
                    <wps:wsp>
                      <wps:cNvSpPr txBox="1"/>
                      <wps:spPr>
                        <a:xfrm>
                          <a:off x="0" y="0"/>
                          <a:ext cx="4500748" cy="640723"/>
                        </a:xfrm>
                        <a:prstGeom prst="rect">
                          <a:avLst/>
                        </a:prstGeom>
                        <a:ln/>
                      </wps:spPr>
                      <wps:style>
                        <a:lnRef idx="1">
                          <a:schemeClr val="accent1"/>
                        </a:lnRef>
                        <a:fillRef idx="3">
                          <a:schemeClr val="accent1"/>
                        </a:fillRef>
                        <a:effectRef idx="2">
                          <a:schemeClr val="accent1"/>
                        </a:effectRef>
                        <a:fontRef idx="minor">
                          <a:schemeClr val="lt1"/>
                        </a:fontRef>
                      </wps:style>
                      <wps:txbx>
                        <w:txbxContent>
                          <w:p w:rsidR="003A37E7" w:rsidRPr="004826E5" w:rsidRDefault="003A37E7" w:rsidP="004826E5">
                            <w:pPr>
                              <w:pStyle w:val="NoSpacing"/>
                              <w:jc w:val="center"/>
                              <w:rPr>
                                <w:rFonts w:ascii="Times New Roman" w:hAnsi="Times New Roman" w:cs="Times New Roman"/>
                                <w:sz w:val="36"/>
                                <w:szCs w:val="36"/>
                              </w:rPr>
                            </w:pPr>
                            <w:r w:rsidRPr="004826E5">
                              <w:rPr>
                                <w:rFonts w:ascii="Times New Roman" w:hAnsi="Times New Roman" w:cs="Times New Roman"/>
                                <w:sz w:val="36"/>
                                <w:szCs w:val="36"/>
                              </w:rPr>
                              <w:t>HISTORY OF FAITH UNIVERSITY COLLEGE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57DA3E" id="Text Box 182" o:spid="_x0000_s1027" type="#_x0000_t202" style="position:absolute;left:0;text-align:left;margin-left:-48.75pt;margin-top:172.05pt;width:354.4pt;height:50.45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" fillcolor="#4f81bd [3204]" strokecolor="#4579b8 [3044]">
                <v:fill color2="#a7bfde [1620]" rotate="t" angle="180" focus="100%" type="gradient">
                  <o:fill v:ext="view" type="gradientUnscaled"/>
                </v:fill>
                <v:shadow on="t" color="black" opacity="22937f" origin=",.5" offset="0,.63889mm"/>
                <v:textbox>
                  <w:txbxContent>
                    <w:p w:rsidR="003A37E7" w:rsidRPr="004826E5" w:rsidRDefault="003A37E7" w:rsidP="004826E5">
                      <w:pPr>
                        <w:pStyle w:val="NoSpacing"/>
                        <w:jc w:val="center"/>
                        <w:rPr>
                          <w:rFonts w:ascii="Times New Roman" w:hAnsi="Times New Roman" w:cs="Times New Roman"/>
                          <w:sz w:val="36"/>
                          <w:szCs w:val="36"/>
                        </w:rPr>
                      </w:pPr>
                      <w:r w:rsidRPr="004826E5">
                        <w:rPr>
                          <w:rFonts w:ascii="Times New Roman" w:hAnsi="Times New Roman" w:cs="Times New Roman"/>
                          <w:sz w:val="36"/>
                          <w:szCs w:val="36"/>
                        </w:rPr>
                        <w:t>HISTORY OF FAITH UNIVERSITY COLLEGE</w:t>
                      </w:r>
                    </w:p>
                  </w:txbxContent>
                </v:textbox>
              </v:shape>
            </w:pict>
          </mc:Fallback>
        </mc:AlternateContent>
      </w:r>
      <w:r>
        <w:rPr>
          <w:noProof/>
        </w:rPr>
        <w:drawing>
          <wp:inline distT="0" distB="0" distL="0" distR="0" wp14:anchorId="5EBDDD97" wp14:editId="34EAD215">
            <wp:extent cx="2686050" cy="1993683"/>
            <wp:effectExtent l="133350" t="76200" r="76200" b="1403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 GARLEY.jpg"/>
                    <pic:cNvPicPr/>
                  </pic:nvPicPr>
                  <pic:blipFill>
                    <a:blip r:embed="rId9">
                      <a:extLst>
                        <a:ext uri="{28A0092B-C50C-407E-A947-70E740481C1C}">
                          <a14:useLocalDpi xmlns:a14="http://schemas.microsoft.com/office/drawing/2010/main" val="0"/>
                        </a:ext>
                      </a:extLst>
                    </a:blip>
                    <a:stretch>
                      <a:fillRect/>
                    </a:stretch>
                  </pic:blipFill>
                  <pic:spPr>
                    <a:xfrm>
                      <a:off x="0" y="0"/>
                      <a:ext cx="2686050" cy="1993683"/>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4826E5" w:rsidRDefault="004826E5" w:rsidP="004826E5">
      <w:r>
        <w:rPr>
          <w:noProof/>
        </w:rPr>
        <mc:AlternateContent>
          <mc:Choice Requires="wps">
            <w:drawing>
              <wp:anchor distT="0" distB="0" distL="114300" distR="114300" simplePos="0" relativeHeight="251902976" behindDoc="0" locked="0" layoutInCell="1" allowOverlap="1" wp14:anchorId="4C83CD0E" wp14:editId="775E7058">
                <wp:simplePos x="0" y="0"/>
                <wp:positionH relativeFrom="column">
                  <wp:posOffset>-654479</wp:posOffset>
                </wp:positionH>
                <wp:positionV relativeFrom="paragraph">
                  <wp:posOffset>567195</wp:posOffset>
                </wp:positionV>
                <wp:extent cx="4596384" cy="3800104"/>
                <wp:effectExtent l="0" t="0" r="0" b="0"/>
                <wp:wrapNone/>
                <wp:docPr id="203" name="Text Box 203"/>
                <wp:cNvGraphicFramePr/>
                <a:graphic xmlns:a="http://schemas.openxmlformats.org/drawingml/2006/main">
                  <a:graphicData uri="http://schemas.microsoft.com/office/word/2010/wordprocessingShape">
                    <wps:wsp>
                      <wps:cNvSpPr txBox="1"/>
                      <wps:spPr>
                        <a:xfrm>
                          <a:off x="0" y="0"/>
                          <a:ext cx="4596384" cy="380010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A37E7" w:rsidRPr="006E4901" w:rsidRDefault="003A37E7">
                            <w:pPr>
                              <w:rPr>
                                <w:sz w:val="20"/>
                                <w:szCs w:val="20"/>
                              </w:rPr>
                            </w:pPr>
                            <w:r w:rsidRPr="006E4901">
                              <w:rPr>
                                <w:sz w:val="20"/>
                                <w:szCs w:val="20"/>
                              </w:rPr>
                              <w:t xml:space="preserve">The Founder and President of Faith University College, </w:t>
                            </w:r>
                            <w:r w:rsidRPr="00271B45">
                              <w:rPr>
                                <w:b/>
                                <w:sz w:val="20"/>
                                <w:szCs w:val="20"/>
                              </w:rPr>
                              <w:t xml:space="preserve">Rev. Dr. Tailey Garley, </w:t>
                            </w:r>
                            <w:r w:rsidRPr="006E4901">
                              <w:rPr>
                                <w:sz w:val="20"/>
                                <w:szCs w:val="20"/>
                              </w:rPr>
                              <w:t xml:space="preserve">conceived the vision of establishing a university in 2007. </w:t>
                            </w:r>
                          </w:p>
                          <w:p w:rsidR="003A37E7" w:rsidRPr="006E4901" w:rsidRDefault="003A37E7">
                            <w:pPr>
                              <w:rPr>
                                <w:sz w:val="20"/>
                                <w:szCs w:val="20"/>
                              </w:rPr>
                            </w:pPr>
                            <w:r w:rsidRPr="006E4901">
                              <w:rPr>
                                <w:sz w:val="20"/>
                                <w:szCs w:val="20"/>
                              </w:rPr>
                              <w:t>Rev. Garley had gone to Nigeria during the Liberian civil war. During his stay in Nigeria as a refugee, he furthered his education, eventually with a Master’s degree in Finance from the University of Lagos and a Bachelor of Science degree (Hon.) in Accounting from Amadu Bello University Zaria.</w:t>
                            </w:r>
                          </w:p>
                          <w:p w:rsidR="003A37E7" w:rsidRPr="006E4901" w:rsidRDefault="003A37E7">
                            <w:pPr>
                              <w:rPr>
                                <w:sz w:val="20"/>
                                <w:szCs w:val="20"/>
                              </w:rPr>
                            </w:pPr>
                            <w:r w:rsidRPr="006E4901">
                              <w:rPr>
                                <w:sz w:val="20"/>
                                <w:szCs w:val="20"/>
                              </w:rPr>
                              <w:t>Upon Completion of his studies, he worked with Covenant University as Senior Accountant. It was while working at Covenant that he conceived the vision to return and establish a university.</w:t>
                            </w:r>
                          </w:p>
                          <w:p w:rsidR="003A37E7" w:rsidRPr="006E4901" w:rsidRDefault="003A37E7">
                            <w:pPr>
                              <w:rPr>
                                <w:sz w:val="20"/>
                                <w:szCs w:val="20"/>
                              </w:rPr>
                            </w:pPr>
                            <w:r w:rsidRPr="006E4901">
                              <w:rPr>
                                <w:sz w:val="20"/>
                                <w:szCs w:val="20"/>
                              </w:rPr>
                              <w:t>Armed with his academic qualification and professional experience, Rev. Garley returned in 2011 and beg</w:t>
                            </w:r>
                            <w:r>
                              <w:rPr>
                                <w:sz w:val="20"/>
                                <w:szCs w:val="20"/>
                              </w:rPr>
                              <w:t>an begin lecturing at the University of Liberia during which time the vision became clearer. Supported by his wife, Rev. Mrs. Agnes Garley realized the compelling need to establish Faith University College in order to address the poor learning environment in the country as well as to provide opportunities for less privileged young Liberian with financially challenges to acquire quality education</w:t>
                            </w:r>
                          </w:p>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C83CD0E" id="Text Box 203" o:spid="_x0000_s1028" type="#_x0000_t202" style="position:absolute;margin-left:-51.55pt;margin-top:44.65pt;width:361.9pt;height:299.2pt;z-index:251902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" fillcolor="white [3201]" stroked="f" strokeweight=".5pt">
                <v:textbox>
                  <w:txbxContent>
                    <w:p w:rsidR="003A37E7" w:rsidRPr="006E4901" w:rsidRDefault="003A37E7">
                      <w:pPr>
                        <w:rPr>
                          <w:sz w:val="20"/>
                          <w:szCs w:val="20"/>
                        </w:rPr>
                      </w:pPr>
                      <w:r w:rsidRPr="006E4901">
                        <w:rPr>
                          <w:sz w:val="20"/>
                          <w:szCs w:val="20"/>
                        </w:rPr>
                        <w:t xml:space="preserve">The Founder and President of Faith University College, </w:t>
                      </w:r>
                      <w:r w:rsidRPr="00271B45">
                        <w:rPr>
                          <w:b/>
                          <w:sz w:val="20"/>
                          <w:szCs w:val="20"/>
                        </w:rPr>
                        <w:t xml:space="preserve">Rev. Dr. Tailey Garley, </w:t>
                      </w:r>
                      <w:r w:rsidRPr="006E4901">
                        <w:rPr>
                          <w:sz w:val="20"/>
                          <w:szCs w:val="20"/>
                        </w:rPr>
                        <w:t xml:space="preserve">conceived the vision of establishing a university in 2007. </w:t>
                      </w:r>
                    </w:p>
                    <w:p w:rsidR="003A37E7" w:rsidRPr="006E4901" w:rsidRDefault="003A37E7">
                      <w:pPr>
                        <w:rPr>
                          <w:sz w:val="20"/>
                          <w:szCs w:val="20"/>
                        </w:rPr>
                      </w:pPr>
                      <w:r w:rsidRPr="006E4901">
                        <w:rPr>
                          <w:sz w:val="20"/>
                          <w:szCs w:val="20"/>
                        </w:rPr>
                        <w:t>Rev. Garley had gone to Nigeria during the Liberian civil war. During his stay in Nigeria as a refugee, he furthered his education, eventually with a Master’s degree in Finance from the University of Lagos and a Bachelor of Science degree (Hon.) in Accounting from Amadu Bello University Zaria.</w:t>
                      </w:r>
                    </w:p>
                    <w:p w:rsidR="003A37E7" w:rsidRPr="006E4901" w:rsidRDefault="003A37E7">
                      <w:pPr>
                        <w:rPr>
                          <w:sz w:val="20"/>
                          <w:szCs w:val="20"/>
                        </w:rPr>
                      </w:pPr>
                      <w:r w:rsidRPr="006E4901">
                        <w:rPr>
                          <w:sz w:val="20"/>
                          <w:szCs w:val="20"/>
                        </w:rPr>
                        <w:t>Upon Completion of his studies, he worked with Covenant University as Senior Accountant. It was while working at Covenant that he conceived the vision to return and establish a university.</w:t>
                      </w:r>
                    </w:p>
                    <w:p w:rsidR="003A37E7" w:rsidRPr="006E4901" w:rsidRDefault="003A37E7">
                      <w:pPr>
                        <w:rPr>
                          <w:sz w:val="20"/>
                          <w:szCs w:val="20"/>
                        </w:rPr>
                      </w:pPr>
                      <w:r w:rsidRPr="006E4901">
                        <w:rPr>
                          <w:sz w:val="20"/>
                          <w:szCs w:val="20"/>
                        </w:rPr>
                        <w:t>Armed with his academic qualification and professional experience, Rev. Garley returned in 2011 and beg</w:t>
                      </w:r>
                      <w:r>
                        <w:rPr>
                          <w:sz w:val="20"/>
                          <w:szCs w:val="20"/>
                        </w:rPr>
                        <w:t>an begin lecturing at the University of Liberia during which time the vision became clearer. Supported by his wife, Rev. Mrs. Agnes Garley realized the compelling need to establish Faith University College in order to address the poor learning environment in the country as well as to provide opportunities for less privileged young Liberian with financially challenges to acquire quality education</w:t>
                      </w:r>
                    </w:p>
                    <w:p w:rsidR="003A37E7" w:rsidRDefault="003A37E7"/>
                  </w:txbxContent>
                </v:textbox>
              </v:shape>
            </w:pict>
          </mc:Fallback>
        </mc:AlternateContent>
      </w:r>
      <w:r>
        <w:br w:type="page"/>
      </w:r>
    </w:p>
    <w:p w:rsidR="00302A66" w:rsidRDefault="004826E5" w:rsidP="00412947">
      <w:pPr>
        <w:jc w:val="center"/>
      </w:pPr>
      <w:r>
        <w:rPr>
          <w:noProof/>
        </w:rPr>
        <w:lastRenderedPageBreak/>
        <mc:AlternateContent>
          <mc:Choice Requires="wps">
            <w:drawing>
              <wp:anchor distT="0" distB="0" distL="114300" distR="114300" simplePos="0" relativeHeight="251871232" behindDoc="0" locked="0" layoutInCell="1" allowOverlap="1" wp14:anchorId="3426B167" wp14:editId="4B708506">
                <wp:simplePos x="0" y="0"/>
                <wp:positionH relativeFrom="column">
                  <wp:posOffset>-1244996</wp:posOffset>
                </wp:positionH>
                <wp:positionV relativeFrom="paragraph">
                  <wp:posOffset>178303</wp:posOffset>
                </wp:positionV>
                <wp:extent cx="4584192" cy="512064"/>
                <wp:effectExtent l="57150" t="38100" r="64135" b="78740"/>
                <wp:wrapNone/>
                <wp:docPr id="177" name="Text Box 177"/>
                <wp:cNvGraphicFramePr/>
                <a:graphic xmlns:a="http://schemas.openxmlformats.org/drawingml/2006/main">
                  <a:graphicData uri="http://schemas.microsoft.com/office/word/2010/wordprocessingShape">
                    <wps:wsp>
                      <wps:cNvSpPr txBox="1"/>
                      <wps:spPr>
                        <a:xfrm>
                          <a:off x="0" y="0"/>
                          <a:ext cx="4584192" cy="512064"/>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DF587C" w:rsidRDefault="003A37E7" w:rsidP="00DF587C">
                            <w:pPr>
                              <w:pStyle w:val="Heading2"/>
                              <w:jc w:val="center"/>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F587C">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WELCOME TO </w:t>
                            </w:r>
                            <w:r>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FAITH UNIVERSITY COLLEGE </w:t>
                            </w:r>
                          </w:p>
                          <w:p w:rsidR="003A37E7" w:rsidRPr="00DF587C"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6B167" id="Text Box 177" o:spid="_x0000_s1029" type="#_x0000_t202" style="position:absolute;left:0;text-align:left;margin-left:-98.05pt;margin-top:14.05pt;width:360.95pt;height:40.3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" fillcolor="#a7bfde [1620]" stroked="f">
                <v:fill color2="#e4ecf5 [500]" rotate="t" angle="180" colors="0 #a3c4ff;22938f #bfd5ff;1 #e5eeff" focus="100%" type="gradient"/>
                <v:shadow on="t" color="black" opacity="24903f" origin=",.5" offset="0,.55556mm"/>
                <v:textbox>
                  <w:txbxContent>
                    <w:p w:rsidR="003A37E7" w:rsidRPr="00DF587C" w:rsidRDefault="003A37E7" w:rsidP="00DF587C">
                      <w:pPr>
                        <w:pStyle w:val="Heading2"/>
                        <w:jc w:val="center"/>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F587C">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WELCOME TO </w:t>
                      </w:r>
                      <w:r>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FAITH UNIVERSITY COLLEGE </w:t>
                      </w:r>
                    </w:p>
                    <w:p w:rsidR="003A37E7" w:rsidRPr="00DF587C"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302A66" w:rsidRDefault="00302A66" w:rsidP="00412947">
      <w:pPr>
        <w:jc w:val="center"/>
      </w:pPr>
    </w:p>
    <w:p w:rsidR="00DF587C" w:rsidRDefault="00DF587C" w:rsidP="00DF587C">
      <w:pPr>
        <w:spacing w:before="100" w:beforeAutospacing="1" w:after="100" w:afterAutospacing="1"/>
      </w:pPr>
    </w:p>
    <w:p w:rsidR="00302A66" w:rsidRPr="00DF587C" w:rsidRDefault="00302A66" w:rsidP="00412947">
      <w:pPr>
        <w:spacing w:before="100" w:beforeAutospacing="1" w:after="100" w:afterAutospacing="1"/>
        <w:jc w:val="center"/>
        <w:rPr>
          <w:sz w:val="24"/>
          <w:szCs w:val="24"/>
        </w:rPr>
      </w:pPr>
      <w:r w:rsidRPr="00DF587C">
        <w:rPr>
          <w:sz w:val="24"/>
          <w:szCs w:val="24"/>
        </w:rPr>
        <w:t>At Faith University College Liberia, we are committed to academic excellence, character development, and leadership training. Our institution provides a transformative learning experience that empowers students with knowledge, skills, and values to excel in their careers and contribute positively to society.</w:t>
      </w:r>
    </w:p>
    <w:p w:rsidR="002A2CC7" w:rsidRDefault="00C50253" w:rsidP="00412947">
      <w:pPr>
        <w:jc w:val="center"/>
      </w:pPr>
      <w:r>
        <w:br w:type="page"/>
      </w:r>
    </w:p>
    <w:p w:rsidR="003A4CB5" w:rsidRDefault="003A4CB5" w:rsidP="00412947">
      <w:pPr>
        <w:jc w:val="center"/>
        <w:rPr>
          <w:b/>
        </w:rPr>
      </w:pPr>
      <w:r>
        <w:rPr>
          <w:b/>
          <w:noProof/>
        </w:rPr>
        <w:lastRenderedPageBreak/>
        <mc:AlternateContent>
          <mc:Choice Requires="wps">
            <w:drawing>
              <wp:anchor distT="0" distB="0" distL="114300" distR="114300" simplePos="0" relativeHeight="251868160" behindDoc="0" locked="0" layoutInCell="1" allowOverlap="1">
                <wp:simplePos x="0" y="0"/>
                <wp:positionH relativeFrom="column">
                  <wp:posOffset>-514564</wp:posOffset>
                </wp:positionH>
                <wp:positionV relativeFrom="paragraph">
                  <wp:posOffset>-584835</wp:posOffset>
                </wp:positionV>
                <wp:extent cx="4267200" cy="1109472"/>
                <wp:effectExtent l="57150" t="38100" r="57150" b="71755"/>
                <wp:wrapNone/>
                <wp:docPr id="174" name="Text Box 174"/>
                <wp:cNvGraphicFramePr/>
                <a:graphic xmlns:a="http://schemas.openxmlformats.org/drawingml/2006/main">
                  <a:graphicData uri="http://schemas.microsoft.com/office/word/2010/wordprocessingShape">
                    <wps:wsp>
                      <wps:cNvSpPr txBox="1"/>
                      <wps:spPr>
                        <a:xfrm>
                          <a:off x="0" y="0"/>
                          <a:ext cx="4267200" cy="1109472"/>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AD2392" w:rsidRDefault="003A37E7" w:rsidP="00B56291">
                            <w:pPr>
                              <w:pStyle w:val="Heading1"/>
                              <w:tabs>
                                <w:tab w:val="left" w:pos="3330"/>
                              </w:tabs>
                              <w:jc w:val="center"/>
                              <w:rPr>
                                <w:rFonts w:ascii="Times New Roman" w:hAnsi="Times New Roman" w:cs="Times New Roman"/>
                                <w:b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D2392">
                              <w:rPr>
                                <w:rFonts w:ascii="Times New Roman" w:hAnsi="Times New Roman" w:cs="Times New Roman"/>
                                <w:b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 TO FAITH UNIVERSITY COLLEGE</w:t>
                            </w:r>
                          </w:p>
                          <w:p w:rsidR="003A37E7" w:rsidRPr="00AD2392"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4" o:spid="_x0000_s1030" type="#_x0000_t202" style="position:absolute;left:0;text-align:left;margin-left:-40.5pt;margin-top:-46.05pt;width:336pt;height:87.3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" fillcolor="#a7bfde [1620]" stroked="f">
                <v:fill color2="#e4ecf5 [500]" rotate="t" angle="180" colors="0 #a3c4ff;22938f #bfd5ff;1 #e5eeff" focus="100%" type="gradient"/>
                <v:shadow on="t" color="black" opacity="24903f" origin=",.5" offset="0,.55556mm"/>
                <v:textbox>
                  <w:txbxContent>
                    <w:p w:rsidR="003A37E7" w:rsidRPr="00AD2392" w:rsidRDefault="003A37E7" w:rsidP="00B56291">
                      <w:pPr>
                        <w:pStyle w:val="Heading1"/>
                        <w:tabs>
                          <w:tab w:val="left" w:pos="3330"/>
                        </w:tabs>
                        <w:jc w:val="center"/>
                        <w:rPr>
                          <w:rFonts w:ascii="Times New Roman" w:hAnsi="Times New Roman" w:cs="Times New Roman"/>
                          <w:b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D2392">
                        <w:rPr>
                          <w:rFonts w:ascii="Times New Roman" w:hAnsi="Times New Roman" w:cs="Times New Roman"/>
                          <w:b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 TO FAITH UNIVERSITY COLLEGE</w:t>
                      </w:r>
                    </w:p>
                    <w:p w:rsidR="003A37E7" w:rsidRPr="00AD2392"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3A4CB5" w:rsidRDefault="003A4CB5" w:rsidP="00412947">
      <w:pPr>
        <w:jc w:val="center"/>
        <w:rPr>
          <w:b/>
        </w:rPr>
      </w:pPr>
    </w:p>
    <w:p w:rsidR="002A2CC7" w:rsidRPr="00AD2392" w:rsidRDefault="00AD2392" w:rsidP="00412947">
      <w:pPr>
        <w:jc w:val="center"/>
        <w:rPr>
          <w:sz w:val="24"/>
          <w:szCs w:val="24"/>
        </w:rPr>
      </w:pPr>
      <w:r>
        <w:rPr>
          <w:b/>
          <w:noProof/>
          <w:sz w:val="24"/>
          <w:szCs w:val="24"/>
        </w:rPr>
        <mc:AlternateContent>
          <mc:Choice Requires="wps">
            <w:drawing>
              <wp:anchor distT="0" distB="0" distL="114300" distR="114300" simplePos="0" relativeHeight="251869184" behindDoc="0" locked="0" layoutInCell="1" allowOverlap="1">
                <wp:simplePos x="0" y="0"/>
                <wp:positionH relativeFrom="column">
                  <wp:posOffset>-12192</wp:posOffset>
                </wp:positionH>
                <wp:positionV relativeFrom="paragraph">
                  <wp:posOffset>2023491</wp:posOffset>
                </wp:positionV>
                <wp:extent cx="2877058" cy="414147"/>
                <wp:effectExtent l="57150" t="38100" r="57150" b="81280"/>
                <wp:wrapNone/>
                <wp:docPr id="175" name="Text Box 175"/>
                <wp:cNvGraphicFramePr/>
                <a:graphic xmlns:a="http://schemas.openxmlformats.org/drawingml/2006/main">
                  <a:graphicData uri="http://schemas.microsoft.com/office/word/2010/wordprocessingShape">
                    <wps:wsp>
                      <wps:cNvSpPr txBox="1"/>
                      <wps:spPr>
                        <a:xfrm>
                          <a:off x="0" y="0"/>
                          <a:ext cx="2877058" cy="414147"/>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AD2392" w:rsidRDefault="003A37E7" w:rsidP="00AD2392">
                            <w:pPr>
                              <w:pStyle w:val="Heading2"/>
                              <w:jc w:val="center"/>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D2392">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Mission</w:t>
                            </w:r>
                          </w:p>
                          <w:p w:rsidR="003A37E7" w:rsidRPr="00AD2392" w:rsidRDefault="003A37E7">
                            <w:pPr>
                              <w:rPr>
                                <w:rFonts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5" o:spid="_x0000_s1031" type="#_x0000_t202" style="position:absolute;left:0;text-align:left;margin-left:-.95pt;margin-top:159.35pt;width:226.55pt;height:32.6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" fillcolor="#a7bfde [1620]" stroked="f">
                <v:fill color2="#e4ecf5 [500]" rotate="t" angle="180" colors="0 #a3c4ff;22938f #bfd5ff;1 #e5eeff" focus="100%" type="gradient"/>
                <v:shadow on="t" color="black" opacity="24903f" origin=",.5" offset="0,.55556mm"/>
                <v:textbox>
                  <w:txbxContent>
                    <w:p w:rsidR="003A37E7" w:rsidRPr="00AD2392" w:rsidRDefault="003A37E7" w:rsidP="00AD2392">
                      <w:pPr>
                        <w:pStyle w:val="Heading2"/>
                        <w:jc w:val="center"/>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D2392">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Mission</w:t>
                      </w:r>
                    </w:p>
                    <w:p w:rsidR="003A37E7" w:rsidRPr="00AD2392" w:rsidRDefault="003A37E7">
                      <w:pPr>
                        <w:rPr>
                          <w:rFonts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C50253" w:rsidRPr="00AD2392">
        <w:rPr>
          <w:b/>
          <w:sz w:val="24"/>
          <w:szCs w:val="24"/>
        </w:rPr>
        <w:t xml:space="preserve">Faith University College (FUC) </w:t>
      </w:r>
      <w:r w:rsidR="00C50253" w:rsidRPr="00AD2392">
        <w:rPr>
          <w:sz w:val="24"/>
          <w:szCs w:val="24"/>
        </w:rPr>
        <w:t xml:space="preserve">is a private higher‑education institution in Diggsville Community, Schiefflin Township, </w:t>
      </w:r>
      <w:proofErr w:type="gramStart"/>
      <w:r w:rsidR="00C50253" w:rsidRPr="00AD2392">
        <w:rPr>
          <w:sz w:val="24"/>
          <w:szCs w:val="24"/>
        </w:rPr>
        <w:t>Margibi</w:t>
      </w:r>
      <w:proofErr w:type="gramEnd"/>
      <w:r w:rsidR="00C50253" w:rsidRPr="00AD2392">
        <w:rPr>
          <w:sz w:val="24"/>
          <w:szCs w:val="24"/>
        </w:rPr>
        <w:t xml:space="preserve"> County, Liberia. We provide a transformative learning experience that integrates academic excellence, character formation, and leadership.</w:t>
      </w:r>
    </w:p>
    <w:p w:rsidR="00AD2392" w:rsidRDefault="00AD2392" w:rsidP="00412947">
      <w:pPr>
        <w:jc w:val="center"/>
        <w:rPr>
          <w:sz w:val="24"/>
          <w:szCs w:val="24"/>
        </w:rPr>
      </w:pPr>
    </w:p>
    <w:p w:rsidR="002A2CC7" w:rsidRPr="00AD2392" w:rsidRDefault="00AD2392" w:rsidP="00412947">
      <w:pPr>
        <w:jc w:val="center"/>
        <w:rPr>
          <w:sz w:val="24"/>
          <w:szCs w:val="24"/>
        </w:rPr>
      </w:pPr>
      <w:r>
        <w:rPr>
          <w:noProof/>
          <w:sz w:val="24"/>
          <w:szCs w:val="24"/>
        </w:rPr>
        <mc:AlternateContent>
          <mc:Choice Requires="wps">
            <w:drawing>
              <wp:anchor distT="0" distB="0" distL="114300" distR="114300" simplePos="0" relativeHeight="251870208" behindDoc="0" locked="0" layoutInCell="1" allowOverlap="1">
                <wp:simplePos x="0" y="0"/>
                <wp:positionH relativeFrom="column">
                  <wp:posOffset>60960</wp:posOffset>
                </wp:positionH>
                <wp:positionV relativeFrom="paragraph">
                  <wp:posOffset>1297305</wp:posOffset>
                </wp:positionV>
                <wp:extent cx="2803398" cy="414528"/>
                <wp:effectExtent l="57150" t="38100" r="54610" b="81280"/>
                <wp:wrapNone/>
                <wp:docPr id="176" name="Text Box 176"/>
                <wp:cNvGraphicFramePr/>
                <a:graphic xmlns:a="http://schemas.openxmlformats.org/drawingml/2006/main">
                  <a:graphicData uri="http://schemas.microsoft.com/office/word/2010/wordprocessingShape">
                    <wps:wsp>
                      <wps:cNvSpPr txBox="1"/>
                      <wps:spPr>
                        <a:xfrm>
                          <a:off x="0" y="0"/>
                          <a:ext cx="2803398" cy="414528"/>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AD2392" w:rsidRDefault="003A37E7" w:rsidP="00AD2392">
                            <w:pPr>
                              <w:pStyle w:val="Heading2"/>
                              <w:jc w:val="center"/>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D2392">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Vision</w:t>
                            </w:r>
                          </w:p>
                          <w:p w:rsidR="003A37E7" w:rsidRPr="00AD2392" w:rsidRDefault="003A37E7">
                            <w:pPr>
                              <w:rPr>
                                <w:rFonts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6" o:spid="_x0000_s1032" type="#_x0000_t202" style="position:absolute;left:0;text-align:left;margin-left:4.8pt;margin-top:102.15pt;width:220.75pt;height:32.65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" fillcolor="#a7bfde [1620]" stroked="f">
                <v:fill color2="#e4ecf5 [500]" rotate="t" angle="180" colors="0 #a3c4ff;22938f #bfd5ff;1 #e5eeff" focus="100%" type="gradient"/>
                <v:shadow on="t" color="black" opacity="24903f" origin=",.5" offset="0,.55556mm"/>
                <v:textbox>
                  <w:txbxContent>
                    <w:p w:rsidR="003A37E7" w:rsidRPr="00AD2392" w:rsidRDefault="003A37E7" w:rsidP="00AD2392">
                      <w:pPr>
                        <w:pStyle w:val="Heading2"/>
                        <w:jc w:val="center"/>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D2392">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Vision</w:t>
                      </w:r>
                    </w:p>
                    <w:p w:rsidR="003A37E7" w:rsidRPr="00AD2392" w:rsidRDefault="003A37E7">
                      <w:pPr>
                        <w:rPr>
                          <w:rFonts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C50253" w:rsidRPr="00AD2392">
        <w:rPr>
          <w:sz w:val="24"/>
          <w:szCs w:val="24"/>
        </w:rPr>
        <w:t>To deliver quality, accessible education that nurtures intellectual growth, professional competence, and moral integrity—equipping graduates to lead and serve their communities.</w:t>
      </w:r>
    </w:p>
    <w:p w:rsidR="00AD2392" w:rsidRDefault="00AD2392" w:rsidP="00412947">
      <w:pPr>
        <w:jc w:val="center"/>
        <w:rPr>
          <w:sz w:val="24"/>
          <w:szCs w:val="24"/>
        </w:rPr>
      </w:pPr>
    </w:p>
    <w:p w:rsidR="002A2CC7" w:rsidRDefault="00C50253" w:rsidP="00412947">
      <w:pPr>
        <w:jc w:val="center"/>
        <w:rPr>
          <w:sz w:val="24"/>
          <w:szCs w:val="24"/>
        </w:rPr>
      </w:pPr>
      <w:r w:rsidRPr="00AD2392">
        <w:rPr>
          <w:sz w:val="24"/>
          <w:szCs w:val="24"/>
        </w:rPr>
        <w:t xml:space="preserve">To be a recognized center of excellence in higher education, known for producing innovative, socially responsible graduates </w:t>
      </w:r>
      <w:r w:rsidRPr="00AD2392">
        <w:rPr>
          <w:sz w:val="24"/>
          <w:szCs w:val="24"/>
        </w:rPr>
        <w:lastRenderedPageBreak/>
        <w:t xml:space="preserve">who drive positive change in Liberia and </w:t>
      </w:r>
      <w:r w:rsidR="00DF587C">
        <w:rPr>
          <w:noProof/>
          <w:sz w:val="24"/>
          <w:szCs w:val="24"/>
        </w:rPr>
        <mc:AlternateContent>
          <mc:Choice Requires="wps">
            <w:drawing>
              <wp:anchor distT="0" distB="0" distL="114300" distR="114300" simplePos="0" relativeHeight="251872256" behindDoc="0" locked="0" layoutInCell="1" allowOverlap="1">
                <wp:simplePos x="0" y="0"/>
                <wp:positionH relativeFrom="column">
                  <wp:posOffset>-294640</wp:posOffset>
                </wp:positionH>
                <wp:positionV relativeFrom="paragraph">
                  <wp:posOffset>560451</wp:posOffset>
                </wp:positionV>
                <wp:extent cx="3803777" cy="426720"/>
                <wp:effectExtent l="57150" t="38100" r="63500" b="68580"/>
                <wp:wrapNone/>
                <wp:docPr id="178" name="Text Box 178"/>
                <wp:cNvGraphicFramePr/>
                <a:graphic xmlns:a="http://schemas.openxmlformats.org/drawingml/2006/main">
                  <a:graphicData uri="http://schemas.microsoft.com/office/word/2010/wordprocessingShape">
                    <wps:wsp>
                      <wps:cNvSpPr txBox="1"/>
                      <wps:spPr>
                        <a:xfrm>
                          <a:off x="0" y="0"/>
                          <a:ext cx="3803777" cy="426720"/>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DF587C" w:rsidRDefault="003A37E7" w:rsidP="00DF587C">
                            <w:pPr>
                              <w:pStyle w:val="Heading2"/>
                              <w:jc w:val="center"/>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F587C">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CORE VALUES</w:t>
                            </w:r>
                          </w:p>
                          <w:p w:rsidR="003A37E7" w:rsidRPr="00DF587C" w:rsidRDefault="003A37E7">
                            <w:pPr>
                              <w:rPr>
                                <w:rFonts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8" o:spid="_x0000_s1033" type="#_x0000_t202" style="position:absolute;left:0;text-align:left;margin-left:-23.2pt;margin-top:44.15pt;width:299.5pt;height:33.6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" fillcolor="#a7bfde [1620]" stroked="f">
                <v:fill color2="#e4ecf5 [500]" rotate="t" angle="180" colors="0 #a3c4ff;22938f #bfd5ff;1 #e5eeff" focus="100%" type="gradient"/>
                <v:shadow on="t" color="black" opacity="24903f" origin=",.5" offset="0,.55556mm"/>
                <v:textbox>
                  <w:txbxContent>
                    <w:p w:rsidR="003A37E7" w:rsidRPr="00DF587C" w:rsidRDefault="003A37E7" w:rsidP="00DF587C">
                      <w:pPr>
                        <w:pStyle w:val="Heading2"/>
                        <w:jc w:val="center"/>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F587C">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CORE VALUES</w:t>
                      </w:r>
                    </w:p>
                    <w:p w:rsidR="003A37E7" w:rsidRPr="00DF587C" w:rsidRDefault="003A37E7">
                      <w:pPr>
                        <w:rPr>
                          <w:rFonts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Pr="00AD2392">
        <w:rPr>
          <w:sz w:val="24"/>
          <w:szCs w:val="24"/>
        </w:rPr>
        <w:t>beyond.</w:t>
      </w:r>
    </w:p>
    <w:p w:rsidR="00DF587C" w:rsidRPr="00AD2392" w:rsidRDefault="00DF587C" w:rsidP="00412947">
      <w:pPr>
        <w:jc w:val="center"/>
        <w:rPr>
          <w:sz w:val="24"/>
          <w:szCs w:val="24"/>
        </w:rPr>
      </w:pPr>
    </w:p>
    <w:p w:rsidR="00DF587C" w:rsidRDefault="00DF587C" w:rsidP="00DF587C">
      <w:pPr>
        <w:pStyle w:val="ListBullet"/>
        <w:numPr>
          <w:ilvl w:val="0"/>
          <w:numId w:val="0"/>
        </w:numPr>
        <w:ind w:left="360"/>
        <w:rPr>
          <w:sz w:val="24"/>
          <w:szCs w:val="24"/>
        </w:rPr>
      </w:pPr>
    </w:p>
    <w:p w:rsidR="002A2CC7" w:rsidRPr="00AD2392" w:rsidRDefault="00C50253" w:rsidP="00412947">
      <w:pPr>
        <w:pStyle w:val="ListBullet"/>
        <w:jc w:val="center"/>
        <w:rPr>
          <w:sz w:val="24"/>
          <w:szCs w:val="24"/>
        </w:rPr>
      </w:pPr>
      <w:r w:rsidRPr="00AD2392">
        <w:rPr>
          <w:sz w:val="24"/>
          <w:szCs w:val="24"/>
        </w:rPr>
        <w:t>Spirituality • Christ‑centered community and biblical values</w:t>
      </w:r>
    </w:p>
    <w:p w:rsidR="002A2CC7" w:rsidRPr="003A4CB5" w:rsidRDefault="00C50253" w:rsidP="00412947">
      <w:pPr>
        <w:pStyle w:val="ListBullet"/>
        <w:jc w:val="center"/>
        <w:rPr>
          <w:sz w:val="24"/>
          <w:szCs w:val="24"/>
        </w:rPr>
      </w:pPr>
      <w:r w:rsidRPr="003A4CB5">
        <w:rPr>
          <w:sz w:val="24"/>
          <w:szCs w:val="24"/>
        </w:rPr>
        <w:t>Possibility Mentality • Confidence, courage, and a can‑do spirit</w:t>
      </w:r>
    </w:p>
    <w:p w:rsidR="002A2CC7" w:rsidRPr="003A4CB5" w:rsidRDefault="00C50253" w:rsidP="00412947">
      <w:pPr>
        <w:pStyle w:val="ListBullet"/>
        <w:jc w:val="center"/>
        <w:rPr>
          <w:sz w:val="24"/>
          <w:szCs w:val="24"/>
        </w:rPr>
      </w:pPr>
      <w:r w:rsidRPr="003A4CB5">
        <w:rPr>
          <w:sz w:val="24"/>
          <w:szCs w:val="24"/>
        </w:rPr>
        <w:t>Capacity Building • Knowledge, skills, and character for lifelong impact</w:t>
      </w:r>
    </w:p>
    <w:p w:rsidR="002A2CC7" w:rsidRPr="003A4CB5" w:rsidRDefault="00C50253" w:rsidP="00412947">
      <w:pPr>
        <w:pStyle w:val="ListBullet"/>
        <w:jc w:val="center"/>
        <w:rPr>
          <w:sz w:val="24"/>
          <w:szCs w:val="24"/>
        </w:rPr>
      </w:pPr>
      <w:r w:rsidRPr="003A4CB5">
        <w:rPr>
          <w:sz w:val="24"/>
          <w:szCs w:val="24"/>
        </w:rPr>
        <w:t>Integrity • Honesty, transparency, and strong moral principles</w:t>
      </w:r>
    </w:p>
    <w:p w:rsidR="002A2CC7" w:rsidRPr="003A4CB5" w:rsidRDefault="00C50253" w:rsidP="00412947">
      <w:pPr>
        <w:pStyle w:val="ListBullet"/>
        <w:jc w:val="center"/>
        <w:rPr>
          <w:sz w:val="24"/>
          <w:szCs w:val="24"/>
        </w:rPr>
      </w:pPr>
      <w:r w:rsidRPr="003A4CB5">
        <w:rPr>
          <w:sz w:val="24"/>
          <w:szCs w:val="24"/>
        </w:rPr>
        <w:t>Responsibility • Personal and collective accountability</w:t>
      </w:r>
    </w:p>
    <w:p w:rsidR="002A2CC7" w:rsidRPr="003A4CB5" w:rsidRDefault="00C50253" w:rsidP="00412947">
      <w:pPr>
        <w:pStyle w:val="ListBullet"/>
        <w:jc w:val="center"/>
        <w:rPr>
          <w:sz w:val="24"/>
          <w:szCs w:val="24"/>
        </w:rPr>
      </w:pPr>
      <w:r w:rsidRPr="003A4CB5">
        <w:rPr>
          <w:sz w:val="24"/>
          <w:szCs w:val="24"/>
        </w:rPr>
        <w:t>Diligence • Hard work, focus, and disciplined excellence</w:t>
      </w:r>
    </w:p>
    <w:p w:rsidR="002A2CC7" w:rsidRDefault="00C50253" w:rsidP="00412947">
      <w:pPr>
        <w:pStyle w:val="ListBullet"/>
        <w:jc w:val="center"/>
        <w:rPr>
          <w:sz w:val="24"/>
          <w:szCs w:val="24"/>
        </w:rPr>
      </w:pPr>
      <w:r w:rsidRPr="003A4CB5">
        <w:rPr>
          <w:sz w:val="24"/>
          <w:szCs w:val="24"/>
        </w:rPr>
        <w:t>Sacrifice • Selfless service and commitment to the common good</w:t>
      </w:r>
    </w:p>
    <w:p w:rsidR="00DF587C" w:rsidRPr="003A4CB5" w:rsidRDefault="00DF587C" w:rsidP="00DF587C">
      <w:pPr>
        <w:pStyle w:val="ListBullet"/>
        <w:numPr>
          <w:ilvl w:val="0"/>
          <w:numId w:val="0"/>
        </w:numPr>
        <w:ind w:left="360" w:hanging="360"/>
        <w:jc w:val="center"/>
        <w:rPr>
          <w:sz w:val="24"/>
          <w:szCs w:val="24"/>
        </w:rPr>
      </w:pPr>
    </w:p>
    <w:p w:rsidR="003A4CB5" w:rsidRDefault="003A4CB5" w:rsidP="00412947">
      <w:pPr>
        <w:jc w:val="center"/>
        <w:rPr>
          <w:sz w:val="24"/>
          <w:szCs w:val="24"/>
        </w:rPr>
      </w:pPr>
    </w:p>
    <w:p w:rsidR="003A4CB5" w:rsidRDefault="003A4CB5" w:rsidP="00412947">
      <w:pPr>
        <w:jc w:val="center"/>
        <w:rPr>
          <w:sz w:val="24"/>
          <w:szCs w:val="24"/>
        </w:rPr>
      </w:pPr>
    </w:p>
    <w:p w:rsidR="00DF587C" w:rsidRDefault="004826E5" w:rsidP="00DF587C">
      <w:pPr>
        <w:jc w:val="center"/>
        <w:rPr>
          <w:sz w:val="24"/>
          <w:szCs w:val="24"/>
        </w:rPr>
      </w:pPr>
      <w:r>
        <w:rPr>
          <w:noProof/>
          <w:sz w:val="24"/>
          <w:szCs w:val="24"/>
        </w:rPr>
        <w:lastRenderedPageBreak/>
        <mc:AlternateContent>
          <mc:Choice Requires="wps">
            <w:drawing>
              <wp:anchor distT="0" distB="0" distL="114300" distR="114300" simplePos="0" relativeHeight="251874304" behindDoc="0" locked="0" layoutInCell="1" allowOverlap="1" wp14:anchorId="7FF747CD" wp14:editId="4C8A84E0">
                <wp:simplePos x="0" y="0"/>
                <wp:positionH relativeFrom="column">
                  <wp:posOffset>-470832</wp:posOffset>
                </wp:positionH>
                <wp:positionV relativeFrom="paragraph">
                  <wp:posOffset>267970</wp:posOffset>
                </wp:positionV>
                <wp:extent cx="4011168" cy="536448"/>
                <wp:effectExtent l="57150" t="38100" r="66040" b="73660"/>
                <wp:wrapNone/>
                <wp:docPr id="173" name="Text Box 173"/>
                <wp:cNvGraphicFramePr/>
                <a:graphic xmlns:a="http://schemas.openxmlformats.org/drawingml/2006/main">
                  <a:graphicData uri="http://schemas.microsoft.com/office/word/2010/wordprocessingShape">
                    <wps:wsp>
                      <wps:cNvSpPr txBox="1"/>
                      <wps:spPr>
                        <a:xfrm>
                          <a:off x="0" y="0"/>
                          <a:ext cx="4011168" cy="536448"/>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3A4CB5" w:rsidRDefault="003A37E7" w:rsidP="00DF587C">
                            <w:pPr>
                              <w:pStyle w:val="Heading2"/>
                              <w:jc w:val="center"/>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4CB5">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ACADEMIC STRUCTURE</w:t>
                            </w:r>
                          </w:p>
                          <w:p w:rsidR="003A37E7" w:rsidRPr="003A4CB5" w:rsidRDefault="003A37E7" w:rsidP="00DF587C">
                            <w:pPr>
                              <w:rPr>
                                <w:rFonts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F747CD" id="Text Box 173" o:spid="_x0000_s1034" type="#_x0000_t202" style="position:absolute;left:0;text-align:left;margin-left:-37.05pt;margin-top:21.1pt;width:315.85pt;height:42.2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" fillcolor="#a7bfde [1620]" stroked="f">
                <v:fill color2="#e4ecf5 [500]" rotate="t" angle="180" colors="0 #a3c4ff;22938f #bfd5ff;1 #e5eeff" focus="100%" type="gradient"/>
                <v:shadow on="t" color="black" opacity="24903f" origin=",.5" offset="0,.55556mm"/>
                <v:textbox>
                  <w:txbxContent>
                    <w:p w:rsidR="003A37E7" w:rsidRPr="003A4CB5" w:rsidRDefault="003A37E7" w:rsidP="00DF587C">
                      <w:pPr>
                        <w:pStyle w:val="Heading2"/>
                        <w:jc w:val="center"/>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4CB5">
                        <w:rPr>
                          <w:rFonts w:ascii="Times New Roman" w:hAnsi="Times New Roman" w:cs="Times New Roman"/>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ACADEMIC STRUCTURE</w:t>
                      </w:r>
                    </w:p>
                    <w:p w:rsidR="003A37E7" w:rsidRPr="003A4CB5" w:rsidRDefault="003A37E7" w:rsidP="00DF587C">
                      <w:pPr>
                        <w:rPr>
                          <w:rFonts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DF587C" w:rsidRDefault="00DF587C" w:rsidP="00DF587C">
      <w:pPr>
        <w:jc w:val="center"/>
        <w:rPr>
          <w:sz w:val="24"/>
          <w:szCs w:val="24"/>
        </w:rPr>
      </w:pPr>
    </w:p>
    <w:p w:rsidR="00DF587C" w:rsidRDefault="00DF587C" w:rsidP="00DF587C">
      <w:pPr>
        <w:jc w:val="center"/>
        <w:rPr>
          <w:sz w:val="24"/>
          <w:szCs w:val="24"/>
        </w:rPr>
      </w:pPr>
    </w:p>
    <w:p w:rsidR="002A2CC7" w:rsidRPr="00DF587C" w:rsidRDefault="00C50253" w:rsidP="00DF587C">
      <w:pPr>
        <w:jc w:val="center"/>
        <w:rPr>
          <w:sz w:val="24"/>
          <w:szCs w:val="24"/>
        </w:rPr>
      </w:pPr>
      <w:r w:rsidRPr="003A4CB5">
        <w:rPr>
          <w:sz w:val="24"/>
          <w:szCs w:val="24"/>
        </w:rPr>
        <w:t>FUC awards bachelor’s degrees through: College of Business and Social Sciences; College of Computer Science &amp; Technology; College of Education &amp; Religious Studies; College of Liberal Arts; and College of Allied Health Sciences.</w:t>
      </w:r>
      <w:r>
        <w:br w:type="page"/>
      </w:r>
    </w:p>
    <w:p w:rsidR="003A4CB5" w:rsidRDefault="003A4CB5" w:rsidP="00412947">
      <w:pPr>
        <w:pStyle w:val="ListBullet"/>
        <w:jc w:val="center"/>
      </w:pPr>
      <w:r>
        <w:rPr>
          <w:noProof/>
        </w:rPr>
        <w:lastRenderedPageBreak/>
        <mc:AlternateContent>
          <mc:Choice Requires="wps">
            <w:drawing>
              <wp:anchor distT="0" distB="0" distL="114300" distR="114300" simplePos="0" relativeHeight="251866112" behindDoc="0" locked="0" layoutInCell="1" allowOverlap="1">
                <wp:simplePos x="0" y="0"/>
                <wp:positionH relativeFrom="column">
                  <wp:posOffset>-35814</wp:posOffset>
                </wp:positionH>
                <wp:positionV relativeFrom="paragraph">
                  <wp:posOffset>-755015</wp:posOffset>
                </wp:positionV>
                <wp:extent cx="2938272" cy="938784"/>
                <wp:effectExtent l="57150" t="38100" r="52705" b="71120"/>
                <wp:wrapNone/>
                <wp:docPr id="172" name="Text Box 172"/>
                <wp:cNvGraphicFramePr/>
                <a:graphic xmlns:a="http://schemas.openxmlformats.org/drawingml/2006/main">
                  <a:graphicData uri="http://schemas.microsoft.com/office/word/2010/wordprocessingShape">
                    <wps:wsp>
                      <wps:cNvSpPr txBox="1"/>
                      <wps:spPr>
                        <a:xfrm>
                          <a:off x="0" y="0"/>
                          <a:ext cx="2938272" cy="938784"/>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3A4CB5" w:rsidRDefault="003A37E7" w:rsidP="003A4CB5">
                            <w:pPr>
                              <w:pStyle w:val="Heading1"/>
                              <w:jc w:val="center"/>
                              <w:rPr>
                                <w:rFonts w:ascii="Times New Roman" w:hAnsi="Times New Roman" w:cs="Times New Roman"/>
                                <w:b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4CB5">
                              <w:rPr>
                                <w:rFonts w:ascii="Times New Roman" w:hAnsi="Times New Roman" w:cs="Times New Roman"/>
                                <w:b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UNIVERSITY OBJECTIVES</w:t>
                            </w:r>
                          </w:p>
                          <w:p w:rsidR="003A37E7" w:rsidRPr="003A4CB5"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2" o:spid="_x0000_s1035" type="#_x0000_t202" style="position:absolute;left:0;text-align:left;margin-left:-2.8pt;margin-top:-59.45pt;width:231.35pt;height:73.9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" fillcolor="#a7bfde [1620]" stroked="f">
                <v:fill color2="#e4ecf5 [500]" rotate="t" angle="180" colors="0 #a3c4ff;22938f #bfd5ff;1 #e5eeff" focus="100%" type="gradient"/>
                <v:shadow on="t" color="black" opacity="24903f" origin=",.5" offset="0,.55556mm"/>
                <v:textbox>
                  <w:txbxContent>
                    <w:p w:rsidR="003A37E7" w:rsidRPr="003A4CB5" w:rsidRDefault="003A37E7" w:rsidP="003A4CB5">
                      <w:pPr>
                        <w:pStyle w:val="Heading1"/>
                        <w:jc w:val="center"/>
                        <w:rPr>
                          <w:rFonts w:ascii="Times New Roman" w:hAnsi="Times New Roman" w:cs="Times New Roman"/>
                          <w:b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4CB5">
                        <w:rPr>
                          <w:rFonts w:ascii="Times New Roman" w:hAnsi="Times New Roman" w:cs="Times New Roman"/>
                          <w:b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UNIVERSITY OBJECTIVES</w:t>
                      </w:r>
                    </w:p>
                    <w:p w:rsidR="003A37E7" w:rsidRPr="003A4CB5"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2A2CC7" w:rsidRPr="003A4CB5" w:rsidRDefault="00C50253" w:rsidP="00412947">
      <w:pPr>
        <w:pStyle w:val="ListBullet"/>
        <w:jc w:val="center"/>
        <w:rPr>
          <w:sz w:val="24"/>
          <w:szCs w:val="24"/>
        </w:rPr>
      </w:pPr>
      <w:r w:rsidRPr="003A4CB5">
        <w:rPr>
          <w:sz w:val="24"/>
          <w:szCs w:val="24"/>
        </w:rPr>
        <w:t>Provide quality instruction and hands‑on training to produce graduates ready to lead in academia, industry, and public service.</w:t>
      </w:r>
    </w:p>
    <w:p w:rsidR="002A2CC7" w:rsidRPr="003A4CB5" w:rsidRDefault="00C50253" w:rsidP="00412947">
      <w:pPr>
        <w:pStyle w:val="ListBullet"/>
        <w:jc w:val="center"/>
        <w:rPr>
          <w:sz w:val="24"/>
          <w:szCs w:val="24"/>
        </w:rPr>
      </w:pPr>
      <w:r w:rsidRPr="003A4CB5">
        <w:rPr>
          <w:sz w:val="24"/>
          <w:szCs w:val="24"/>
        </w:rPr>
        <w:t>Offer academic and professional programs (diplomas and first degrees) that emphasize planning, technology, and productive skills.</w:t>
      </w:r>
    </w:p>
    <w:p w:rsidR="002A2CC7" w:rsidRPr="003A4CB5" w:rsidRDefault="00C50253" w:rsidP="00412947">
      <w:pPr>
        <w:pStyle w:val="ListBullet"/>
        <w:jc w:val="center"/>
        <w:rPr>
          <w:sz w:val="24"/>
          <w:szCs w:val="24"/>
        </w:rPr>
      </w:pPr>
      <w:r w:rsidRPr="003A4CB5">
        <w:rPr>
          <w:sz w:val="24"/>
          <w:szCs w:val="24"/>
        </w:rPr>
        <w:t>Advance knowledge through research and apply solutions to social, cultural, economic, scientific, and technological challenges.</w:t>
      </w:r>
    </w:p>
    <w:p w:rsidR="002A2CC7" w:rsidRPr="003A4CB5" w:rsidRDefault="00C50253" w:rsidP="00412947">
      <w:pPr>
        <w:pStyle w:val="ListBullet"/>
        <w:jc w:val="center"/>
        <w:rPr>
          <w:sz w:val="24"/>
          <w:szCs w:val="24"/>
        </w:rPr>
      </w:pPr>
      <w:r w:rsidRPr="003A4CB5">
        <w:rPr>
          <w:sz w:val="24"/>
          <w:szCs w:val="24"/>
        </w:rPr>
        <w:t>Disseminate scientific and technological knowledge among researchers, industry, and the broader community.</w:t>
      </w:r>
    </w:p>
    <w:p w:rsidR="002A2CC7" w:rsidRPr="003A4CB5" w:rsidRDefault="00C50253" w:rsidP="00412947">
      <w:pPr>
        <w:pStyle w:val="ListBullet"/>
        <w:jc w:val="center"/>
        <w:rPr>
          <w:sz w:val="24"/>
          <w:szCs w:val="24"/>
        </w:rPr>
      </w:pPr>
      <w:r w:rsidRPr="003A4CB5">
        <w:rPr>
          <w:sz w:val="24"/>
          <w:szCs w:val="24"/>
        </w:rPr>
        <w:t>Align teaching, research, and service with Liberia’s development needs and the highest standards of a modern university.</w:t>
      </w:r>
    </w:p>
    <w:p w:rsidR="002A2CC7" w:rsidRDefault="00C50253" w:rsidP="00412947">
      <w:pPr>
        <w:jc w:val="center"/>
      </w:pPr>
      <w:r>
        <w:br w:type="page"/>
      </w:r>
    </w:p>
    <w:p w:rsidR="00694E60" w:rsidRPr="00694E60" w:rsidRDefault="003A4CB5" w:rsidP="00694E60">
      <w:r>
        <w:rPr>
          <w:noProof/>
        </w:rPr>
        <w:lastRenderedPageBreak/>
        <mc:AlternateContent>
          <mc:Choice Requires="wps">
            <w:drawing>
              <wp:anchor distT="0" distB="0" distL="114300" distR="114300" simplePos="0" relativeHeight="251864064" behindDoc="0" locked="0" layoutInCell="1" allowOverlap="1" wp14:anchorId="5DDA1F49" wp14:editId="13EF09C4">
                <wp:simplePos x="0" y="0"/>
                <wp:positionH relativeFrom="column">
                  <wp:posOffset>-404622</wp:posOffset>
                </wp:positionH>
                <wp:positionV relativeFrom="paragraph">
                  <wp:posOffset>-682625</wp:posOffset>
                </wp:positionV>
                <wp:extent cx="3596259" cy="950976"/>
                <wp:effectExtent l="57150" t="38100" r="61595" b="78105"/>
                <wp:wrapNone/>
                <wp:docPr id="170" name="Text Box 170"/>
                <wp:cNvGraphicFramePr/>
                <a:graphic xmlns:a="http://schemas.openxmlformats.org/drawingml/2006/main">
                  <a:graphicData uri="http://schemas.microsoft.com/office/word/2010/wordprocessingShape">
                    <wps:wsp>
                      <wps:cNvSpPr txBox="1"/>
                      <wps:spPr>
                        <a:xfrm>
                          <a:off x="0" y="0"/>
                          <a:ext cx="3596259" cy="950976"/>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3A4CB5" w:rsidRDefault="003A37E7" w:rsidP="003A4CB5">
                            <w:pPr>
                              <w:pStyle w:val="Heading1"/>
                              <w:jc w:val="center"/>
                              <w:rPr>
                                <w:rFonts w:ascii="Times New Roman" w:hAnsi="Times New Roman" w:cs="Times New Roman"/>
                                <w:b w:val="0"/>
                                <w:color w:val="000000" w:themeColor="text1"/>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4CB5">
                              <w:rPr>
                                <w:rFonts w:ascii="Times New Roman" w:hAnsi="Times New Roman" w:cs="Times New Roman"/>
                                <w:b w:val="0"/>
                                <w:color w:val="000000" w:themeColor="text1"/>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STUDENT LIFE</w:t>
                            </w:r>
                          </w:p>
                          <w:p w:rsidR="003A37E7" w:rsidRPr="003A4CB5"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DA1F49" id="Text Box 170" o:spid="_x0000_s1036" type="#_x0000_t202" style="position:absolute;margin-left:-31.85pt;margin-top:-53.75pt;width:283.15pt;height:74.9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" fillcolor="#a7bfde [1620]" stroked="f">
                <v:fill color2="#e4ecf5 [500]" rotate="t" angle="180" colors="0 #a3c4ff;22938f #bfd5ff;1 #e5eeff" focus="100%" type="gradient"/>
                <v:shadow on="t" color="black" opacity="24903f" origin=",.5" offset="0,.55556mm"/>
                <v:textbox>
                  <w:txbxContent>
                    <w:p w:rsidR="003A37E7" w:rsidRPr="003A4CB5" w:rsidRDefault="003A37E7" w:rsidP="003A4CB5">
                      <w:pPr>
                        <w:pStyle w:val="Heading1"/>
                        <w:jc w:val="center"/>
                        <w:rPr>
                          <w:rFonts w:ascii="Times New Roman" w:hAnsi="Times New Roman" w:cs="Times New Roman"/>
                          <w:b w:val="0"/>
                          <w:color w:val="000000" w:themeColor="text1"/>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4CB5">
                        <w:rPr>
                          <w:rFonts w:ascii="Times New Roman" w:hAnsi="Times New Roman" w:cs="Times New Roman"/>
                          <w:b w:val="0"/>
                          <w:color w:val="000000" w:themeColor="text1"/>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STUDENT LIFE</w:t>
                      </w:r>
                    </w:p>
                    <w:p w:rsidR="003A37E7" w:rsidRPr="003A4CB5"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3A4CB5" w:rsidRDefault="003A4CB5" w:rsidP="00412947">
      <w:pPr>
        <w:jc w:val="center"/>
      </w:pPr>
      <w:r>
        <w:rPr>
          <w:noProof/>
        </w:rPr>
        <mc:AlternateContent>
          <mc:Choice Requires="wps">
            <w:drawing>
              <wp:anchor distT="0" distB="0" distL="114300" distR="114300" simplePos="0" relativeHeight="251865088" behindDoc="0" locked="0" layoutInCell="1" allowOverlap="1" wp14:anchorId="54565A4D" wp14:editId="0FD31B5C">
                <wp:simplePos x="0" y="0"/>
                <wp:positionH relativeFrom="column">
                  <wp:posOffset>314579</wp:posOffset>
                </wp:positionH>
                <wp:positionV relativeFrom="paragraph">
                  <wp:posOffset>85090</wp:posOffset>
                </wp:positionV>
                <wp:extent cx="2194560" cy="463296"/>
                <wp:effectExtent l="57150" t="38100" r="72390" b="89535"/>
                <wp:wrapNone/>
                <wp:docPr id="171" name="Text Box 171"/>
                <wp:cNvGraphicFramePr/>
                <a:graphic xmlns:a="http://schemas.openxmlformats.org/drawingml/2006/main">
                  <a:graphicData uri="http://schemas.microsoft.com/office/word/2010/wordprocessingShape">
                    <wps:wsp>
                      <wps:cNvSpPr txBox="1"/>
                      <wps:spPr>
                        <a:xfrm>
                          <a:off x="0" y="0"/>
                          <a:ext cx="2194560" cy="463296"/>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3A4CB5" w:rsidRDefault="003A37E7" w:rsidP="003A4CB5">
                            <w:pPr>
                              <w:pStyle w:val="Heading2"/>
                              <w:jc w:val="center"/>
                              <w:rPr>
                                <w:rFonts w:ascii="Times New Roman" w:hAnsi="Times New Roman" w:cs="Times New Roman"/>
                                <w:b w:val="0"/>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4CB5">
                              <w:rPr>
                                <w:rFonts w:ascii="Times New Roman" w:hAnsi="Times New Roman" w:cs="Times New Roman"/>
                                <w:b w:val="0"/>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CAMPUS CULTURE</w:t>
                            </w:r>
                          </w:p>
                          <w:p w:rsidR="003A37E7" w:rsidRPr="003A4CB5" w:rsidRDefault="003A37E7">
                            <w:pP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4565A4D" id="Text Box 171" o:spid="_x0000_s1037" type="#_x0000_t202" style="position:absolute;left:0;text-align:left;margin-left:24.75pt;margin-top:6.7pt;width:172.8pt;height:36.5pt;z-index:251865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" fillcolor="#a7bfde [1620]" strokecolor="#4579b8 [3044]">
                <v:fill color2="#e4ecf5 [500]" rotate="t" angle="180" colors="0 #a3c4ff;22938f #bfd5ff;1 #e5eeff" focus="100%" type="gradient"/>
                <v:shadow on="t" color="black" opacity="24903f" origin=",.5" offset="0,.55556mm"/>
                <v:textbox>
                  <w:txbxContent>
                    <w:p w:rsidR="003A37E7" w:rsidRPr="003A4CB5" w:rsidRDefault="003A37E7" w:rsidP="003A4CB5">
                      <w:pPr>
                        <w:pStyle w:val="Heading2"/>
                        <w:jc w:val="center"/>
                        <w:rPr>
                          <w:rFonts w:ascii="Times New Roman" w:hAnsi="Times New Roman" w:cs="Times New Roman"/>
                          <w:b w:val="0"/>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4CB5">
                        <w:rPr>
                          <w:rFonts w:ascii="Times New Roman" w:hAnsi="Times New Roman" w:cs="Times New Roman"/>
                          <w:b w:val="0"/>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CAMPUS CULTURE</w:t>
                      </w:r>
                    </w:p>
                    <w:p w:rsidR="003A37E7" w:rsidRPr="003A4CB5" w:rsidRDefault="003A37E7">
                      <w:pP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3A4CB5" w:rsidRDefault="003A4CB5" w:rsidP="00412947">
      <w:pPr>
        <w:jc w:val="center"/>
      </w:pPr>
    </w:p>
    <w:p w:rsidR="002A2CC7" w:rsidRDefault="00DF587C" w:rsidP="00412947">
      <w:pPr>
        <w:jc w:val="center"/>
      </w:pPr>
      <w:r>
        <w:rPr>
          <w:noProof/>
        </w:rPr>
        <mc:AlternateContent>
          <mc:Choice Requires="wps">
            <w:drawing>
              <wp:anchor distT="0" distB="0" distL="114300" distR="114300" simplePos="0" relativeHeight="251863040" behindDoc="0" locked="0" layoutInCell="1" allowOverlap="1" wp14:anchorId="30CD54AA" wp14:editId="5035D918">
                <wp:simplePos x="0" y="0"/>
                <wp:positionH relativeFrom="column">
                  <wp:posOffset>-148209</wp:posOffset>
                </wp:positionH>
                <wp:positionV relativeFrom="paragraph">
                  <wp:posOffset>859282</wp:posOffset>
                </wp:positionV>
                <wp:extent cx="3182112" cy="438912"/>
                <wp:effectExtent l="57150" t="38100" r="56515" b="75565"/>
                <wp:wrapNone/>
                <wp:docPr id="168" name="Text Box 168"/>
                <wp:cNvGraphicFramePr/>
                <a:graphic xmlns:a="http://schemas.openxmlformats.org/drawingml/2006/main">
                  <a:graphicData uri="http://schemas.microsoft.com/office/word/2010/wordprocessingShape">
                    <wps:wsp>
                      <wps:cNvSpPr txBox="1"/>
                      <wps:spPr>
                        <a:xfrm>
                          <a:off x="0" y="0"/>
                          <a:ext cx="3182112" cy="438912"/>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FA44FB" w:rsidRDefault="003A37E7" w:rsidP="00FA44FB">
                            <w:pPr>
                              <w:pStyle w:val="Heading2"/>
                              <w:jc w:val="center"/>
                              <w:rPr>
                                <w:b w:val="0"/>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A44FB">
                              <w:rPr>
                                <w:b w:val="0"/>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STUDENT ORGANIZATIONS</w:t>
                            </w:r>
                          </w:p>
                          <w:p w:rsidR="003A37E7" w:rsidRPr="00FA44FB" w:rsidRDefault="003A37E7">
                            <w:pP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0CD54AA" id="Text Box 168" o:spid="_x0000_s1038" type="#_x0000_t202" style="position:absolute;left:0;text-align:left;margin-left:-11.65pt;margin-top:67.65pt;width:250.55pt;height:34.55pt;z-index:2518630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" fillcolor="#a7bfde [1620]" stroked="f">
                <v:fill color2="#e4ecf5 [500]" rotate="t" angle="180" colors="0 #a3c4ff;22938f #bfd5ff;1 #e5eeff" focus="100%" type="gradient"/>
                <v:shadow on="t" color="black" opacity="24903f" origin=",.5" offset="0,.55556mm"/>
                <v:textbox>
                  <w:txbxContent>
                    <w:p w:rsidR="003A37E7" w:rsidRPr="00FA44FB" w:rsidRDefault="003A37E7" w:rsidP="00FA44FB">
                      <w:pPr>
                        <w:pStyle w:val="Heading2"/>
                        <w:jc w:val="center"/>
                        <w:rPr>
                          <w:b w:val="0"/>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A44FB">
                        <w:rPr>
                          <w:b w:val="0"/>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STUDENT ORGANIZATIONS</w:t>
                      </w:r>
                    </w:p>
                    <w:p w:rsidR="003A37E7" w:rsidRPr="00FA44FB" w:rsidRDefault="003A37E7">
                      <w:pP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C50253" w:rsidRPr="003A4CB5">
        <w:rPr>
          <w:sz w:val="24"/>
          <w:szCs w:val="24"/>
        </w:rPr>
        <w:t>A diverse, welcoming community that values inclusivity, respect, collaboration, and personal growth</w:t>
      </w:r>
      <w:r w:rsidR="00C50253">
        <w:t>.</w:t>
      </w:r>
    </w:p>
    <w:p w:rsidR="00694E60" w:rsidRDefault="00694E60" w:rsidP="00412947">
      <w:pPr>
        <w:jc w:val="center"/>
      </w:pPr>
    </w:p>
    <w:p w:rsidR="00FA44FB" w:rsidRDefault="00FA44FB" w:rsidP="00FA44FB">
      <w:pPr>
        <w:pStyle w:val="ListBullet"/>
        <w:numPr>
          <w:ilvl w:val="0"/>
          <w:numId w:val="0"/>
        </w:numPr>
        <w:ind w:left="360"/>
      </w:pPr>
    </w:p>
    <w:p w:rsidR="002A2CC7" w:rsidRPr="003A4CB5" w:rsidRDefault="00C50253" w:rsidP="00412947">
      <w:pPr>
        <w:pStyle w:val="ListBullet"/>
        <w:jc w:val="center"/>
        <w:rPr>
          <w:sz w:val="24"/>
          <w:szCs w:val="24"/>
        </w:rPr>
      </w:pPr>
      <w:r w:rsidRPr="003A4CB5">
        <w:rPr>
          <w:sz w:val="24"/>
          <w:szCs w:val="24"/>
        </w:rPr>
        <w:t>Faith University Students’ Association (FUSA)</w:t>
      </w:r>
    </w:p>
    <w:p w:rsidR="002A2CC7" w:rsidRPr="003A4CB5" w:rsidRDefault="00C50253" w:rsidP="00412947">
      <w:pPr>
        <w:pStyle w:val="ListBullet"/>
        <w:jc w:val="center"/>
        <w:rPr>
          <w:sz w:val="24"/>
          <w:szCs w:val="24"/>
        </w:rPr>
      </w:pPr>
      <w:r w:rsidRPr="003A4CB5">
        <w:rPr>
          <w:sz w:val="24"/>
          <w:szCs w:val="24"/>
        </w:rPr>
        <w:t>Academic Clubs (e.g., Education Club)</w:t>
      </w:r>
    </w:p>
    <w:p w:rsidR="002A2CC7" w:rsidRPr="003A4CB5" w:rsidRDefault="00C50253" w:rsidP="00412947">
      <w:pPr>
        <w:pStyle w:val="ListBullet"/>
        <w:jc w:val="center"/>
        <w:rPr>
          <w:sz w:val="24"/>
          <w:szCs w:val="24"/>
        </w:rPr>
      </w:pPr>
      <w:r w:rsidRPr="003A4CB5">
        <w:rPr>
          <w:sz w:val="24"/>
          <w:szCs w:val="24"/>
        </w:rPr>
        <w:t>Computer Science Club</w:t>
      </w:r>
    </w:p>
    <w:p w:rsidR="002A2CC7" w:rsidRPr="003A4CB5" w:rsidRDefault="00C50253" w:rsidP="00412947">
      <w:pPr>
        <w:pStyle w:val="ListBullet"/>
        <w:jc w:val="center"/>
        <w:rPr>
          <w:sz w:val="24"/>
          <w:szCs w:val="24"/>
        </w:rPr>
      </w:pPr>
      <w:r w:rsidRPr="003A4CB5">
        <w:rPr>
          <w:sz w:val="24"/>
          <w:szCs w:val="24"/>
        </w:rPr>
        <w:t>Business Club</w:t>
      </w:r>
    </w:p>
    <w:p w:rsidR="002A2CC7" w:rsidRPr="003A4CB5" w:rsidRDefault="00C50253" w:rsidP="00412947">
      <w:pPr>
        <w:pStyle w:val="ListBullet"/>
        <w:jc w:val="center"/>
        <w:rPr>
          <w:sz w:val="24"/>
          <w:szCs w:val="24"/>
        </w:rPr>
      </w:pPr>
      <w:r w:rsidRPr="003A4CB5">
        <w:rPr>
          <w:sz w:val="24"/>
          <w:szCs w:val="24"/>
        </w:rPr>
        <w:t>Debate &amp; Public Speaking Society</w:t>
      </w:r>
    </w:p>
    <w:p w:rsidR="002A2CC7" w:rsidRPr="003A4CB5" w:rsidRDefault="00C50253" w:rsidP="00412947">
      <w:pPr>
        <w:pStyle w:val="ListBullet"/>
        <w:jc w:val="center"/>
        <w:rPr>
          <w:sz w:val="24"/>
          <w:szCs w:val="24"/>
        </w:rPr>
      </w:pPr>
      <w:r w:rsidRPr="003A4CB5">
        <w:rPr>
          <w:sz w:val="24"/>
          <w:szCs w:val="24"/>
        </w:rPr>
        <w:t>Campus Christian Fellowship</w:t>
      </w:r>
    </w:p>
    <w:p w:rsidR="002A2CC7" w:rsidRPr="003A4CB5" w:rsidRDefault="00C50253" w:rsidP="00412947">
      <w:pPr>
        <w:pStyle w:val="ListBullet"/>
        <w:jc w:val="center"/>
        <w:rPr>
          <w:sz w:val="24"/>
          <w:szCs w:val="24"/>
        </w:rPr>
      </w:pPr>
      <w:r w:rsidRPr="003A4CB5">
        <w:rPr>
          <w:sz w:val="24"/>
          <w:szCs w:val="24"/>
        </w:rPr>
        <w:t>African Dance &amp; Music Society</w:t>
      </w:r>
    </w:p>
    <w:p w:rsidR="002A2CC7" w:rsidRPr="003A4CB5" w:rsidRDefault="00C50253" w:rsidP="00412947">
      <w:pPr>
        <w:pStyle w:val="ListBullet"/>
        <w:jc w:val="center"/>
        <w:rPr>
          <w:sz w:val="24"/>
          <w:szCs w:val="24"/>
        </w:rPr>
      </w:pPr>
      <w:r w:rsidRPr="003A4CB5">
        <w:rPr>
          <w:sz w:val="24"/>
          <w:szCs w:val="24"/>
        </w:rPr>
        <w:t>International Students’ Association</w:t>
      </w:r>
    </w:p>
    <w:p w:rsidR="002A2CC7" w:rsidRPr="003A4CB5" w:rsidRDefault="00C50253" w:rsidP="00412947">
      <w:pPr>
        <w:pStyle w:val="ListBullet"/>
        <w:jc w:val="center"/>
        <w:rPr>
          <w:sz w:val="24"/>
          <w:szCs w:val="24"/>
        </w:rPr>
      </w:pPr>
      <w:proofErr w:type="spellStart"/>
      <w:r w:rsidRPr="003A4CB5">
        <w:rPr>
          <w:sz w:val="24"/>
          <w:szCs w:val="24"/>
        </w:rPr>
        <w:t>Freshers’</w:t>
      </w:r>
      <w:proofErr w:type="spellEnd"/>
      <w:r w:rsidRPr="003A4CB5">
        <w:rPr>
          <w:sz w:val="24"/>
          <w:szCs w:val="24"/>
        </w:rPr>
        <w:t xml:space="preserve"> Orientation (welcome program for new students)</w:t>
      </w:r>
    </w:p>
    <w:p w:rsidR="002A2CC7" w:rsidRPr="003A4CB5" w:rsidRDefault="00C50253" w:rsidP="00412947">
      <w:pPr>
        <w:pStyle w:val="ListBullet"/>
        <w:jc w:val="center"/>
        <w:rPr>
          <w:sz w:val="24"/>
          <w:szCs w:val="24"/>
        </w:rPr>
      </w:pPr>
      <w:r w:rsidRPr="003A4CB5">
        <w:rPr>
          <w:sz w:val="24"/>
          <w:szCs w:val="24"/>
        </w:rPr>
        <w:t>Academic Counseling &amp; Advising</w:t>
      </w:r>
    </w:p>
    <w:p w:rsidR="002A2CC7" w:rsidRPr="003A4CB5" w:rsidRDefault="00C50253" w:rsidP="00412947">
      <w:pPr>
        <w:pStyle w:val="ListBullet"/>
        <w:jc w:val="center"/>
        <w:rPr>
          <w:sz w:val="24"/>
          <w:szCs w:val="24"/>
        </w:rPr>
      </w:pPr>
      <w:r w:rsidRPr="003A4CB5">
        <w:rPr>
          <w:sz w:val="24"/>
          <w:szCs w:val="24"/>
        </w:rPr>
        <w:t>Tutoring (peer and faculty‑led)</w:t>
      </w:r>
    </w:p>
    <w:p w:rsidR="00FA44FB" w:rsidRDefault="00FA44FB" w:rsidP="00FA44FB">
      <w:pPr>
        <w:pStyle w:val="ListBullet"/>
        <w:numPr>
          <w:ilvl w:val="0"/>
          <w:numId w:val="0"/>
        </w:numPr>
        <w:ind w:left="360"/>
      </w:pPr>
      <w:r>
        <w:rPr>
          <w:noProof/>
        </w:rPr>
        <w:lastRenderedPageBreak/>
        <mc:AlternateContent>
          <mc:Choice Requires="wps">
            <w:drawing>
              <wp:anchor distT="0" distB="0" distL="114300" distR="114300" simplePos="0" relativeHeight="251860992" behindDoc="0" locked="0" layoutInCell="1" allowOverlap="1" wp14:anchorId="1AE1E118" wp14:editId="66850A8B">
                <wp:simplePos x="0" y="0"/>
                <wp:positionH relativeFrom="column">
                  <wp:posOffset>-73152</wp:posOffset>
                </wp:positionH>
                <wp:positionV relativeFrom="paragraph">
                  <wp:posOffset>-292608</wp:posOffset>
                </wp:positionV>
                <wp:extent cx="2987040" cy="438912"/>
                <wp:effectExtent l="57150" t="38100" r="60960" b="75565"/>
                <wp:wrapNone/>
                <wp:docPr id="163" name="Text Box 163"/>
                <wp:cNvGraphicFramePr/>
                <a:graphic xmlns:a="http://schemas.openxmlformats.org/drawingml/2006/main">
                  <a:graphicData uri="http://schemas.microsoft.com/office/word/2010/wordprocessingShape">
                    <wps:wsp>
                      <wps:cNvSpPr txBox="1"/>
                      <wps:spPr>
                        <a:xfrm>
                          <a:off x="0" y="0"/>
                          <a:ext cx="2987040" cy="438912"/>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FA44FB" w:rsidRDefault="003A37E7" w:rsidP="00FA44FB">
                            <w:pPr>
                              <w:pStyle w:val="Heading2"/>
                              <w:jc w:val="center"/>
                              <w:rPr>
                                <w:rFonts w:ascii="Times New Roman" w:hAnsi="Times New Roman" w:cs="Times New Roman"/>
                                <w:b w:val="0"/>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A44FB">
                              <w:rPr>
                                <w:rFonts w:ascii="Times New Roman" w:hAnsi="Times New Roman" w:cs="Times New Roman"/>
                                <w:b w:val="0"/>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STUDENT SUPPORT SERVICES</w:t>
                            </w:r>
                          </w:p>
                          <w:p w:rsidR="003A37E7" w:rsidRPr="00FA44FB"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E1E118" id="Text Box 163" o:spid="_x0000_s1039" type="#_x0000_t202" style="position:absolute;left:0;text-align:left;margin-left:-5.75pt;margin-top:-23.05pt;width:235.2pt;height:34.55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" fillcolor="#a7bfde [1620]" stroked="f">
                <v:fill color2="#e4ecf5 [500]" rotate="t" angle="180" colors="0 #a3c4ff;22938f #bfd5ff;1 #e5eeff" focus="100%" type="gradient"/>
                <v:shadow on="t" color="black" opacity="24903f" origin=",.5" offset="0,.55556mm"/>
                <v:textbox>
                  <w:txbxContent>
                    <w:p w:rsidR="003A37E7" w:rsidRPr="00FA44FB" w:rsidRDefault="003A37E7" w:rsidP="00FA44FB">
                      <w:pPr>
                        <w:pStyle w:val="Heading2"/>
                        <w:jc w:val="center"/>
                        <w:rPr>
                          <w:rFonts w:ascii="Times New Roman" w:hAnsi="Times New Roman" w:cs="Times New Roman"/>
                          <w:b w:val="0"/>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A44FB">
                        <w:rPr>
                          <w:rFonts w:ascii="Times New Roman" w:hAnsi="Times New Roman" w:cs="Times New Roman"/>
                          <w:b w:val="0"/>
                          <w:color w:val="000000" w:themeColor="text1"/>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STUDENT SUPPORT SERVICES</w:t>
                      </w:r>
                    </w:p>
                    <w:p w:rsidR="003A37E7" w:rsidRPr="00FA44FB"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2A2CC7" w:rsidRDefault="00C50253" w:rsidP="00412947">
      <w:pPr>
        <w:pStyle w:val="ListBullet"/>
        <w:jc w:val="center"/>
      </w:pPr>
      <w:r>
        <w:t>Career Services and internship placement</w:t>
      </w:r>
    </w:p>
    <w:p w:rsidR="00CA3032" w:rsidRDefault="00CA3032" w:rsidP="00412947">
      <w:pPr>
        <w:pStyle w:val="ListBullet"/>
        <w:numPr>
          <w:ilvl w:val="0"/>
          <w:numId w:val="0"/>
        </w:numPr>
        <w:ind w:left="360"/>
        <w:jc w:val="center"/>
      </w:pPr>
    </w:p>
    <w:p w:rsidR="002A2CC7" w:rsidRDefault="002A2CC7" w:rsidP="007F3A1E"/>
    <w:p w:rsidR="00FA44FB" w:rsidRDefault="00FA44FB" w:rsidP="00412947">
      <w:pPr>
        <w:jc w:val="center"/>
      </w:pPr>
      <w:r>
        <w:rPr>
          <w:noProof/>
        </w:rPr>
        <mc:AlternateContent>
          <mc:Choice Requires="wps">
            <w:drawing>
              <wp:anchor distT="0" distB="0" distL="114300" distR="114300" simplePos="0" relativeHeight="251862016" behindDoc="0" locked="0" layoutInCell="1" allowOverlap="1" wp14:anchorId="18F25283" wp14:editId="2354212A">
                <wp:simplePos x="0" y="0"/>
                <wp:positionH relativeFrom="column">
                  <wp:posOffset>499364</wp:posOffset>
                </wp:positionH>
                <wp:positionV relativeFrom="paragraph">
                  <wp:posOffset>7366</wp:posOffset>
                </wp:positionV>
                <wp:extent cx="1731264" cy="499872"/>
                <wp:effectExtent l="57150" t="38100" r="59690" b="71755"/>
                <wp:wrapNone/>
                <wp:docPr id="167" name="Text Box 167"/>
                <wp:cNvGraphicFramePr/>
                <a:graphic xmlns:a="http://schemas.openxmlformats.org/drawingml/2006/main">
                  <a:graphicData uri="http://schemas.microsoft.com/office/word/2010/wordprocessingShape">
                    <wps:wsp>
                      <wps:cNvSpPr txBox="1"/>
                      <wps:spPr>
                        <a:xfrm>
                          <a:off x="0" y="0"/>
                          <a:ext cx="1731264" cy="499872"/>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FA44FB" w:rsidRDefault="003A37E7" w:rsidP="00FA44FB">
                            <w:pPr>
                              <w:pStyle w:val="Heading2"/>
                              <w:jc w:val="center"/>
                              <w:rPr>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A44FB">
                              <w:rPr>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PORTAL</w:t>
                            </w:r>
                          </w:p>
                          <w:p w:rsidR="003A37E7" w:rsidRPr="00FA44FB"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8F25283" id="Text Box 167" o:spid="_x0000_s1040" type="#_x0000_t202" style="position:absolute;left:0;text-align:left;margin-left:39.3pt;margin-top:.6pt;width:136.3pt;height:39.35pt;z-index:251862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" fillcolor="#a7bfde [1620]" stroked="f">
                <v:fill color2="#e4ecf5 [500]" rotate="t" angle="180" colors="0 #a3c4ff;22938f #bfd5ff;1 #e5eeff" focus="100%" type="gradient"/>
                <v:shadow on="t" color="black" opacity="24903f" origin=",.5" offset="0,.55556mm"/>
                <v:textbox>
                  <w:txbxContent>
                    <w:p w:rsidR="003A37E7" w:rsidRPr="00FA44FB" w:rsidRDefault="003A37E7" w:rsidP="00FA44FB">
                      <w:pPr>
                        <w:pStyle w:val="Heading2"/>
                        <w:jc w:val="center"/>
                        <w:rPr>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A44FB">
                        <w:rPr>
                          <w:b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PORTAL</w:t>
                      </w:r>
                    </w:p>
                    <w:p w:rsidR="003A37E7" w:rsidRPr="00FA44FB"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FA44FB" w:rsidRDefault="00FA44FB" w:rsidP="00412947">
      <w:pPr>
        <w:jc w:val="center"/>
      </w:pPr>
    </w:p>
    <w:p w:rsidR="002A2CC7" w:rsidRDefault="00C50253" w:rsidP="00412947">
      <w:pPr>
        <w:jc w:val="center"/>
      </w:pPr>
      <w:r>
        <w:t xml:space="preserve">Online Services Portal: </w:t>
      </w:r>
      <w:hyperlink r:id="rId10" w:history="1">
        <w:r w:rsidR="00CC3C39" w:rsidRPr="00386E71">
          <w:rPr>
            <w:rStyle w:val="Hyperlink"/>
          </w:rPr>
          <w:t>www.fuc.schoolinkck.com</w:t>
        </w:r>
      </w:hyperlink>
    </w:p>
    <w:p w:rsidR="00CC3C39" w:rsidRDefault="00CC3C39" w:rsidP="00412947">
      <w:pPr>
        <w:jc w:val="center"/>
      </w:pPr>
    </w:p>
    <w:p w:rsidR="00CC3C39" w:rsidRDefault="00CC3C39" w:rsidP="00412947">
      <w:pPr>
        <w:jc w:val="center"/>
      </w:pPr>
    </w:p>
    <w:p w:rsidR="006152C0" w:rsidRDefault="006152C0" w:rsidP="006152C0">
      <w:pPr>
        <w:pStyle w:val="Heading4"/>
        <w:rPr>
          <w:rFonts w:ascii="Times New Roman" w:eastAsiaTheme="minorEastAsia" w:hAnsi="Times New Roman" w:cstheme="minorBidi"/>
          <w:b w:val="0"/>
          <w:bCs w:val="0"/>
          <w:i w:val="0"/>
          <w:iCs w:val="0"/>
          <w:color w:val="auto"/>
          <w:sz w:val="18"/>
          <w:szCs w:val="18"/>
        </w:rPr>
      </w:pPr>
      <w:r>
        <w:rPr>
          <w:noProof/>
          <w:sz w:val="18"/>
          <w:szCs w:val="18"/>
        </w:rPr>
        <w:lastRenderedPageBreak/>
        <mc:AlternateContent>
          <mc:Choice Requires="wps">
            <w:drawing>
              <wp:anchor distT="0" distB="0" distL="114300" distR="114300" simplePos="0" relativeHeight="251749376" behindDoc="0" locked="0" layoutInCell="1" allowOverlap="1" wp14:anchorId="369C966B" wp14:editId="3043679B">
                <wp:simplePos x="0" y="0"/>
                <wp:positionH relativeFrom="page">
                  <wp:posOffset>109728</wp:posOffset>
                </wp:positionH>
                <wp:positionV relativeFrom="paragraph">
                  <wp:posOffset>-682752</wp:posOffset>
                </wp:positionV>
                <wp:extent cx="4791329" cy="1169924"/>
                <wp:effectExtent l="57150" t="38100" r="85725" b="87630"/>
                <wp:wrapNone/>
                <wp:docPr id="137" name="Text Box 137"/>
                <wp:cNvGraphicFramePr/>
                <a:graphic xmlns:a="http://schemas.openxmlformats.org/drawingml/2006/main">
                  <a:graphicData uri="http://schemas.microsoft.com/office/word/2010/wordprocessingShape">
                    <wps:wsp>
                      <wps:cNvSpPr txBox="1"/>
                      <wps:spPr>
                        <a:xfrm>
                          <a:off x="0" y="0"/>
                          <a:ext cx="4791329" cy="1169924"/>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E47AC6" w:rsidRDefault="003A37E7" w:rsidP="00C44611">
                            <w:pPr>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BUSINESS &amp; SOCIAL SCIENCES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9C966B" id="Text Box 137" o:spid="_x0000_s1041" type="#_x0000_t202" style="position:absolute;margin-left:8.65pt;margin-top:-53.75pt;width:377.25pt;height:92.1pt;z-index:251749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" fillcolor="#a7bfde [1620]" strokecolor="#4579b8 [3044]">
                <v:fill color2="#e4ecf5 [500]" rotate="t" angle="180" colors="0 #a3c4ff;22938f #bfd5ff;1 #e5eeff" focus="100%" type="gradient"/>
                <v:shadow on="t" color="black" opacity="24903f" origin=",.5" offset="0,.55556mm"/>
                <v:textbox>
                  <w:txbxContent>
                    <w:p w:rsidR="003A37E7" w:rsidRPr="00E47AC6" w:rsidRDefault="003A37E7" w:rsidP="00C44611">
                      <w:pPr>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BUSINESS &amp; SOCIAL SCIENCES</w:t>
                      </w:r>
                    </w:p>
                  </w:txbxContent>
                </v:textbox>
                <w10:wrap anchorx="page"/>
              </v:shape>
            </w:pict>
          </mc:Fallback>
        </mc:AlternateContent>
      </w:r>
    </w:p>
    <w:p w:rsidR="006152C0" w:rsidRDefault="006152C0" w:rsidP="006152C0">
      <w:pPr>
        <w:pStyle w:val="Heading4"/>
        <w:rPr>
          <w:u w:val="single"/>
        </w:rPr>
      </w:pPr>
    </w:p>
    <w:p w:rsidR="007157A5" w:rsidRPr="007157A5" w:rsidRDefault="007157A5" w:rsidP="00336057">
      <w:pPr>
        <w:pStyle w:val="Heading4"/>
        <w:jc w:val="center"/>
        <w:rPr>
          <w:i w:val="0"/>
        </w:rPr>
      </w:pPr>
      <w:r>
        <w:rPr>
          <w:noProof/>
          <w:u w:val="single"/>
        </w:rPr>
        <mc:AlternateContent>
          <mc:Choice Requires="wps">
            <w:drawing>
              <wp:anchor distT="0" distB="0" distL="114300" distR="114300" simplePos="0" relativeHeight="251876352" behindDoc="0" locked="0" layoutInCell="1" allowOverlap="1" wp14:anchorId="53D4E984" wp14:editId="2A0F3D5A">
                <wp:simplePos x="0" y="0"/>
                <wp:positionH relativeFrom="column">
                  <wp:posOffset>24385</wp:posOffset>
                </wp:positionH>
                <wp:positionV relativeFrom="paragraph">
                  <wp:posOffset>29845</wp:posOffset>
                </wp:positionV>
                <wp:extent cx="2474976" cy="353060"/>
                <wp:effectExtent l="57150" t="38100" r="78105" b="104140"/>
                <wp:wrapNone/>
                <wp:docPr id="169" name="Text Box 169"/>
                <wp:cNvGraphicFramePr/>
                <a:graphic xmlns:a="http://schemas.openxmlformats.org/drawingml/2006/main">
                  <a:graphicData uri="http://schemas.microsoft.com/office/word/2010/wordprocessingShape">
                    <wps:wsp>
                      <wps:cNvSpPr txBox="1"/>
                      <wps:spPr>
                        <a:xfrm>
                          <a:off x="0" y="0"/>
                          <a:ext cx="2474976" cy="353060"/>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7157A5" w:rsidRDefault="003A37E7" w:rsidP="007157A5">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157A5">
                              <w:rPr>
                                <w:rFonts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w:t>
                            </w:r>
                            <w:r w:rsidRPr="007157A5">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3D4E984" id="Text Box 169" o:spid="_x0000_s1042" type="#_x0000_t202" style="position:absolute;left:0;text-align:left;margin-left:1.9pt;margin-top:2.35pt;width:194.9pt;height:27.8pt;z-index:251876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" fillcolor="#a7bfde [1620]" strokecolor="#4579b8 [3044]">
                <v:fill color2="#e4ecf5 [500]" rotate="t" angle="180" colors="0 #a3c4ff;22938f #bfd5ff;1 #e5eeff" focus="100%" type="gradient"/>
                <v:shadow on="t" color="black" opacity="24903f" origin=",.5" offset="0,.55556mm"/>
                <v:textbox>
                  <w:txbxContent>
                    <w:p w:rsidR="003A37E7" w:rsidRPr="007157A5" w:rsidRDefault="003A37E7" w:rsidP="007157A5">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157A5">
                        <w:rPr>
                          <w:rFonts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w:t>
                      </w:r>
                      <w:r w:rsidRPr="007157A5">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p>
                  </w:txbxContent>
                </v:textbox>
              </v:shape>
            </w:pict>
          </mc:Fallback>
        </mc:AlternateContent>
      </w:r>
    </w:p>
    <w:p w:rsidR="006152C0" w:rsidRPr="007157A5" w:rsidRDefault="006152C0" w:rsidP="00336057">
      <w:pPr>
        <w:pStyle w:val="Heading4"/>
        <w:jc w:val="center"/>
        <w:rPr>
          <w:color w:val="auto"/>
          <w:sz w:val="24"/>
          <w:szCs w:val="24"/>
        </w:rPr>
      </w:pPr>
      <w:r w:rsidRPr="007157A5">
        <w:rPr>
          <w:color w:val="auto"/>
          <w:sz w:val="24"/>
          <w:szCs w:val="24"/>
        </w:rPr>
        <w:t>The College of Business and Social Sciences (COBASS) comprises five degree-granting departments: Accounting, Economics &amp; Finance, Business Management, Public Administration, and Human Resource Management. COBASS equips students with ethical, practice-ready skills for leadership across private, public, and nonprofit sectors. Through rigorous coursework, applied research, internships, and community engagement grounded in Christian values, the College develops graduates who think critically, act with integrity, and create lasting value for society.</w:t>
      </w:r>
    </w:p>
    <w:p w:rsidR="000D60A3" w:rsidRPr="007157A5" w:rsidRDefault="000D60A3" w:rsidP="007157A5">
      <w:pPr>
        <w:pStyle w:val="Heading4"/>
        <w:rPr>
          <w:color w:val="auto"/>
          <w:u w:val="single"/>
        </w:rPr>
      </w:pPr>
    </w:p>
    <w:p w:rsidR="007157A5" w:rsidRDefault="007157A5" w:rsidP="00336057">
      <w:pPr>
        <w:pStyle w:val="Heading4"/>
        <w:jc w:val="center"/>
        <w:rPr>
          <w:rFonts w:ascii="Times New Roman" w:hAnsi="Times New Roman" w:cs="Times New Roman"/>
          <w:color w:val="auto"/>
          <w:sz w:val="24"/>
          <w:szCs w:val="24"/>
        </w:rPr>
      </w:pPr>
      <w:r>
        <w:rPr>
          <w:rFonts w:ascii="Times New Roman" w:hAnsi="Times New Roman" w:cs="Times New Roman"/>
          <w:noProof/>
          <w:color w:val="auto"/>
          <w:sz w:val="24"/>
          <w:szCs w:val="24"/>
        </w:rPr>
        <w:lastRenderedPageBreak/>
        <mc:AlternateContent>
          <mc:Choice Requires="wps">
            <w:drawing>
              <wp:anchor distT="0" distB="0" distL="114300" distR="114300" simplePos="0" relativeHeight="251877376" behindDoc="0" locked="0" layoutInCell="1" allowOverlap="1">
                <wp:simplePos x="0" y="0"/>
                <wp:positionH relativeFrom="column">
                  <wp:posOffset>656082</wp:posOffset>
                </wp:positionH>
                <wp:positionV relativeFrom="paragraph">
                  <wp:posOffset>-170688</wp:posOffset>
                </wp:positionV>
                <wp:extent cx="1669542" cy="512064"/>
                <wp:effectExtent l="57150" t="38100" r="64135" b="78740"/>
                <wp:wrapNone/>
                <wp:docPr id="180" name="Text Box 180"/>
                <wp:cNvGraphicFramePr/>
                <a:graphic xmlns:a="http://schemas.openxmlformats.org/drawingml/2006/main">
                  <a:graphicData uri="http://schemas.microsoft.com/office/word/2010/wordprocessingShape">
                    <wps:wsp>
                      <wps:cNvSpPr txBox="1"/>
                      <wps:spPr>
                        <a:xfrm>
                          <a:off x="0" y="0"/>
                          <a:ext cx="1669542" cy="512064"/>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7157A5" w:rsidRDefault="003A37E7" w:rsidP="007157A5">
                            <w:pPr>
                              <w:pStyle w:val="Heading4"/>
                              <w:jc w:val="center"/>
                              <w:rPr>
                                <w:rFonts w:ascii="Times New Roman" w:hAnsi="Times New Roman" w:cs="Times New Roman"/>
                                <w:b w:val="0"/>
                                <w:i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157A5">
                              <w:rPr>
                                <w:rFonts w:ascii="Times New Roman" w:hAnsi="Times New Roman" w:cs="Times New Roman"/>
                                <w:b w:val="0"/>
                                <w:i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VISION</w:t>
                            </w:r>
                          </w:p>
                          <w:p w:rsidR="003A37E7" w:rsidRPr="007157A5"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0" o:spid="_x0000_s1043" type="#_x0000_t202" style="position:absolute;left:0;text-align:left;margin-left:51.65pt;margin-top:-13.45pt;width:131.45pt;height:40.3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" fillcolor="#a7bfde [1620]" stroked="f">
                <v:fill color2="#e4ecf5 [500]" rotate="t" angle="180" colors="0 #a3c4ff;22938f #bfd5ff;1 #e5eeff" focus="100%" type="gradient"/>
                <v:shadow on="t" color="black" opacity="24903f" origin=",.5" offset="0,.55556mm"/>
                <v:textbox>
                  <w:txbxContent>
                    <w:p w:rsidR="003A37E7" w:rsidRPr="007157A5" w:rsidRDefault="003A37E7" w:rsidP="007157A5">
                      <w:pPr>
                        <w:pStyle w:val="Heading4"/>
                        <w:jc w:val="center"/>
                        <w:rPr>
                          <w:rFonts w:ascii="Times New Roman" w:hAnsi="Times New Roman" w:cs="Times New Roman"/>
                          <w:b w:val="0"/>
                          <w:i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157A5">
                        <w:rPr>
                          <w:rFonts w:ascii="Times New Roman" w:hAnsi="Times New Roman" w:cs="Times New Roman"/>
                          <w:b w:val="0"/>
                          <w:i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VISION</w:t>
                      </w:r>
                    </w:p>
                    <w:p w:rsidR="003A37E7" w:rsidRPr="007157A5"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6152C0" w:rsidRPr="007157A5" w:rsidRDefault="006152C0" w:rsidP="00336057">
      <w:pPr>
        <w:pStyle w:val="Heading4"/>
        <w:jc w:val="center"/>
        <w:rPr>
          <w:rFonts w:ascii="Times New Roman" w:hAnsi="Times New Roman" w:cs="Times New Roman"/>
          <w:color w:val="auto"/>
          <w:sz w:val="24"/>
          <w:szCs w:val="24"/>
        </w:rPr>
      </w:pPr>
      <w:r w:rsidRPr="007157A5">
        <w:rPr>
          <w:rFonts w:ascii="Times New Roman" w:hAnsi="Times New Roman" w:cs="Times New Roman"/>
          <w:color w:val="auto"/>
          <w:sz w:val="24"/>
          <w:szCs w:val="24"/>
        </w:rPr>
        <w:t>To be a transformative college known for ethical excellence, innovation, and responsible citizenship in service to God and humanity.</w:t>
      </w:r>
    </w:p>
    <w:p w:rsidR="006152C0" w:rsidRPr="007157A5" w:rsidRDefault="007157A5" w:rsidP="00336057">
      <w:pPr>
        <w:pStyle w:val="Heading4"/>
        <w:jc w:val="center"/>
        <w:rPr>
          <w:rFonts w:ascii="Times New Roman" w:hAnsi="Times New Roman" w:cs="Times New Roman"/>
          <w:color w:val="auto"/>
          <w:sz w:val="24"/>
          <w:szCs w:val="24"/>
        </w:rPr>
      </w:pPr>
      <w:r>
        <w:rPr>
          <w:rFonts w:ascii="Times New Roman" w:hAnsi="Times New Roman" w:cs="Times New Roman"/>
          <w:noProof/>
          <w:color w:val="auto"/>
          <w:sz w:val="24"/>
          <w:szCs w:val="24"/>
        </w:rPr>
        <mc:AlternateContent>
          <mc:Choice Requires="wps">
            <w:drawing>
              <wp:anchor distT="0" distB="0" distL="114300" distR="114300" simplePos="0" relativeHeight="251878400" behindDoc="0" locked="0" layoutInCell="1" allowOverlap="1">
                <wp:simplePos x="0" y="0"/>
                <wp:positionH relativeFrom="column">
                  <wp:posOffset>656082</wp:posOffset>
                </wp:positionH>
                <wp:positionV relativeFrom="paragraph">
                  <wp:posOffset>277622</wp:posOffset>
                </wp:positionV>
                <wp:extent cx="1670304" cy="475488"/>
                <wp:effectExtent l="57150" t="38100" r="63500" b="77470"/>
                <wp:wrapNone/>
                <wp:docPr id="181" name="Text Box 181"/>
                <wp:cNvGraphicFramePr/>
                <a:graphic xmlns:a="http://schemas.openxmlformats.org/drawingml/2006/main">
                  <a:graphicData uri="http://schemas.microsoft.com/office/word/2010/wordprocessingShape">
                    <wps:wsp>
                      <wps:cNvSpPr txBox="1"/>
                      <wps:spPr>
                        <a:xfrm>
                          <a:off x="0" y="0"/>
                          <a:ext cx="1670304" cy="475488"/>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7157A5" w:rsidRDefault="003A37E7" w:rsidP="007157A5">
                            <w:pPr>
                              <w:pStyle w:val="Heading4"/>
                              <w:jc w:val="center"/>
                              <w:rPr>
                                <w:rFonts w:ascii="Times New Roman" w:hAnsi="Times New Roman" w:cs="Times New Roman"/>
                                <w:b w:val="0"/>
                                <w:i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157A5">
                              <w:rPr>
                                <w:rFonts w:ascii="Times New Roman" w:hAnsi="Times New Roman" w:cs="Times New Roman"/>
                                <w:b w:val="0"/>
                                <w:i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MISSION</w:t>
                            </w:r>
                          </w:p>
                          <w:p w:rsidR="003A37E7" w:rsidRPr="007157A5"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81" o:spid="_x0000_s1044" type="#_x0000_t202" style="position:absolute;left:0;text-align:left;margin-left:51.65pt;margin-top:21.85pt;width:131.5pt;height:37.45pt;z-index:251878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" fillcolor="#a7bfde [1620]" stroked="f">
                <v:fill color2="#e4ecf5 [500]" rotate="t" angle="180" colors="0 #a3c4ff;22938f #bfd5ff;1 #e5eeff" focus="100%" type="gradient"/>
                <v:shadow on="t" color="black" opacity="24903f" origin=",.5" offset="0,.55556mm"/>
                <v:textbox>
                  <w:txbxContent>
                    <w:p w:rsidR="003A37E7" w:rsidRPr="007157A5" w:rsidRDefault="003A37E7" w:rsidP="007157A5">
                      <w:pPr>
                        <w:pStyle w:val="Heading4"/>
                        <w:jc w:val="center"/>
                        <w:rPr>
                          <w:rFonts w:ascii="Times New Roman" w:hAnsi="Times New Roman" w:cs="Times New Roman"/>
                          <w:b w:val="0"/>
                          <w:i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157A5">
                        <w:rPr>
                          <w:rFonts w:ascii="Times New Roman" w:hAnsi="Times New Roman" w:cs="Times New Roman"/>
                          <w:b w:val="0"/>
                          <w:i w:val="0"/>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MISSION</w:t>
                      </w:r>
                    </w:p>
                    <w:p w:rsidR="003A37E7" w:rsidRPr="007157A5"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7157A5" w:rsidRDefault="007157A5" w:rsidP="00336057">
      <w:pPr>
        <w:pStyle w:val="Heading4"/>
        <w:jc w:val="center"/>
        <w:rPr>
          <w:rFonts w:ascii="Times New Roman" w:hAnsi="Times New Roman" w:cs="Times New Roman"/>
          <w:color w:val="auto"/>
          <w:sz w:val="24"/>
          <w:szCs w:val="24"/>
        </w:rPr>
      </w:pPr>
    </w:p>
    <w:p w:rsidR="006152C0" w:rsidRPr="007157A5" w:rsidRDefault="00425D78" w:rsidP="00336057">
      <w:pPr>
        <w:pStyle w:val="Heading4"/>
        <w:jc w:val="center"/>
        <w:rPr>
          <w:rFonts w:ascii="Times New Roman" w:hAnsi="Times New Roman" w:cs="Times New Roman"/>
          <w:color w:val="auto"/>
          <w:sz w:val="24"/>
          <w:szCs w:val="24"/>
        </w:rPr>
      </w:pPr>
      <w:r w:rsidRPr="007157A5">
        <w:rPr>
          <w:rFonts w:ascii="Times New Roman" w:hAnsi="Times New Roman" w:cs="Times New Roman"/>
          <w:noProof/>
          <w:color w:val="auto"/>
          <w:sz w:val="24"/>
          <w:szCs w:val="24"/>
        </w:rPr>
        <mc:AlternateContent>
          <mc:Choice Requires="wps">
            <w:drawing>
              <wp:anchor distT="0" distB="0" distL="114300" distR="114300" simplePos="0" relativeHeight="251875328" behindDoc="0" locked="0" layoutInCell="1" allowOverlap="1" wp14:anchorId="7C62B539" wp14:editId="71CF4084">
                <wp:simplePos x="0" y="0"/>
                <wp:positionH relativeFrom="column">
                  <wp:posOffset>-2285</wp:posOffset>
                </wp:positionH>
                <wp:positionV relativeFrom="paragraph">
                  <wp:posOffset>1631442</wp:posOffset>
                </wp:positionV>
                <wp:extent cx="3182112" cy="304800"/>
                <wp:effectExtent l="57150" t="38100" r="56515" b="76200"/>
                <wp:wrapNone/>
                <wp:docPr id="179" name="Text Box 179"/>
                <wp:cNvGraphicFramePr/>
                <a:graphic xmlns:a="http://schemas.openxmlformats.org/drawingml/2006/main">
                  <a:graphicData uri="http://schemas.microsoft.com/office/word/2010/wordprocessingShape">
                    <wps:wsp>
                      <wps:cNvSpPr txBox="1"/>
                      <wps:spPr>
                        <a:xfrm>
                          <a:off x="0" y="0"/>
                          <a:ext cx="3182112" cy="304800"/>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425D78" w:rsidRDefault="003A37E7" w:rsidP="00425D78">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25D78">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PROGRAM CREDIT TOTALS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C62B539" id="Text Box 179" o:spid="_x0000_s1045" type="#_x0000_t202" style="position:absolute;left:0;text-align:left;margin-left:-.2pt;margin-top:128.45pt;width:250.55pt;height:24pt;z-index:251875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" fillcolor="#a7bfde [1620]" stroked="f">
                <v:fill color2="#e4ecf5 [500]" rotate="t" angle="180" colors="0 #a3c4ff;22938f #bfd5ff;1 #e5eeff" focus="100%" type="gradient"/>
                <v:shadow on="t" color="black" opacity="24903f" origin=",.5" offset="0,.55556mm"/>
                <v:textbox>
                  <w:txbxContent>
                    <w:p w:rsidR="003A37E7" w:rsidRPr="00425D78" w:rsidRDefault="003A37E7" w:rsidP="00425D78">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25D78">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PROGRAM CREDIT TOTALS</w:t>
                      </w:r>
                    </w:p>
                  </w:txbxContent>
                </v:textbox>
              </v:shape>
            </w:pict>
          </mc:Fallback>
        </mc:AlternateContent>
      </w:r>
      <w:r w:rsidR="006152C0" w:rsidRPr="007157A5">
        <w:rPr>
          <w:rFonts w:ascii="Times New Roman" w:hAnsi="Times New Roman" w:cs="Times New Roman"/>
          <w:color w:val="auto"/>
          <w:sz w:val="24"/>
          <w:szCs w:val="24"/>
        </w:rPr>
        <w:t>To deliver excellent teaching and research that develop innovative, values-driven leaders; to foster moral formation and professional competence; and to advance community service and entrepreneurship for holistic societal transformation.</w:t>
      </w:r>
    </w:p>
    <w:p w:rsidR="00B20823" w:rsidRPr="00B20823" w:rsidRDefault="006152C0" w:rsidP="00B20823">
      <w:pPr>
        <w:pStyle w:val="Heading4"/>
        <w:jc w:val="center"/>
        <w:rPr>
          <w:color w:val="auto"/>
        </w:rPr>
      </w:pPr>
      <w:r w:rsidRPr="007157A5">
        <w:rPr>
          <w:color w:val="auto"/>
        </w:rPr>
        <w:br/>
        <w:t>— Accounting (B.Sc.): 116 credits</w:t>
      </w:r>
      <w:r w:rsidRPr="007157A5">
        <w:rPr>
          <w:color w:val="auto"/>
        </w:rPr>
        <w:br/>
        <w:t>— Business Management (B.B.A.): 114 credits</w:t>
      </w:r>
      <w:r w:rsidRPr="007157A5">
        <w:rPr>
          <w:color w:val="auto"/>
        </w:rPr>
        <w:br/>
        <w:t>— Economics &amp; Finance (B.Sc.): 108 credits</w:t>
      </w:r>
      <w:r w:rsidRPr="007157A5">
        <w:rPr>
          <w:color w:val="auto"/>
        </w:rPr>
        <w:br/>
        <w:t>— Pu</w:t>
      </w:r>
      <w:r w:rsidR="00EE4A5C">
        <w:rPr>
          <w:color w:val="auto"/>
        </w:rPr>
        <w:t>blic Administration (B.Sc.): 150</w:t>
      </w:r>
      <w:r w:rsidRPr="007157A5">
        <w:rPr>
          <w:color w:val="auto"/>
        </w:rPr>
        <w:t xml:space="preserve"> credits</w:t>
      </w:r>
      <w:r w:rsidRPr="007157A5">
        <w:rPr>
          <w:color w:val="auto"/>
        </w:rPr>
        <w:br/>
        <w:t xml:space="preserve">— Human Resource </w:t>
      </w:r>
      <w:r w:rsidR="00EE4A5C">
        <w:rPr>
          <w:color w:val="auto"/>
        </w:rPr>
        <w:t>Management (B.B.A.): 144</w:t>
      </w:r>
      <w:r w:rsidR="007157A5">
        <w:rPr>
          <w:color w:val="auto"/>
        </w:rPr>
        <w:t xml:space="preserve"> credit</w:t>
      </w:r>
    </w:p>
    <w:p w:rsidR="00B20823" w:rsidRDefault="00B20823" w:rsidP="00B20823">
      <w:pPr>
        <w:pStyle w:val="Heading2"/>
        <w:jc w:val="center"/>
      </w:pPr>
      <w:bookmarkStart w:id="0" w:name="about-the-department"/>
      <w:r>
        <w:lastRenderedPageBreak/>
        <w:t>About the Department</w:t>
      </w:r>
    </w:p>
    <w:p w:rsidR="00B20823" w:rsidRDefault="00B20823" w:rsidP="00B20823">
      <w:pPr>
        <w:pStyle w:val="FirstParagraph"/>
        <w:jc w:val="center"/>
      </w:pPr>
      <w:r>
        <w:t>The Department of Public Administration is dedicated to training competent, ethical, and innovative leaders for public and nonprofit institutions. Our programs integrate theory, research, and hands-on practice to equip students with critical skills for effective governance, policy development, and public sector management.</w:t>
      </w:r>
    </w:p>
    <w:p w:rsidR="00B20823" w:rsidRDefault="003A37E7" w:rsidP="00B20823">
      <w:pPr>
        <w:jc w:val="center"/>
      </w:pPr>
      <w:r>
        <w:pict>
          <v:rect id="_x0000_i1025" style="width:0;height:1.5pt" o:hralign="center" o:hrstd="t" o:hr="t"/>
        </w:pict>
      </w:r>
    </w:p>
    <w:p w:rsidR="00B20823" w:rsidRDefault="00B20823" w:rsidP="00B20823">
      <w:pPr>
        <w:pStyle w:val="Heading2"/>
        <w:jc w:val="center"/>
      </w:pPr>
      <w:bookmarkStart w:id="1" w:name="mission"/>
      <w:bookmarkEnd w:id="0"/>
      <w:r>
        <w:t>Mission</w:t>
      </w:r>
    </w:p>
    <w:p w:rsidR="00B20823" w:rsidRDefault="00B20823" w:rsidP="00B20823">
      <w:pPr>
        <w:pStyle w:val="FirstParagraph"/>
        <w:jc w:val="center"/>
      </w:pPr>
      <w:r>
        <w:t>To educate and develop service-oriented, ethical, and knowledgeable public administrators who contribute to effective governance and sustainable development through high-quality teaching, applied research, and community engagement.</w:t>
      </w:r>
    </w:p>
    <w:p w:rsidR="00B20823" w:rsidRDefault="003A37E7" w:rsidP="00B20823">
      <w:pPr>
        <w:jc w:val="center"/>
      </w:pPr>
      <w:r>
        <w:pict>
          <v:rect id="_x0000_i1026" style="width:0;height:1.5pt" o:hralign="center" o:hrstd="t" o:hr="t"/>
        </w:pict>
      </w:r>
    </w:p>
    <w:p w:rsidR="00B20823" w:rsidRDefault="00B20823" w:rsidP="00B20823">
      <w:pPr>
        <w:pStyle w:val="Heading2"/>
        <w:jc w:val="center"/>
      </w:pPr>
      <w:bookmarkStart w:id="2" w:name="vision"/>
      <w:bookmarkEnd w:id="1"/>
      <w:r>
        <w:t>Vision</w:t>
      </w:r>
    </w:p>
    <w:p w:rsidR="00B20823" w:rsidRDefault="00B20823" w:rsidP="00B20823">
      <w:pPr>
        <w:pStyle w:val="FirstParagraph"/>
        <w:jc w:val="center"/>
      </w:pPr>
      <w:r>
        <w:t xml:space="preserve">To become a leading center of excellence in public administration education and research in Liberia and the region, </w:t>
      </w:r>
      <w:r>
        <w:lastRenderedPageBreak/>
        <w:t>known for producing innovative and principled leaders who drive societal transformation.</w:t>
      </w:r>
    </w:p>
    <w:p w:rsidR="00B20823" w:rsidRDefault="00B20823" w:rsidP="00B20823">
      <w:pPr>
        <w:jc w:val="center"/>
      </w:pPr>
    </w:p>
    <w:p w:rsidR="00B20823" w:rsidRDefault="00B20823" w:rsidP="00B20823">
      <w:pPr>
        <w:pStyle w:val="Heading2"/>
        <w:jc w:val="center"/>
      </w:pPr>
      <w:bookmarkStart w:id="3" w:name="core-values"/>
      <w:bookmarkEnd w:id="2"/>
      <w:r>
        <w:t>Core Values</w:t>
      </w:r>
    </w:p>
    <w:p w:rsidR="00B20823" w:rsidRDefault="00B20823" w:rsidP="00B20823">
      <w:pPr>
        <w:pStyle w:val="Compact"/>
        <w:numPr>
          <w:ilvl w:val="0"/>
          <w:numId w:val="11"/>
        </w:numPr>
        <w:jc w:val="center"/>
      </w:pPr>
      <w:r>
        <w:t>Integrity</w:t>
      </w:r>
    </w:p>
    <w:p w:rsidR="00B20823" w:rsidRDefault="00B20823" w:rsidP="00B20823">
      <w:pPr>
        <w:pStyle w:val="Compact"/>
        <w:numPr>
          <w:ilvl w:val="0"/>
          <w:numId w:val="11"/>
        </w:numPr>
        <w:jc w:val="center"/>
      </w:pPr>
      <w:r>
        <w:t>Excellence</w:t>
      </w:r>
    </w:p>
    <w:p w:rsidR="00B20823" w:rsidRDefault="00B20823" w:rsidP="00B20823">
      <w:pPr>
        <w:pStyle w:val="Compact"/>
        <w:numPr>
          <w:ilvl w:val="0"/>
          <w:numId w:val="11"/>
        </w:numPr>
        <w:jc w:val="center"/>
      </w:pPr>
      <w:r>
        <w:t>Service</w:t>
      </w:r>
    </w:p>
    <w:p w:rsidR="00B20823" w:rsidRDefault="00B20823" w:rsidP="00B20823">
      <w:pPr>
        <w:pStyle w:val="Compact"/>
        <w:numPr>
          <w:ilvl w:val="0"/>
          <w:numId w:val="11"/>
        </w:numPr>
        <w:jc w:val="center"/>
      </w:pPr>
      <w:r>
        <w:t>Innovation</w:t>
      </w:r>
    </w:p>
    <w:p w:rsidR="00B20823" w:rsidRDefault="00B20823" w:rsidP="00B20823">
      <w:pPr>
        <w:pStyle w:val="Compact"/>
        <w:numPr>
          <w:ilvl w:val="0"/>
          <w:numId w:val="11"/>
        </w:numPr>
        <w:jc w:val="center"/>
      </w:pPr>
      <w:r>
        <w:t>Inclusiveness</w:t>
      </w:r>
    </w:p>
    <w:p w:rsidR="00B20823" w:rsidRDefault="00B20823" w:rsidP="00B20823">
      <w:pPr>
        <w:pStyle w:val="Compact"/>
        <w:numPr>
          <w:ilvl w:val="0"/>
          <w:numId w:val="11"/>
        </w:numPr>
        <w:jc w:val="center"/>
      </w:pPr>
      <w:r>
        <w:t>Leadership</w:t>
      </w:r>
    </w:p>
    <w:p w:rsidR="00B20823" w:rsidRDefault="00B20823" w:rsidP="00B20823">
      <w:pPr>
        <w:jc w:val="center"/>
      </w:pPr>
    </w:p>
    <w:p w:rsidR="00B20823" w:rsidRDefault="00B20823" w:rsidP="00B20823">
      <w:pPr>
        <w:pStyle w:val="Heading2"/>
        <w:jc w:val="center"/>
      </w:pPr>
      <w:bookmarkStart w:id="4" w:name="academic-programs"/>
      <w:bookmarkEnd w:id="3"/>
      <w:r>
        <w:t>Academic Programs</w:t>
      </w:r>
    </w:p>
    <w:p w:rsidR="00B20823" w:rsidRDefault="00B20823" w:rsidP="00B20823">
      <w:pPr>
        <w:pStyle w:val="FirstParagraph"/>
        <w:jc w:val="center"/>
      </w:pPr>
      <w:r>
        <w:rPr>
          <w:b/>
          <w:bCs/>
        </w:rPr>
        <w:t>Bachelor of Public Administration (BPA)</w:t>
      </w:r>
      <w:r>
        <w:t xml:space="preserve"> A comprehensive undergraduate degree designed to give students a solid foundation in governance, public policy, organizational management, development studies, and leadership.</w:t>
      </w:r>
    </w:p>
    <w:p w:rsidR="00B20823" w:rsidRDefault="00B20823" w:rsidP="00B20823">
      <w:pPr>
        <w:jc w:val="center"/>
      </w:pPr>
    </w:p>
    <w:p w:rsidR="00B20823" w:rsidRDefault="00B20823" w:rsidP="00B20823">
      <w:pPr>
        <w:pStyle w:val="Heading2"/>
        <w:jc w:val="center"/>
      </w:pPr>
      <w:bookmarkStart w:id="5" w:name="program-highlights"/>
      <w:bookmarkEnd w:id="4"/>
      <w:r>
        <w:t>Program Highlights</w:t>
      </w:r>
    </w:p>
    <w:p w:rsidR="00B20823" w:rsidRDefault="00B20823" w:rsidP="00B20823">
      <w:pPr>
        <w:pStyle w:val="Compact"/>
        <w:numPr>
          <w:ilvl w:val="0"/>
          <w:numId w:val="11"/>
        </w:numPr>
        <w:jc w:val="center"/>
      </w:pPr>
      <w:r>
        <w:t>Competency-based curriculum</w:t>
      </w:r>
    </w:p>
    <w:p w:rsidR="00B20823" w:rsidRDefault="00B20823" w:rsidP="00B20823">
      <w:pPr>
        <w:pStyle w:val="Compact"/>
        <w:numPr>
          <w:ilvl w:val="0"/>
          <w:numId w:val="11"/>
        </w:numPr>
        <w:jc w:val="center"/>
      </w:pPr>
      <w:r>
        <w:t>Practical case studies and simulations</w:t>
      </w:r>
    </w:p>
    <w:p w:rsidR="00B20823" w:rsidRDefault="00B20823" w:rsidP="00B20823">
      <w:pPr>
        <w:pStyle w:val="Compact"/>
        <w:numPr>
          <w:ilvl w:val="0"/>
          <w:numId w:val="11"/>
        </w:numPr>
        <w:jc w:val="center"/>
      </w:pPr>
      <w:r>
        <w:lastRenderedPageBreak/>
        <w:t>Internship &amp; fieldwork experiences</w:t>
      </w:r>
    </w:p>
    <w:p w:rsidR="00B20823" w:rsidRDefault="00B20823" w:rsidP="00B20823">
      <w:pPr>
        <w:pStyle w:val="Compact"/>
        <w:numPr>
          <w:ilvl w:val="0"/>
          <w:numId w:val="11"/>
        </w:numPr>
        <w:jc w:val="center"/>
      </w:pPr>
      <w:r>
        <w:t>Mentorship from experienced faculty</w:t>
      </w:r>
    </w:p>
    <w:p w:rsidR="00B20823" w:rsidRDefault="00B20823" w:rsidP="00B20823">
      <w:pPr>
        <w:pStyle w:val="Compact"/>
        <w:numPr>
          <w:ilvl w:val="0"/>
          <w:numId w:val="11"/>
        </w:numPr>
        <w:jc w:val="center"/>
      </w:pPr>
      <w:r>
        <w:t>Opportunities for research, community service, and policy dialogue</w:t>
      </w:r>
    </w:p>
    <w:p w:rsidR="00B20823" w:rsidRDefault="003A37E7" w:rsidP="00B20823">
      <w:pPr>
        <w:jc w:val="center"/>
      </w:pPr>
      <w:r>
        <w:pict>
          <v:rect id="_x0000_i1027" style="width:0;height:1.5pt" o:hralign="center" o:hrstd="t" o:hr="t"/>
        </w:pict>
      </w:r>
    </w:p>
    <w:p w:rsidR="00B20823" w:rsidRDefault="00B20823" w:rsidP="00B20823">
      <w:pPr>
        <w:pStyle w:val="Heading2"/>
        <w:jc w:val="center"/>
      </w:pPr>
      <w:bookmarkStart w:id="6" w:name="key-courses-and-electives"/>
      <w:bookmarkEnd w:id="5"/>
      <w:r>
        <w:t>Key Courses and Electives</w:t>
      </w:r>
    </w:p>
    <w:p w:rsidR="00B20823" w:rsidRDefault="00B20823" w:rsidP="00B20823">
      <w:pPr>
        <w:pStyle w:val="Compact"/>
        <w:numPr>
          <w:ilvl w:val="0"/>
          <w:numId w:val="11"/>
        </w:numPr>
        <w:jc w:val="center"/>
      </w:pPr>
      <w:r>
        <w:t>Introduction to Public Administration</w:t>
      </w:r>
    </w:p>
    <w:p w:rsidR="00B20823" w:rsidRDefault="00B20823" w:rsidP="00B20823">
      <w:pPr>
        <w:pStyle w:val="Compact"/>
        <w:numPr>
          <w:ilvl w:val="0"/>
          <w:numId w:val="11"/>
        </w:numPr>
        <w:jc w:val="center"/>
      </w:pPr>
      <w:r>
        <w:t>Administrative Law and Ethics</w:t>
      </w:r>
    </w:p>
    <w:p w:rsidR="00B20823" w:rsidRDefault="00B20823" w:rsidP="00B20823">
      <w:pPr>
        <w:pStyle w:val="Compact"/>
        <w:numPr>
          <w:ilvl w:val="0"/>
          <w:numId w:val="11"/>
        </w:numPr>
        <w:jc w:val="center"/>
      </w:pPr>
      <w:r>
        <w:t>Public Policy and Analysis</w:t>
      </w:r>
    </w:p>
    <w:p w:rsidR="00B20823" w:rsidRDefault="00B20823" w:rsidP="00B20823">
      <w:pPr>
        <w:pStyle w:val="Compact"/>
        <w:numPr>
          <w:ilvl w:val="0"/>
          <w:numId w:val="11"/>
        </w:numPr>
        <w:jc w:val="center"/>
      </w:pPr>
      <w:r>
        <w:t>Leadership and Organizational Behavior</w:t>
      </w:r>
    </w:p>
    <w:p w:rsidR="00B20823" w:rsidRDefault="00B20823" w:rsidP="00B20823">
      <w:pPr>
        <w:pStyle w:val="Compact"/>
        <w:numPr>
          <w:ilvl w:val="0"/>
          <w:numId w:val="11"/>
        </w:numPr>
        <w:jc w:val="center"/>
      </w:pPr>
      <w:r>
        <w:t>Human Resource Management in the Public Sector</w:t>
      </w:r>
    </w:p>
    <w:p w:rsidR="00B20823" w:rsidRDefault="00B20823" w:rsidP="00B20823">
      <w:pPr>
        <w:pStyle w:val="Compact"/>
        <w:numPr>
          <w:ilvl w:val="0"/>
          <w:numId w:val="11"/>
        </w:numPr>
        <w:jc w:val="center"/>
      </w:pPr>
      <w:r>
        <w:t>Public Financial Management</w:t>
      </w:r>
    </w:p>
    <w:p w:rsidR="00B20823" w:rsidRDefault="00B20823" w:rsidP="00B20823">
      <w:pPr>
        <w:pStyle w:val="Compact"/>
        <w:numPr>
          <w:ilvl w:val="0"/>
          <w:numId w:val="11"/>
        </w:numPr>
        <w:jc w:val="center"/>
      </w:pPr>
      <w:r>
        <w:t>Local Government Administration</w:t>
      </w:r>
    </w:p>
    <w:p w:rsidR="00B20823" w:rsidRDefault="00B20823" w:rsidP="00B20823">
      <w:pPr>
        <w:pStyle w:val="Compact"/>
        <w:numPr>
          <w:ilvl w:val="0"/>
          <w:numId w:val="11"/>
        </w:numPr>
        <w:jc w:val="center"/>
      </w:pPr>
      <w:r>
        <w:t>Development Planning</w:t>
      </w:r>
    </w:p>
    <w:p w:rsidR="00B20823" w:rsidRDefault="00B20823" w:rsidP="00B20823">
      <w:pPr>
        <w:pStyle w:val="Compact"/>
        <w:numPr>
          <w:ilvl w:val="0"/>
          <w:numId w:val="11"/>
        </w:numPr>
        <w:jc w:val="center"/>
      </w:pPr>
      <w:r>
        <w:t>Monitoring and Evaluation</w:t>
      </w:r>
    </w:p>
    <w:p w:rsidR="00B20823" w:rsidRDefault="00B20823" w:rsidP="00B20823">
      <w:pPr>
        <w:pStyle w:val="Compact"/>
        <w:numPr>
          <w:ilvl w:val="0"/>
          <w:numId w:val="11"/>
        </w:numPr>
        <w:jc w:val="center"/>
      </w:pPr>
      <w:r>
        <w:t>Research Methods</w:t>
      </w:r>
    </w:p>
    <w:p w:rsidR="00B20823" w:rsidRDefault="00B20823" w:rsidP="00B20823">
      <w:pPr>
        <w:pStyle w:val="FirstParagraph"/>
        <w:jc w:val="center"/>
      </w:pPr>
      <w:r>
        <w:rPr>
          <w:b/>
          <w:bCs/>
        </w:rPr>
        <w:t>Elective Courses:</w:t>
      </w:r>
      <w:r>
        <w:t xml:space="preserve"> - Environmental Policy and Management - Project Management in Public Sector - Public Sector Innovation - Governance and Anti-Corruption Strategies - Strategic Planning and Policy Implementation - E-</w:t>
      </w:r>
      <w:r>
        <w:lastRenderedPageBreak/>
        <w:t>Governance and Digital Administration - Social Entrepreneurship and Development - Comparative Public Administration</w:t>
      </w:r>
    </w:p>
    <w:p w:rsidR="00B20823" w:rsidRDefault="003A37E7" w:rsidP="00B20823">
      <w:pPr>
        <w:jc w:val="center"/>
      </w:pPr>
      <w:r>
        <w:pict>
          <v:rect id="_x0000_i1028" style="width:0;height:1.5pt" o:hralign="center" o:hrstd="t" o:hr="t"/>
        </w:pict>
      </w:r>
    </w:p>
    <w:p w:rsidR="00B20823" w:rsidRDefault="00B20823" w:rsidP="00B20823">
      <w:pPr>
        <w:pStyle w:val="Heading2"/>
        <w:jc w:val="center"/>
      </w:pPr>
      <w:bookmarkStart w:id="7" w:name="learning-outcomes"/>
      <w:bookmarkEnd w:id="6"/>
      <w:r>
        <w:t>Learning Outcomes</w:t>
      </w:r>
    </w:p>
    <w:p w:rsidR="00B20823" w:rsidRDefault="00B20823" w:rsidP="00B20823">
      <w:pPr>
        <w:pStyle w:val="FirstParagraph"/>
        <w:jc w:val="center"/>
      </w:pPr>
      <w:r>
        <w:t>Graduates will be able to: - Understand key theories and principles of public administration - Analyze and interpret public policies - Demonstrate effective leadership and management skills - Apply ethical standards in public service - Conduct research and use data for decision-making - Engage in community and national development initiatives</w:t>
      </w:r>
    </w:p>
    <w:p w:rsidR="00B20823" w:rsidRDefault="003A37E7" w:rsidP="00B20823">
      <w:pPr>
        <w:jc w:val="center"/>
      </w:pPr>
      <w:r>
        <w:pict>
          <v:rect id="_x0000_i1029" style="width:0;height:1.5pt" o:hralign="center" o:hrstd="t" o:hr="t"/>
        </w:pict>
      </w:r>
    </w:p>
    <w:p w:rsidR="00B20823" w:rsidRDefault="00B20823" w:rsidP="00B20823">
      <w:pPr>
        <w:pStyle w:val="Heading2"/>
        <w:jc w:val="center"/>
      </w:pPr>
      <w:bookmarkStart w:id="8" w:name="career-opportunities"/>
      <w:bookmarkEnd w:id="7"/>
      <w:r>
        <w:t>Career Opportunities</w:t>
      </w:r>
    </w:p>
    <w:p w:rsidR="002F3CBB" w:rsidRPr="007157A5" w:rsidRDefault="00B20823" w:rsidP="00B20823">
      <w:pPr>
        <w:pStyle w:val="FirstParagraph"/>
        <w:jc w:val="center"/>
      </w:pPr>
      <w:r>
        <w:t>Graduates can pursue careers in: - Government Ministries &amp; Agencies - County &amp; Municipal Administrations - Non-Governmental Organizations (NGOs) - International Development Agencies - Public Service Commissions - Policy Think Tanks - Civil Society Organizations - Research &amp; Academic Institutions</w:t>
      </w:r>
      <w:bookmarkEnd w:id="8"/>
    </w:p>
    <w:p w:rsidR="00177EF4" w:rsidRDefault="00B20823" w:rsidP="00412947">
      <w:pPr>
        <w:jc w:val="center"/>
      </w:pPr>
      <w:r>
        <w:rPr>
          <w:noProof/>
        </w:rPr>
        <w:lastRenderedPageBreak/>
        <mc:AlternateContent>
          <mc:Choice Requires="wps">
            <w:drawing>
              <wp:anchor distT="0" distB="0" distL="114300" distR="114300" simplePos="0" relativeHeight="251830272" behindDoc="0" locked="0" layoutInCell="1" allowOverlap="1" wp14:anchorId="4099C518" wp14:editId="662B0C2C">
                <wp:simplePos x="0" y="0"/>
                <wp:positionH relativeFrom="column">
                  <wp:posOffset>-607101</wp:posOffset>
                </wp:positionH>
                <wp:positionV relativeFrom="paragraph">
                  <wp:posOffset>-102235</wp:posOffset>
                </wp:positionV>
                <wp:extent cx="4364609" cy="3547872"/>
                <wp:effectExtent l="0" t="0" r="0" b="0"/>
                <wp:wrapNone/>
                <wp:docPr id="158" name="Text Box 158"/>
                <wp:cNvGraphicFramePr/>
                <a:graphic xmlns:a="http://schemas.openxmlformats.org/drawingml/2006/main">
                  <a:graphicData uri="http://schemas.microsoft.com/office/word/2010/wordprocessingShape">
                    <wps:wsp>
                      <wps:cNvSpPr txBox="1"/>
                      <wps:spPr>
                        <a:xfrm>
                          <a:off x="0" y="0"/>
                          <a:ext cx="4364609" cy="354787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255" w:type="dxa"/>
                              <w:tblInd w:w="75" w:type="dxa"/>
                              <w:tblLook w:val="04A0" w:firstRow="1" w:lastRow="0" w:firstColumn="1" w:lastColumn="0" w:noHBand="0" w:noVBand="1"/>
                            </w:tblPr>
                            <w:tblGrid>
                              <w:gridCol w:w="1344"/>
                              <w:gridCol w:w="3291"/>
                              <w:gridCol w:w="1620"/>
                            </w:tblGrid>
                            <w:tr w:rsidR="003A37E7" w:rsidRPr="008644AC" w:rsidTr="008644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5" w:type="dxa"/>
                                  <w:gridSpan w:val="3"/>
                                  <w:tcBorders>
                                    <w:top w:val="single" w:sz="48" w:space="0" w:color="auto"/>
                                    <w:left w:val="single" w:sz="48" w:space="0" w:color="auto"/>
                                    <w:bottom w:val="single" w:sz="48" w:space="0" w:color="auto"/>
                                    <w:right w:val="single" w:sz="48" w:space="0" w:color="auto"/>
                                  </w:tcBorders>
                                  <w:vAlign w:val="center"/>
                                </w:tcPr>
                                <w:p w:rsidR="003A37E7" w:rsidRPr="008644AC" w:rsidRDefault="003A37E7" w:rsidP="008644AC">
                                  <w:pPr>
                                    <w:jc w:val="center"/>
                                    <w:rPr>
                                      <w:color w:val="FF0000"/>
                                    </w:rPr>
                                  </w:pPr>
                                  <w:r w:rsidRPr="008644AC">
                                    <w:rPr>
                                      <w:color w:val="FF0000"/>
                                    </w:rPr>
                                    <w:t>PUBLIC ADMINISTRATION</w:t>
                                  </w:r>
                                </w:p>
                              </w:tc>
                            </w:tr>
                            <w:tr w:rsidR="003A37E7" w:rsidRPr="008644AC"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5" w:type="dxa"/>
                                  <w:gridSpan w:val="3"/>
                                  <w:tcBorders>
                                    <w:top w:val="single" w:sz="48" w:space="0" w:color="auto"/>
                                    <w:left w:val="double" w:sz="4" w:space="0" w:color="C0504D" w:themeColor="accent2"/>
                                    <w:right w:val="double" w:sz="4" w:space="0" w:color="C0504D" w:themeColor="accent2"/>
                                  </w:tcBorders>
                                  <w:vAlign w:val="center"/>
                                </w:tcPr>
                                <w:p w:rsidR="003A37E7" w:rsidRPr="008644AC" w:rsidRDefault="003A37E7" w:rsidP="008644AC">
                                  <w:pPr>
                                    <w:jc w:val="center"/>
                                  </w:pPr>
                                  <w:r>
                                    <w:rPr>
                                      <w:sz w:val="20"/>
                                      <w:szCs w:val="20"/>
                                    </w:rPr>
                                    <w:t>FRESHMEN YEAR (YEAR I</w:t>
                                  </w:r>
                                  <w:r w:rsidRPr="009B29F2">
                                    <w:rPr>
                                      <w:sz w:val="20"/>
                                      <w:szCs w:val="20"/>
                                    </w:rPr>
                                    <w:t>) - FIRST SEMESTER</w:t>
                                  </w:r>
                                </w:p>
                              </w:tc>
                            </w:tr>
                            <w:tr w:rsidR="003A37E7" w:rsidRPr="008644AC" w:rsidTr="008644A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COURSE CODE</w:t>
                                  </w:r>
                                </w:p>
                              </w:tc>
                              <w:tc>
                                <w:tcPr>
                                  <w:tcW w:w="3291" w:type="dxa"/>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rPr>
                                      <w:b/>
                                    </w:rPr>
                                    <w:t>COURSE TITLE</w:t>
                                  </w:r>
                                </w:p>
                              </w:tc>
                              <w:tc>
                                <w:tcPr>
                                  <w:tcW w:w="1620" w:type="dxa"/>
                                  <w:tcBorders>
                                    <w:right w:val="double" w:sz="4" w:space="0" w:color="C0504D" w:themeColor="accent2"/>
                                  </w:tcBorders>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8644AC"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t>GEN 101</w:t>
                                  </w:r>
                                </w:p>
                              </w:tc>
                              <w:tc>
                                <w:tcPr>
                                  <w:tcW w:w="3291" w:type="dxa"/>
                                  <w:vAlign w:val="center"/>
                                </w:tcPr>
                                <w:p w:rsidR="003A37E7" w:rsidRPr="00936337" w:rsidRDefault="003A37E7" w:rsidP="008644AC">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936337">
                                    <w:rPr>
                                      <w:b/>
                                      <w:sz w:val="24"/>
                                      <w:szCs w:val="24"/>
                                    </w:rPr>
                                    <w:t xml:space="preserve">LIFE IN CHRIST </w:t>
                                  </w:r>
                                  <w:r>
                                    <w:rPr>
                                      <w:b/>
                                      <w:sz w:val="24"/>
                                      <w:szCs w:val="24"/>
                                    </w:rPr>
                                    <w:t>1</w:t>
                                  </w:r>
                                </w:p>
                              </w:tc>
                              <w:tc>
                                <w:tcPr>
                                  <w:tcW w:w="1620" w:type="dxa"/>
                                  <w:tcBorders>
                                    <w:right w:val="double" w:sz="4" w:space="0" w:color="C0504D" w:themeColor="accent2"/>
                                  </w:tcBorders>
                                  <w:vAlign w:val="center"/>
                                </w:tcPr>
                                <w:p w:rsidR="003A37E7" w:rsidRDefault="003A37E7" w:rsidP="008644AC">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8644AC" w:rsidTr="008644A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ACC: 101</w:t>
                                  </w:r>
                                </w:p>
                              </w:tc>
                              <w:tc>
                                <w:tcPr>
                                  <w:tcW w:w="3291" w:type="dxa"/>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ACCOUNTING</w:t>
                                  </w:r>
                                </w:p>
                              </w:tc>
                              <w:tc>
                                <w:tcPr>
                                  <w:tcW w:w="1620" w:type="dxa"/>
                                  <w:tcBorders>
                                    <w:right w:val="double" w:sz="4" w:space="0" w:color="C0504D" w:themeColor="accent2"/>
                                  </w:tcBorders>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FREN 101</w:t>
                                  </w:r>
                                </w:p>
                              </w:tc>
                              <w:tc>
                                <w:tcPr>
                                  <w:tcW w:w="3291" w:type="dxa"/>
                                  <w:vAlign w:val="center"/>
                                </w:tcPr>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r w:rsidRPr="008644AC">
                                    <w:rPr>
                                      <w:b/>
                                    </w:rPr>
                                    <w:t>FUNDAMENTALS OF FRENCH</w:t>
                                  </w:r>
                                </w:p>
                              </w:tc>
                              <w:tc>
                                <w:tcPr>
                                  <w:tcW w:w="1620" w:type="dxa"/>
                                  <w:tcBorders>
                                    <w:right w:val="double" w:sz="4" w:space="0" w:color="C0504D" w:themeColor="accent2"/>
                                  </w:tcBorders>
                                  <w:vAlign w:val="center"/>
                                </w:tcPr>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r w:rsidRPr="008644AC">
                                    <w:t>2</w:t>
                                  </w:r>
                                </w:p>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p>
                              </w:tc>
                            </w:tr>
                            <w:tr w:rsidR="003A37E7" w:rsidRPr="008644AC" w:rsidTr="008644A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ECON 101</w:t>
                                  </w:r>
                                </w:p>
                              </w:tc>
                              <w:tc>
                                <w:tcPr>
                                  <w:tcW w:w="3291" w:type="dxa"/>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MICRO ECONOMICS</w:t>
                                  </w:r>
                                </w:p>
                              </w:tc>
                              <w:tc>
                                <w:tcPr>
                                  <w:tcW w:w="1620" w:type="dxa"/>
                                  <w:tcBorders>
                                    <w:right w:val="double" w:sz="4" w:space="0" w:color="C0504D" w:themeColor="accent2"/>
                                  </w:tcBorders>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CMP 101</w:t>
                                  </w:r>
                                </w:p>
                              </w:tc>
                              <w:tc>
                                <w:tcPr>
                                  <w:tcW w:w="3291" w:type="dxa"/>
                                  <w:vAlign w:val="center"/>
                                </w:tcPr>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r w:rsidRPr="008644AC">
                                    <w:rPr>
                                      <w:b/>
                                    </w:rPr>
                                    <w:t>INTRODUCTION TO COMPUTER CONCEPT</w:t>
                                  </w:r>
                                </w:p>
                              </w:tc>
                              <w:tc>
                                <w:tcPr>
                                  <w:tcW w:w="1620" w:type="dxa"/>
                                  <w:tcBorders>
                                    <w:right w:val="double" w:sz="4" w:space="0" w:color="C0504D" w:themeColor="accent2"/>
                                  </w:tcBorders>
                                  <w:vAlign w:val="center"/>
                                </w:tcPr>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r w:rsidRPr="008644AC">
                                    <w:t>3</w:t>
                                  </w:r>
                                </w:p>
                              </w:tc>
                            </w:tr>
                            <w:tr w:rsidR="003A37E7" w:rsidRPr="008644AC" w:rsidTr="008644A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SOS 101</w:t>
                                  </w:r>
                                </w:p>
                              </w:tc>
                              <w:tc>
                                <w:tcPr>
                                  <w:tcW w:w="3291" w:type="dxa"/>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SOCIAL SCIENCES</w:t>
                                  </w:r>
                                </w:p>
                              </w:tc>
                              <w:tc>
                                <w:tcPr>
                                  <w:tcW w:w="1620" w:type="dxa"/>
                                  <w:tcBorders>
                                    <w:right w:val="double" w:sz="4" w:space="0" w:color="C0504D" w:themeColor="accent2"/>
                                  </w:tcBorders>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ENG 101</w:t>
                                  </w:r>
                                </w:p>
                              </w:tc>
                              <w:tc>
                                <w:tcPr>
                                  <w:tcW w:w="3291" w:type="dxa"/>
                                  <w:vAlign w:val="center"/>
                                </w:tcPr>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r w:rsidRPr="008644AC">
                                    <w:rPr>
                                      <w:b/>
                                    </w:rPr>
                                    <w:t>ENGLISH &amp; COMMUNICATION SKILLS</w:t>
                                  </w:r>
                                </w:p>
                              </w:tc>
                              <w:tc>
                                <w:tcPr>
                                  <w:tcW w:w="1620" w:type="dxa"/>
                                  <w:tcBorders>
                                    <w:right w:val="double" w:sz="4" w:space="0" w:color="C0504D" w:themeColor="accent2"/>
                                  </w:tcBorders>
                                  <w:vAlign w:val="center"/>
                                </w:tcPr>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r w:rsidRPr="008644AC">
                                    <w:t>3</w:t>
                                  </w:r>
                                </w:p>
                              </w:tc>
                            </w:tr>
                            <w:tr w:rsidR="003A37E7" w:rsidRPr="008644AC" w:rsidTr="008644AC">
                              <w:trPr>
                                <w:cnfStyle w:val="000000010000" w:firstRow="0" w:lastRow="0" w:firstColumn="0" w:lastColumn="0" w:oddVBand="0" w:evenVBand="0" w:oddHBand="0" w:evenHBand="1"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MATH 101</w:t>
                                  </w:r>
                                </w:p>
                              </w:tc>
                              <w:tc>
                                <w:tcPr>
                                  <w:tcW w:w="3291" w:type="dxa"/>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rPr>
                                      <w:b/>
                                    </w:rPr>
                                    <w:t>GENERAL MATHEMATICS</w:t>
                                  </w:r>
                                </w:p>
                              </w:tc>
                              <w:tc>
                                <w:tcPr>
                                  <w:tcW w:w="1620" w:type="dxa"/>
                                  <w:tcBorders>
                                    <w:right w:val="double" w:sz="4" w:space="0" w:color="C0504D" w:themeColor="accent2"/>
                                  </w:tcBorders>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8644AC">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4635" w:type="dxa"/>
                                  <w:gridSpan w:val="2"/>
                                  <w:tcBorders>
                                    <w:left w:val="double" w:sz="4" w:space="0" w:color="C0504D" w:themeColor="accent2"/>
                                    <w:bottom w:val="double" w:sz="4" w:space="0" w:color="C0504D" w:themeColor="accent2"/>
                                  </w:tcBorders>
                                  <w:vAlign w:val="center"/>
                                </w:tcPr>
                                <w:p w:rsidR="003A37E7" w:rsidRPr="008644AC" w:rsidRDefault="003A37E7" w:rsidP="008644AC">
                                  <w:pPr>
                                    <w:jc w:val="center"/>
                                  </w:pPr>
                                  <w:r w:rsidRPr="008644AC">
                                    <w:t xml:space="preserve">TOTAL </w:t>
                                  </w:r>
                                  <w:r>
                                    <w:rPr>
                                      <w:b w:val="0"/>
                                    </w:rPr>
                                    <w:t>CREDIT HOURS</w:t>
                                  </w:r>
                                </w:p>
                              </w:tc>
                              <w:tc>
                                <w:tcPr>
                                  <w:tcW w:w="1620" w:type="dxa"/>
                                  <w:tcBorders>
                                    <w:bottom w:val="double" w:sz="4" w:space="0" w:color="C0504D" w:themeColor="accent2"/>
                                    <w:right w:val="double" w:sz="4" w:space="0" w:color="C0504D" w:themeColor="accent2"/>
                                  </w:tcBorders>
                                  <w:vAlign w:val="center"/>
                                </w:tcPr>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r>
                                    <w:t>22</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99C518" id="Text Box 158" o:spid="_x0000_s1046" type="#_x0000_t202" style="position:absolute;left:0;text-align:left;margin-left:-47.8pt;margin-top:-8.05pt;width:343.65pt;height:279.3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" fillcolor="white [3201]" stroked="f" strokeweight=".5pt">
                <v:textbox>
                  <w:txbxContent>
                    <w:tbl>
                      <w:tblPr>
                        <w:tblStyle w:val="LightGrid"/>
                        <w:tblW w:w="6255" w:type="dxa"/>
                        <w:tblInd w:w="75" w:type="dxa"/>
                        <w:tblLook w:val="04A0" w:firstRow="1" w:lastRow="0" w:firstColumn="1" w:lastColumn="0" w:noHBand="0" w:noVBand="1"/>
                      </w:tblPr>
                      <w:tblGrid>
                        <w:gridCol w:w="1344"/>
                        <w:gridCol w:w="3291"/>
                        <w:gridCol w:w="1620"/>
                      </w:tblGrid>
                      <w:tr w:rsidR="003A37E7" w:rsidRPr="008644AC" w:rsidTr="008644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5" w:type="dxa"/>
                            <w:gridSpan w:val="3"/>
                            <w:tcBorders>
                              <w:top w:val="single" w:sz="48" w:space="0" w:color="auto"/>
                              <w:left w:val="single" w:sz="48" w:space="0" w:color="auto"/>
                              <w:bottom w:val="single" w:sz="48" w:space="0" w:color="auto"/>
                              <w:right w:val="single" w:sz="48" w:space="0" w:color="auto"/>
                            </w:tcBorders>
                            <w:vAlign w:val="center"/>
                          </w:tcPr>
                          <w:p w:rsidR="003A37E7" w:rsidRPr="008644AC" w:rsidRDefault="003A37E7" w:rsidP="008644AC">
                            <w:pPr>
                              <w:jc w:val="center"/>
                              <w:rPr>
                                <w:color w:val="FF0000"/>
                              </w:rPr>
                            </w:pPr>
                            <w:r w:rsidRPr="008644AC">
                              <w:rPr>
                                <w:color w:val="FF0000"/>
                              </w:rPr>
                              <w:t>PUBLIC ADMINISTRATION</w:t>
                            </w:r>
                          </w:p>
                        </w:tc>
                      </w:tr>
                      <w:tr w:rsidR="003A37E7" w:rsidRPr="008644AC"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5" w:type="dxa"/>
                            <w:gridSpan w:val="3"/>
                            <w:tcBorders>
                              <w:top w:val="single" w:sz="48" w:space="0" w:color="auto"/>
                              <w:left w:val="double" w:sz="4" w:space="0" w:color="C0504D" w:themeColor="accent2"/>
                              <w:right w:val="double" w:sz="4" w:space="0" w:color="C0504D" w:themeColor="accent2"/>
                            </w:tcBorders>
                            <w:vAlign w:val="center"/>
                          </w:tcPr>
                          <w:p w:rsidR="003A37E7" w:rsidRPr="008644AC" w:rsidRDefault="003A37E7" w:rsidP="008644AC">
                            <w:pPr>
                              <w:jc w:val="center"/>
                            </w:pPr>
                            <w:r>
                              <w:rPr>
                                <w:sz w:val="20"/>
                                <w:szCs w:val="20"/>
                              </w:rPr>
                              <w:t>FRESHMEN YEAR (YEAR I</w:t>
                            </w:r>
                            <w:r w:rsidRPr="009B29F2">
                              <w:rPr>
                                <w:sz w:val="20"/>
                                <w:szCs w:val="20"/>
                              </w:rPr>
                              <w:t>) - FIRST SEMESTER</w:t>
                            </w:r>
                          </w:p>
                        </w:tc>
                      </w:tr>
                      <w:tr w:rsidR="003A37E7" w:rsidRPr="008644AC" w:rsidTr="008644A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COURSE CODE</w:t>
                            </w:r>
                          </w:p>
                        </w:tc>
                        <w:tc>
                          <w:tcPr>
                            <w:tcW w:w="3291" w:type="dxa"/>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rPr>
                                <w:b/>
                              </w:rPr>
                              <w:t>COURSE TITLE</w:t>
                            </w:r>
                          </w:p>
                        </w:tc>
                        <w:tc>
                          <w:tcPr>
                            <w:tcW w:w="1620" w:type="dxa"/>
                            <w:tcBorders>
                              <w:right w:val="double" w:sz="4" w:space="0" w:color="C0504D" w:themeColor="accent2"/>
                            </w:tcBorders>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8644AC"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t>GEN 101</w:t>
                            </w:r>
                          </w:p>
                        </w:tc>
                        <w:tc>
                          <w:tcPr>
                            <w:tcW w:w="3291" w:type="dxa"/>
                            <w:vAlign w:val="center"/>
                          </w:tcPr>
                          <w:p w:rsidR="003A37E7" w:rsidRPr="00936337" w:rsidRDefault="003A37E7" w:rsidP="008644AC">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936337">
                              <w:rPr>
                                <w:b/>
                                <w:sz w:val="24"/>
                                <w:szCs w:val="24"/>
                              </w:rPr>
                              <w:t xml:space="preserve">LIFE IN CHRIST </w:t>
                            </w:r>
                            <w:r>
                              <w:rPr>
                                <w:b/>
                                <w:sz w:val="24"/>
                                <w:szCs w:val="24"/>
                              </w:rPr>
                              <w:t>1</w:t>
                            </w:r>
                          </w:p>
                        </w:tc>
                        <w:tc>
                          <w:tcPr>
                            <w:tcW w:w="1620" w:type="dxa"/>
                            <w:tcBorders>
                              <w:right w:val="double" w:sz="4" w:space="0" w:color="C0504D" w:themeColor="accent2"/>
                            </w:tcBorders>
                            <w:vAlign w:val="center"/>
                          </w:tcPr>
                          <w:p w:rsidR="003A37E7" w:rsidRDefault="003A37E7" w:rsidP="008644AC">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8644AC" w:rsidTr="008644A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ACC: 101</w:t>
                            </w:r>
                          </w:p>
                        </w:tc>
                        <w:tc>
                          <w:tcPr>
                            <w:tcW w:w="3291" w:type="dxa"/>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ACCOUNTING</w:t>
                            </w:r>
                          </w:p>
                        </w:tc>
                        <w:tc>
                          <w:tcPr>
                            <w:tcW w:w="1620" w:type="dxa"/>
                            <w:tcBorders>
                              <w:right w:val="double" w:sz="4" w:space="0" w:color="C0504D" w:themeColor="accent2"/>
                            </w:tcBorders>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FREN 101</w:t>
                            </w:r>
                          </w:p>
                        </w:tc>
                        <w:tc>
                          <w:tcPr>
                            <w:tcW w:w="3291" w:type="dxa"/>
                            <w:vAlign w:val="center"/>
                          </w:tcPr>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r w:rsidRPr="008644AC">
                              <w:rPr>
                                <w:b/>
                              </w:rPr>
                              <w:t>FUNDAMENTALS OF FRENCH</w:t>
                            </w:r>
                          </w:p>
                        </w:tc>
                        <w:tc>
                          <w:tcPr>
                            <w:tcW w:w="1620" w:type="dxa"/>
                            <w:tcBorders>
                              <w:right w:val="double" w:sz="4" w:space="0" w:color="C0504D" w:themeColor="accent2"/>
                            </w:tcBorders>
                            <w:vAlign w:val="center"/>
                          </w:tcPr>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r w:rsidRPr="008644AC">
                              <w:t>2</w:t>
                            </w:r>
                          </w:p>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p>
                        </w:tc>
                      </w:tr>
                      <w:tr w:rsidR="003A37E7" w:rsidRPr="008644AC" w:rsidTr="008644A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ECON 101</w:t>
                            </w:r>
                          </w:p>
                        </w:tc>
                        <w:tc>
                          <w:tcPr>
                            <w:tcW w:w="3291" w:type="dxa"/>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MICRO ECONOMICS</w:t>
                            </w:r>
                          </w:p>
                        </w:tc>
                        <w:tc>
                          <w:tcPr>
                            <w:tcW w:w="1620" w:type="dxa"/>
                            <w:tcBorders>
                              <w:right w:val="double" w:sz="4" w:space="0" w:color="C0504D" w:themeColor="accent2"/>
                            </w:tcBorders>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CMP 101</w:t>
                            </w:r>
                          </w:p>
                        </w:tc>
                        <w:tc>
                          <w:tcPr>
                            <w:tcW w:w="3291" w:type="dxa"/>
                            <w:vAlign w:val="center"/>
                          </w:tcPr>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r w:rsidRPr="008644AC">
                              <w:rPr>
                                <w:b/>
                              </w:rPr>
                              <w:t>INTRODUCTION TO COMPUTER CONCEPT</w:t>
                            </w:r>
                          </w:p>
                        </w:tc>
                        <w:tc>
                          <w:tcPr>
                            <w:tcW w:w="1620" w:type="dxa"/>
                            <w:tcBorders>
                              <w:right w:val="double" w:sz="4" w:space="0" w:color="C0504D" w:themeColor="accent2"/>
                            </w:tcBorders>
                            <w:vAlign w:val="center"/>
                          </w:tcPr>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r w:rsidRPr="008644AC">
                              <w:t>3</w:t>
                            </w:r>
                          </w:p>
                        </w:tc>
                      </w:tr>
                      <w:tr w:rsidR="003A37E7" w:rsidRPr="008644AC" w:rsidTr="008644A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SOS 101</w:t>
                            </w:r>
                          </w:p>
                        </w:tc>
                        <w:tc>
                          <w:tcPr>
                            <w:tcW w:w="3291" w:type="dxa"/>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SOCIAL SCIENCES</w:t>
                            </w:r>
                          </w:p>
                        </w:tc>
                        <w:tc>
                          <w:tcPr>
                            <w:tcW w:w="1620" w:type="dxa"/>
                            <w:tcBorders>
                              <w:right w:val="double" w:sz="4" w:space="0" w:color="C0504D" w:themeColor="accent2"/>
                            </w:tcBorders>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ENG 101</w:t>
                            </w:r>
                          </w:p>
                        </w:tc>
                        <w:tc>
                          <w:tcPr>
                            <w:tcW w:w="3291" w:type="dxa"/>
                            <w:vAlign w:val="center"/>
                          </w:tcPr>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r w:rsidRPr="008644AC">
                              <w:rPr>
                                <w:b/>
                              </w:rPr>
                              <w:t>ENGLISH &amp; COMMUNICATION SKILLS</w:t>
                            </w:r>
                          </w:p>
                        </w:tc>
                        <w:tc>
                          <w:tcPr>
                            <w:tcW w:w="1620" w:type="dxa"/>
                            <w:tcBorders>
                              <w:right w:val="double" w:sz="4" w:space="0" w:color="C0504D" w:themeColor="accent2"/>
                            </w:tcBorders>
                            <w:vAlign w:val="center"/>
                          </w:tcPr>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r w:rsidRPr="008644AC">
                              <w:t>3</w:t>
                            </w:r>
                          </w:p>
                        </w:tc>
                      </w:tr>
                      <w:tr w:rsidR="003A37E7" w:rsidRPr="008644AC" w:rsidTr="008644AC">
                        <w:trPr>
                          <w:cnfStyle w:val="000000010000" w:firstRow="0" w:lastRow="0" w:firstColumn="0" w:lastColumn="0" w:oddVBand="0" w:evenVBand="0" w:oddHBand="0" w:evenHBand="1"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8644AC">
                            <w:pPr>
                              <w:jc w:val="center"/>
                            </w:pPr>
                            <w:r w:rsidRPr="008644AC">
                              <w:t>MATH 101</w:t>
                            </w:r>
                          </w:p>
                        </w:tc>
                        <w:tc>
                          <w:tcPr>
                            <w:tcW w:w="3291" w:type="dxa"/>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rPr>
                                <w:b/>
                              </w:rPr>
                              <w:t>GENERAL MATHEMATICS</w:t>
                            </w:r>
                          </w:p>
                        </w:tc>
                        <w:tc>
                          <w:tcPr>
                            <w:tcW w:w="1620" w:type="dxa"/>
                            <w:tcBorders>
                              <w:right w:val="double" w:sz="4" w:space="0" w:color="C0504D" w:themeColor="accent2"/>
                            </w:tcBorders>
                            <w:vAlign w:val="center"/>
                          </w:tcPr>
                          <w:p w:rsidR="003A37E7" w:rsidRPr="008644AC" w:rsidRDefault="003A37E7" w:rsidP="008644AC">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8644AC">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4635" w:type="dxa"/>
                            <w:gridSpan w:val="2"/>
                            <w:tcBorders>
                              <w:left w:val="double" w:sz="4" w:space="0" w:color="C0504D" w:themeColor="accent2"/>
                              <w:bottom w:val="double" w:sz="4" w:space="0" w:color="C0504D" w:themeColor="accent2"/>
                            </w:tcBorders>
                            <w:vAlign w:val="center"/>
                          </w:tcPr>
                          <w:p w:rsidR="003A37E7" w:rsidRPr="008644AC" w:rsidRDefault="003A37E7" w:rsidP="008644AC">
                            <w:pPr>
                              <w:jc w:val="center"/>
                            </w:pPr>
                            <w:r w:rsidRPr="008644AC">
                              <w:t xml:space="preserve">TOTAL </w:t>
                            </w:r>
                            <w:r>
                              <w:rPr>
                                <w:b w:val="0"/>
                              </w:rPr>
                              <w:t>CREDIT HOURS</w:t>
                            </w:r>
                          </w:p>
                        </w:tc>
                        <w:tc>
                          <w:tcPr>
                            <w:tcW w:w="1620" w:type="dxa"/>
                            <w:tcBorders>
                              <w:bottom w:val="double" w:sz="4" w:space="0" w:color="C0504D" w:themeColor="accent2"/>
                              <w:right w:val="double" w:sz="4" w:space="0" w:color="C0504D" w:themeColor="accent2"/>
                            </w:tcBorders>
                            <w:vAlign w:val="center"/>
                          </w:tcPr>
                          <w:p w:rsidR="003A37E7" w:rsidRPr="008644AC" w:rsidRDefault="003A37E7" w:rsidP="008644AC">
                            <w:pPr>
                              <w:jc w:val="center"/>
                              <w:cnfStyle w:val="000000100000" w:firstRow="0" w:lastRow="0" w:firstColumn="0" w:lastColumn="0" w:oddVBand="0" w:evenVBand="0" w:oddHBand="1" w:evenHBand="0" w:firstRowFirstColumn="0" w:firstRowLastColumn="0" w:lastRowFirstColumn="0" w:lastRowLastColumn="0"/>
                            </w:pPr>
                            <w:r>
                              <w:t>22</w:t>
                            </w:r>
                          </w:p>
                        </w:tc>
                      </w:tr>
                    </w:tbl>
                    <w:p w:rsidR="003A37E7" w:rsidRDefault="003A37E7"/>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0819A3E5" wp14:editId="5AB13838">
                <wp:simplePos x="0" y="0"/>
                <wp:positionH relativeFrom="margin">
                  <wp:posOffset>-726473</wp:posOffset>
                </wp:positionH>
                <wp:positionV relativeFrom="paragraph">
                  <wp:posOffset>-824304</wp:posOffset>
                </wp:positionV>
                <wp:extent cx="4486656" cy="731520"/>
                <wp:effectExtent l="57150" t="38100" r="85725" b="87630"/>
                <wp:wrapNone/>
                <wp:docPr id="11" name="Text Box 11"/>
                <wp:cNvGraphicFramePr/>
                <a:graphic xmlns:a="http://schemas.openxmlformats.org/drawingml/2006/main">
                  <a:graphicData uri="http://schemas.microsoft.com/office/word/2010/wordprocessingShape">
                    <wps:wsp>
                      <wps:cNvSpPr txBox="1"/>
                      <wps:spPr>
                        <a:xfrm>
                          <a:off x="0" y="0"/>
                          <a:ext cx="4486656" cy="731520"/>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E47AC6" w:rsidRDefault="003A37E7" w:rsidP="00B20823">
                            <w:pPr>
                              <w:pStyle w:val="FirstParagraph"/>
                              <w:jc w:val="center"/>
                            </w:pPr>
                            <w:r w:rsidRPr="00E47AC6">
                              <w:t>COLLEGE OF BUSINESS &amp; SOCIAL SCIENCES</w:t>
                            </w:r>
                          </w:p>
                          <w:p w:rsidR="003A37E7" w:rsidRPr="003E676F" w:rsidRDefault="003A37E7" w:rsidP="00B20823">
                            <w:pPr>
                              <w:pStyle w:val="FirstParagraph"/>
                              <w:jc w:val="center"/>
                              <w:rPr>
                                <w:color w:val="FF0000"/>
                              </w:rPr>
                            </w:pPr>
                            <w:r w:rsidRPr="003E676F">
                              <w:rPr>
                                <w:color w:val="FF0000"/>
                              </w:rPr>
                              <w:t>DEPARTMENT OF PUBLIC ADMINISTRATION</w:t>
                            </w:r>
                            <w:r>
                              <w:rPr>
                                <w:color w:val="FF0000"/>
                              </w:rPr>
                              <w:t xml:space="preserve"> (Major)</w:t>
                            </w:r>
                          </w:p>
                          <w:p w:rsidR="003A37E7" w:rsidRPr="00E47AC6" w:rsidRDefault="003A37E7" w:rsidP="00E316C6">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19A3E5" id="Text Box 11" o:spid="_x0000_s1047" type="#_x0000_t202" style="position:absolute;left:0;text-align:left;margin-left:-57.2pt;margin-top:-64.9pt;width:353.3pt;height:57.6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" fillcolor="#a7bfde [1620]" strokecolor="#4579b8 [3044]">
                <v:fill color2="#e4ecf5 [500]" rotate="t" angle="180" colors="0 #a3c4ff;22938f #bfd5ff;1 #e5eeff" focus="100%" type="gradient"/>
                <v:shadow on="t" color="black" opacity="24903f" origin=",.5" offset="0,.55556mm"/>
                <v:textbox>
                  <w:txbxContent>
                    <w:p w:rsidR="003A37E7" w:rsidRPr="00E47AC6" w:rsidRDefault="003A37E7" w:rsidP="00B20823">
                      <w:pPr>
                        <w:pStyle w:val="FirstParagraph"/>
                        <w:jc w:val="center"/>
                      </w:pPr>
                      <w:r w:rsidRPr="00E47AC6">
                        <w:t>COLLEGE OF BUSINESS &amp; SOCIAL SCIENCES</w:t>
                      </w:r>
                    </w:p>
                    <w:p w:rsidR="003A37E7" w:rsidRPr="003E676F" w:rsidRDefault="003A37E7" w:rsidP="00B20823">
                      <w:pPr>
                        <w:pStyle w:val="FirstParagraph"/>
                        <w:jc w:val="center"/>
                        <w:rPr>
                          <w:color w:val="FF0000"/>
                        </w:rPr>
                      </w:pPr>
                      <w:r w:rsidRPr="003E676F">
                        <w:rPr>
                          <w:color w:val="FF0000"/>
                        </w:rPr>
                        <w:t>DEPARTMENT OF PUBLIC ADMINISTRATION</w:t>
                      </w:r>
                      <w:r>
                        <w:rPr>
                          <w:color w:val="FF0000"/>
                        </w:rPr>
                        <w:t xml:space="preserve"> (Major)</w:t>
                      </w:r>
                    </w:p>
                    <w:p w:rsidR="003A37E7" w:rsidRPr="00E47AC6" w:rsidRDefault="003A37E7" w:rsidP="00E316C6">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p w:rsidR="00177EF4" w:rsidRDefault="00177EF4" w:rsidP="00412947">
      <w:pPr>
        <w:jc w:val="center"/>
      </w:pPr>
    </w:p>
    <w:p w:rsidR="00177EF4" w:rsidRDefault="00177EF4" w:rsidP="00412947">
      <w:pPr>
        <w:jc w:val="center"/>
      </w:pPr>
    </w:p>
    <w:p w:rsidR="00177EF4" w:rsidRDefault="00177EF4" w:rsidP="00412947">
      <w:pPr>
        <w:jc w:val="center"/>
      </w:pPr>
    </w:p>
    <w:p w:rsidR="00177EF4" w:rsidRDefault="00177EF4" w:rsidP="00412947">
      <w:pPr>
        <w:jc w:val="center"/>
      </w:pPr>
    </w:p>
    <w:p w:rsidR="00177EF4" w:rsidRDefault="00177EF4" w:rsidP="00412947">
      <w:pPr>
        <w:jc w:val="center"/>
      </w:pPr>
    </w:p>
    <w:p w:rsidR="00177EF4" w:rsidRDefault="00177EF4" w:rsidP="00412947">
      <w:pPr>
        <w:jc w:val="center"/>
      </w:pPr>
    </w:p>
    <w:p w:rsidR="00177EF4" w:rsidRDefault="00177EF4" w:rsidP="00412947">
      <w:pPr>
        <w:jc w:val="center"/>
      </w:pPr>
    </w:p>
    <w:p w:rsidR="00177EF4" w:rsidRDefault="00177EF4" w:rsidP="00412947">
      <w:pPr>
        <w:jc w:val="center"/>
      </w:pPr>
    </w:p>
    <w:p w:rsidR="00177EF4" w:rsidRDefault="00177EF4" w:rsidP="00412947">
      <w:pPr>
        <w:jc w:val="center"/>
      </w:pPr>
    </w:p>
    <w:p w:rsidR="00177EF4" w:rsidRDefault="003072A6" w:rsidP="00412947">
      <w:pPr>
        <w:jc w:val="center"/>
      </w:pPr>
      <w:r>
        <w:rPr>
          <w:noProof/>
        </w:rPr>
        <mc:AlternateContent>
          <mc:Choice Requires="wps">
            <w:drawing>
              <wp:anchor distT="0" distB="0" distL="114300" distR="114300" simplePos="0" relativeHeight="251662336" behindDoc="0" locked="0" layoutInCell="1" allowOverlap="1" wp14:anchorId="21AD4CE3" wp14:editId="106B6CE5">
                <wp:simplePos x="0" y="0"/>
                <wp:positionH relativeFrom="column">
                  <wp:posOffset>-611670</wp:posOffset>
                </wp:positionH>
                <wp:positionV relativeFrom="paragraph">
                  <wp:posOffset>270510</wp:posOffset>
                </wp:positionV>
                <wp:extent cx="4462272" cy="3364992"/>
                <wp:effectExtent l="0" t="0" r="0" b="6985"/>
                <wp:wrapNone/>
                <wp:docPr id="10" name="Text Box 10"/>
                <wp:cNvGraphicFramePr/>
                <a:graphic xmlns:a="http://schemas.openxmlformats.org/drawingml/2006/main">
                  <a:graphicData uri="http://schemas.microsoft.com/office/word/2010/wordprocessingShape">
                    <wps:wsp>
                      <wps:cNvSpPr txBox="1"/>
                      <wps:spPr>
                        <a:xfrm>
                          <a:off x="0" y="0"/>
                          <a:ext cx="4462272" cy="336499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285" w:type="dxa"/>
                              <w:tblInd w:w="-45" w:type="dxa"/>
                              <w:tblLayout w:type="fixed"/>
                              <w:tblLook w:val="04A0" w:firstRow="1" w:lastRow="0" w:firstColumn="1" w:lastColumn="0" w:noHBand="0" w:noVBand="1"/>
                            </w:tblPr>
                            <w:tblGrid>
                              <w:gridCol w:w="1440"/>
                              <w:gridCol w:w="3240"/>
                              <w:gridCol w:w="1605"/>
                            </w:tblGrid>
                            <w:tr w:rsidR="003A37E7" w:rsidRPr="000B5525" w:rsidTr="00B20823">
                              <w:trPr>
                                <w:cnfStyle w:val="100000000000" w:firstRow="1" w:lastRow="0" w:firstColumn="0" w:lastColumn="0" w:oddVBand="0" w:evenVBand="0" w:oddHBand="0" w:evenHBand="0" w:firstRowFirstColumn="0" w:firstRowLastColumn="0" w:lastRowFirstColumn="0" w:lastRowLastColumn="0"/>
                                <w:trHeight w:val="12"/>
                              </w:trPr>
                              <w:tc>
                                <w:tcPr>
                                  <w:cnfStyle w:val="001000000000" w:firstRow="0" w:lastRow="0" w:firstColumn="1" w:lastColumn="0" w:oddVBand="0" w:evenVBand="0" w:oddHBand="0" w:evenHBand="0" w:firstRowFirstColumn="0" w:firstRowLastColumn="0" w:lastRowFirstColumn="0" w:lastRowLastColumn="0"/>
                                  <w:tcW w:w="6285" w:type="dxa"/>
                                  <w:gridSpan w:val="3"/>
                                  <w:tcBorders>
                                    <w:top w:val="single" w:sz="48" w:space="0" w:color="auto"/>
                                    <w:left w:val="single" w:sz="48" w:space="0" w:color="auto"/>
                                    <w:bottom w:val="double" w:sz="4" w:space="0" w:color="C0504D" w:themeColor="accent2"/>
                                    <w:right w:val="single" w:sz="48" w:space="0" w:color="auto"/>
                                  </w:tcBorders>
                                </w:tcPr>
                                <w:p w:rsidR="003A37E7" w:rsidRPr="000B5525" w:rsidRDefault="003A37E7" w:rsidP="000B5525">
                                  <w:pPr>
                                    <w:jc w:val="center"/>
                                    <w:rPr>
                                      <w:color w:val="FF0000"/>
                                    </w:rPr>
                                  </w:pPr>
                                  <w:r w:rsidRPr="000B5525">
                                    <w:rPr>
                                      <w:color w:val="FF0000"/>
                                    </w:rPr>
                                    <w:t>PUBLIC ADMINISTRATION</w:t>
                                  </w:r>
                                </w:p>
                              </w:tc>
                            </w:tr>
                            <w:tr w:rsidR="003A37E7" w:rsidRPr="000B5525"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8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0B5525" w:rsidRDefault="003A37E7" w:rsidP="003072A6">
                                  <w:pPr>
                                    <w:jc w:val="center"/>
                                  </w:pPr>
                                  <w:r>
                                    <w:rPr>
                                      <w:sz w:val="20"/>
                                      <w:szCs w:val="20"/>
                                    </w:rPr>
                                    <w:t>FRESHMEN YEAR (YEAR I) - SECOND</w:t>
                                  </w:r>
                                  <w:r w:rsidRPr="009B29F2">
                                    <w:rPr>
                                      <w:sz w:val="20"/>
                                      <w:szCs w:val="20"/>
                                    </w:rPr>
                                    <w:t xml:space="preserve"> SEMESTER</w:t>
                                  </w:r>
                                </w:p>
                              </w:tc>
                            </w:tr>
                            <w:tr w:rsidR="003A37E7" w:rsidRPr="000B5525" w:rsidTr="008644A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pPr>
                                  <w:r w:rsidRPr="000B5525">
                                    <w:t>COURSE CODE</w:t>
                                  </w:r>
                                </w:p>
                              </w:tc>
                              <w:tc>
                                <w:tcPr>
                                  <w:tcW w:w="3240" w:type="dxa"/>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0B5525">
                                    <w:rPr>
                                      <w:b/>
                                    </w:rPr>
                                    <w:t>COURSE TITLE</w:t>
                                  </w:r>
                                </w:p>
                              </w:tc>
                              <w:tc>
                                <w:tcPr>
                                  <w:tcW w:w="1605" w:type="dxa"/>
                                  <w:tcBorders>
                                    <w:right w:val="double" w:sz="4" w:space="0" w:color="C0504D" w:themeColor="accent2"/>
                                  </w:tcBorders>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0B5525"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pPr>
                                  <w:r>
                                    <w:t>GEN. 102</w:t>
                                  </w:r>
                                </w:p>
                              </w:tc>
                              <w:tc>
                                <w:tcPr>
                                  <w:tcW w:w="3240" w:type="dxa"/>
                                  <w:vAlign w:val="center"/>
                                </w:tcPr>
                                <w:p w:rsidR="003A37E7" w:rsidRPr="00FE1363" w:rsidRDefault="003A37E7" w:rsidP="003072A6">
                                  <w:pPr>
                                    <w:jc w:val="center"/>
                                    <w:cnfStyle w:val="000000100000" w:firstRow="0" w:lastRow="0" w:firstColumn="0" w:lastColumn="0" w:oddVBand="0" w:evenVBand="0" w:oddHBand="1" w:evenHBand="0" w:firstRowFirstColumn="0" w:firstRowLastColumn="0" w:lastRowFirstColumn="0" w:lastRowLastColumn="0"/>
                                    <w:rPr>
                                      <w:b/>
                                    </w:rPr>
                                  </w:pPr>
                                  <w:r w:rsidRPr="00FE1363">
                                    <w:rPr>
                                      <w:b/>
                                    </w:rPr>
                                    <w:t>LIFE IN CHRIST 2</w:t>
                                  </w:r>
                                </w:p>
                              </w:tc>
                              <w:tc>
                                <w:tcPr>
                                  <w:tcW w:w="1605" w:type="dxa"/>
                                  <w:tcBorders>
                                    <w:right w:val="double" w:sz="4" w:space="0" w:color="C0504D" w:themeColor="accent2"/>
                                  </w:tcBorders>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0B5525" w:rsidTr="008644A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pPr>
                                  <w:r w:rsidRPr="000B5525">
                                    <w:rPr>
                                      <w:rFonts w:ascii="Bahnschrift" w:hAnsi="Bahnschrift"/>
                                    </w:rPr>
                                    <w:t>ACC: 102</w:t>
                                  </w:r>
                                </w:p>
                              </w:tc>
                              <w:tc>
                                <w:tcPr>
                                  <w:tcW w:w="3240" w:type="dxa"/>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0B5525">
                                    <w:rPr>
                                      <w:rFonts w:ascii="Bahnschrift" w:hAnsi="Bahnschrift"/>
                                    </w:rPr>
                                    <w:t>INTRODUCTION TO ACCOUNTING II</w:t>
                                  </w:r>
                                </w:p>
                              </w:tc>
                              <w:tc>
                                <w:tcPr>
                                  <w:tcW w:w="1605" w:type="dxa"/>
                                  <w:tcBorders>
                                    <w:right w:val="double" w:sz="4" w:space="0" w:color="C0504D" w:themeColor="accent2"/>
                                  </w:tcBorders>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pPr>
                                  <w:r w:rsidRPr="000B5525">
                                    <w:rPr>
                                      <w:rFonts w:ascii="Bahnschrift" w:hAnsi="Bahnschrift"/>
                                    </w:rPr>
                                    <w:t>ECON 102</w:t>
                                  </w:r>
                                </w:p>
                              </w:tc>
                              <w:tc>
                                <w:tcPr>
                                  <w:tcW w:w="3240" w:type="dxa"/>
                                  <w:vAlign w:val="center"/>
                                </w:tcPr>
                                <w:p w:rsidR="003A37E7" w:rsidRPr="000B5525"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0B5525">
                                    <w:rPr>
                                      <w:rFonts w:ascii="Bahnschrift" w:hAnsi="Bahnschrift"/>
                                    </w:rPr>
                                    <w:t>INTRO TO MACRO ECONOMICS</w:t>
                                  </w:r>
                                </w:p>
                              </w:tc>
                              <w:tc>
                                <w:tcPr>
                                  <w:tcW w:w="1605" w:type="dxa"/>
                                  <w:tcBorders>
                                    <w:right w:val="double" w:sz="4" w:space="0" w:color="C0504D" w:themeColor="accent2"/>
                                  </w:tcBorders>
                                  <w:vAlign w:val="center"/>
                                </w:tcPr>
                                <w:p w:rsidR="003A37E7" w:rsidRPr="000B5525" w:rsidRDefault="003A37E7" w:rsidP="003072A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644A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rPr>
                                      <w:rFonts w:ascii="Bahnschrift" w:hAnsi="Bahnschrift"/>
                                    </w:rPr>
                                  </w:pPr>
                                  <w:r w:rsidRPr="000B5525">
                                    <w:rPr>
                                      <w:rFonts w:ascii="Bahnschrift" w:hAnsi="Bahnschrift"/>
                                    </w:rPr>
                                    <w:t>BUS 102</w:t>
                                  </w:r>
                                </w:p>
                              </w:tc>
                              <w:tc>
                                <w:tcPr>
                                  <w:tcW w:w="3240" w:type="dxa"/>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0B5525">
                                    <w:rPr>
                                      <w:rFonts w:ascii="Bahnschrift" w:hAnsi="Bahnschrift"/>
                                    </w:rPr>
                                    <w:t>ENTERPRENEURSHIP</w:t>
                                  </w:r>
                                </w:p>
                              </w:tc>
                              <w:tc>
                                <w:tcPr>
                                  <w:tcW w:w="1605" w:type="dxa"/>
                                  <w:tcBorders>
                                    <w:right w:val="double" w:sz="4" w:space="0" w:color="C0504D" w:themeColor="accent2"/>
                                  </w:tcBorders>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rPr>
                                      <w:rFonts w:ascii="Bahnschrift" w:hAnsi="Bahnschrift"/>
                                    </w:rPr>
                                  </w:pPr>
                                  <w:r w:rsidRPr="000B5525">
                                    <w:rPr>
                                      <w:rFonts w:ascii="Bahnschrift" w:hAnsi="Bahnschrift"/>
                                    </w:rPr>
                                    <w:t>GEN 107</w:t>
                                  </w:r>
                                </w:p>
                              </w:tc>
                              <w:tc>
                                <w:tcPr>
                                  <w:tcW w:w="3240" w:type="dxa"/>
                                  <w:vAlign w:val="center"/>
                                </w:tcPr>
                                <w:p w:rsidR="003A37E7" w:rsidRPr="000B5525" w:rsidRDefault="003A37E7" w:rsidP="003072A6">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0B5525">
                                    <w:rPr>
                                      <w:rFonts w:ascii="Bahnschrift" w:hAnsi="Bahnschrift"/>
                                    </w:rPr>
                                    <w:t>CHRIATIAN ETHICS / MORAL VALUES</w:t>
                                  </w:r>
                                </w:p>
                              </w:tc>
                              <w:tc>
                                <w:tcPr>
                                  <w:tcW w:w="1605" w:type="dxa"/>
                                  <w:tcBorders>
                                    <w:right w:val="double" w:sz="4" w:space="0" w:color="C0504D" w:themeColor="accent2"/>
                                  </w:tcBorders>
                                  <w:vAlign w:val="center"/>
                                </w:tcPr>
                                <w:p w:rsidR="003A37E7" w:rsidRPr="000B5525" w:rsidRDefault="003A37E7" w:rsidP="003072A6">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0B5525" w:rsidTr="008644AC">
                              <w:trPr>
                                <w:cnfStyle w:val="000000010000" w:firstRow="0" w:lastRow="0" w:firstColumn="0" w:lastColumn="0" w:oddVBand="0" w:evenVBand="0" w:oddHBand="0" w:evenHBand="1"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rPr>
                                      <w:rFonts w:ascii="Bahnschrift" w:hAnsi="Bahnschrift"/>
                                    </w:rPr>
                                  </w:pPr>
                                  <w:r w:rsidRPr="000B5525">
                                    <w:rPr>
                                      <w:rFonts w:ascii="Bahnschrift" w:hAnsi="Bahnschrift"/>
                                    </w:rPr>
                                    <w:t>SOS 102</w:t>
                                  </w:r>
                                </w:p>
                              </w:tc>
                              <w:tc>
                                <w:tcPr>
                                  <w:tcW w:w="3240" w:type="dxa"/>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0B5525">
                                    <w:rPr>
                                      <w:rFonts w:ascii="Bahnschrift" w:hAnsi="Bahnschrift"/>
                                    </w:rPr>
                                    <w:t>LIBERIA SOCIETY</w:t>
                                  </w:r>
                                </w:p>
                              </w:tc>
                              <w:tc>
                                <w:tcPr>
                                  <w:tcW w:w="1605" w:type="dxa"/>
                                  <w:tcBorders>
                                    <w:right w:val="double" w:sz="4" w:space="0" w:color="C0504D" w:themeColor="accent2"/>
                                  </w:tcBorders>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pPr>
                                  <w:r w:rsidRPr="000B5525">
                                    <w:rPr>
                                      <w:rFonts w:ascii="Bahnschrift" w:hAnsi="Bahnschrift"/>
                                    </w:rPr>
                                    <w:t>MATH 102</w:t>
                                  </w:r>
                                </w:p>
                              </w:tc>
                              <w:tc>
                                <w:tcPr>
                                  <w:tcW w:w="3240" w:type="dxa"/>
                                  <w:vAlign w:val="center"/>
                                </w:tcPr>
                                <w:p w:rsidR="003A37E7" w:rsidRPr="000B5525"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0B5525">
                                    <w:rPr>
                                      <w:rFonts w:ascii="Bahnschrift" w:hAnsi="Bahnschrift"/>
                                    </w:rPr>
                                    <w:t>MATHEMATICS FOR DECISION MAKING</w:t>
                                  </w:r>
                                </w:p>
                              </w:tc>
                              <w:tc>
                                <w:tcPr>
                                  <w:tcW w:w="1605" w:type="dxa"/>
                                  <w:tcBorders>
                                    <w:right w:val="double" w:sz="4" w:space="0" w:color="C0504D" w:themeColor="accent2"/>
                                  </w:tcBorders>
                                  <w:vAlign w:val="center"/>
                                </w:tcPr>
                                <w:p w:rsidR="003A37E7" w:rsidRPr="000B5525" w:rsidRDefault="003A37E7" w:rsidP="003072A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644AC">
                              <w:trPr>
                                <w:cnfStyle w:val="000000010000" w:firstRow="0" w:lastRow="0" w:firstColumn="0" w:lastColumn="0" w:oddVBand="0" w:evenVBand="0" w:oddHBand="0" w:evenHBand="1" w:firstRowFirstColumn="0" w:firstRowLastColumn="0" w:lastRowFirstColumn="0" w:lastRowLastColumn="0"/>
                                <w:trHeight w:val="618"/>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pPr>
                                  <w:r w:rsidRPr="000B5525">
                                    <w:rPr>
                                      <w:rFonts w:ascii="Bahnschrift" w:hAnsi="Bahnschrift"/>
                                    </w:rPr>
                                    <w:t>ENG 102</w:t>
                                  </w:r>
                                </w:p>
                              </w:tc>
                              <w:tc>
                                <w:tcPr>
                                  <w:tcW w:w="3240" w:type="dxa"/>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0B5525">
                                    <w:rPr>
                                      <w:rFonts w:ascii="Bahnschrift" w:hAnsi="Bahnschrift"/>
                                    </w:rPr>
                                    <w:t>ENGLISH &amp; COMMUNICATION SKILLS II</w:t>
                                  </w:r>
                                </w:p>
                              </w:tc>
                              <w:tc>
                                <w:tcPr>
                                  <w:tcW w:w="1605" w:type="dxa"/>
                                  <w:tcBorders>
                                    <w:right w:val="double" w:sz="4" w:space="0" w:color="C0504D" w:themeColor="accent2"/>
                                  </w:tcBorders>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644AC">
                              <w:trPr>
                                <w:cnfStyle w:val="000000100000" w:firstRow="0" w:lastRow="0" w:firstColumn="0" w:lastColumn="0" w:oddVBand="0" w:evenVBand="0" w:oddHBand="1" w:evenHBand="0" w:firstRowFirstColumn="0" w:firstRowLastColumn="0" w:lastRowFirstColumn="0" w:lastRowLastColumn="0"/>
                                <w:trHeight w:val="618"/>
                              </w:trPr>
                              <w:tc>
                                <w:tcPr>
                                  <w:cnfStyle w:val="001000000000" w:firstRow="0" w:lastRow="0" w:firstColumn="1" w:lastColumn="0" w:oddVBand="0" w:evenVBand="0" w:oddHBand="0" w:evenHBand="0" w:firstRowFirstColumn="0" w:firstRowLastColumn="0" w:lastRowFirstColumn="0" w:lastRowLastColumn="0"/>
                                  <w:tcW w:w="4680" w:type="dxa"/>
                                  <w:gridSpan w:val="2"/>
                                  <w:tcBorders>
                                    <w:left w:val="double" w:sz="4" w:space="0" w:color="C0504D" w:themeColor="accent2"/>
                                    <w:bottom w:val="double" w:sz="4" w:space="0" w:color="C0504D" w:themeColor="accent2"/>
                                  </w:tcBorders>
                                  <w:vAlign w:val="center"/>
                                </w:tcPr>
                                <w:p w:rsidR="003A37E7" w:rsidRPr="000B5525" w:rsidRDefault="003A37E7" w:rsidP="003072A6">
                                  <w:pPr>
                                    <w:jc w:val="center"/>
                                  </w:pPr>
                                  <w:r>
                                    <w:t xml:space="preserve">TOTAL </w:t>
                                  </w:r>
                                  <w:r>
                                    <w:rPr>
                                      <w:b w:val="0"/>
                                    </w:rPr>
                                    <w:t>CREDIT HOURS</w:t>
                                  </w:r>
                                </w:p>
                              </w:tc>
                              <w:tc>
                                <w:tcPr>
                                  <w:tcW w:w="1605" w:type="dxa"/>
                                  <w:tcBorders>
                                    <w:bottom w:val="double" w:sz="4" w:space="0" w:color="C0504D" w:themeColor="accent2"/>
                                    <w:right w:val="double" w:sz="4" w:space="0" w:color="C0504D" w:themeColor="accent2"/>
                                  </w:tcBorders>
                                  <w:vAlign w:val="center"/>
                                </w:tcPr>
                                <w:p w:rsidR="003A37E7" w:rsidRPr="000B5525" w:rsidRDefault="003A37E7" w:rsidP="003072A6">
                                  <w:pPr>
                                    <w:jc w:val="center"/>
                                    <w:cnfStyle w:val="000000100000" w:firstRow="0" w:lastRow="0" w:firstColumn="0" w:lastColumn="0" w:oddVBand="0" w:evenVBand="0" w:oddHBand="1" w:evenHBand="0" w:firstRowFirstColumn="0" w:firstRowLastColumn="0" w:lastRowFirstColumn="0" w:lastRowLastColumn="0"/>
                                  </w:pPr>
                                  <w:r>
                                    <w:t>22</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AD4CE3" id="Text Box 10" o:spid="_x0000_s1048" type="#_x0000_t202" style="position:absolute;left:0;text-align:left;margin-left:-48.15pt;margin-top:21.3pt;width:351.35pt;height:264.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" fillcolor="white [3201]" stroked="f" strokeweight=".5pt">
                <v:textbox>
                  <w:txbxContent>
                    <w:tbl>
                      <w:tblPr>
                        <w:tblStyle w:val="LightGrid"/>
                        <w:tblW w:w="6285" w:type="dxa"/>
                        <w:tblInd w:w="-45" w:type="dxa"/>
                        <w:tblLayout w:type="fixed"/>
                        <w:tblLook w:val="04A0" w:firstRow="1" w:lastRow="0" w:firstColumn="1" w:lastColumn="0" w:noHBand="0" w:noVBand="1"/>
                      </w:tblPr>
                      <w:tblGrid>
                        <w:gridCol w:w="1440"/>
                        <w:gridCol w:w="3240"/>
                        <w:gridCol w:w="1605"/>
                      </w:tblGrid>
                      <w:tr w:rsidR="003A37E7" w:rsidRPr="000B5525" w:rsidTr="00B20823">
                        <w:trPr>
                          <w:cnfStyle w:val="100000000000" w:firstRow="1" w:lastRow="0" w:firstColumn="0" w:lastColumn="0" w:oddVBand="0" w:evenVBand="0" w:oddHBand="0" w:evenHBand="0" w:firstRowFirstColumn="0" w:firstRowLastColumn="0" w:lastRowFirstColumn="0" w:lastRowLastColumn="0"/>
                          <w:trHeight w:val="12"/>
                        </w:trPr>
                        <w:tc>
                          <w:tcPr>
                            <w:cnfStyle w:val="001000000000" w:firstRow="0" w:lastRow="0" w:firstColumn="1" w:lastColumn="0" w:oddVBand="0" w:evenVBand="0" w:oddHBand="0" w:evenHBand="0" w:firstRowFirstColumn="0" w:firstRowLastColumn="0" w:lastRowFirstColumn="0" w:lastRowLastColumn="0"/>
                            <w:tcW w:w="6285" w:type="dxa"/>
                            <w:gridSpan w:val="3"/>
                            <w:tcBorders>
                              <w:top w:val="single" w:sz="48" w:space="0" w:color="auto"/>
                              <w:left w:val="single" w:sz="48" w:space="0" w:color="auto"/>
                              <w:bottom w:val="double" w:sz="4" w:space="0" w:color="C0504D" w:themeColor="accent2"/>
                              <w:right w:val="single" w:sz="48" w:space="0" w:color="auto"/>
                            </w:tcBorders>
                          </w:tcPr>
                          <w:p w:rsidR="003A37E7" w:rsidRPr="000B5525" w:rsidRDefault="003A37E7" w:rsidP="000B5525">
                            <w:pPr>
                              <w:jc w:val="center"/>
                              <w:rPr>
                                <w:color w:val="FF0000"/>
                              </w:rPr>
                            </w:pPr>
                            <w:r w:rsidRPr="000B5525">
                              <w:rPr>
                                <w:color w:val="FF0000"/>
                              </w:rPr>
                              <w:t>PUBLIC ADMINISTRATION</w:t>
                            </w:r>
                          </w:p>
                        </w:tc>
                      </w:tr>
                      <w:tr w:rsidR="003A37E7" w:rsidRPr="000B5525"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8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0B5525" w:rsidRDefault="003A37E7" w:rsidP="003072A6">
                            <w:pPr>
                              <w:jc w:val="center"/>
                            </w:pPr>
                            <w:r>
                              <w:rPr>
                                <w:sz w:val="20"/>
                                <w:szCs w:val="20"/>
                              </w:rPr>
                              <w:t>FRESHMEN YEAR (YEAR I) - SECOND</w:t>
                            </w:r>
                            <w:r w:rsidRPr="009B29F2">
                              <w:rPr>
                                <w:sz w:val="20"/>
                                <w:szCs w:val="20"/>
                              </w:rPr>
                              <w:t xml:space="preserve"> SEMESTER</w:t>
                            </w:r>
                          </w:p>
                        </w:tc>
                      </w:tr>
                      <w:tr w:rsidR="003A37E7" w:rsidRPr="000B5525" w:rsidTr="008644A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pPr>
                            <w:r w:rsidRPr="000B5525">
                              <w:t>COURSE CODE</w:t>
                            </w:r>
                          </w:p>
                        </w:tc>
                        <w:tc>
                          <w:tcPr>
                            <w:tcW w:w="3240" w:type="dxa"/>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0B5525">
                              <w:rPr>
                                <w:b/>
                              </w:rPr>
                              <w:t>COURSE TITLE</w:t>
                            </w:r>
                          </w:p>
                        </w:tc>
                        <w:tc>
                          <w:tcPr>
                            <w:tcW w:w="1605" w:type="dxa"/>
                            <w:tcBorders>
                              <w:right w:val="double" w:sz="4" w:space="0" w:color="C0504D" w:themeColor="accent2"/>
                            </w:tcBorders>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0B5525"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pPr>
                            <w:r>
                              <w:t>GEN. 102</w:t>
                            </w:r>
                          </w:p>
                        </w:tc>
                        <w:tc>
                          <w:tcPr>
                            <w:tcW w:w="3240" w:type="dxa"/>
                            <w:vAlign w:val="center"/>
                          </w:tcPr>
                          <w:p w:rsidR="003A37E7" w:rsidRPr="00FE1363" w:rsidRDefault="003A37E7" w:rsidP="003072A6">
                            <w:pPr>
                              <w:jc w:val="center"/>
                              <w:cnfStyle w:val="000000100000" w:firstRow="0" w:lastRow="0" w:firstColumn="0" w:lastColumn="0" w:oddVBand="0" w:evenVBand="0" w:oddHBand="1" w:evenHBand="0" w:firstRowFirstColumn="0" w:firstRowLastColumn="0" w:lastRowFirstColumn="0" w:lastRowLastColumn="0"/>
                              <w:rPr>
                                <w:b/>
                              </w:rPr>
                            </w:pPr>
                            <w:r w:rsidRPr="00FE1363">
                              <w:rPr>
                                <w:b/>
                              </w:rPr>
                              <w:t>LIFE IN CHRIST 2</w:t>
                            </w:r>
                          </w:p>
                        </w:tc>
                        <w:tc>
                          <w:tcPr>
                            <w:tcW w:w="1605" w:type="dxa"/>
                            <w:tcBorders>
                              <w:right w:val="double" w:sz="4" w:space="0" w:color="C0504D" w:themeColor="accent2"/>
                            </w:tcBorders>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0B5525" w:rsidTr="008644A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pPr>
                            <w:r w:rsidRPr="000B5525">
                              <w:rPr>
                                <w:rFonts w:ascii="Bahnschrift" w:hAnsi="Bahnschrift"/>
                              </w:rPr>
                              <w:t>ACC: 102</w:t>
                            </w:r>
                          </w:p>
                        </w:tc>
                        <w:tc>
                          <w:tcPr>
                            <w:tcW w:w="3240" w:type="dxa"/>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0B5525">
                              <w:rPr>
                                <w:rFonts w:ascii="Bahnschrift" w:hAnsi="Bahnschrift"/>
                              </w:rPr>
                              <w:t>INTRODUCTION TO ACCOUNTING II</w:t>
                            </w:r>
                          </w:p>
                        </w:tc>
                        <w:tc>
                          <w:tcPr>
                            <w:tcW w:w="1605" w:type="dxa"/>
                            <w:tcBorders>
                              <w:right w:val="double" w:sz="4" w:space="0" w:color="C0504D" w:themeColor="accent2"/>
                            </w:tcBorders>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pPr>
                            <w:r w:rsidRPr="000B5525">
                              <w:rPr>
                                <w:rFonts w:ascii="Bahnschrift" w:hAnsi="Bahnschrift"/>
                              </w:rPr>
                              <w:t>ECON 102</w:t>
                            </w:r>
                          </w:p>
                        </w:tc>
                        <w:tc>
                          <w:tcPr>
                            <w:tcW w:w="3240" w:type="dxa"/>
                            <w:vAlign w:val="center"/>
                          </w:tcPr>
                          <w:p w:rsidR="003A37E7" w:rsidRPr="000B5525"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0B5525">
                              <w:rPr>
                                <w:rFonts w:ascii="Bahnschrift" w:hAnsi="Bahnschrift"/>
                              </w:rPr>
                              <w:t>INTRO TO MACRO ECONOMICS</w:t>
                            </w:r>
                          </w:p>
                        </w:tc>
                        <w:tc>
                          <w:tcPr>
                            <w:tcW w:w="1605" w:type="dxa"/>
                            <w:tcBorders>
                              <w:right w:val="double" w:sz="4" w:space="0" w:color="C0504D" w:themeColor="accent2"/>
                            </w:tcBorders>
                            <w:vAlign w:val="center"/>
                          </w:tcPr>
                          <w:p w:rsidR="003A37E7" w:rsidRPr="000B5525" w:rsidRDefault="003A37E7" w:rsidP="003072A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644A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rPr>
                                <w:rFonts w:ascii="Bahnschrift" w:hAnsi="Bahnschrift"/>
                              </w:rPr>
                            </w:pPr>
                            <w:r w:rsidRPr="000B5525">
                              <w:rPr>
                                <w:rFonts w:ascii="Bahnschrift" w:hAnsi="Bahnschrift"/>
                              </w:rPr>
                              <w:t>BUS 102</w:t>
                            </w:r>
                          </w:p>
                        </w:tc>
                        <w:tc>
                          <w:tcPr>
                            <w:tcW w:w="3240" w:type="dxa"/>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0B5525">
                              <w:rPr>
                                <w:rFonts w:ascii="Bahnschrift" w:hAnsi="Bahnschrift"/>
                              </w:rPr>
                              <w:t>ENTERPRENEURSHIP</w:t>
                            </w:r>
                          </w:p>
                        </w:tc>
                        <w:tc>
                          <w:tcPr>
                            <w:tcW w:w="1605" w:type="dxa"/>
                            <w:tcBorders>
                              <w:right w:val="double" w:sz="4" w:space="0" w:color="C0504D" w:themeColor="accent2"/>
                            </w:tcBorders>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rPr>
                                <w:rFonts w:ascii="Bahnschrift" w:hAnsi="Bahnschrift"/>
                              </w:rPr>
                            </w:pPr>
                            <w:r w:rsidRPr="000B5525">
                              <w:rPr>
                                <w:rFonts w:ascii="Bahnschrift" w:hAnsi="Bahnschrift"/>
                              </w:rPr>
                              <w:t>GEN 107</w:t>
                            </w:r>
                          </w:p>
                        </w:tc>
                        <w:tc>
                          <w:tcPr>
                            <w:tcW w:w="3240" w:type="dxa"/>
                            <w:vAlign w:val="center"/>
                          </w:tcPr>
                          <w:p w:rsidR="003A37E7" w:rsidRPr="000B5525" w:rsidRDefault="003A37E7" w:rsidP="003072A6">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0B5525">
                              <w:rPr>
                                <w:rFonts w:ascii="Bahnschrift" w:hAnsi="Bahnschrift"/>
                              </w:rPr>
                              <w:t>CHRIATIAN ETHICS / MORAL VALUES</w:t>
                            </w:r>
                          </w:p>
                        </w:tc>
                        <w:tc>
                          <w:tcPr>
                            <w:tcW w:w="1605" w:type="dxa"/>
                            <w:tcBorders>
                              <w:right w:val="double" w:sz="4" w:space="0" w:color="C0504D" w:themeColor="accent2"/>
                            </w:tcBorders>
                            <w:vAlign w:val="center"/>
                          </w:tcPr>
                          <w:p w:rsidR="003A37E7" w:rsidRPr="000B5525" w:rsidRDefault="003A37E7" w:rsidP="003072A6">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0B5525" w:rsidTr="008644AC">
                        <w:trPr>
                          <w:cnfStyle w:val="000000010000" w:firstRow="0" w:lastRow="0" w:firstColumn="0" w:lastColumn="0" w:oddVBand="0" w:evenVBand="0" w:oddHBand="0" w:evenHBand="1" w:firstRowFirstColumn="0" w:firstRowLastColumn="0" w:lastRowFirstColumn="0" w:lastRowLastColumn="0"/>
                          <w:trHeight w:val="375"/>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rPr>
                                <w:rFonts w:ascii="Bahnschrift" w:hAnsi="Bahnschrift"/>
                              </w:rPr>
                            </w:pPr>
                            <w:r w:rsidRPr="000B5525">
                              <w:rPr>
                                <w:rFonts w:ascii="Bahnschrift" w:hAnsi="Bahnschrift"/>
                              </w:rPr>
                              <w:t>SOS 102</w:t>
                            </w:r>
                          </w:p>
                        </w:tc>
                        <w:tc>
                          <w:tcPr>
                            <w:tcW w:w="3240" w:type="dxa"/>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0B5525">
                              <w:rPr>
                                <w:rFonts w:ascii="Bahnschrift" w:hAnsi="Bahnschrift"/>
                              </w:rPr>
                              <w:t>LIBERIA SOCIETY</w:t>
                            </w:r>
                          </w:p>
                        </w:tc>
                        <w:tc>
                          <w:tcPr>
                            <w:tcW w:w="1605" w:type="dxa"/>
                            <w:tcBorders>
                              <w:right w:val="double" w:sz="4" w:space="0" w:color="C0504D" w:themeColor="accent2"/>
                            </w:tcBorders>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644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pPr>
                            <w:r w:rsidRPr="000B5525">
                              <w:rPr>
                                <w:rFonts w:ascii="Bahnschrift" w:hAnsi="Bahnschrift"/>
                              </w:rPr>
                              <w:t>MATH 102</w:t>
                            </w:r>
                          </w:p>
                        </w:tc>
                        <w:tc>
                          <w:tcPr>
                            <w:tcW w:w="3240" w:type="dxa"/>
                            <w:vAlign w:val="center"/>
                          </w:tcPr>
                          <w:p w:rsidR="003A37E7" w:rsidRPr="000B5525"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0B5525">
                              <w:rPr>
                                <w:rFonts w:ascii="Bahnschrift" w:hAnsi="Bahnschrift"/>
                              </w:rPr>
                              <w:t>MATHEMATICS FOR DECISION MAKING</w:t>
                            </w:r>
                          </w:p>
                        </w:tc>
                        <w:tc>
                          <w:tcPr>
                            <w:tcW w:w="1605" w:type="dxa"/>
                            <w:tcBorders>
                              <w:right w:val="double" w:sz="4" w:space="0" w:color="C0504D" w:themeColor="accent2"/>
                            </w:tcBorders>
                            <w:vAlign w:val="center"/>
                          </w:tcPr>
                          <w:p w:rsidR="003A37E7" w:rsidRPr="000B5525" w:rsidRDefault="003A37E7" w:rsidP="003072A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644AC">
                        <w:trPr>
                          <w:cnfStyle w:val="000000010000" w:firstRow="0" w:lastRow="0" w:firstColumn="0" w:lastColumn="0" w:oddVBand="0" w:evenVBand="0" w:oddHBand="0" w:evenHBand="1" w:firstRowFirstColumn="0" w:firstRowLastColumn="0" w:lastRowFirstColumn="0" w:lastRowLastColumn="0"/>
                          <w:trHeight w:val="618"/>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0B5525" w:rsidRDefault="003A37E7" w:rsidP="003072A6">
                            <w:pPr>
                              <w:jc w:val="center"/>
                            </w:pPr>
                            <w:r w:rsidRPr="000B5525">
                              <w:rPr>
                                <w:rFonts w:ascii="Bahnschrift" w:hAnsi="Bahnschrift"/>
                              </w:rPr>
                              <w:t>ENG 102</w:t>
                            </w:r>
                          </w:p>
                        </w:tc>
                        <w:tc>
                          <w:tcPr>
                            <w:tcW w:w="3240" w:type="dxa"/>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0B5525">
                              <w:rPr>
                                <w:rFonts w:ascii="Bahnschrift" w:hAnsi="Bahnschrift"/>
                              </w:rPr>
                              <w:t>ENGLISH &amp; COMMUNICATION SKILLS II</w:t>
                            </w:r>
                          </w:p>
                        </w:tc>
                        <w:tc>
                          <w:tcPr>
                            <w:tcW w:w="1605" w:type="dxa"/>
                            <w:tcBorders>
                              <w:right w:val="double" w:sz="4" w:space="0" w:color="C0504D" w:themeColor="accent2"/>
                            </w:tcBorders>
                            <w:vAlign w:val="center"/>
                          </w:tcPr>
                          <w:p w:rsidR="003A37E7" w:rsidRPr="000B5525"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644AC">
                        <w:trPr>
                          <w:cnfStyle w:val="000000100000" w:firstRow="0" w:lastRow="0" w:firstColumn="0" w:lastColumn="0" w:oddVBand="0" w:evenVBand="0" w:oddHBand="1" w:evenHBand="0" w:firstRowFirstColumn="0" w:firstRowLastColumn="0" w:lastRowFirstColumn="0" w:lastRowLastColumn="0"/>
                          <w:trHeight w:val="618"/>
                        </w:trPr>
                        <w:tc>
                          <w:tcPr>
                            <w:cnfStyle w:val="001000000000" w:firstRow="0" w:lastRow="0" w:firstColumn="1" w:lastColumn="0" w:oddVBand="0" w:evenVBand="0" w:oddHBand="0" w:evenHBand="0" w:firstRowFirstColumn="0" w:firstRowLastColumn="0" w:lastRowFirstColumn="0" w:lastRowLastColumn="0"/>
                            <w:tcW w:w="4680" w:type="dxa"/>
                            <w:gridSpan w:val="2"/>
                            <w:tcBorders>
                              <w:left w:val="double" w:sz="4" w:space="0" w:color="C0504D" w:themeColor="accent2"/>
                              <w:bottom w:val="double" w:sz="4" w:space="0" w:color="C0504D" w:themeColor="accent2"/>
                            </w:tcBorders>
                            <w:vAlign w:val="center"/>
                          </w:tcPr>
                          <w:p w:rsidR="003A37E7" w:rsidRPr="000B5525" w:rsidRDefault="003A37E7" w:rsidP="003072A6">
                            <w:pPr>
                              <w:jc w:val="center"/>
                            </w:pPr>
                            <w:r>
                              <w:t xml:space="preserve">TOTAL </w:t>
                            </w:r>
                            <w:r>
                              <w:rPr>
                                <w:b w:val="0"/>
                              </w:rPr>
                              <w:t>CREDIT HOURS</w:t>
                            </w:r>
                          </w:p>
                        </w:tc>
                        <w:tc>
                          <w:tcPr>
                            <w:tcW w:w="1605" w:type="dxa"/>
                            <w:tcBorders>
                              <w:bottom w:val="double" w:sz="4" w:space="0" w:color="C0504D" w:themeColor="accent2"/>
                              <w:right w:val="double" w:sz="4" w:space="0" w:color="C0504D" w:themeColor="accent2"/>
                            </w:tcBorders>
                            <w:vAlign w:val="center"/>
                          </w:tcPr>
                          <w:p w:rsidR="003A37E7" w:rsidRPr="000B5525" w:rsidRDefault="003A37E7" w:rsidP="003072A6">
                            <w:pPr>
                              <w:jc w:val="center"/>
                              <w:cnfStyle w:val="000000100000" w:firstRow="0" w:lastRow="0" w:firstColumn="0" w:lastColumn="0" w:oddVBand="0" w:evenVBand="0" w:oddHBand="1" w:evenHBand="0" w:firstRowFirstColumn="0" w:firstRowLastColumn="0" w:lastRowFirstColumn="0" w:lastRowLastColumn="0"/>
                            </w:pPr>
                            <w:r>
                              <w:t>22</w:t>
                            </w:r>
                          </w:p>
                        </w:tc>
                      </w:tr>
                    </w:tbl>
                    <w:p w:rsidR="003A37E7" w:rsidRDefault="003A37E7"/>
                  </w:txbxContent>
                </v:textbox>
              </v:shape>
            </w:pict>
          </mc:Fallback>
        </mc:AlternateContent>
      </w:r>
    </w:p>
    <w:p w:rsidR="00177EF4" w:rsidRDefault="00177EF4" w:rsidP="00412947">
      <w:pPr>
        <w:jc w:val="center"/>
      </w:pPr>
    </w:p>
    <w:p w:rsidR="00177EF4" w:rsidRDefault="00177EF4" w:rsidP="00412947">
      <w:pPr>
        <w:jc w:val="center"/>
      </w:pPr>
    </w:p>
    <w:p w:rsidR="00177EF4" w:rsidRDefault="00177EF4" w:rsidP="00412947">
      <w:pPr>
        <w:jc w:val="center"/>
      </w:pPr>
    </w:p>
    <w:p w:rsidR="00177EF4" w:rsidRDefault="00177EF4" w:rsidP="00412947">
      <w:pPr>
        <w:jc w:val="center"/>
      </w:pPr>
    </w:p>
    <w:p w:rsidR="00177EF4" w:rsidRDefault="00177EF4" w:rsidP="00412947">
      <w:pPr>
        <w:jc w:val="center"/>
      </w:pPr>
    </w:p>
    <w:p w:rsidR="00177EF4" w:rsidRDefault="00177EF4" w:rsidP="00412947">
      <w:pPr>
        <w:jc w:val="center"/>
      </w:pPr>
    </w:p>
    <w:p w:rsidR="002A2CC7" w:rsidRPr="009E3208" w:rsidRDefault="00C50253" w:rsidP="00412947">
      <w:pPr>
        <w:jc w:val="center"/>
      </w:pPr>
      <w:r w:rsidRPr="00703551">
        <w:rPr>
          <w:sz w:val="28"/>
        </w:rPr>
        <w:t>COLLEGE OF BUSINESS AND SOCIAL SCIENCES</w:t>
      </w:r>
    </w:p>
    <w:p w:rsidR="002A2CC7" w:rsidRDefault="00EF6368" w:rsidP="00412947">
      <w:pPr>
        <w:jc w:val="center"/>
      </w:pPr>
      <w:r>
        <w:rPr>
          <w:noProof/>
        </w:rPr>
        <mc:AlternateContent>
          <mc:Choice Requires="wps">
            <w:drawing>
              <wp:anchor distT="0" distB="0" distL="114300" distR="114300" simplePos="0" relativeHeight="251664384" behindDoc="0" locked="0" layoutInCell="1" allowOverlap="1" wp14:anchorId="043D4B29" wp14:editId="3E791FB0">
                <wp:simplePos x="0" y="0"/>
                <wp:positionH relativeFrom="page">
                  <wp:align>center</wp:align>
                </wp:positionH>
                <wp:positionV relativeFrom="paragraph">
                  <wp:posOffset>-854360</wp:posOffset>
                </wp:positionV>
                <wp:extent cx="4242816" cy="3145536"/>
                <wp:effectExtent l="0" t="0" r="5715" b="0"/>
                <wp:wrapNone/>
                <wp:docPr id="12" name="Text Box 12"/>
                <wp:cNvGraphicFramePr/>
                <a:graphic xmlns:a="http://schemas.openxmlformats.org/drawingml/2006/main">
                  <a:graphicData uri="http://schemas.microsoft.com/office/word/2010/wordprocessingShape">
                    <wps:wsp>
                      <wps:cNvSpPr txBox="1"/>
                      <wps:spPr>
                        <a:xfrm>
                          <a:off x="0" y="0"/>
                          <a:ext cx="4242816" cy="314553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555" w:type="dxa"/>
                              <w:tblInd w:w="-315" w:type="dxa"/>
                              <w:tblLayout w:type="fixed"/>
                              <w:tblLook w:val="04A0" w:firstRow="1" w:lastRow="0" w:firstColumn="1" w:lastColumn="0" w:noHBand="0" w:noVBand="1"/>
                            </w:tblPr>
                            <w:tblGrid>
                              <w:gridCol w:w="1440"/>
                              <w:gridCol w:w="3323"/>
                              <w:gridCol w:w="1792"/>
                            </w:tblGrid>
                            <w:tr w:rsidR="003A37E7" w:rsidRPr="006F0DAE" w:rsidTr="00FE540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55" w:type="dxa"/>
                                  <w:gridSpan w:val="3"/>
                                  <w:tcBorders>
                                    <w:top w:val="single" w:sz="48" w:space="0" w:color="auto"/>
                                    <w:left w:val="single" w:sz="48" w:space="0" w:color="auto"/>
                                    <w:bottom w:val="double" w:sz="4" w:space="0" w:color="C0504D" w:themeColor="accent2"/>
                                    <w:right w:val="single" w:sz="48" w:space="0" w:color="auto"/>
                                  </w:tcBorders>
                                  <w:vAlign w:val="center"/>
                                </w:tcPr>
                                <w:p w:rsidR="003A37E7" w:rsidRPr="006F0DAE" w:rsidRDefault="003A37E7" w:rsidP="003072A6">
                                  <w:pPr>
                                    <w:jc w:val="center"/>
                                    <w:rPr>
                                      <w:color w:val="FF0000"/>
                                    </w:rPr>
                                  </w:pPr>
                                  <w:r w:rsidRPr="006F0DAE">
                                    <w:rPr>
                                      <w:color w:val="FF0000"/>
                                    </w:rPr>
                                    <w:t>PUBLIC ADMINISTRATION</w:t>
                                  </w:r>
                                </w:p>
                              </w:tc>
                            </w:tr>
                            <w:tr w:rsidR="003A37E7" w:rsidRPr="006F0DAE"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55"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Pr>
                                      <w:sz w:val="20"/>
                                      <w:szCs w:val="20"/>
                                    </w:rPr>
                                    <w:t>SOPHOMORE YEAR (YEARII</w:t>
                                  </w:r>
                                  <w:r w:rsidRPr="009B29F2">
                                    <w:rPr>
                                      <w:sz w:val="20"/>
                                      <w:szCs w:val="20"/>
                                    </w:rPr>
                                    <w:t>) - FIRST SEMESTER</w:t>
                                  </w:r>
                                </w:p>
                              </w:tc>
                            </w:tr>
                            <w:tr w:rsidR="003A37E7" w:rsidRPr="006F0DAE"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COURSE CODE</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6F0DAE">
                                    <w:t>COURSE TITLE</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6F0DAE"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t>GEN 107</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EF6368">
                                    <w:t>DISCIPLESHIP  1</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6F0DAE"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PADM 202</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6F0DAE">
                                    <w:t>PUBLIC FINANCE</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6F0DAE"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HRM 205</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6F0DAE">
                                    <w:t>ORGANIZATION BEHAVIOR</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6F0DAE"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PADM 201</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6F0DAE">
                                    <w:t>INTRODUCTION TO PUBLIC ADMINISTRATION</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6F0DAE"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BUS 201</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6F0DAE">
                                    <w:t>PRINCIPLE OF MANAGEMENT I</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6F0DAE"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ECON. 203</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6F0DAE">
                                    <w:t>CALCUS FOR NONE SCIENCE MAJOR</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6F0DAE"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ENGL. 201</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6F0DAE">
                                    <w:t>SOPHOMORE ENGLISH</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6F0DAE"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PADM 203</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6F0DAE">
                                    <w:t>PRINCIPLE OF PUBLIC ADMINISTRATION</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6F0DAE" w:rsidTr="00FE540C">
                              <w:trPr>
                                <w:cnfStyle w:val="000000100000" w:firstRow="0" w:lastRow="0" w:firstColumn="0" w:lastColumn="0" w:oddVBand="0" w:evenVBand="0" w:oddHBand="1" w:evenHBand="0" w:firstRowFirstColumn="0" w:firstRowLastColumn="0" w:lastRowFirstColumn="0" w:lastRowLastColumn="0"/>
                                <w:trHeight w:val="423"/>
                              </w:trPr>
                              <w:tc>
                                <w:tcPr>
                                  <w:cnfStyle w:val="001000000000" w:firstRow="0" w:lastRow="0" w:firstColumn="1" w:lastColumn="0" w:oddVBand="0" w:evenVBand="0" w:oddHBand="0" w:evenHBand="0" w:firstRowFirstColumn="0" w:firstRowLastColumn="0" w:lastRowFirstColumn="0" w:lastRowLastColumn="0"/>
                                  <w:tcW w:w="476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 xml:space="preserve">TOTAL </w:t>
                                  </w:r>
                                  <w:r>
                                    <w:rPr>
                                      <w:b w:val="0"/>
                                    </w:rPr>
                                    <w:t>CREDIT HOURS</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t>23</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3D4B29" id="Text Box 12" o:spid="_x0000_s1049" type="#_x0000_t202" style="position:absolute;left:0;text-align:left;margin-left:0;margin-top:-67.25pt;width:334.1pt;height:247.7pt;z-index:251664384;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" fillcolor="white [3201]" stroked="f" strokeweight=".5pt">
                <v:textbox>
                  <w:txbxContent>
                    <w:tbl>
                      <w:tblPr>
                        <w:tblStyle w:val="LightGrid"/>
                        <w:tblW w:w="6555" w:type="dxa"/>
                        <w:tblInd w:w="-315" w:type="dxa"/>
                        <w:tblLayout w:type="fixed"/>
                        <w:tblLook w:val="04A0" w:firstRow="1" w:lastRow="0" w:firstColumn="1" w:lastColumn="0" w:noHBand="0" w:noVBand="1"/>
                      </w:tblPr>
                      <w:tblGrid>
                        <w:gridCol w:w="1440"/>
                        <w:gridCol w:w="3323"/>
                        <w:gridCol w:w="1792"/>
                      </w:tblGrid>
                      <w:tr w:rsidR="003A37E7" w:rsidRPr="006F0DAE" w:rsidTr="00FE540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55" w:type="dxa"/>
                            <w:gridSpan w:val="3"/>
                            <w:tcBorders>
                              <w:top w:val="single" w:sz="48" w:space="0" w:color="auto"/>
                              <w:left w:val="single" w:sz="48" w:space="0" w:color="auto"/>
                              <w:bottom w:val="double" w:sz="4" w:space="0" w:color="C0504D" w:themeColor="accent2"/>
                              <w:right w:val="single" w:sz="48" w:space="0" w:color="auto"/>
                            </w:tcBorders>
                            <w:vAlign w:val="center"/>
                          </w:tcPr>
                          <w:p w:rsidR="003A37E7" w:rsidRPr="006F0DAE" w:rsidRDefault="003A37E7" w:rsidP="003072A6">
                            <w:pPr>
                              <w:jc w:val="center"/>
                              <w:rPr>
                                <w:color w:val="FF0000"/>
                              </w:rPr>
                            </w:pPr>
                            <w:r w:rsidRPr="006F0DAE">
                              <w:rPr>
                                <w:color w:val="FF0000"/>
                              </w:rPr>
                              <w:t>PUBLIC ADMINISTRATION</w:t>
                            </w:r>
                          </w:p>
                        </w:tc>
                      </w:tr>
                      <w:tr w:rsidR="003A37E7" w:rsidRPr="006F0DAE"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55"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Pr>
                                <w:sz w:val="20"/>
                                <w:szCs w:val="20"/>
                              </w:rPr>
                              <w:t>SOPHOMORE YEAR (YEARII</w:t>
                            </w:r>
                            <w:r w:rsidRPr="009B29F2">
                              <w:rPr>
                                <w:sz w:val="20"/>
                                <w:szCs w:val="20"/>
                              </w:rPr>
                              <w:t>) - FIRST SEMESTER</w:t>
                            </w:r>
                          </w:p>
                        </w:tc>
                      </w:tr>
                      <w:tr w:rsidR="003A37E7" w:rsidRPr="006F0DAE"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COURSE CODE</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6F0DAE">
                              <w:t>COURSE TITLE</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6F0DAE"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t>GEN 107</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EF6368">
                              <w:t>DISCIPLESHIP  1</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6F0DAE"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PADM 202</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6F0DAE">
                              <w:t>PUBLIC FINANCE</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6F0DAE"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HRM 205</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6F0DAE">
                              <w:t>ORGANIZATION BEHAVIOR</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6F0DAE"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PADM 201</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6F0DAE">
                              <w:t>INTRODUCTION TO PUBLIC ADMINISTRATION</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6F0DAE"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BUS 201</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6F0DAE">
                              <w:t>PRINCIPLE OF MANAGEMENT I</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6F0DAE"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ECON. 203</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6F0DAE">
                              <w:t>CALCUS FOR NONE SCIENCE MAJOR</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6F0DAE"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ENGL. 201</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6F0DAE">
                              <w:t>SOPHOMORE ENGLISH</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6F0DAE"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PADM 203</w:t>
                            </w:r>
                          </w:p>
                        </w:tc>
                        <w:tc>
                          <w:tcPr>
                            <w:tcW w:w="332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6F0DAE">
                              <w:t>PRINCIPLE OF PUBLIC ADMINISTRATION</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6F0DAE" w:rsidTr="00FE540C">
                        <w:trPr>
                          <w:cnfStyle w:val="000000100000" w:firstRow="0" w:lastRow="0" w:firstColumn="0" w:lastColumn="0" w:oddVBand="0" w:evenVBand="0" w:oddHBand="1" w:evenHBand="0" w:firstRowFirstColumn="0" w:firstRowLastColumn="0" w:lastRowFirstColumn="0" w:lastRowLastColumn="0"/>
                          <w:trHeight w:val="423"/>
                        </w:trPr>
                        <w:tc>
                          <w:tcPr>
                            <w:cnfStyle w:val="001000000000" w:firstRow="0" w:lastRow="0" w:firstColumn="1" w:lastColumn="0" w:oddVBand="0" w:evenVBand="0" w:oddHBand="0" w:evenHBand="0" w:firstRowFirstColumn="0" w:firstRowLastColumn="0" w:lastRowFirstColumn="0" w:lastRowLastColumn="0"/>
                            <w:tcW w:w="476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pPr>
                            <w:r w:rsidRPr="006F0DAE">
                              <w:t xml:space="preserve">TOTAL </w:t>
                            </w:r>
                            <w:r>
                              <w:rPr>
                                <w:b w:val="0"/>
                              </w:rPr>
                              <w:t>CREDIT HOURS</w:t>
                            </w:r>
                          </w:p>
                        </w:tc>
                        <w:tc>
                          <w:tcPr>
                            <w:tcW w:w="179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6F0DAE" w:rsidRDefault="003A37E7" w:rsidP="003072A6">
                            <w:pPr>
                              <w:jc w:val="center"/>
                              <w:cnfStyle w:val="000000100000" w:firstRow="0" w:lastRow="0" w:firstColumn="0" w:lastColumn="0" w:oddVBand="0" w:evenVBand="0" w:oddHBand="1" w:evenHBand="0" w:firstRowFirstColumn="0" w:firstRowLastColumn="0" w:lastRowFirstColumn="0" w:lastRowLastColumn="0"/>
                            </w:pPr>
                            <w:r>
                              <w:t>23</w:t>
                            </w:r>
                          </w:p>
                        </w:tc>
                      </w:tr>
                    </w:tbl>
                    <w:p w:rsidR="003A37E7" w:rsidRDefault="003A37E7"/>
                  </w:txbxContent>
                </v:textbox>
                <w10:wrap anchorx="page"/>
              </v:shape>
            </w:pict>
          </mc:Fallback>
        </mc:AlternateContent>
      </w:r>
    </w:p>
    <w:p w:rsidR="002A2CC7" w:rsidRDefault="002A2CC7" w:rsidP="00412947">
      <w:pPr>
        <w:jc w:val="center"/>
      </w:pPr>
    </w:p>
    <w:p w:rsidR="00C50253" w:rsidRDefault="00C50253" w:rsidP="00412947">
      <w:pPr>
        <w:pStyle w:val="Heading3"/>
        <w:jc w:val="center"/>
      </w:pPr>
    </w:p>
    <w:p w:rsidR="00961325" w:rsidRDefault="00961325" w:rsidP="00412947">
      <w:pPr>
        <w:jc w:val="center"/>
      </w:pPr>
    </w:p>
    <w:p w:rsidR="0002380B" w:rsidRDefault="0002380B" w:rsidP="00412947">
      <w:pPr>
        <w:jc w:val="center"/>
      </w:pPr>
    </w:p>
    <w:p w:rsidR="0002380B" w:rsidRDefault="0002380B" w:rsidP="00412947">
      <w:pPr>
        <w:jc w:val="center"/>
      </w:pPr>
    </w:p>
    <w:p w:rsidR="0002380B" w:rsidRDefault="006075A2" w:rsidP="00412947">
      <w:pPr>
        <w:jc w:val="center"/>
      </w:pPr>
      <w:r>
        <w:rPr>
          <w:noProof/>
        </w:rPr>
        <mc:AlternateContent>
          <mc:Choice Requires="wps">
            <w:drawing>
              <wp:anchor distT="0" distB="0" distL="114300" distR="114300" simplePos="0" relativeHeight="251665408" behindDoc="0" locked="0" layoutInCell="1" allowOverlap="1" wp14:anchorId="47C17AD4" wp14:editId="6491F353">
                <wp:simplePos x="0" y="0"/>
                <wp:positionH relativeFrom="page">
                  <wp:posOffset>285750</wp:posOffset>
                </wp:positionH>
                <wp:positionV relativeFrom="paragraph">
                  <wp:posOffset>436245</wp:posOffset>
                </wp:positionV>
                <wp:extent cx="4511040" cy="3620770"/>
                <wp:effectExtent l="0" t="0" r="3810" b="0"/>
                <wp:wrapNone/>
                <wp:docPr id="13" name="Text Box 13"/>
                <wp:cNvGraphicFramePr/>
                <a:graphic xmlns:a="http://schemas.openxmlformats.org/drawingml/2006/main">
                  <a:graphicData uri="http://schemas.microsoft.com/office/word/2010/wordprocessingShape">
                    <wps:wsp>
                      <wps:cNvSpPr txBox="1"/>
                      <wps:spPr>
                        <a:xfrm>
                          <a:off x="0" y="0"/>
                          <a:ext cx="4511040" cy="36207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475" w:type="dxa"/>
                              <w:tblInd w:w="-145" w:type="dxa"/>
                              <w:tblLook w:val="04A0" w:firstRow="1" w:lastRow="0" w:firstColumn="1" w:lastColumn="0" w:noHBand="0" w:noVBand="1"/>
                            </w:tblPr>
                            <w:tblGrid>
                              <w:gridCol w:w="1270"/>
                              <w:gridCol w:w="3500"/>
                              <w:gridCol w:w="1705"/>
                            </w:tblGrid>
                            <w:tr w:rsidR="003A37E7" w:rsidRPr="006F0DAE" w:rsidTr="00FE540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5" w:type="dxa"/>
                                  <w:gridSpan w:val="3"/>
                                  <w:tcBorders>
                                    <w:top w:val="single" w:sz="48" w:space="0" w:color="auto"/>
                                    <w:left w:val="single" w:sz="48" w:space="0" w:color="auto"/>
                                    <w:bottom w:val="double" w:sz="4" w:space="0" w:color="C0504D" w:themeColor="accent2"/>
                                    <w:right w:val="single" w:sz="48" w:space="0" w:color="auto"/>
                                  </w:tcBorders>
                                  <w:vAlign w:val="center"/>
                                </w:tcPr>
                                <w:p w:rsidR="003A37E7" w:rsidRPr="006F0DAE" w:rsidRDefault="003A37E7" w:rsidP="00B30138">
                                  <w:pPr>
                                    <w:jc w:val="center"/>
                                    <w:rPr>
                                      <w:color w:val="FF0000"/>
                                    </w:rPr>
                                  </w:pPr>
                                  <w:r w:rsidRPr="006F0DAE">
                                    <w:rPr>
                                      <w:color w:val="FF0000"/>
                                    </w:rPr>
                                    <w:t>PUBLIC ADMINISTRATION</w:t>
                                  </w:r>
                                </w:p>
                              </w:tc>
                            </w:tr>
                            <w:tr w:rsidR="003A37E7"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Default="003A37E7" w:rsidP="003072A6">
                                  <w:pPr>
                                    <w:jc w:val="center"/>
                                  </w:pPr>
                                  <w:r>
                                    <w:rPr>
                                      <w:sz w:val="20"/>
                                      <w:szCs w:val="20"/>
                                    </w:rPr>
                                    <w:t>SOPHOMORE YEAR (YEARII) - SECOND</w:t>
                                  </w:r>
                                  <w:r w:rsidRPr="009B29F2">
                                    <w:rPr>
                                      <w:sz w:val="20"/>
                                      <w:szCs w:val="20"/>
                                    </w:rPr>
                                    <w:t xml:space="preserve"> SEMESTER</w:t>
                                  </w:r>
                                </w:p>
                              </w:tc>
                            </w:tr>
                            <w:tr w:rsidR="003A37E7"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Default="003A37E7" w:rsidP="003072A6">
                                  <w:pPr>
                                    <w:jc w:val="center"/>
                                  </w:pPr>
                                  <w:r>
                                    <w:t>COURSE CODE</w:t>
                                  </w:r>
                                </w:p>
                              </w:tc>
                              <w:tc>
                                <w:tcPr>
                                  <w:tcW w:w="3500" w:type="dxa"/>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t>COURSE TITLE</w:t>
                                  </w:r>
                                </w:p>
                              </w:tc>
                              <w:tc>
                                <w:tcPr>
                                  <w:tcW w:w="1705" w:type="dxa"/>
                                  <w:tcBorders>
                                    <w:right w:val="double" w:sz="4" w:space="0" w:color="C0504D" w:themeColor="accent2"/>
                                  </w:tcBorders>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Default="003A37E7" w:rsidP="003072A6">
                                  <w:pPr>
                                    <w:jc w:val="center"/>
                                  </w:pPr>
                                  <w:r>
                                    <w:t>GEN 108</w:t>
                                  </w:r>
                                </w:p>
                              </w:tc>
                              <w:tc>
                                <w:tcPr>
                                  <w:tcW w:w="3500" w:type="dxa"/>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pPr>
                                  <w:r>
                                    <w:t>Discipleship  2</w:t>
                                  </w:r>
                                </w:p>
                              </w:tc>
                              <w:tc>
                                <w:tcPr>
                                  <w:tcW w:w="1705" w:type="dxa"/>
                                  <w:tcBorders>
                                    <w:right w:val="double" w:sz="4" w:space="0" w:color="C0504D" w:themeColor="accent2"/>
                                  </w:tcBorders>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Default="003A37E7" w:rsidP="003072A6">
                                  <w:pPr>
                                    <w:jc w:val="center"/>
                                  </w:pPr>
                                  <w:r w:rsidRPr="00560630">
                                    <w:rPr>
                                      <w:rFonts w:ascii="Bahnschrift" w:hAnsi="Bahnschrift"/>
                                    </w:rPr>
                                    <w:t>BUS 200</w:t>
                                  </w:r>
                                </w:p>
                              </w:tc>
                              <w:tc>
                                <w:tcPr>
                                  <w:tcW w:w="3500" w:type="dxa"/>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560630">
                                    <w:rPr>
                                      <w:rFonts w:ascii="Bahnschrift" w:hAnsi="Bahnschrift"/>
                                    </w:rPr>
                                    <w:t>ENTERPRENEURSHIP II</w:t>
                                  </w:r>
                                </w:p>
                              </w:tc>
                              <w:tc>
                                <w:tcPr>
                                  <w:tcW w:w="1705" w:type="dxa"/>
                                  <w:tcBorders>
                                    <w:right w:val="double" w:sz="4" w:space="0" w:color="C0504D" w:themeColor="accent2"/>
                                  </w:tcBorders>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Default="003A37E7" w:rsidP="003072A6">
                                  <w:pPr>
                                    <w:jc w:val="center"/>
                                  </w:pPr>
                                  <w:r w:rsidRPr="00560630">
                                    <w:rPr>
                                      <w:rFonts w:ascii="Bahnschrift" w:hAnsi="Bahnschrift"/>
                                    </w:rPr>
                                    <w:t>PADM. 211</w:t>
                                  </w:r>
                                </w:p>
                              </w:tc>
                              <w:tc>
                                <w:tcPr>
                                  <w:tcW w:w="3500" w:type="dxa"/>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560630">
                                    <w:rPr>
                                      <w:rFonts w:ascii="Bahnschrift" w:hAnsi="Bahnschrift"/>
                                    </w:rPr>
                                    <w:t>POLITICS &amp; ADMINISTRATIVE RELATIONS</w:t>
                                  </w:r>
                                </w:p>
                              </w:tc>
                              <w:tc>
                                <w:tcPr>
                                  <w:tcW w:w="1705" w:type="dxa"/>
                                  <w:tcBorders>
                                    <w:right w:val="double" w:sz="4" w:space="0" w:color="C0504D" w:themeColor="accent2"/>
                                  </w:tcBorders>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pPr>
                                  <w:r>
                                    <w:t>3</w:t>
                                  </w:r>
                                </w:p>
                              </w:tc>
                            </w:tr>
                            <w:tr w:rsidR="003A37E7"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Pr="00560630" w:rsidRDefault="003A37E7" w:rsidP="003072A6">
                                  <w:pPr>
                                    <w:jc w:val="center"/>
                                    <w:rPr>
                                      <w:rFonts w:ascii="Bahnschrift" w:hAnsi="Bahnschrift"/>
                                    </w:rPr>
                                  </w:pPr>
                                  <w:r w:rsidRPr="00560630">
                                    <w:rPr>
                                      <w:rFonts w:ascii="Bahnschrift" w:hAnsi="Bahnschrift"/>
                                    </w:rPr>
                                    <w:t>PADM. 212</w:t>
                                  </w:r>
                                </w:p>
                              </w:tc>
                              <w:tc>
                                <w:tcPr>
                                  <w:tcW w:w="3500" w:type="dxa"/>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560630">
                                    <w:rPr>
                                      <w:rFonts w:ascii="Bahnschrift" w:hAnsi="Bahnschrift"/>
                                    </w:rPr>
                                    <w:t>LOCAL GOVERNMENT ADMINISTRATION</w:t>
                                  </w:r>
                                </w:p>
                              </w:tc>
                              <w:tc>
                                <w:tcPr>
                                  <w:tcW w:w="1705" w:type="dxa"/>
                                  <w:tcBorders>
                                    <w:right w:val="double" w:sz="4" w:space="0" w:color="C0504D" w:themeColor="accent2"/>
                                  </w:tcBorders>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Pr="00560630" w:rsidRDefault="003A37E7" w:rsidP="003072A6">
                                  <w:pPr>
                                    <w:jc w:val="center"/>
                                    <w:rPr>
                                      <w:rFonts w:ascii="Bahnschrift" w:hAnsi="Bahnschrift"/>
                                    </w:rPr>
                                  </w:pPr>
                                  <w:r w:rsidRPr="00560630">
                                    <w:rPr>
                                      <w:rFonts w:ascii="Bahnschrift" w:hAnsi="Bahnschrift"/>
                                    </w:rPr>
                                    <w:t>PADM. 213</w:t>
                                  </w:r>
                                </w:p>
                              </w:tc>
                              <w:tc>
                                <w:tcPr>
                                  <w:tcW w:w="3500" w:type="dxa"/>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560630">
                                    <w:rPr>
                                      <w:rFonts w:ascii="Bahnschrift" w:hAnsi="Bahnschrift"/>
                                    </w:rPr>
                                    <w:t>RURAL DEVELOPMENT GENDER AND SOCIETY</w:t>
                                  </w:r>
                                </w:p>
                              </w:tc>
                              <w:tc>
                                <w:tcPr>
                                  <w:tcW w:w="1705" w:type="dxa"/>
                                  <w:tcBorders>
                                    <w:right w:val="double" w:sz="4" w:space="0" w:color="C0504D" w:themeColor="accent2"/>
                                  </w:tcBorders>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pPr>
                                  <w:r>
                                    <w:t>3</w:t>
                                  </w:r>
                                </w:p>
                              </w:tc>
                            </w:tr>
                            <w:tr w:rsidR="003A37E7"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Pr="00560630" w:rsidRDefault="003A37E7" w:rsidP="003072A6">
                                  <w:pPr>
                                    <w:jc w:val="center"/>
                                    <w:rPr>
                                      <w:rFonts w:ascii="Bahnschrift" w:hAnsi="Bahnschrift"/>
                                    </w:rPr>
                                  </w:pPr>
                                  <w:r>
                                    <w:rPr>
                                      <w:rFonts w:ascii="Bahnschrift" w:hAnsi="Bahnschrift"/>
                                    </w:rPr>
                                    <w:t>PADM 210</w:t>
                                  </w:r>
                                </w:p>
                              </w:tc>
                              <w:tc>
                                <w:tcPr>
                                  <w:tcW w:w="3500" w:type="dxa"/>
                                  <w:vAlign w:val="center"/>
                                </w:tcPr>
                                <w:p w:rsidR="003A37E7" w:rsidRPr="00560630" w:rsidRDefault="003A37E7" w:rsidP="003072A6">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LEADERSHIP THOERY &amp; PRACTICES</w:t>
                                  </w:r>
                                </w:p>
                              </w:tc>
                              <w:tc>
                                <w:tcPr>
                                  <w:tcW w:w="1705" w:type="dxa"/>
                                  <w:tcBorders>
                                    <w:right w:val="double" w:sz="4" w:space="0" w:color="C0504D" w:themeColor="accent2"/>
                                  </w:tcBorders>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Default="003A37E7" w:rsidP="003072A6">
                                  <w:pPr>
                                    <w:jc w:val="center"/>
                                    <w:rPr>
                                      <w:rFonts w:ascii="Bahnschrift" w:hAnsi="Bahnschrift"/>
                                    </w:rPr>
                                  </w:pPr>
                                  <w:r>
                                    <w:rPr>
                                      <w:rFonts w:ascii="Bahnschrift" w:hAnsi="Bahnschrift"/>
                                    </w:rPr>
                                    <w:t>TMC 111</w:t>
                                  </w:r>
                                </w:p>
                              </w:tc>
                              <w:tc>
                                <w:tcPr>
                                  <w:tcW w:w="3500" w:type="dxa"/>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TOTAL MEANS CONCEPT</w:t>
                                  </w:r>
                                </w:p>
                              </w:tc>
                              <w:tc>
                                <w:tcPr>
                                  <w:tcW w:w="1705" w:type="dxa"/>
                                  <w:tcBorders>
                                    <w:right w:val="double" w:sz="4" w:space="0" w:color="C0504D" w:themeColor="accent2"/>
                                  </w:tcBorders>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pPr>
                                  <w:r>
                                    <w:t>1</w:t>
                                  </w:r>
                                </w:p>
                              </w:tc>
                            </w:tr>
                            <w:tr w:rsidR="003A37E7" w:rsidTr="00FE540C">
                              <w:trPr>
                                <w:cnfStyle w:val="000000010000" w:firstRow="0" w:lastRow="0" w:firstColumn="0" w:lastColumn="0" w:oddVBand="0" w:evenVBand="0" w:oddHBand="0" w:evenHBand="1" w:firstRowFirstColumn="0" w:firstRowLastColumn="0" w:lastRowFirstColumn="0" w:lastRowLastColumn="0"/>
                                <w:trHeight w:val="727"/>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Default="003A37E7" w:rsidP="003072A6">
                                  <w:pPr>
                                    <w:jc w:val="center"/>
                                  </w:pPr>
                                  <w:r w:rsidRPr="00560630">
                                    <w:rPr>
                                      <w:rFonts w:ascii="Bahnschrift" w:hAnsi="Bahnschrift"/>
                                    </w:rPr>
                                    <w:t>BUS 212</w:t>
                                  </w:r>
                                </w:p>
                              </w:tc>
                              <w:tc>
                                <w:tcPr>
                                  <w:tcW w:w="3500" w:type="dxa"/>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560630">
                                    <w:rPr>
                                      <w:rFonts w:ascii="Bahnschrift" w:hAnsi="Bahnschrift"/>
                                    </w:rPr>
                                    <w:t>PROCUREMENT AND SUPPLY CHAIN MANAGEMENT</w:t>
                                  </w:r>
                                </w:p>
                              </w:tc>
                              <w:tc>
                                <w:tcPr>
                                  <w:tcW w:w="1705" w:type="dxa"/>
                                  <w:tcBorders>
                                    <w:right w:val="double" w:sz="4" w:space="0" w:color="C0504D" w:themeColor="accent2"/>
                                  </w:tcBorders>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Tr="00FE540C">
                              <w:trPr>
                                <w:cnfStyle w:val="000000100000" w:firstRow="0" w:lastRow="0" w:firstColumn="0" w:lastColumn="0" w:oddVBand="0" w:evenVBand="0" w:oddHBand="1" w:evenHBand="0" w:firstRowFirstColumn="0" w:firstRowLastColumn="0" w:lastRowFirstColumn="0" w:lastRowLastColumn="0"/>
                                <w:trHeight w:val="547"/>
                              </w:trPr>
                              <w:tc>
                                <w:tcPr>
                                  <w:cnfStyle w:val="001000000000" w:firstRow="0" w:lastRow="0" w:firstColumn="1" w:lastColumn="0" w:oddVBand="0" w:evenVBand="0" w:oddHBand="0" w:evenHBand="0" w:firstRowFirstColumn="0" w:firstRowLastColumn="0" w:lastRowFirstColumn="0" w:lastRowLastColumn="0"/>
                                  <w:tcW w:w="4770" w:type="dxa"/>
                                  <w:gridSpan w:val="2"/>
                                  <w:tcBorders>
                                    <w:left w:val="double" w:sz="4" w:space="0" w:color="C0504D" w:themeColor="accent2"/>
                                    <w:bottom w:val="double" w:sz="4" w:space="0" w:color="C0504D" w:themeColor="accent2"/>
                                  </w:tcBorders>
                                  <w:vAlign w:val="center"/>
                                </w:tcPr>
                                <w:p w:rsidR="003A37E7" w:rsidRPr="00560630" w:rsidRDefault="003A37E7" w:rsidP="003072A6">
                                  <w:pPr>
                                    <w:jc w:val="center"/>
                                    <w:rPr>
                                      <w:rFonts w:ascii="Bahnschrift" w:hAnsi="Bahnschrift"/>
                                    </w:rPr>
                                  </w:pPr>
                                  <w:r w:rsidRPr="00560630">
                                    <w:rPr>
                                      <w:rFonts w:ascii="Bahnschrift" w:hAnsi="Bahnschrift"/>
                                    </w:rPr>
                                    <w:t xml:space="preserve">TOTAL </w:t>
                                  </w:r>
                                  <w:r>
                                    <w:rPr>
                                      <w:b w:val="0"/>
                                    </w:rPr>
                                    <w:t>CREDIT HOURS</w:t>
                                  </w:r>
                                </w:p>
                              </w:tc>
                              <w:tc>
                                <w:tcPr>
                                  <w:tcW w:w="1705" w:type="dxa"/>
                                  <w:tcBorders>
                                    <w:bottom w:val="double" w:sz="4" w:space="0" w:color="C0504D" w:themeColor="accent2"/>
                                    <w:right w:val="double" w:sz="4" w:space="0" w:color="C0504D" w:themeColor="accent2"/>
                                  </w:tcBorders>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pPr>
                                  <w:r>
                                    <w:t>21</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C17AD4" id="Text Box 13" o:spid="_x0000_s1050" type="#_x0000_t202" style="position:absolute;left:0;text-align:left;margin-left:22.5pt;margin-top:34.35pt;width:355.2pt;height:285.1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" fillcolor="white [3201]" stroked="f" strokeweight=".5pt">
                <v:textbox>
                  <w:txbxContent>
                    <w:tbl>
                      <w:tblPr>
                        <w:tblStyle w:val="LightGrid"/>
                        <w:tblW w:w="6475" w:type="dxa"/>
                        <w:tblInd w:w="-145" w:type="dxa"/>
                        <w:tblLook w:val="04A0" w:firstRow="1" w:lastRow="0" w:firstColumn="1" w:lastColumn="0" w:noHBand="0" w:noVBand="1"/>
                      </w:tblPr>
                      <w:tblGrid>
                        <w:gridCol w:w="1270"/>
                        <w:gridCol w:w="3500"/>
                        <w:gridCol w:w="1705"/>
                      </w:tblGrid>
                      <w:tr w:rsidR="003A37E7" w:rsidRPr="006F0DAE" w:rsidTr="00FE540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5" w:type="dxa"/>
                            <w:gridSpan w:val="3"/>
                            <w:tcBorders>
                              <w:top w:val="single" w:sz="48" w:space="0" w:color="auto"/>
                              <w:left w:val="single" w:sz="48" w:space="0" w:color="auto"/>
                              <w:bottom w:val="double" w:sz="4" w:space="0" w:color="C0504D" w:themeColor="accent2"/>
                              <w:right w:val="single" w:sz="48" w:space="0" w:color="auto"/>
                            </w:tcBorders>
                            <w:vAlign w:val="center"/>
                          </w:tcPr>
                          <w:p w:rsidR="003A37E7" w:rsidRPr="006F0DAE" w:rsidRDefault="003A37E7" w:rsidP="00B30138">
                            <w:pPr>
                              <w:jc w:val="center"/>
                              <w:rPr>
                                <w:color w:val="FF0000"/>
                              </w:rPr>
                            </w:pPr>
                            <w:r w:rsidRPr="006F0DAE">
                              <w:rPr>
                                <w:color w:val="FF0000"/>
                              </w:rPr>
                              <w:t>PUBLIC ADMINISTRATION</w:t>
                            </w:r>
                          </w:p>
                        </w:tc>
                      </w:tr>
                      <w:tr w:rsidR="003A37E7"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Default="003A37E7" w:rsidP="003072A6">
                            <w:pPr>
                              <w:jc w:val="center"/>
                            </w:pPr>
                            <w:r>
                              <w:rPr>
                                <w:sz w:val="20"/>
                                <w:szCs w:val="20"/>
                              </w:rPr>
                              <w:t>SOPHOMORE YEAR (YEARII) - SECOND</w:t>
                            </w:r>
                            <w:r w:rsidRPr="009B29F2">
                              <w:rPr>
                                <w:sz w:val="20"/>
                                <w:szCs w:val="20"/>
                              </w:rPr>
                              <w:t xml:space="preserve"> SEMESTER</w:t>
                            </w:r>
                          </w:p>
                        </w:tc>
                      </w:tr>
                      <w:tr w:rsidR="003A37E7"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Default="003A37E7" w:rsidP="003072A6">
                            <w:pPr>
                              <w:jc w:val="center"/>
                            </w:pPr>
                            <w:r>
                              <w:t>COURSE CODE</w:t>
                            </w:r>
                          </w:p>
                        </w:tc>
                        <w:tc>
                          <w:tcPr>
                            <w:tcW w:w="3500" w:type="dxa"/>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t>COURSE TITLE</w:t>
                            </w:r>
                          </w:p>
                        </w:tc>
                        <w:tc>
                          <w:tcPr>
                            <w:tcW w:w="1705" w:type="dxa"/>
                            <w:tcBorders>
                              <w:right w:val="double" w:sz="4" w:space="0" w:color="C0504D" w:themeColor="accent2"/>
                            </w:tcBorders>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Default="003A37E7" w:rsidP="003072A6">
                            <w:pPr>
                              <w:jc w:val="center"/>
                            </w:pPr>
                            <w:r>
                              <w:t>GEN 108</w:t>
                            </w:r>
                          </w:p>
                        </w:tc>
                        <w:tc>
                          <w:tcPr>
                            <w:tcW w:w="3500" w:type="dxa"/>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pPr>
                            <w:r>
                              <w:t>Discipleship  2</w:t>
                            </w:r>
                          </w:p>
                        </w:tc>
                        <w:tc>
                          <w:tcPr>
                            <w:tcW w:w="1705" w:type="dxa"/>
                            <w:tcBorders>
                              <w:right w:val="double" w:sz="4" w:space="0" w:color="C0504D" w:themeColor="accent2"/>
                            </w:tcBorders>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Default="003A37E7" w:rsidP="003072A6">
                            <w:pPr>
                              <w:jc w:val="center"/>
                            </w:pPr>
                            <w:r w:rsidRPr="00560630">
                              <w:rPr>
                                <w:rFonts w:ascii="Bahnschrift" w:hAnsi="Bahnschrift"/>
                              </w:rPr>
                              <w:t>BUS 200</w:t>
                            </w:r>
                          </w:p>
                        </w:tc>
                        <w:tc>
                          <w:tcPr>
                            <w:tcW w:w="3500" w:type="dxa"/>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560630">
                              <w:rPr>
                                <w:rFonts w:ascii="Bahnschrift" w:hAnsi="Bahnschrift"/>
                              </w:rPr>
                              <w:t>ENTERPRENEURSHIP II</w:t>
                            </w:r>
                          </w:p>
                        </w:tc>
                        <w:tc>
                          <w:tcPr>
                            <w:tcW w:w="1705" w:type="dxa"/>
                            <w:tcBorders>
                              <w:right w:val="double" w:sz="4" w:space="0" w:color="C0504D" w:themeColor="accent2"/>
                            </w:tcBorders>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Default="003A37E7" w:rsidP="003072A6">
                            <w:pPr>
                              <w:jc w:val="center"/>
                            </w:pPr>
                            <w:r w:rsidRPr="00560630">
                              <w:rPr>
                                <w:rFonts w:ascii="Bahnschrift" w:hAnsi="Bahnschrift"/>
                              </w:rPr>
                              <w:t>PADM. 211</w:t>
                            </w:r>
                          </w:p>
                        </w:tc>
                        <w:tc>
                          <w:tcPr>
                            <w:tcW w:w="3500" w:type="dxa"/>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560630">
                              <w:rPr>
                                <w:rFonts w:ascii="Bahnschrift" w:hAnsi="Bahnschrift"/>
                              </w:rPr>
                              <w:t>POLITICS &amp; ADMINISTRATIVE RELATIONS</w:t>
                            </w:r>
                          </w:p>
                        </w:tc>
                        <w:tc>
                          <w:tcPr>
                            <w:tcW w:w="1705" w:type="dxa"/>
                            <w:tcBorders>
                              <w:right w:val="double" w:sz="4" w:space="0" w:color="C0504D" w:themeColor="accent2"/>
                            </w:tcBorders>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pPr>
                            <w:r>
                              <w:t>3</w:t>
                            </w:r>
                          </w:p>
                        </w:tc>
                      </w:tr>
                      <w:tr w:rsidR="003A37E7"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Pr="00560630" w:rsidRDefault="003A37E7" w:rsidP="003072A6">
                            <w:pPr>
                              <w:jc w:val="center"/>
                              <w:rPr>
                                <w:rFonts w:ascii="Bahnschrift" w:hAnsi="Bahnschrift"/>
                              </w:rPr>
                            </w:pPr>
                            <w:r w:rsidRPr="00560630">
                              <w:rPr>
                                <w:rFonts w:ascii="Bahnschrift" w:hAnsi="Bahnschrift"/>
                              </w:rPr>
                              <w:t>PADM. 212</w:t>
                            </w:r>
                          </w:p>
                        </w:tc>
                        <w:tc>
                          <w:tcPr>
                            <w:tcW w:w="3500" w:type="dxa"/>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560630">
                              <w:rPr>
                                <w:rFonts w:ascii="Bahnschrift" w:hAnsi="Bahnschrift"/>
                              </w:rPr>
                              <w:t>LOCAL GOVERNMENT ADMINISTRATION</w:t>
                            </w:r>
                          </w:p>
                        </w:tc>
                        <w:tc>
                          <w:tcPr>
                            <w:tcW w:w="1705" w:type="dxa"/>
                            <w:tcBorders>
                              <w:right w:val="double" w:sz="4" w:space="0" w:color="C0504D" w:themeColor="accent2"/>
                            </w:tcBorders>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Pr="00560630" w:rsidRDefault="003A37E7" w:rsidP="003072A6">
                            <w:pPr>
                              <w:jc w:val="center"/>
                              <w:rPr>
                                <w:rFonts w:ascii="Bahnschrift" w:hAnsi="Bahnschrift"/>
                              </w:rPr>
                            </w:pPr>
                            <w:r w:rsidRPr="00560630">
                              <w:rPr>
                                <w:rFonts w:ascii="Bahnschrift" w:hAnsi="Bahnschrift"/>
                              </w:rPr>
                              <w:t>PADM. 213</w:t>
                            </w:r>
                          </w:p>
                        </w:tc>
                        <w:tc>
                          <w:tcPr>
                            <w:tcW w:w="3500" w:type="dxa"/>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pPr>
                            <w:r w:rsidRPr="00560630">
                              <w:rPr>
                                <w:rFonts w:ascii="Bahnschrift" w:hAnsi="Bahnschrift"/>
                              </w:rPr>
                              <w:t>RURAL DEVELOPMENT GENDER AND SOCIETY</w:t>
                            </w:r>
                          </w:p>
                        </w:tc>
                        <w:tc>
                          <w:tcPr>
                            <w:tcW w:w="1705" w:type="dxa"/>
                            <w:tcBorders>
                              <w:right w:val="double" w:sz="4" w:space="0" w:color="C0504D" w:themeColor="accent2"/>
                            </w:tcBorders>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pPr>
                            <w:r>
                              <w:t>3</w:t>
                            </w:r>
                          </w:p>
                        </w:tc>
                      </w:tr>
                      <w:tr w:rsidR="003A37E7" w:rsidTr="00FE540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Pr="00560630" w:rsidRDefault="003A37E7" w:rsidP="003072A6">
                            <w:pPr>
                              <w:jc w:val="center"/>
                              <w:rPr>
                                <w:rFonts w:ascii="Bahnschrift" w:hAnsi="Bahnschrift"/>
                              </w:rPr>
                            </w:pPr>
                            <w:r>
                              <w:rPr>
                                <w:rFonts w:ascii="Bahnschrift" w:hAnsi="Bahnschrift"/>
                              </w:rPr>
                              <w:t>PADM 210</w:t>
                            </w:r>
                          </w:p>
                        </w:tc>
                        <w:tc>
                          <w:tcPr>
                            <w:tcW w:w="3500" w:type="dxa"/>
                            <w:vAlign w:val="center"/>
                          </w:tcPr>
                          <w:p w:rsidR="003A37E7" w:rsidRPr="00560630" w:rsidRDefault="003A37E7" w:rsidP="003072A6">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LEADERSHIP THOERY &amp; PRACTICES</w:t>
                            </w:r>
                          </w:p>
                        </w:tc>
                        <w:tc>
                          <w:tcPr>
                            <w:tcW w:w="1705" w:type="dxa"/>
                            <w:tcBorders>
                              <w:right w:val="double" w:sz="4" w:space="0" w:color="C0504D" w:themeColor="accent2"/>
                            </w:tcBorders>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Tr="00FE54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Default="003A37E7" w:rsidP="003072A6">
                            <w:pPr>
                              <w:jc w:val="center"/>
                              <w:rPr>
                                <w:rFonts w:ascii="Bahnschrift" w:hAnsi="Bahnschrift"/>
                              </w:rPr>
                            </w:pPr>
                            <w:r>
                              <w:rPr>
                                <w:rFonts w:ascii="Bahnschrift" w:hAnsi="Bahnschrift"/>
                              </w:rPr>
                              <w:t>TMC 111</w:t>
                            </w:r>
                          </w:p>
                        </w:tc>
                        <w:tc>
                          <w:tcPr>
                            <w:tcW w:w="3500" w:type="dxa"/>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TOTAL MEANS CONCEPT</w:t>
                            </w:r>
                          </w:p>
                        </w:tc>
                        <w:tc>
                          <w:tcPr>
                            <w:tcW w:w="1705" w:type="dxa"/>
                            <w:tcBorders>
                              <w:right w:val="double" w:sz="4" w:space="0" w:color="C0504D" w:themeColor="accent2"/>
                            </w:tcBorders>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pPr>
                            <w:r>
                              <w:t>1</w:t>
                            </w:r>
                          </w:p>
                        </w:tc>
                      </w:tr>
                      <w:tr w:rsidR="003A37E7" w:rsidTr="00FE540C">
                        <w:trPr>
                          <w:cnfStyle w:val="000000010000" w:firstRow="0" w:lastRow="0" w:firstColumn="0" w:lastColumn="0" w:oddVBand="0" w:evenVBand="0" w:oddHBand="0" w:evenHBand="1" w:firstRowFirstColumn="0" w:firstRowLastColumn="0" w:lastRowFirstColumn="0" w:lastRowLastColumn="0"/>
                          <w:trHeight w:val="727"/>
                        </w:trPr>
                        <w:tc>
                          <w:tcPr>
                            <w:cnfStyle w:val="001000000000" w:firstRow="0" w:lastRow="0" w:firstColumn="1" w:lastColumn="0" w:oddVBand="0" w:evenVBand="0" w:oddHBand="0" w:evenHBand="0" w:firstRowFirstColumn="0" w:firstRowLastColumn="0" w:lastRowFirstColumn="0" w:lastRowLastColumn="0"/>
                            <w:tcW w:w="1270" w:type="dxa"/>
                            <w:tcBorders>
                              <w:left w:val="double" w:sz="4" w:space="0" w:color="C0504D" w:themeColor="accent2"/>
                            </w:tcBorders>
                            <w:vAlign w:val="center"/>
                          </w:tcPr>
                          <w:p w:rsidR="003A37E7" w:rsidRDefault="003A37E7" w:rsidP="003072A6">
                            <w:pPr>
                              <w:jc w:val="center"/>
                            </w:pPr>
                            <w:r w:rsidRPr="00560630">
                              <w:rPr>
                                <w:rFonts w:ascii="Bahnschrift" w:hAnsi="Bahnschrift"/>
                              </w:rPr>
                              <w:t>BUS 212</w:t>
                            </w:r>
                          </w:p>
                        </w:tc>
                        <w:tc>
                          <w:tcPr>
                            <w:tcW w:w="3500" w:type="dxa"/>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rsidRPr="00560630">
                              <w:rPr>
                                <w:rFonts w:ascii="Bahnschrift" w:hAnsi="Bahnschrift"/>
                              </w:rPr>
                              <w:t>PROCUREMENT AND SUPPLY CHAIN MANAGEMENT</w:t>
                            </w:r>
                          </w:p>
                        </w:tc>
                        <w:tc>
                          <w:tcPr>
                            <w:tcW w:w="1705" w:type="dxa"/>
                            <w:tcBorders>
                              <w:right w:val="double" w:sz="4" w:space="0" w:color="C0504D" w:themeColor="accent2"/>
                            </w:tcBorders>
                            <w:vAlign w:val="center"/>
                          </w:tcPr>
                          <w:p w:rsidR="003A37E7" w:rsidRDefault="003A37E7" w:rsidP="003072A6">
                            <w:pPr>
                              <w:jc w:val="center"/>
                              <w:cnfStyle w:val="000000010000" w:firstRow="0" w:lastRow="0" w:firstColumn="0" w:lastColumn="0" w:oddVBand="0" w:evenVBand="0" w:oddHBand="0" w:evenHBand="1" w:firstRowFirstColumn="0" w:firstRowLastColumn="0" w:lastRowFirstColumn="0" w:lastRowLastColumn="0"/>
                            </w:pPr>
                            <w:r>
                              <w:t>3</w:t>
                            </w:r>
                          </w:p>
                        </w:tc>
                      </w:tr>
                      <w:tr w:rsidR="003A37E7" w:rsidTr="00FE540C">
                        <w:trPr>
                          <w:cnfStyle w:val="000000100000" w:firstRow="0" w:lastRow="0" w:firstColumn="0" w:lastColumn="0" w:oddVBand="0" w:evenVBand="0" w:oddHBand="1" w:evenHBand="0" w:firstRowFirstColumn="0" w:firstRowLastColumn="0" w:lastRowFirstColumn="0" w:lastRowLastColumn="0"/>
                          <w:trHeight w:val="547"/>
                        </w:trPr>
                        <w:tc>
                          <w:tcPr>
                            <w:cnfStyle w:val="001000000000" w:firstRow="0" w:lastRow="0" w:firstColumn="1" w:lastColumn="0" w:oddVBand="0" w:evenVBand="0" w:oddHBand="0" w:evenHBand="0" w:firstRowFirstColumn="0" w:firstRowLastColumn="0" w:lastRowFirstColumn="0" w:lastRowLastColumn="0"/>
                            <w:tcW w:w="4770" w:type="dxa"/>
                            <w:gridSpan w:val="2"/>
                            <w:tcBorders>
                              <w:left w:val="double" w:sz="4" w:space="0" w:color="C0504D" w:themeColor="accent2"/>
                              <w:bottom w:val="double" w:sz="4" w:space="0" w:color="C0504D" w:themeColor="accent2"/>
                            </w:tcBorders>
                            <w:vAlign w:val="center"/>
                          </w:tcPr>
                          <w:p w:rsidR="003A37E7" w:rsidRPr="00560630" w:rsidRDefault="003A37E7" w:rsidP="003072A6">
                            <w:pPr>
                              <w:jc w:val="center"/>
                              <w:rPr>
                                <w:rFonts w:ascii="Bahnschrift" w:hAnsi="Bahnschrift"/>
                              </w:rPr>
                            </w:pPr>
                            <w:r w:rsidRPr="00560630">
                              <w:rPr>
                                <w:rFonts w:ascii="Bahnschrift" w:hAnsi="Bahnschrift"/>
                              </w:rPr>
                              <w:t xml:space="preserve">TOTAL </w:t>
                            </w:r>
                            <w:r>
                              <w:rPr>
                                <w:b w:val="0"/>
                              </w:rPr>
                              <w:t>CREDIT HOURS</w:t>
                            </w:r>
                          </w:p>
                        </w:tc>
                        <w:tc>
                          <w:tcPr>
                            <w:tcW w:w="1705" w:type="dxa"/>
                            <w:tcBorders>
                              <w:bottom w:val="double" w:sz="4" w:space="0" w:color="C0504D" w:themeColor="accent2"/>
                              <w:right w:val="double" w:sz="4" w:space="0" w:color="C0504D" w:themeColor="accent2"/>
                            </w:tcBorders>
                            <w:vAlign w:val="center"/>
                          </w:tcPr>
                          <w:p w:rsidR="003A37E7" w:rsidRDefault="003A37E7" w:rsidP="003072A6">
                            <w:pPr>
                              <w:jc w:val="center"/>
                              <w:cnfStyle w:val="000000100000" w:firstRow="0" w:lastRow="0" w:firstColumn="0" w:lastColumn="0" w:oddVBand="0" w:evenVBand="0" w:oddHBand="1" w:evenHBand="0" w:firstRowFirstColumn="0" w:firstRowLastColumn="0" w:lastRowFirstColumn="0" w:lastRowLastColumn="0"/>
                            </w:pPr>
                            <w:r>
                              <w:t>21</w:t>
                            </w:r>
                          </w:p>
                        </w:tc>
                      </w:tr>
                    </w:tbl>
                    <w:p w:rsidR="003A37E7" w:rsidRDefault="003A37E7"/>
                  </w:txbxContent>
                </v:textbox>
                <w10:wrap anchorx="page"/>
              </v:shape>
            </w:pict>
          </mc:Fallback>
        </mc:AlternateContent>
      </w:r>
    </w:p>
    <w:p w:rsidR="0002380B" w:rsidRDefault="0002380B" w:rsidP="00412947">
      <w:pPr>
        <w:jc w:val="center"/>
      </w:pPr>
    </w:p>
    <w:p w:rsidR="0002380B" w:rsidRDefault="0002380B" w:rsidP="00412947">
      <w:pPr>
        <w:jc w:val="center"/>
      </w:pPr>
    </w:p>
    <w:p w:rsidR="00AC1BED" w:rsidRDefault="00AC1BED" w:rsidP="00412947">
      <w:pPr>
        <w:jc w:val="center"/>
      </w:pPr>
    </w:p>
    <w:p w:rsidR="00AC1BED" w:rsidRDefault="00AC1BED" w:rsidP="00412947">
      <w:pPr>
        <w:jc w:val="center"/>
      </w:pPr>
    </w:p>
    <w:p w:rsidR="00AC1BED" w:rsidRPr="00961325" w:rsidRDefault="00AC1BED" w:rsidP="00412947">
      <w:pPr>
        <w:jc w:val="center"/>
      </w:pPr>
    </w:p>
    <w:p w:rsidR="006A0ECA" w:rsidRDefault="006A0ECA" w:rsidP="00412947">
      <w:pPr>
        <w:jc w:val="center"/>
      </w:pPr>
    </w:p>
    <w:p w:rsidR="001471A4" w:rsidRDefault="001471A4" w:rsidP="00412947">
      <w:pPr>
        <w:jc w:val="center"/>
      </w:pPr>
    </w:p>
    <w:p w:rsidR="001471A4" w:rsidRDefault="001471A4" w:rsidP="00412947">
      <w:pPr>
        <w:jc w:val="center"/>
      </w:pPr>
    </w:p>
    <w:p w:rsidR="001471A4" w:rsidRDefault="001471A4" w:rsidP="00412947">
      <w:pPr>
        <w:jc w:val="center"/>
      </w:pPr>
    </w:p>
    <w:p w:rsidR="00736C84" w:rsidRDefault="00736C84" w:rsidP="00412947">
      <w:pPr>
        <w:jc w:val="center"/>
      </w:pPr>
    </w:p>
    <w:p w:rsidR="0002380B" w:rsidRDefault="0002380B" w:rsidP="00412947">
      <w:pPr>
        <w:jc w:val="center"/>
      </w:pPr>
    </w:p>
    <w:p w:rsidR="0002380B" w:rsidRDefault="0002380B" w:rsidP="00412947">
      <w:pPr>
        <w:jc w:val="center"/>
      </w:pPr>
    </w:p>
    <w:p w:rsidR="0002380B" w:rsidRDefault="008644AC" w:rsidP="00412947">
      <w:pPr>
        <w:jc w:val="center"/>
      </w:pPr>
      <w:r>
        <w:rPr>
          <w:noProof/>
        </w:rPr>
        <mc:AlternateContent>
          <mc:Choice Requires="wps">
            <w:drawing>
              <wp:anchor distT="0" distB="0" distL="114300" distR="114300" simplePos="0" relativeHeight="251829248" behindDoc="0" locked="0" layoutInCell="1" allowOverlap="1" wp14:anchorId="37FE5989" wp14:editId="33BD9E1C">
                <wp:simplePos x="0" y="0"/>
                <wp:positionH relativeFrom="column">
                  <wp:posOffset>-742926</wp:posOffset>
                </wp:positionH>
                <wp:positionV relativeFrom="paragraph">
                  <wp:posOffset>-778956</wp:posOffset>
                </wp:positionV>
                <wp:extent cx="4538980" cy="3645408"/>
                <wp:effectExtent l="0" t="0" r="0" b="0"/>
                <wp:wrapNone/>
                <wp:docPr id="157" name="Text Box 157"/>
                <wp:cNvGraphicFramePr/>
                <a:graphic xmlns:a="http://schemas.openxmlformats.org/drawingml/2006/main">
                  <a:graphicData uri="http://schemas.microsoft.com/office/word/2010/wordprocessingShape">
                    <wps:wsp>
                      <wps:cNvSpPr txBox="1"/>
                      <wps:spPr>
                        <a:xfrm>
                          <a:off x="0" y="0"/>
                          <a:ext cx="4538980" cy="364540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705" w:type="dxa"/>
                              <w:tblInd w:w="-120" w:type="dxa"/>
                              <w:tblLook w:val="04A0" w:firstRow="1" w:lastRow="0" w:firstColumn="1" w:lastColumn="0" w:noHBand="0" w:noVBand="1"/>
                            </w:tblPr>
                            <w:tblGrid>
                              <w:gridCol w:w="1240"/>
                              <w:gridCol w:w="4310"/>
                              <w:gridCol w:w="1155"/>
                            </w:tblGrid>
                            <w:tr w:rsidR="003A37E7" w:rsidRPr="00803F3B" w:rsidTr="00FA44FB">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705" w:type="dxa"/>
                                  <w:gridSpan w:val="3"/>
                                  <w:tcBorders>
                                    <w:top w:val="single" w:sz="48" w:space="0" w:color="auto"/>
                                    <w:left w:val="single" w:sz="48" w:space="0" w:color="auto"/>
                                    <w:bottom w:val="double" w:sz="12" w:space="0" w:color="C0504D" w:themeColor="accent2"/>
                                    <w:right w:val="single" w:sz="48" w:space="0" w:color="auto"/>
                                  </w:tcBorders>
                                </w:tcPr>
                                <w:p w:rsidR="003A37E7" w:rsidRPr="00803F3B" w:rsidRDefault="003A37E7" w:rsidP="008644AC">
                                  <w:pPr>
                                    <w:pStyle w:val="Heading3"/>
                                    <w:jc w:val="center"/>
                                    <w:outlineLvl w:val="2"/>
                                    <w:rPr>
                                      <w:rFonts w:ascii="Times New Roman" w:hAnsi="Times New Roman" w:cs="Times New Roman"/>
                                      <w:sz w:val="22"/>
                                    </w:rPr>
                                  </w:pPr>
                                  <w:r w:rsidRPr="00803F3B">
                                    <w:rPr>
                                      <w:rFonts w:ascii="Times New Roman" w:hAnsi="Times New Roman" w:cs="Times New Roman"/>
                                      <w:color w:val="FF0000"/>
                                      <w:sz w:val="22"/>
                                    </w:rPr>
                                    <w:t>PUBLIC ADMINISTRATION</w:t>
                                  </w:r>
                                </w:p>
                              </w:tc>
                            </w:tr>
                            <w:tr w:rsidR="003A37E7" w:rsidRPr="00803F3B" w:rsidTr="00FA4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05" w:type="dxa"/>
                                  <w:gridSpan w:val="3"/>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r w:rsidRPr="00803F3B">
                                    <w:rPr>
                                      <w:rFonts w:cs="Times New Roman"/>
                                    </w:rPr>
                                    <w:t>JUNIOR YEAR (YEARIII) - FIRST SEMESTER</w:t>
                                  </w:r>
                                </w:p>
                              </w:tc>
                            </w:tr>
                            <w:tr w:rsidR="003A37E7" w:rsidRPr="00803F3B" w:rsidTr="00FA44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r w:rsidRPr="00803F3B">
                                    <w:rPr>
                                      <w:rFonts w:cs="Times New Roman"/>
                                    </w:rPr>
                                    <w:t>COURSE CODE</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COURSE TITLE</w:t>
                                  </w: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b/>
                                    </w:rPr>
                                    <w:t>CREDIT HOURS</w:t>
                                  </w:r>
                                </w:p>
                              </w:tc>
                            </w:tr>
                            <w:tr w:rsidR="003A37E7" w:rsidRPr="00803F3B" w:rsidTr="00FA4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r w:rsidRPr="00803F3B">
                                    <w:rPr>
                                      <w:rFonts w:cs="Times New Roman"/>
                                    </w:rPr>
                                    <w:t>GEN 107</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DYNAMIC OF FAITH 1</w:t>
                                  </w: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803F3B">
                                    <w:rPr>
                                      <w:rFonts w:cs="Times New Roman"/>
                                      <w:b/>
                                    </w:rPr>
                                    <w:t>2</w:t>
                                  </w:r>
                                </w:p>
                              </w:tc>
                            </w:tr>
                            <w:tr w:rsidR="003A37E7" w:rsidRPr="00803F3B" w:rsidTr="00FA44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r w:rsidRPr="00803F3B">
                                    <w:rPr>
                                      <w:rFonts w:cs="Times New Roman"/>
                                    </w:rPr>
                                    <w:t>PADM. 309</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GOVERNMENT BUDGETARY PROCESSES</w:t>
                                  </w: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3</w:t>
                                  </w:r>
                                </w:p>
                              </w:tc>
                            </w:tr>
                            <w:tr w:rsidR="003A37E7" w:rsidRPr="00803F3B" w:rsidTr="00FA4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r w:rsidRPr="00803F3B">
                                    <w:rPr>
                                      <w:rFonts w:cs="Times New Roman"/>
                                    </w:rPr>
                                    <w:t>PADM. 313</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PUBLIC PERSONNEL ADMINISTRATION</w:t>
                                  </w: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3</w:t>
                                  </w:r>
                                </w:p>
                              </w:tc>
                            </w:tr>
                            <w:tr w:rsidR="003A37E7" w:rsidRPr="00803F3B" w:rsidTr="00FA44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r w:rsidRPr="00803F3B">
                                    <w:rPr>
                                      <w:rFonts w:cs="Times New Roman"/>
                                    </w:rPr>
                                    <w:t>PADM. 303</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INTER-GOVERNMENTAL RELATIONS</w:t>
                                  </w: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3</w:t>
                                  </w:r>
                                </w:p>
                              </w:tc>
                            </w:tr>
                            <w:tr w:rsidR="003A37E7" w:rsidRPr="00803F3B" w:rsidTr="00FA4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r w:rsidRPr="00803F3B">
                                    <w:rPr>
                                      <w:rFonts w:cs="Times New Roman"/>
                                    </w:rPr>
                                    <w:t>PADM. 310</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ADMINISTRATIVE THEORY &amp; PRACTICES</w:t>
                                  </w: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3</w:t>
                                  </w:r>
                                </w:p>
                              </w:tc>
                            </w:tr>
                            <w:tr w:rsidR="00803F3B" w:rsidRPr="00803F3B" w:rsidTr="00FA44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803F3B" w:rsidRPr="00803F3B" w:rsidRDefault="00803F3B" w:rsidP="008644AC">
                                  <w:pPr>
                                    <w:jc w:val="center"/>
                                    <w:rPr>
                                      <w:rFonts w:cs="Times New Roman"/>
                                    </w:rPr>
                                  </w:pPr>
                                  <w:r>
                                    <w:rPr>
                                      <w:rFonts w:cs="Times New Roman"/>
                                    </w:rPr>
                                    <w:t>MINOR</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803F3B" w:rsidRPr="00803F3B" w:rsidRDefault="00803F3B"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803F3B" w:rsidRPr="00803F3B" w:rsidRDefault="00803F3B"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Pr>
                                      <w:rFonts w:cs="Times New Roman"/>
                                    </w:rPr>
                                    <w:t>3</w:t>
                                  </w:r>
                                </w:p>
                              </w:tc>
                            </w:tr>
                            <w:tr w:rsidR="00803F3B" w:rsidRPr="00803F3B" w:rsidTr="00FA4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803F3B" w:rsidRDefault="00803F3B" w:rsidP="008644AC">
                                  <w:pPr>
                                    <w:jc w:val="center"/>
                                    <w:rPr>
                                      <w:rFonts w:cs="Times New Roman"/>
                                    </w:rPr>
                                  </w:pPr>
                                  <w:r>
                                    <w:rPr>
                                      <w:rFonts w:cs="Times New Roman"/>
                                    </w:rPr>
                                    <w:t>MINOR</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803F3B" w:rsidRPr="00803F3B" w:rsidRDefault="00803F3B" w:rsidP="008644AC">
                                  <w:pPr>
                                    <w:jc w:val="center"/>
                                    <w:cnfStyle w:val="000000100000" w:firstRow="0" w:lastRow="0" w:firstColumn="0" w:lastColumn="0" w:oddVBand="0" w:evenVBand="0" w:oddHBand="1" w:evenHBand="0" w:firstRowFirstColumn="0" w:firstRowLastColumn="0" w:lastRowFirstColumn="0" w:lastRowLastColumn="0"/>
                                    <w:rPr>
                                      <w:rFonts w:cs="Times New Roman"/>
                                    </w:rPr>
                                  </w:pP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803F3B" w:rsidRDefault="00803F3B" w:rsidP="008644AC">
                                  <w:pPr>
                                    <w:jc w:val="center"/>
                                    <w:cnfStyle w:val="000000100000" w:firstRow="0" w:lastRow="0" w:firstColumn="0" w:lastColumn="0" w:oddVBand="0" w:evenVBand="0" w:oddHBand="1" w:evenHBand="0" w:firstRowFirstColumn="0" w:firstRowLastColumn="0" w:lastRowFirstColumn="0" w:lastRowLastColumn="0"/>
                                    <w:rPr>
                                      <w:rFonts w:cs="Times New Roman"/>
                                    </w:rPr>
                                  </w:pPr>
                                  <w:r>
                                    <w:rPr>
                                      <w:rFonts w:cs="Times New Roman"/>
                                    </w:rPr>
                                    <w:t>3</w:t>
                                  </w:r>
                                </w:p>
                              </w:tc>
                            </w:tr>
                            <w:tr w:rsidR="003A37E7" w:rsidRPr="00803F3B" w:rsidTr="00FA44FB">
                              <w:trPr>
                                <w:cnfStyle w:val="000000010000" w:firstRow="0" w:lastRow="0" w:firstColumn="0" w:lastColumn="0" w:oddVBand="0" w:evenVBand="0" w:oddHBand="0" w:evenHBand="1"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5550" w:type="dxa"/>
                                  <w:gridSpan w:val="2"/>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p>
                                <w:p w:rsidR="003A37E7" w:rsidRPr="00803F3B" w:rsidRDefault="003A37E7" w:rsidP="008644AC">
                                  <w:pPr>
                                    <w:jc w:val="center"/>
                                    <w:rPr>
                                      <w:rFonts w:cs="Times New Roman"/>
                                    </w:rPr>
                                  </w:pPr>
                                  <w:r w:rsidRPr="00803F3B">
                                    <w:rPr>
                                      <w:rFonts w:cs="Times New Roman"/>
                                    </w:rPr>
                                    <w:t xml:space="preserve">TOTAL </w:t>
                                  </w:r>
                                  <w:r w:rsidRPr="00803F3B">
                                    <w:rPr>
                                      <w:rFonts w:cs="Times New Roman"/>
                                      <w:b w:val="0"/>
                                    </w:rPr>
                                    <w:t>CREDIT HOURS</w:t>
                                  </w: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803F3B"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Pr>
                                      <w:rFonts w:cs="Times New Roman"/>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E5989" id="Text Box 157" o:spid="_x0000_s1051" type="#_x0000_t202" style="position:absolute;left:0;text-align:left;margin-left:-58.5pt;margin-top:-61.35pt;width:357.4pt;height:287.0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" fillcolor="white [3201]" stroked="f" strokeweight=".5pt">
                <v:textbox>
                  <w:txbxContent>
                    <w:tbl>
                      <w:tblPr>
                        <w:tblStyle w:val="LightGrid"/>
                        <w:tblW w:w="6705" w:type="dxa"/>
                        <w:tblInd w:w="-120" w:type="dxa"/>
                        <w:tblLook w:val="04A0" w:firstRow="1" w:lastRow="0" w:firstColumn="1" w:lastColumn="0" w:noHBand="0" w:noVBand="1"/>
                      </w:tblPr>
                      <w:tblGrid>
                        <w:gridCol w:w="1240"/>
                        <w:gridCol w:w="4310"/>
                        <w:gridCol w:w="1155"/>
                      </w:tblGrid>
                      <w:tr w:rsidR="003A37E7" w:rsidRPr="00803F3B" w:rsidTr="00FA44FB">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705" w:type="dxa"/>
                            <w:gridSpan w:val="3"/>
                            <w:tcBorders>
                              <w:top w:val="single" w:sz="48" w:space="0" w:color="auto"/>
                              <w:left w:val="single" w:sz="48" w:space="0" w:color="auto"/>
                              <w:bottom w:val="double" w:sz="12" w:space="0" w:color="C0504D" w:themeColor="accent2"/>
                              <w:right w:val="single" w:sz="48" w:space="0" w:color="auto"/>
                            </w:tcBorders>
                          </w:tcPr>
                          <w:p w:rsidR="003A37E7" w:rsidRPr="00803F3B" w:rsidRDefault="003A37E7" w:rsidP="008644AC">
                            <w:pPr>
                              <w:pStyle w:val="Heading3"/>
                              <w:jc w:val="center"/>
                              <w:outlineLvl w:val="2"/>
                              <w:rPr>
                                <w:rFonts w:ascii="Times New Roman" w:hAnsi="Times New Roman" w:cs="Times New Roman"/>
                                <w:sz w:val="22"/>
                              </w:rPr>
                            </w:pPr>
                            <w:r w:rsidRPr="00803F3B">
                              <w:rPr>
                                <w:rFonts w:ascii="Times New Roman" w:hAnsi="Times New Roman" w:cs="Times New Roman"/>
                                <w:color w:val="FF0000"/>
                                <w:sz w:val="22"/>
                              </w:rPr>
                              <w:t>PUBLIC ADMINISTRATION</w:t>
                            </w:r>
                          </w:p>
                        </w:tc>
                      </w:tr>
                      <w:tr w:rsidR="003A37E7" w:rsidRPr="00803F3B" w:rsidTr="00FA4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05" w:type="dxa"/>
                            <w:gridSpan w:val="3"/>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r w:rsidRPr="00803F3B">
                              <w:rPr>
                                <w:rFonts w:cs="Times New Roman"/>
                              </w:rPr>
                              <w:t>JUNIOR YEAR (YEARIII) - FIRST SEMESTER</w:t>
                            </w:r>
                          </w:p>
                        </w:tc>
                      </w:tr>
                      <w:tr w:rsidR="003A37E7" w:rsidRPr="00803F3B" w:rsidTr="00FA44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r w:rsidRPr="00803F3B">
                              <w:rPr>
                                <w:rFonts w:cs="Times New Roman"/>
                              </w:rPr>
                              <w:t>COURSE CODE</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COURSE TITLE</w:t>
                            </w: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b/>
                              </w:rPr>
                              <w:t>CREDIT HOURS</w:t>
                            </w:r>
                          </w:p>
                        </w:tc>
                      </w:tr>
                      <w:tr w:rsidR="003A37E7" w:rsidRPr="00803F3B" w:rsidTr="00FA4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r w:rsidRPr="00803F3B">
                              <w:rPr>
                                <w:rFonts w:cs="Times New Roman"/>
                              </w:rPr>
                              <w:t>GEN 107</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DYNAMIC OF FAITH 1</w:t>
                            </w: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803F3B">
                              <w:rPr>
                                <w:rFonts w:cs="Times New Roman"/>
                                <w:b/>
                              </w:rPr>
                              <w:t>2</w:t>
                            </w:r>
                          </w:p>
                        </w:tc>
                      </w:tr>
                      <w:tr w:rsidR="003A37E7" w:rsidRPr="00803F3B" w:rsidTr="00FA44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r w:rsidRPr="00803F3B">
                              <w:rPr>
                                <w:rFonts w:cs="Times New Roman"/>
                              </w:rPr>
                              <w:t>PADM. 309</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GOVERNMENT BUDGETARY PROCESSES</w:t>
                            </w: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3</w:t>
                            </w:r>
                          </w:p>
                        </w:tc>
                      </w:tr>
                      <w:tr w:rsidR="003A37E7" w:rsidRPr="00803F3B" w:rsidTr="00FA4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r w:rsidRPr="00803F3B">
                              <w:rPr>
                                <w:rFonts w:cs="Times New Roman"/>
                              </w:rPr>
                              <w:t>PADM. 313</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PUBLIC PERSONNEL ADMINISTRATION</w:t>
                            </w: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3</w:t>
                            </w:r>
                          </w:p>
                        </w:tc>
                      </w:tr>
                      <w:tr w:rsidR="003A37E7" w:rsidRPr="00803F3B" w:rsidTr="00FA44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r w:rsidRPr="00803F3B">
                              <w:rPr>
                                <w:rFonts w:cs="Times New Roman"/>
                              </w:rPr>
                              <w:t>PADM. 303</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INTER-GOVERNMENTAL RELATIONS</w:t>
                            </w: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3</w:t>
                            </w:r>
                          </w:p>
                        </w:tc>
                      </w:tr>
                      <w:tr w:rsidR="003A37E7" w:rsidRPr="00803F3B" w:rsidTr="00FA4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r w:rsidRPr="00803F3B">
                              <w:rPr>
                                <w:rFonts w:cs="Times New Roman"/>
                              </w:rPr>
                              <w:t>PADM. 310</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ADMINISTRATIVE THEORY &amp; PRACTICES</w:t>
                            </w: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3</w:t>
                            </w:r>
                          </w:p>
                        </w:tc>
                      </w:tr>
                      <w:tr w:rsidR="00803F3B" w:rsidRPr="00803F3B" w:rsidTr="00FA44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803F3B" w:rsidRPr="00803F3B" w:rsidRDefault="00803F3B" w:rsidP="008644AC">
                            <w:pPr>
                              <w:jc w:val="center"/>
                              <w:rPr>
                                <w:rFonts w:cs="Times New Roman"/>
                              </w:rPr>
                            </w:pPr>
                            <w:r>
                              <w:rPr>
                                <w:rFonts w:cs="Times New Roman"/>
                              </w:rPr>
                              <w:t>MINOR</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803F3B" w:rsidRPr="00803F3B" w:rsidRDefault="00803F3B"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803F3B" w:rsidRPr="00803F3B" w:rsidRDefault="00803F3B"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Pr>
                                <w:rFonts w:cs="Times New Roman"/>
                              </w:rPr>
                              <w:t>3</w:t>
                            </w:r>
                          </w:p>
                        </w:tc>
                      </w:tr>
                      <w:tr w:rsidR="00803F3B" w:rsidRPr="00803F3B" w:rsidTr="00FA44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803F3B" w:rsidRDefault="00803F3B" w:rsidP="008644AC">
                            <w:pPr>
                              <w:jc w:val="center"/>
                              <w:rPr>
                                <w:rFonts w:cs="Times New Roman"/>
                              </w:rPr>
                            </w:pPr>
                            <w:r>
                              <w:rPr>
                                <w:rFonts w:cs="Times New Roman"/>
                              </w:rPr>
                              <w:t>MINOR</w:t>
                            </w:r>
                          </w:p>
                        </w:tc>
                        <w:tc>
                          <w:tcPr>
                            <w:tcW w:w="4310"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803F3B" w:rsidRPr="00803F3B" w:rsidRDefault="00803F3B" w:rsidP="008644AC">
                            <w:pPr>
                              <w:jc w:val="center"/>
                              <w:cnfStyle w:val="000000100000" w:firstRow="0" w:lastRow="0" w:firstColumn="0" w:lastColumn="0" w:oddVBand="0" w:evenVBand="0" w:oddHBand="1" w:evenHBand="0" w:firstRowFirstColumn="0" w:firstRowLastColumn="0" w:lastRowFirstColumn="0" w:lastRowLastColumn="0"/>
                              <w:rPr>
                                <w:rFonts w:cs="Times New Roman"/>
                              </w:rPr>
                            </w:pP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803F3B" w:rsidRDefault="00803F3B" w:rsidP="008644AC">
                            <w:pPr>
                              <w:jc w:val="center"/>
                              <w:cnfStyle w:val="000000100000" w:firstRow="0" w:lastRow="0" w:firstColumn="0" w:lastColumn="0" w:oddVBand="0" w:evenVBand="0" w:oddHBand="1" w:evenHBand="0" w:firstRowFirstColumn="0" w:firstRowLastColumn="0" w:lastRowFirstColumn="0" w:lastRowLastColumn="0"/>
                              <w:rPr>
                                <w:rFonts w:cs="Times New Roman"/>
                              </w:rPr>
                            </w:pPr>
                            <w:r>
                              <w:rPr>
                                <w:rFonts w:cs="Times New Roman"/>
                              </w:rPr>
                              <w:t>3</w:t>
                            </w:r>
                          </w:p>
                        </w:tc>
                      </w:tr>
                      <w:tr w:rsidR="003A37E7" w:rsidRPr="00803F3B" w:rsidTr="00FA44FB">
                        <w:trPr>
                          <w:cnfStyle w:val="000000010000" w:firstRow="0" w:lastRow="0" w:firstColumn="0" w:lastColumn="0" w:oddVBand="0" w:evenVBand="0" w:oddHBand="0" w:evenHBand="1"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5550" w:type="dxa"/>
                            <w:gridSpan w:val="2"/>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3A37E7" w:rsidP="008644AC">
                            <w:pPr>
                              <w:jc w:val="center"/>
                              <w:rPr>
                                <w:rFonts w:cs="Times New Roman"/>
                              </w:rPr>
                            </w:pPr>
                          </w:p>
                          <w:p w:rsidR="003A37E7" w:rsidRPr="00803F3B" w:rsidRDefault="003A37E7" w:rsidP="008644AC">
                            <w:pPr>
                              <w:jc w:val="center"/>
                              <w:rPr>
                                <w:rFonts w:cs="Times New Roman"/>
                              </w:rPr>
                            </w:pPr>
                            <w:r w:rsidRPr="00803F3B">
                              <w:rPr>
                                <w:rFonts w:cs="Times New Roman"/>
                              </w:rPr>
                              <w:t xml:space="preserve">TOTAL </w:t>
                            </w:r>
                            <w:r w:rsidRPr="00803F3B">
                              <w:rPr>
                                <w:rFonts w:cs="Times New Roman"/>
                                <w:b w:val="0"/>
                              </w:rPr>
                              <w:t>CREDIT HOURS</w:t>
                            </w:r>
                          </w:p>
                        </w:tc>
                        <w:tc>
                          <w:tcPr>
                            <w:tcW w:w="1155" w:type="dxa"/>
                            <w:tcBorders>
                              <w:top w:val="double" w:sz="12" w:space="0" w:color="C0504D" w:themeColor="accent2"/>
                              <w:left w:val="double" w:sz="12" w:space="0" w:color="C0504D" w:themeColor="accent2"/>
                              <w:bottom w:val="double" w:sz="12" w:space="0" w:color="C0504D" w:themeColor="accent2"/>
                              <w:right w:val="double" w:sz="12" w:space="0" w:color="C0504D" w:themeColor="accent2"/>
                            </w:tcBorders>
                            <w:vAlign w:val="center"/>
                          </w:tcPr>
                          <w:p w:rsidR="003A37E7" w:rsidRPr="00803F3B" w:rsidRDefault="00803F3B" w:rsidP="008644AC">
                            <w:pPr>
                              <w:jc w:val="center"/>
                              <w:cnfStyle w:val="000000010000" w:firstRow="0" w:lastRow="0" w:firstColumn="0" w:lastColumn="0" w:oddVBand="0" w:evenVBand="0" w:oddHBand="0" w:evenHBand="1" w:firstRowFirstColumn="0" w:firstRowLastColumn="0" w:lastRowFirstColumn="0" w:lastRowLastColumn="0"/>
                              <w:rPr>
                                <w:rFonts w:cs="Times New Roman"/>
                              </w:rPr>
                            </w:pPr>
                            <w:r>
                              <w:rPr>
                                <w:rFonts w:cs="Times New Roman"/>
                              </w:rPr>
                              <w:t>20</w:t>
                            </w:r>
                          </w:p>
                        </w:tc>
                      </w:tr>
                    </w:tbl>
                    <w:p w:rsidR="003A37E7" w:rsidRDefault="003A37E7"/>
                  </w:txbxContent>
                </v:textbox>
              </v:shape>
            </w:pict>
          </mc:Fallback>
        </mc:AlternateContent>
      </w:r>
    </w:p>
    <w:p w:rsidR="0002380B" w:rsidRDefault="0002380B" w:rsidP="00412947">
      <w:pPr>
        <w:jc w:val="center"/>
      </w:pPr>
    </w:p>
    <w:p w:rsidR="0002380B" w:rsidRDefault="0002380B" w:rsidP="00412947">
      <w:pPr>
        <w:jc w:val="center"/>
      </w:pPr>
    </w:p>
    <w:p w:rsidR="00961325" w:rsidRDefault="00961325" w:rsidP="00412947">
      <w:pPr>
        <w:jc w:val="center"/>
      </w:pPr>
    </w:p>
    <w:p w:rsidR="008644AC" w:rsidRDefault="008644AC" w:rsidP="00412947">
      <w:pPr>
        <w:jc w:val="center"/>
      </w:pPr>
    </w:p>
    <w:p w:rsidR="008644AC" w:rsidRDefault="008644AC" w:rsidP="00412947">
      <w:pPr>
        <w:jc w:val="center"/>
      </w:pPr>
    </w:p>
    <w:p w:rsidR="008644AC" w:rsidRDefault="008644AC" w:rsidP="00412947">
      <w:pPr>
        <w:jc w:val="center"/>
      </w:pPr>
    </w:p>
    <w:p w:rsidR="008644AC" w:rsidRDefault="008644AC" w:rsidP="00412947">
      <w:pPr>
        <w:jc w:val="center"/>
      </w:pPr>
    </w:p>
    <w:p w:rsidR="008644AC" w:rsidRDefault="007157A5" w:rsidP="00412947">
      <w:pPr>
        <w:jc w:val="center"/>
      </w:pPr>
      <w:r>
        <w:rPr>
          <w:noProof/>
        </w:rPr>
        <mc:AlternateContent>
          <mc:Choice Requires="wps">
            <w:drawing>
              <wp:anchor distT="0" distB="0" distL="114300" distR="114300" simplePos="0" relativeHeight="251666432" behindDoc="0" locked="0" layoutInCell="1" allowOverlap="1" wp14:anchorId="7885FCAB" wp14:editId="473B1E89">
                <wp:simplePos x="0" y="0"/>
                <wp:positionH relativeFrom="column">
                  <wp:posOffset>-617351</wp:posOffset>
                </wp:positionH>
                <wp:positionV relativeFrom="paragraph">
                  <wp:posOffset>321354</wp:posOffset>
                </wp:positionV>
                <wp:extent cx="4417060" cy="3909848"/>
                <wp:effectExtent l="0" t="0" r="2540" b="0"/>
                <wp:wrapNone/>
                <wp:docPr id="15" name="Text Box 15"/>
                <wp:cNvGraphicFramePr/>
                <a:graphic xmlns:a="http://schemas.openxmlformats.org/drawingml/2006/main">
                  <a:graphicData uri="http://schemas.microsoft.com/office/word/2010/wordprocessingShape">
                    <wps:wsp>
                      <wps:cNvSpPr txBox="1"/>
                      <wps:spPr>
                        <a:xfrm>
                          <a:off x="0" y="0"/>
                          <a:ext cx="4417060" cy="390984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480" w:type="dxa"/>
                              <w:tblInd w:w="-60" w:type="dxa"/>
                              <w:tblLook w:val="04A0" w:firstRow="1" w:lastRow="0" w:firstColumn="1" w:lastColumn="0" w:noHBand="0" w:noVBand="1"/>
                            </w:tblPr>
                            <w:tblGrid>
                              <w:gridCol w:w="1217"/>
                              <w:gridCol w:w="4113"/>
                              <w:gridCol w:w="1150"/>
                            </w:tblGrid>
                            <w:tr w:rsidR="003A37E7" w:rsidRPr="00FA44FB" w:rsidTr="00FE1363">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8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FA44FB" w:rsidRDefault="003A37E7" w:rsidP="006C29B3">
                                  <w:pPr>
                                    <w:pStyle w:val="Heading3"/>
                                    <w:jc w:val="center"/>
                                    <w:outlineLvl w:val="2"/>
                                    <w:rPr>
                                      <w:rFonts w:ascii="Times New Roman" w:hAnsi="Times New Roman" w:cs="Times New Roman"/>
                                      <w:szCs w:val="24"/>
                                    </w:rPr>
                                  </w:pPr>
                                  <w:r w:rsidRPr="00FA44FB">
                                    <w:rPr>
                                      <w:rFonts w:ascii="Times New Roman" w:hAnsi="Times New Roman" w:cs="Times New Roman"/>
                                      <w:color w:val="FF0000"/>
                                      <w:szCs w:val="24"/>
                                    </w:rPr>
                                    <w:t>PUBLIC ADMINISTRATION</w:t>
                                  </w:r>
                                </w:p>
                              </w:tc>
                            </w:tr>
                            <w:tr w:rsidR="003A37E7" w:rsidRPr="00FA44FB" w:rsidTr="00FE1363">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48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r w:rsidRPr="00FA44FB">
                                    <w:rPr>
                                      <w:rFonts w:cs="Times New Roman"/>
                                      <w:sz w:val="24"/>
                                      <w:szCs w:val="24"/>
                                    </w:rPr>
                                    <w:t>JUNIOR YEAR (YEARIII) - SECOND SEMESTER</w:t>
                                  </w:r>
                                </w:p>
                              </w:tc>
                            </w:tr>
                            <w:tr w:rsidR="003A37E7" w:rsidRPr="00FA44FB" w:rsidTr="00FE1363">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r w:rsidRPr="00FA44FB">
                                    <w:rPr>
                                      <w:rFonts w:cs="Times New Roman"/>
                                      <w:sz w:val="24"/>
                                      <w:szCs w:val="24"/>
                                    </w:rPr>
                                    <w:t>COURSE CODE</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sz w:val="24"/>
                                      <w:szCs w:val="24"/>
                                    </w:rPr>
                                    <w:t>COURSE TITLE</w:t>
                                  </w: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b/>
                                      <w:sz w:val="24"/>
                                      <w:szCs w:val="24"/>
                                    </w:rPr>
                                    <w:t>CREDIT HOURS</w:t>
                                  </w:r>
                                </w:p>
                              </w:tc>
                            </w:tr>
                            <w:tr w:rsidR="003A37E7" w:rsidRPr="00FA44FB" w:rsidTr="00FE1363">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r w:rsidRPr="00FA44FB">
                                    <w:rPr>
                                      <w:rFonts w:cs="Times New Roman"/>
                                      <w:sz w:val="24"/>
                                      <w:szCs w:val="24"/>
                                    </w:rPr>
                                    <w:t>GEN 108</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FA44FB">
                                    <w:rPr>
                                      <w:rFonts w:cs="Times New Roman"/>
                                      <w:sz w:val="24"/>
                                      <w:szCs w:val="24"/>
                                    </w:rPr>
                                    <w:t>DYNAMIC OF FAITH 2</w:t>
                                  </w: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FA44FB">
                                    <w:rPr>
                                      <w:rFonts w:cs="Times New Roman"/>
                                      <w:b/>
                                      <w:sz w:val="24"/>
                                      <w:szCs w:val="24"/>
                                    </w:rPr>
                                    <w:t>2</w:t>
                                  </w:r>
                                </w:p>
                              </w:tc>
                            </w:tr>
                            <w:tr w:rsidR="003A37E7" w:rsidRPr="00FA44FB" w:rsidTr="00FE1363">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r w:rsidRPr="00FA44FB">
                                    <w:rPr>
                                      <w:rFonts w:cs="Times New Roman"/>
                                      <w:sz w:val="24"/>
                                      <w:szCs w:val="24"/>
                                    </w:rPr>
                                    <w:t>PAD 314</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sz w:val="24"/>
                                      <w:szCs w:val="24"/>
                                    </w:rPr>
                                    <w:t>DEVELOPMENT PLANNING &amp;</w:t>
                                  </w:r>
                                </w:p>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sz w:val="24"/>
                                      <w:szCs w:val="24"/>
                                    </w:rPr>
                                    <w:t>ADMINISTRATION</w:t>
                                  </w: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sz w:val="24"/>
                                      <w:szCs w:val="24"/>
                                    </w:rPr>
                                    <w:t>3</w:t>
                                  </w:r>
                                </w:p>
                              </w:tc>
                            </w:tr>
                            <w:tr w:rsidR="003A37E7" w:rsidRPr="00FA44FB" w:rsidTr="00FE1363">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r w:rsidRPr="00FA44FB">
                                    <w:rPr>
                                      <w:rFonts w:cs="Times New Roman"/>
                                      <w:sz w:val="24"/>
                                      <w:szCs w:val="24"/>
                                    </w:rPr>
                                    <w:t>PAD 316</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FA44FB">
                                    <w:rPr>
                                      <w:rFonts w:cs="Times New Roman"/>
                                      <w:sz w:val="24"/>
                                      <w:szCs w:val="24"/>
                                    </w:rPr>
                                    <w:t>ADMINISTRATIVE LAW</w:t>
                                  </w: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FA44FB">
                                    <w:rPr>
                                      <w:rFonts w:cs="Times New Roman"/>
                                      <w:sz w:val="24"/>
                                      <w:szCs w:val="24"/>
                                    </w:rPr>
                                    <w:t>3</w:t>
                                  </w:r>
                                </w:p>
                              </w:tc>
                            </w:tr>
                            <w:tr w:rsidR="003A37E7" w:rsidRPr="00FA44FB" w:rsidTr="00FE1363">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r w:rsidRPr="00FA44FB">
                                    <w:rPr>
                                      <w:rFonts w:cs="Times New Roman"/>
                                      <w:sz w:val="24"/>
                                      <w:szCs w:val="24"/>
                                    </w:rPr>
                                    <w:t>PAD 318</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sz w:val="24"/>
                                      <w:szCs w:val="24"/>
                                    </w:rPr>
                                    <w:t>PUBLIC ORGANIZATIONAL STRUCTURE &amp;</w:t>
                                  </w:r>
                                </w:p>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sz w:val="24"/>
                                      <w:szCs w:val="24"/>
                                    </w:rPr>
                                    <w:t>BEHAVIOR</w:t>
                                  </w: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sz w:val="24"/>
                                      <w:szCs w:val="24"/>
                                    </w:rPr>
                                    <w:t>3</w:t>
                                  </w:r>
                                </w:p>
                              </w:tc>
                            </w:tr>
                            <w:tr w:rsidR="003A37E7" w:rsidRPr="00FA44FB" w:rsidTr="00FE1363">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r w:rsidRPr="00FA44FB">
                                    <w:rPr>
                                      <w:rFonts w:cs="Times New Roman"/>
                                      <w:sz w:val="24"/>
                                      <w:szCs w:val="24"/>
                                    </w:rPr>
                                    <w:t>BUS 312</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287470">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FA44FB">
                                    <w:rPr>
                                      <w:rFonts w:cs="Times New Roman"/>
                                      <w:sz w:val="24"/>
                                      <w:szCs w:val="24"/>
                                    </w:rPr>
                                    <w:t xml:space="preserve"> RES</w:t>
                                  </w:r>
                                  <w:r w:rsidR="00803F3B">
                                    <w:rPr>
                                      <w:rFonts w:cs="Times New Roman"/>
                                      <w:sz w:val="24"/>
                                      <w:szCs w:val="24"/>
                                    </w:rPr>
                                    <w:t>EARCH METHODOLOGY</w:t>
                                  </w:r>
                                  <w:r w:rsidRPr="00FA44FB">
                                    <w:rPr>
                                      <w:rFonts w:cs="Times New Roman"/>
                                      <w:sz w:val="24"/>
                                      <w:szCs w:val="24"/>
                                    </w:rPr>
                                    <w:t xml:space="preserve"> </w:t>
                                  </w: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FA44FB">
                                    <w:rPr>
                                      <w:rFonts w:cs="Times New Roman"/>
                                      <w:sz w:val="24"/>
                                      <w:szCs w:val="24"/>
                                    </w:rPr>
                                    <w:t>3</w:t>
                                  </w:r>
                                </w:p>
                              </w:tc>
                            </w:tr>
                            <w:tr w:rsidR="00803F3B" w:rsidRPr="00FA44FB" w:rsidTr="00FE1363">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803F3B" w:rsidRPr="00FA44FB" w:rsidRDefault="00803F3B" w:rsidP="006C29B3">
                                  <w:pPr>
                                    <w:jc w:val="center"/>
                                    <w:rPr>
                                      <w:rFonts w:cs="Times New Roman"/>
                                      <w:sz w:val="24"/>
                                      <w:szCs w:val="24"/>
                                    </w:rPr>
                                  </w:pPr>
                                  <w:r>
                                    <w:rPr>
                                      <w:rFonts w:cs="Times New Roman"/>
                                      <w:sz w:val="24"/>
                                      <w:szCs w:val="24"/>
                                    </w:rPr>
                                    <w:t>MINOR</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803F3B" w:rsidRPr="00FA44FB" w:rsidRDefault="00803F3B" w:rsidP="00287470">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803F3B" w:rsidRPr="00FA44FB" w:rsidRDefault="00803F3B"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Pr>
                                      <w:rFonts w:cs="Times New Roman"/>
                                      <w:sz w:val="24"/>
                                      <w:szCs w:val="24"/>
                                    </w:rPr>
                                    <w:t>3</w:t>
                                  </w:r>
                                </w:p>
                              </w:tc>
                            </w:tr>
                            <w:tr w:rsidR="00803F3B" w:rsidRPr="00FA44FB" w:rsidTr="00FE1363">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803F3B" w:rsidRPr="00FA44FB" w:rsidRDefault="00803F3B" w:rsidP="006C29B3">
                                  <w:pPr>
                                    <w:jc w:val="center"/>
                                    <w:rPr>
                                      <w:rFonts w:cs="Times New Roman"/>
                                      <w:sz w:val="24"/>
                                      <w:szCs w:val="24"/>
                                    </w:rPr>
                                  </w:pPr>
                                  <w:r>
                                    <w:rPr>
                                      <w:rFonts w:cs="Times New Roman"/>
                                      <w:sz w:val="24"/>
                                      <w:szCs w:val="24"/>
                                    </w:rPr>
                                    <w:t>MINOR</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803F3B" w:rsidRPr="00FA44FB" w:rsidRDefault="00803F3B" w:rsidP="00287470">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803F3B" w:rsidRPr="00FA44FB" w:rsidRDefault="00803F3B" w:rsidP="006C29B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Pr>
                                      <w:rFonts w:cs="Times New Roman"/>
                                      <w:sz w:val="24"/>
                                      <w:szCs w:val="24"/>
                                    </w:rPr>
                                    <w:t>3</w:t>
                                  </w:r>
                                </w:p>
                              </w:tc>
                            </w:tr>
                            <w:tr w:rsidR="003A37E7" w:rsidRPr="00FA44FB" w:rsidTr="00FE1363">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54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p>
                                <w:p w:rsidR="003A37E7" w:rsidRPr="00FA44FB" w:rsidRDefault="003A37E7" w:rsidP="006C29B3">
                                  <w:pPr>
                                    <w:jc w:val="center"/>
                                    <w:rPr>
                                      <w:rFonts w:cs="Times New Roman"/>
                                      <w:sz w:val="24"/>
                                      <w:szCs w:val="24"/>
                                    </w:rPr>
                                  </w:pPr>
                                  <w:r w:rsidRPr="00FA44FB">
                                    <w:rPr>
                                      <w:rFonts w:cs="Times New Roman"/>
                                      <w:sz w:val="24"/>
                                      <w:szCs w:val="24"/>
                                    </w:rPr>
                                    <w:t xml:space="preserve">TOTAL </w:t>
                                  </w:r>
                                  <w:r w:rsidRPr="00FA44FB">
                                    <w:rPr>
                                      <w:rFonts w:cs="Times New Roman"/>
                                      <w:b w:val="0"/>
                                      <w:sz w:val="24"/>
                                      <w:szCs w:val="24"/>
                                    </w:rPr>
                                    <w:t>CREDIT HOURS</w:t>
                                  </w: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803F3B"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Pr>
                                      <w:rFonts w:cs="Times New Roman"/>
                                      <w:sz w:val="24"/>
                                      <w:szCs w:val="24"/>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85FCAB" id="Text Box 15" o:spid="_x0000_s1052" type="#_x0000_t202" style="position:absolute;left:0;text-align:left;margin-left:-48.6pt;margin-top:25.3pt;width:347.8pt;height:307.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" fillcolor="white [3201]" stroked="f" strokeweight=".5pt">
                <v:textbox>
                  <w:txbxContent>
                    <w:tbl>
                      <w:tblPr>
                        <w:tblStyle w:val="LightGrid"/>
                        <w:tblW w:w="6480" w:type="dxa"/>
                        <w:tblInd w:w="-60" w:type="dxa"/>
                        <w:tblLook w:val="04A0" w:firstRow="1" w:lastRow="0" w:firstColumn="1" w:lastColumn="0" w:noHBand="0" w:noVBand="1"/>
                      </w:tblPr>
                      <w:tblGrid>
                        <w:gridCol w:w="1217"/>
                        <w:gridCol w:w="4113"/>
                        <w:gridCol w:w="1150"/>
                      </w:tblGrid>
                      <w:tr w:rsidR="003A37E7" w:rsidRPr="00FA44FB" w:rsidTr="00FE1363">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8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FA44FB" w:rsidRDefault="003A37E7" w:rsidP="006C29B3">
                            <w:pPr>
                              <w:pStyle w:val="Heading3"/>
                              <w:jc w:val="center"/>
                              <w:outlineLvl w:val="2"/>
                              <w:rPr>
                                <w:rFonts w:ascii="Times New Roman" w:hAnsi="Times New Roman" w:cs="Times New Roman"/>
                                <w:szCs w:val="24"/>
                              </w:rPr>
                            </w:pPr>
                            <w:r w:rsidRPr="00FA44FB">
                              <w:rPr>
                                <w:rFonts w:ascii="Times New Roman" w:hAnsi="Times New Roman" w:cs="Times New Roman"/>
                                <w:color w:val="FF0000"/>
                                <w:szCs w:val="24"/>
                              </w:rPr>
                              <w:t>PUBLIC ADMINISTRATION</w:t>
                            </w:r>
                          </w:p>
                        </w:tc>
                      </w:tr>
                      <w:tr w:rsidR="003A37E7" w:rsidRPr="00FA44FB" w:rsidTr="00FE1363">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48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r w:rsidRPr="00FA44FB">
                              <w:rPr>
                                <w:rFonts w:cs="Times New Roman"/>
                                <w:sz w:val="24"/>
                                <w:szCs w:val="24"/>
                              </w:rPr>
                              <w:t>JUNIOR YEAR (YEARIII) - SECOND SEMESTER</w:t>
                            </w:r>
                          </w:p>
                        </w:tc>
                      </w:tr>
                      <w:tr w:rsidR="003A37E7" w:rsidRPr="00FA44FB" w:rsidTr="00FE1363">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r w:rsidRPr="00FA44FB">
                              <w:rPr>
                                <w:rFonts w:cs="Times New Roman"/>
                                <w:sz w:val="24"/>
                                <w:szCs w:val="24"/>
                              </w:rPr>
                              <w:t>COURSE CODE</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sz w:val="24"/>
                                <w:szCs w:val="24"/>
                              </w:rPr>
                              <w:t>COURSE TITLE</w:t>
                            </w: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b/>
                                <w:sz w:val="24"/>
                                <w:szCs w:val="24"/>
                              </w:rPr>
                              <w:t>CREDIT HOURS</w:t>
                            </w:r>
                          </w:p>
                        </w:tc>
                      </w:tr>
                      <w:tr w:rsidR="003A37E7" w:rsidRPr="00FA44FB" w:rsidTr="00FE1363">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r w:rsidRPr="00FA44FB">
                              <w:rPr>
                                <w:rFonts w:cs="Times New Roman"/>
                                <w:sz w:val="24"/>
                                <w:szCs w:val="24"/>
                              </w:rPr>
                              <w:t>GEN 108</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FA44FB">
                              <w:rPr>
                                <w:rFonts w:cs="Times New Roman"/>
                                <w:sz w:val="24"/>
                                <w:szCs w:val="24"/>
                              </w:rPr>
                              <w:t>DYNAMIC OF FAITH 2</w:t>
                            </w: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FA44FB">
                              <w:rPr>
                                <w:rFonts w:cs="Times New Roman"/>
                                <w:b/>
                                <w:sz w:val="24"/>
                                <w:szCs w:val="24"/>
                              </w:rPr>
                              <w:t>2</w:t>
                            </w:r>
                          </w:p>
                        </w:tc>
                      </w:tr>
                      <w:tr w:rsidR="003A37E7" w:rsidRPr="00FA44FB" w:rsidTr="00FE1363">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r w:rsidRPr="00FA44FB">
                              <w:rPr>
                                <w:rFonts w:cs="Times New Roman"/>
                                <w:sz w:val="24"/>
                                <w:szCs w:val="24"/>
                              </w:rPr>
                              <w:t>PAD 314</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sz w:val="24"/>
                                <w:szCs w:val="24"/>
                              </w:rPr>
                              <w:t>DEVELOPMENT PLANNING &amp;</w:t>
                            </w:r>
                          </w:p>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sz w:val="24"/>
                                <w:szCs w:val="24"/>
                              </w:rPr>
                              <w:t>ADMINISTRATION</w:t>
                            </w: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sz w:val="24"/>
                                <w:szCs w:val="24"/>
                              </w:rPr>
                              <w:t>3</w:t>
                            </w:r>
                          </w:p>
                        </w:tc>
                      </w:tr>
                      <w:tr w:rsidR="003A37E7" w:rsidRPr="00FA44FB" w:rsidTr="00FE1363">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r w:rsidRPr="00FA44FB">
                              <w:rPr>
                                <w:rFonts w:cs="Times New Roman"/>
                                <w:sz w:val="24"/>
                                <w:szCs w:val="24"/>
                              </w:rPr>
                              <w:t>PAD 316</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FA44FB">
                              <w:rPr>
                                <w:rFonts w:cs="Times New Roman"/>
                                <w:sz w:val="24"/>
                                <w:szCs w:val="24"/>
                              </w:rPr>
                              <w:t>ADMINISTRATIVE LAW</w:t>
                            </w: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FA44FB">
                              <w:rPr>
                                <w:rFonts w:cs="Times New Roman"/>
                                <w:sz w:val="24"/>
                                <w:szCs w:val="24"/>
                              </w:rPr>
                              <w:t>3</w:t>
                            </w:r>
                          </w:p>
                        </w:tc>
                      </w:tr>
                      <w:tr w:rsidR="003A37E7" w:rsidRPr="00FA44FB" w:rsidTr="00FE1363">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r w:rsidRPr="00FA44FB">
                              <w:rPr>
                                <w:rFonts w:cs="Times New Roman"/>
                                <w:sz w:val="24"/>
                                <w:szCs w:val="24"/>
                              </w:rPr>
                              <w:t>PAD 318</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sz w:val="24"/>
                                <w:szCs w:val="24"/>
                              </w:rPr>
                              <w:t>PUBLIC ORGANIZATIONAL STRUCTURE &amp;</w:t>
                            </w:r>
                          </w:p>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sz w:val="24"/>
                                <w:szCs w:val="24"/>
                              </w:rPr>
                              <w:t>BEHAVIOR</w:t>
                            </w: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FA44FB">
                              <w:rPr>
                                <w:rFonts w:cs="Times New Roman"/>
                                <w:sz w:val="24"/>
                                <w:szCs w:val="24"/>
                              </w:rPr>
                              <w:t>3</w:t>
                            </w:r>
                          </w:p>
                        </w:tc>
                      </w:tr>
                      <w:tr w:rsidR="003A37E7" w:rsidRPr="00FA44FB" w:rsidTr="00FE1363">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r w:rsidRPr="00FA44FB">
                              <w:rPr>
                                <w:rFonts w:cs="Times New Roman"/>
                                <w:sz w:val="24"/>
                                <w:szCs w:val="24"/>
                              </w:rPr>
                              <w:t>BUS 312</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287470">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FA44FB">
                              <w:rPr>
                                <w:rFonts w:cs="Times New Roman"/>
                                <w:sz w:val="24"/>
                                <w:szCs w:val="24"/>
                              </w:rPr>
                              <w:t xml:space="preserve"> RES</w:t>
                            </w:r>
                            <w:r w:rsidR="00803F3B">
                              <w:rPr>
                                <w:rFonts w:cs="Times New Roman"/>
                                <w:sz w:val="24"/>
                                <w:szCs w:val="24"/>
                              </w:rPr>
                              <w:t>EARCH METHODOLOGY</w:t>
                            </w:r>
                            <w:r w:rsidRPr="00FA44FB">
                              <w:rPr>
                                <w:rFonts w:cs="Times New Roman"/>
                                <w:sz w:val="24"/>
                                <w:szCs w:val="24"/>
                              </w:rPr>
                              <w:t xml:space="preserve"> </w:t>
                            </w: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FA44FB">
                              <w:rPr>
                                <w:rFonts w:cs="Times New Roman"/>
                                <w:sz w:val="24"/>
                                <w:szCs w:val="24"/>
                              </w:rPr>
                              <w:t>3</w:t>
                            </w:r>
                          </w:p>
                        </w:tc>
                      </w:tr>
                      <w:tr w:rsidR="00803F3B" w:rsidRPr="00FA44FB" w:rsidTr="00FE1363">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803F3B" w:rsidRPr="00FA44FB" w:rsidRDefault="00803F3B" w:rsidP="006C29B3">
                            <w:pPr>
                              <w:jc w:val="center"/>
                              <w:rPr>
                                <w:rFonts w:cs="Times New Roman"/>
                                <w:sz w:val="24"/>
                                <w:szCs w:val="24"/>
                              </w:rPr>
                            </w:pPr>
                            <w:r>
                              <w:rPr>
                                <w:rFonts w:cs="Times New Roman"/>
                                <w:sz w:val="24"/>
                                <w:szCs w:val="24"/>
                              </w:rPr>
                              <w:t>MINOR</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803F3B" w:rsidRPr="00FA44FB" w:rsidRDefault="00803F3B" w:rsidP="00287470">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803F3B" w:rsidRPr="00FA44FB" w:rsidRDefault="00803F3B"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Pr>
                                <w:rFonts w:cs="Times New Roman"/>
                                <w:sz w:val="24"/>
                                <w:szCs w:val="24"/>
                              </w:rPr>
                              <w:t>3</w:t>
                            </w:r>
                          </w:p>
                        </w:tc>
                      </w:tr>
                      <w:tr w:rsidR="00803F3B" w:rsidRPr="00FA44FB" w:rsidTr="00FE1363">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803F3B" w:rsidRPr="00FA44FB" w:rsidRDefault="00803F3B" w:rsidP="006C29B3">
                            <w:pPr>
                              <w:jc w:val="center"/>
                              <w:rPr>
                                <w:rFonts w:cs="Times New Roman"/>
                                <w:sz w:val="24"/>
                                <w:szCs w:val="24"/>
                              </w:rPr>
                            </w:pPr>
                            <w:r>
                              <w:rPr>
                                <w:rFonts w:cs="Times New Roman"/>
                                <w:sz w:val="24"/>
                                <w:szCs w:val="24"/>
                              </w:rPr>
                              <w:t>MINOR</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803F3B" w:rsidRPr="00FA44FB" w:rsidRDefault="00803F3B" w:rsidP="00287470">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803F3B" w:rsidRPr="00FA44FB" w:rsidRDefault="00803F3B" w:rsidP="006C29B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Pr>
                                <w:rFonts w:cs="Times New Roman"/>
                                <w:sz w:val="24"/>
                                <w:szCs w:val="24"/>
                              </w:rPr>
                              <w:t>3</w:t>
                            </w:r>
                          </w:p>
                        </w:tc>
                      </w:tr>
                      <w:tr w:rsidR="003A37E7" w:rsidRPr="00FA44FB" w:rsidTr="00FE1363">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54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3A37E7" w:rsidP="006C29B3">
                            <w:pPr>
                              <w:jc w:val="center"/>
                              <w:rPr>
                                <w:rFonts w:cs="Times New Roman"/>
                                <w:sz w:val="24"/>
                                <w:szCs w:val="24"/>
                              </w:rPr>
                            </w:pPr>
                          </w:p>
                          <w:p w:rsidR="003A37E7" w:rsidRPr="00FA44FB" w:rsidRDefault="003A37E7" w:rsidP="006C29B3">
                            <w:pPr>
                              <w:jc w:val="center"/>
                              <w:rPr>
                                <w:rFonts w:cs="Times New Roman"/>
                                <w:sz w:val="24"/>
                                <w:szCs w:val="24"/>
                              </w:rPr>
                            </w:pPr>
                            <w:r w:rsidRPr="00FA44FB">
                              <w:rPr>
                                <w:rFonts w:cs="Times New Roman"/>
                                <w:sz w:val="24"/>
                                <w:szCs w:val="24"/>
                              </w:rPr>
                              <w:t xml:space="preserve">TOTAL </w:t>
                            </w:r>
                            <w:r w:rsidRPr="00FA44FB">
                              <w:rPr>
                                <w:rFonts w:cs="Times New Roman"/>
                                <w:b w:val="0"/>
                                <w:sz w:val="24"/>
                                <w:szCs w:val="24"/>
                              </w:rPr>
                              <w:t>CREDIT HOURS</w:t>
                            </w:r>
                          </w:p>
                        </w:tc>
                        <w:tc>
                          <w:tcPr>
                            <w:tcW w:w="9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FA44FB" w:rsidRDefault="00803F3B" w:rsidP="006C29B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Pr>
                                <w:rFonts w:cs="Times New Roman"/>
                                <w:sz w:val="24"/>
                                <w:szCs w:val="24"/>
                              </w:rPr>
                              <w:t>20</w:t>
                            </w:r>
                          </w:p>
                        </w:tc>
                      </w:tr>
                    </w:tbl>
                    <w:p w:rsidR="003A37E7" w:rsidRDefault="003A37E7"/>
                  </w:txbxContent>
                </v:textbox>
              </v:shape>
            </w:pict>
          </mc:Fallback>
        </mc:AlternateContent>
      </w:r>
    </w:p>
    <w:p w:rsidR="008644AC" w:rsidRDefault="008644AC" w:rsidP="00412947">
      <w:pPr>
        <w:jc w:val="center"/>
      </w:pPr>
    </w:p>
    <w:p w:rsidR="008644AC" w:rsidRDefault="008644AC" w:rsidP="00412947">
      <w:pPr>
        <w:jc w:val="center"/>
      </w:pPr>
    </w:p>
    <w:p w:rsidR="008644AC" w:rsidRDefault="008644AC" w:rsidP="00412947">
      <w:pPr>
        <w:jc w:val="center"/>
      </w:pPr>
    </w:p>
    <w:p w:rsidR="008644AC" w:rsidRDefault="008644AC" w:rsidP="00412947">
      <w:pPr>
        <w:jc w:val="center"/>
      </w:pPr>
    </w:p>
    <w:p w:rsidR="008644AC" w:rsidRDefault="008644AC" w:rsidP="00412947">
      <w:pPr>
        <w:jc w:val="center"/>
      </w:pPr>
    </w:p>
    <w:p w:rsidR="008644AC" w:rsidRDefault="008644AC" w:rsidP="00412947">
      <w:pPr>
        <w:jc w:val="center"/>
      </w:pPr>
    </w:p>
    <w:p w:rsidR="008644AC" w:rsidRDefault="008644AC" w:rsidP="00412947">
      <w:pPr>
        <w:jc w:val="center"/>
      </w:pPr>
    </w:p>
    <w:p w:rsidR="008644AC" w:rsidRDefault="008644AC" w:rsidP="00412947">
      <w:pPr>
        <w:jc w:val="center"/>
      </w:pPr>
    </w:p>
    <w:p w:rsidR="00961325" w:rsidRPr="006A0ECA" w:rsidRDefault="00961325" w:rsidP="00412947">
      <w:pPr>
        <w:jc w:val="center"/>
      </w:pPr>
    </w:p>
    <w:p w:rsidR="002A2CC7" w:rsidRDefault="002A2CC7" w:rsidP="00412947">
      <w:pPr>
        <w:pStyle w:val="ListBullet"/>
        <w:numPr>
          <w:ilvl w:val="0"/>
          <w:numId w:val="0"/>
        </w:numPr>
        <w:jc w:val="center"/>
      </w:pPr>
    </w:p>
    <w:p w:rsidR="002A2CC7" w:rsidRDefault="00FE540C" w:rsidP="00412947">
      <w:pPr>
        <w:pStyle w:val="ListBullet"/>
        <w:numPr>
          <w:ilvl w:val="0"/>
          <w:numId w:val="0"/>
        </w:numPr>
        <w:jc w:val="center"/>
      </w:pPr>
      <w:r>
        <w:rPr>
          <w:noProof/>
        </w:rPr>
        <w:lastRenderedPageBreak/>
        <mc:AlternateContent>
          <mc:Choice Requires="wps">
            <w:drawing>
              <wp:anchor distT="0" distB="0" distL="114300" distR="114300" simplePos="0" relativeHeight="251667456" behindDoc="0" locked="0" layoutInCell="1" allowOverlap="1" wp14:anchorId="1F6A153D" wp14:editId="43BD8320">
                <wp:simplePos x="0" y="0"/>
                <wp:positionH relativeFrom="page">
                  <wp:posOffset>306354</wp:posOffset>
                </wp:positionH>
                <wp:positionV relativeFrom="paragraph">
                  <wp:posOffset>-847047</wp:posOffset>
                </wp:positionV>
                <wp:extent cx="4593771" cy="3523488"/>
                <wp:effectExtent l="0" t="0" r="0" b="1270"/>
                <wp:wrapNone/>
                <wp:docPr id="16" name="Text Box 16"/>
                <wp:cNvGraphicFramePr/>
                <a:graphic xmlns:a="http://schemas.openxmlformats.org/drawingml/2006/main">
                  <a:graphicData uri="http://schemas.microsoft.com/office/word/2010/wordprocessingShape">
                    <wps:wsp>
                      <wps:cNvSpPr txBox="1"/>
                      <wps:spPr>
                        <a:xfrm>
                          <a:off x="0" y="0"/>
                          <a:ext cx="4593771" cy="352348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735" w:type="dxa"/>
                              <w:tblInd w:w="-30" w:type="dxa"/>
                              <w:tblLook w:val="04A0" w:firstRow="1" w:lastRow="0" w:firstColumn="1" w:lastColumn="0" w:noHBand="0" w:noVBand="1"/>
                            </w:tblPr>
                            <w:tblGrid>
                              <w:gridCol w:w="1415"/>
                              <w:gridCol w:w="3915"/>
                              <w:gridCol w:w="1405"/>
                            </w:tblGrid>
                            <w:tr w:rsidR="003A37E7" w:rsidRPr="00803F3B" w:rsidTr="00E316C6">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73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803F3B" w:rsidRDefault="003A37E7" w:rsidP="00FE540C">
                                  <w:pPr>
                                    <w:pStyle w:val="Heading3"/>
                                    <w:jc w:val="center"/>
                                    <w:outlineLvl w:val="2"/>
                                    <w:rPr>
                                      <w:rFonts w:ascii="Times New Roman" w:hAnsi="Times New Roman" w:cs="Times New Roman"/>
                                      <w:b/>
                                      <w:color w:val="8064A2" w:themeColor="accent4"/>
                                      <w:sz w:val="22"/>
                                      <w14:textOutline w14:w="0" w14:cap="flat" w14:cmpd="sng" w14:algn="ctr">
                                        <w14:noFill/>
                                        <w14:prstDash w14:val="solid"/>
                                        <w14:round/>
                                      </w14:textOutline>
                                      <w14:props3d w14:extrusionH="57150" w14:contourW="0" w14:prstMaterial="softEdge">
                                        <w14:bevelT w14:w="25400" w14:h="38100" w14:prst="circle"/>
                                      </w14:props3d>
                                    </w:rPr>
                                  </w:pPr>
                                  <w:r w:rsidRPr="00803F3B">
                                    <w:rPr>
                                      <w:rFonts w:ascii="Times New Roman" w:hAnsi="Times New Roman" w:cs="Times New Roman"/>
                                      <w:b/>
                                      <w:color w:val="FF0000"/>
                                      <w:sz w:val="22"/>
                                    </w:rPr>
                                    <w:t>PUBLIC ADMINISTRATION</w:t>
                                  </w:r>
                                </w:p>
                              </w:tc>
                            </w:tr>
                            <w:tr w:rsidR="003A37E7" w:rsidRPr="00803F3B" w:rsidTr="00E316C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73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SENIOR YEAR (YEARIV) - FIRST SEMESTER</w:t>
                                  </w:r>
                                </w:p>
                              </w:tc>
                            </w:tr>
                            <w:tr w:rsidR="003A37E7" w:rsidRPr="00803F3B" w:rsidTr="00E316C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COURSE CODE</w:t>
                                  </w:r>
                                </w:p>
                              </w:tc>
                              <w:tc>
                                <w:tcPr>
                                  <w:tcW w:w="3915" w:type="dxa"/>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COURSE TITLE</w:t>
                                  </w:r>
                                </w:p>
                              </w:tc>
                              <w:tc>
                                <w:tcPr>
                                  <w:tcW w:w="1405" w:type="dxa"/>
                                  <w:tcBorders>
                                    <w:right w:val="double" w:sz="4" w:space="0" w:color="C0504D" w:themeColor="accent2"/>
                                  </w:tcBorders>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b/>
                                    </w:rPr>
                                    <w:t>CREDIT HOURS</w:t>
                                  </w:r>
                                </w:p>
                              </w:tc>
                            </w:tr>
                            <w:tr w:rsidR="003A37E7" w:rsidRPr="00803F3B" w:rsidTr="00E316C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ELECTIVE</w:t>
                                  </w:r>
                                </w:p>
                              </w:tc>
                              <w:tc>
                                <w:tcPr>
                                  <w:tcW w:w="3915" w:type="dxa"/>
                                  <w:vAlign w:val="center"/>
                                </w:tcPr>
                                <w:p w:rsidR="003A37E7" w:rsidRPr="00803F3B" w:rsidRDefault="003A37E7"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Project Management</w:t>
                                  </w:r>
                                </w:p>
                              </w:tc>
                              <w:tc>
                                <w:tcPr>
                                  <w:tcW w:w="1405" w:type="dxa"/>
                                  <w:tcBorders>
                                    <w:right w:val="double" w:sz="4" w:space="0" w:color="C0504D" w:themeColor="accent2"/>
                                  </w:tcBorders>
                                  <w:vAlign w:val="center"/>
                                </w:tcPr>
                                <w:p w:rsidR="003A37E7" w:rsidRPr="00803F3B" w:rsidRDefault="003A37E7"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3</w:t>
                                  </w:r>
                                </w:p>
                              </w:tc>
                            </w:tr>
                            <w:tr w:rsidR="003A37E7" w:rsidRPr="00803F3B" w:rsidTr="00E316C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PAD 409</w:t>
                                  </w:r>
                                </w:p>
                              </w:tc>
                              <w:tc>
                                <w:tcPr>
                                  <w:tcW w:w="3915" w:type="dxa"/>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Comparative Public Administration</w:t>
                                  </w:r>
                                </w:p>
                              </w:tc>
                              <w:tc>
                                <w:tcPr>
                                  <w:tcW w:w="1405" w:type="dxa"/>
                                  <w:tcBorders>
                                    <w:right w:val="double" w:sz="4" w:space="0" w:color="C0504D" w:themeColor="accent2"/>
                                  </w:tcBorders>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3</w:t>
                                  </w:r>
                                </w:p>
                              </w:tc>
                            </w:tr>
                            <w:tr w:rsidR="003A37E7" w:rsidRPr="00803F3B" w:rsidTr="00E316C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PAD 411</w:t>
                                  </w:r>
                                </w:p>
                              </w:tc>
                              <w:tc>
                                <w:tcPr>
                                  <w:tcW w:w="3915" w:type="dxa"/>
                                  <w:vAlign w:val="center"/>
                                </w:tcPr>
                                <w:p w:rsidR="003A37E7" w:rsidRPr="00803F3B" w:rsidRDefault="003A37E7"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Public Personnel Administration</w:t>
                                  </w:r>
                                </w:p>
                              </w:tc>
                              <w:tc>
                                <w:tcPr>
                                  <w:tcW w:w="1405" w:type="dxa"/>
                                  <w:tcBorders>
                                    <w:right w:val="double" w:sz="4" w:space="0" w:color="C0504D" w:themeColor="accent2"/>
                                  </w:tcBorders>
                                  <w:vAlign w:val="center"/>
                                </w:tcPr>
                                <w:p w:rsidR="003A37E7" w:rsidRPr="00803F3B" w:rsidRDefault="003A37E7"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3</w:t>
                                  </w:r>
                                </w:p>
                              </w:tc>
                            </w:tr>
                            <w:tr w:rsidR="003A37E7" w:rsidRPr="00803F3B" w:rsidTr="00E316C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PAD 413</w:t>
                                  </w:r>
                                </w:p>
                              </w:tc>
                              <w:tc>
                                <w:tcPr>
                                  <w:tcW w:w="3915" w:type="dxa"/>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Public &amp; Multinational Corporations</w:t>
                                  </w:r>
                                </w:p>
                              </w:tc>
                              <w:tc>
                                <w:tcPr>
                                  <w:tcW w:w="1405" w:type="dxa"/>
                                  <w:tcBorders>
                                    <w:right w:val="double" w:sz="4" w:space="0" w:color="C0504D" w:themeColor="accent2"/>
                                  </w:tcBorders>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3</w:t>
                                  </w:r>
                                </w:p>
                              </w:tc>
                            </w:tr>
                            <w:tr w:rsidR="003A37E7" w:rsidRPr="00803F3B" w:rsidTr="00E316C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ECO 495</w:t>
                                  </w:r>
                                </w:p>
                              </w:tc>
                              <w:tc>
                                <w:tcPr>
                                  <w:tcW w:w="3915" w:type="dxa"/>
                                  <w:vAlign w:val="center"/>
                                </w:tcPr>
                                <w:p w:rsidR="003A37E7" w:rsidRPr="00803F3B" w:rsidRDefault="003A37E7"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Labor Economics</w:t>
                                  </w:r>
                                </w:p>
                              </w:tc>
                              <w:tc>
                                <w:tcPr>
                                  <w:tcW w:w="1405" w:type="dxa"/>
                                  <w:tcBorders>
                                    <w:right w:val="double" w:sz="4" w:space="0" w:color="C0504D" w:themeColor="accent2"/>
                                  </w:tcBorders>
                                  <w:vAlign w:val="center"/>
                                </w:tcPr>
                                <w:p w:rsidR="003A37E7" w:rsidRPr="00803F3B" w:rsidRDefault="003A37E7"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3</w:t>
                                  </w:r>
                                </w:p>
                              </w:tc>
                            </w:tr>
                            <w:tr w:rsidR="003A37E7" w:rsidRPr="00803F3B" w:rsidTr="00E316C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GEN 109</w:t>
                                  </w:r>
                                </w:p>
                              </w:tc>
                              <w:tc>
                                <w:tcPr>
                                  <w:tcW w:w="3915" w:type="dxa"/>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CHRISTIAN CHARACTER DEVELOPMENT 1</w:t>
                                  </w:r>
                                </w:p>
                              </w:tc>
                              <w:tc>
                                <w:tcPr>
                                  <w:tcW w:w="1405" w:type="dxa"/>
                                  <w:tcBorders>
                                    <w:right w:val="double" w:sz="4" w:space="0" w:color="C0504D" w:themeColor="accent2"/>
                                  </w:tcBorders>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2</w:t>
                                  </w:r>
                                </w:p>
                              </w:tc>
                            </w:tr>
                            <w:tr w:rsidR="00803F3B" w:rsidRPr="00803F3B" w:rsidTr="00E316C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803F3B" w:rsidRPr="00803F3B" w:rsidRDefault="00803F3B" w:rsidP="00FE540C">
                                  <w:pPr>
                                    <w:jc w:val="center"/>
                                    <w:rPr>
                                      <w:rFonts w:cs="Times New Roman"/>
                                    </w:rPr>
                                  </w:pPr>
                                  <w:r>
                                    <w:rPr>
                                      <w:rFonts w:cs="Times New Roman"/>
                                    </w:rPr>
                                    <w:t>MINOR</w:t>
                                  </w:r>
                                </w:p>
                              </w:tc>
                              <w:tc>
                                <w:tcPr>
                                  <w:tcW w:w="3915" w:type="dxa"/>
                                  <w:vAlign w:val="center"/>
                                </w:tcPr>
                                <w:p w:rsidR="00803F3B" w:rsidRPr="00803F3B" w:rsidRDefault="00803F3B"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p>
                              </w:tc>
                              <w:tc>
                                <w:tcPr>
                                  <w:tcW w:w="1405" w:type="dxa"/>
                                  <w:tcBorders>
                                    <w:right w:val="double" w:sz="4" w:space="0" w:color="C0504D" w:themeColor="accent2"/>
                                  </w:tcBorders>
                                  <w:vAlign w:val="center"/>
                                </w:tcPr>
                                <w:p w:rsidR="00803F3B" w:rsidRPr="00803F3B" w:rsidRDefault="00803F3B"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r>
                                    <w:rPr>
                                      <w:rFonts w:cs="Times New Roman"/>
                                    </w:rPr>
                                    <w:t>3</w:t>
                                  </w:r>
                                </w:p>
                              </w:tc>
                            </w:tr>
                            <w:tr w:rsidR="003A37E7" w:rsidRPr="00803F3B" w:rsidTr="00E316C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330" w:type="dxa"/>
                                  <w:gridSpan w:val="2"/>
                                  <w:tcBorders>
                                    <w:left w:val="double" w:sz="4" w:space="0" w:color="C0504D" w:themeColor="accent2"/>
                                    <w:bottom w:val="double" w:sz="4" w:space="0" w:color="C0504D" w:themeColor="accent2"/>
                                  </w:tcBorders>
                                  <w:vAlign w:val="center"/>
                                </w:tcPr>
                                <w:p w:rsidR="003A37E7" w:rsidRPr="00803F3B" w:rsidRDefault="003A37E7" w:rsidP="00FE540C">
                                  <w:pPr>
                                    <w:jc w:val="center"/>
                                    <w:rPr>
                                      <w:rFonts w:cs="Times New Roman"/>
                                    </w:rPr>
                                  </w:pPr>
                                </w:p>
                                <w:p w:rsidR="003A37E7" w:rsidRPr="00803F3B" w:rsidRDefault="003A37E7" w:rsidP="00FE540C">
                                  <w:pPr>
                                    <w:jc w:val="center"/>
                                    <w:rPr>
                                      <w:rFonts w:cs="Times New Roman"/>
                                    </w:rPr>
                                  </w:pPr>
                                  <w:r w:rsidRPr="00803F3B">
                                    <w:rPr>
                                      <w:rFonts w:cs="Times New Roman"/>
                                    </w:rPr>
                                    <w:t xml:space="preserve">TOTAL </w:t>
                                  </w:r>
                                  <w:r w:rsidRPr="00803F3B">
                                    <w:rPr>
                                      <w:rFonts w:cs="Times New Roman"/>
                                      <w:b w:val="0"/>
                                    </w:rPr>
                                    <w:t>CREDIT HOURS</w:t>
                                  </w:r>
                                </w:p>
                              </w:tc>
                              <w:tc>
                                <w:tcPr>
                                  <w:tcW w:w="1405" w:type="dxa"/>
                                  <w:tcBorders>
                                    <w:bottom w:val="double" w:sz="4" w:space="0" w:color="C0504D" w:themeColor="accent2"/>
                                    <w:right w:val="double" w:sz="4" w:space="0" w:color="C0504D" w:themeColor="accent2"/>
                                  </w:tcBorders>
                                  <w:vAlign w:val="center"/>
                                </w:tcPr>
                                <w:p w:rsidR="003A37E7" w:rsidRPr="00803F3B" w:rsidRDefault="00803F3B"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Pr>
                                      <w:rFonts w:cs="Times New Roman"/>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6A153D" id="Text Box 16" o:spid="_x0000_s1053" type="#_x0000_t202" style="position:absolute;left:0;text-align:left;margin-left:24.1pt;margin-top:-66.7pt;width:361.7pt;height:277.4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" fillcolor="white [3201]" stroked="f" strokeweight=".5pt">
                <v:textbox>
                  <w:txbxContent>
                    <w:tbl>
                      <w:tblPr>
                        <w:tblStyle w:val="LightGrid"/>
                        <w:tblW w:w="6735" w:type="dxa"/>
                        <w:tblInd w:w="-30" w:type="dxa"/>
                        <w:tblLook w:val="04A0" w:firstRow="1" w:lastRow="0" w:firstColumn="1" w:lastColumn="0" w:noHBand="0" w:noVBand="1"/>
                      </w:tblPr>
                      <w:tblGrid>
                        <w:gridCol w:w="1415"/>
                        <w:gridCol w:w="3915"/>
                        <w:gridCol w:w="1405"/>
                      </w:tblGrid>
                      <w:tr w:rsidR="003A37E7" w:rsidRPr="00803F3B" w:rsidTr="00E316C6">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73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803F3B" w:rsidRDefault="003A37E7" w:rsidP="00FE540C">
                            <w:pPr>
                              <w:pStyle w:val="Heading3"/>
                              <w:jc w:val="center"/>
                              <w:outlineLvl w:val="2"/>
                              <w:rPr>
                                <w:rFonts w:ascii="Times New Roman" w:hAnsi="Times New Roman" w:cs="Times New Roman"/>
                                <w:b/>
                                <w:color w:val="8064A2" w:themeColor="accent4"/>
                                <w:sz w:val="22"/>
                                <w14:textOutline w14:w="0" w14:cap="flat" w14:cmpd="sng" w14:algn="ctr">
                                  <w14:noFill/>
                                  <w14:prstDash w14:val="solid"/>
                                  <w14:round/>
                                </w14:textOutline>
                                <w14:props3d w14:extrusionH="57150" w14:contourW="0" w14:prstMaterial="softEdge">
                                  <w14:bevelT w14:w="25400" w14:h="38100" w14:prst="circle"/>
                                </w14:props3d>
                              </w:rPr>
                            </w:pPr>
                            <w:r w:rsidRPr="00803F3B">
                              <w:rPr>
                                <w:rFonts w:ascii="Times New Roman" w:hAnsi="Times New Roman" w:cs="Times New Roman"/>
                                <w:b/>
                                <w:color w:val="FF0000"/>
                                <w:sz w:val="22"/>
                              </w:rPr>
                              <w:t>PUBLIC ADMINISTRATION</w:t>
                            </w:r>
                          </w:p>
                        </w:tc>
                      </w:tr>
                      <w:tr w:rsidR="003A37E7" w:rsidRPr="00803F3B" w:rsidTr="00E316C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73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SENIOR YEAR (YEARIV) - FIRST SEMESTER</w:t>
                            </w:r>
                          </w:p>
                        </w:tc>
                      </w:tr>
                      <w:tr w:rsidR="003A37E7" w:rsidRPr="00803F3B" w:rsidTr="00E316C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COURSE CODE</w:t>
                            </w:r>
                          </w:p>
                        </w:tc>
                        <w:tc>
                          <w:tcPr>
                            <w:tcW w:w="3915" w:type="dxa"/>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COURSE TITLE</w:t>
                            </w:r>
                          </w:p>
                        </w:tc>
                        <w:tc>
                          <w:tcPr>
                            <w:tcW w:w="1405" w:type="dxa"/>
                            <w:tcBorders>
                              <w:right w:val="double" w:sz="4" w:space="0" w:color="C0504D" w:themeColor="accent2"/>
                            </w:tcBorders>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b/>
                              </w:rPr>
                              <w:t>CREDIT HOURS</w:t>
                            </w:r>
                          </w:p>
                        </w:tc>
                      </w:tr>
                      <w:tr w:rsidR="003A37E7" w:rsidRPr="00803F3B" w:rsidTr="00E316C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ELECTIVE</w:t>
                            </w:r>
                          </w:p>
                        </w:tc>
                        <w:tc>
                          <w:tcPr>
                            <w:tcW w:w="3915" w:type="dxa"/>
                            <w:vAlign w:val="center"/>
                          </w:tcPr>
                          <w:p w:rsidR="003A37E7" w:rsidRPr="00803F3B" w:rsidRDefault="003A37E7"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Project Management</w:t>
                            </w:r>
                          </w:p>
                        </w:tc>
                        <w:tc>
                          <w:tcPr>
                            <w:tcW w:w="1405" w:type="dxa"/>
                            <w:tcBorders>
                              <w:right w:val="double" w:sz="4" w:space="0" w:color="C0504D" w:themeColor="accent2"/>
                            </w:tcBorders>
                            <w:vAlign w:val="center"/>
                          </w:tcPr>
                          <w:p w:rsidR="003A37E7" w:rsidRPr="00803F3B" w:rsidRDefault="003A37E7"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3</w:t>
                            </w:r>
                          </w:p>
                        </w:tc>
                      </w:tr>
                      <w:tr w:rsidR="003A37E7" w:rsidRPr="00803F3B" w:rsidTr="00E316C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PAD 409</w:t>
                            </w:r>
                          </w:p>
                        </w:tc>
                        <w:tc>
                          <w:tcPr>
                            <w:tcW w:w="3915" w:type="dxa"/>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Comparative Public Administration</w:t>
                            </w:r>
                          </w:p>
                        </w:tc>
                        <w:tc>
                          <w:tcPr>
                            <w:tcW w:w="1405" w:type="dxa"/>
                            <w:tcBorders>
                              <w:right w:val="double" w:sz="4" w:space="0" w:color="C0504D" w:themeColor="accent2"/>
                            </w:tcBorders>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3</w:t>
                            </w:r>
                          </w:p>
                        </w:tc>
                      </w:tr>
                      <w:tr w:rsidR="003A37E7" w:rsidRPr="00803F3B" w:rsidTr="00E316C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PAD 411</w:t>
                            </w:r>
                          </w:p>
                        </w:tc>
                        <w:tc>
                          <w:tcPr>
                            <w:tcW w:w="3915" w:type="dxa"/>
                            <w:vAlign w:val="center"/>
                          </w:tcPr>
                          <w:p w:rsidR="003A37E7" w:rsidRPr="00803F3B" w:rsidRDefault="003A37E7"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Public Personnel Administration</w:t>
                            </w:r>
                          </w:p>
                        </w:tc>
                        <w:tc>
                          <w:tcPr>
                            <w:tcW w:w="1405" w:type="dxa"/>
                            <w:tcBorders>
                              <w:right w:val="double" w:sz="4" w:space="0" w:color="C0504D" w:themeColor="accent2"/>
                            </w:tcBorders>
                            <w:vAlign w:val="center"/>
                          </w:tcPr>
                          <w:p w:rsidR="003A37E7" w:rsidRPr="00803F3B" w:rsidRDefault="003A37E7"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3</w:t>
                            </w:r>
                          </w:p>
                        </w:tc>
                      </w:tr>
                      <w:tr w:rsidR="003A37E7" w:rsidRPr="00803F3B" w:rsidTr="00E316C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PAD 413</w:t>
                            </w:r>
                          </w:p>
                        </w:tc>
                        <w:tc>
                          <w:tcPr>
                            <w:tcW w:w="3915" w:type="dxa"/>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Public &amp; Multinational Corporations</w:t>
                            </w:r>
                          </w:p>
                        </w:tc>
                        <w:tc>
                          <w:tcPr>
                            <w:tcW w:w="1405" w:type="dxa"/>
                            <w:tcBorders>
                              <w:right w:val="double" w:sz="4" w:space="0" w:color="C0504D" w:themeColor="accent2"/>
                            </w:tcBorders>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3</w:t>
                            </w:r>
                          </w:p>
                        </w:tc>
                      </w:tr>
                      <w:tr w:rsidR="003A37E7" w:rsidRPr="00803F3B" w:rsidTr="00E316C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ECO 495</w:t>
                            </w:r>
                          </w:p>
                        </w:tc>
                        <w:tc>
                          <w:tcPr>
                            <w:tcW w:w="3915" w:type="dxa"/>
                            <w:vAlign w:val="center"/>
                          </w:tcPr>
                          <w:p w:rsidR="003A37E7" w:rsidRPr="00803F3B" w:rsidRDefault="003A37E7"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Labor Economics</w:t>
                            </w:r>
                          </w:p>
                        </w:tc>
                        <w:tc>
                          <w:tcPr>
                            <w:tcW w:w="1405" w:type="dxa"/>
                            <w:tcBorders>
                              <w:right w:val="double" w:sz="4" w:space="0" w:color="C0504D" w:themeColor="accent2"/>
                            </w:tcBorders>
                            <w:vAlign w:val="center"/>
                          </w:tcPr>
                          <w:p w:rsidR="003A37E7" w:rsidRPr="00803F3B" w:rsidRDefault="003A37E7"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03F3B">
                              <w:rPr>
                                <w:rFonts w:cs="Times New Roman"/>
                              </w:rPr>
                              <w:t>3</w:t>
                            </w:r>
                          </w:p>
                        </w:tc>
                      </w:tr>
                      <w:tr w:rsidR="003A37E7" w:rsidRPr="00803F3B" w:rsidTr="00E316C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3A37E7" w:rsidRPr="00803F3B" w:rsidRDefault="003A37E7" w:rsidP="00FE540C">
                            <w:pPr>
                              <w:jc w:val="center"/>
                              <w:rPr>
                                <w:rFonts w:cs="Times New Roman"/>
                              </w:rPr>
                            </w:pPr>
                            <w:r w:rsidRPr="00803F3B">
                              <w:rPr>
                                <w:rFonts w:cs="Times New Roman"/>
                              </w:rPr>
                              <w:t>GEN 109</w:t>
                            </w:r>
                          </w:p>
                        </w:tc>
                        <w:tc>
                          <w:tcPr>
                            <w:tcW w:w="3915" w:type="dxa"/>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CHRISTIAN CHARACTER DEVELOPMENT 1</w:t>
                            </w:r>
                          </w:p>
                        </w:tc>
                        <w:tc>
                          <w:tcPr>
                            <w:tcW w:w="1405" w:type="dxa"/>
                            <w:tcBorders>
                              <w:right w:val="double" w:sz="4" w:space="0" w:color="C0504D" w:themeColor="accent2"/>
                            </w:tcBorders>
                            <w:vAlign w:val="center"/>
                          </w:tcPr>
                          <w:p w:rsidR="003A37E7" w:rsidRPr="00803F3B" w:rsidRDefault="003A37E7"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03F3B">
                              <w:rPr>
                                <w:rFonts w:cs="Times New Roman"/>
                              </w:rPr>
                              <w:t>2</w:t>
                            </w:r>
                          </w:p>
                        </w:tc>
                      </w:tr>
                      <w:tr w:rsidR="00803F3B" w:rsidRPr="00803F3B" w:rsidTr="00E316C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15" w:type="dxa"/>
                            <w:tcBorders>
                              <w:left w:val="double" w:sz="4" w:space="0" w:color="C0504D" w:themeColor="accent2"/>
                            </w:tcBorders>
                            <w:vAlign w:val="center"/>
                          </w:tcPr>
                          <w:p w:rsidR="00803F3B" w:rsidRPr="00803F3B" w:rsidRDefault="00803F3B" w:rsidP="00FE540C">
                            <w:pPr>
                              <w:jc w:val="center"/>
                              <w:rPr>
                                <w:rFonts w:cs="Times New Roman"/>
                              </w:rPr>
                            </w:pPr>
                            <w:r>
                              <w:rPr>
                                <w:rFonts w:cs="Times New Roman"/>
                              </w:rPr>
                              <w:t>MINOR</w:t>
                            </w:r>
                          </w:p>
                        </w:tc>
                        <w:tc>
                          <w:tcPr>
                            <w:tcW w:w="3915" w:type="dxa"/>
                            <w:vAlign w:val="center"/>
                          </w:tcPr>
                          <w:p w:rsidR="00803F3B" w:rsidRPr="00803F3B" w:rsidRDefault="00803F3B"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p>
                        </w:tc>
                        <w:tc>
                          <w:tcPr>
                            <w:tcW w:w="1405" w:type="dxa"/>
                            <w:tcBorders>
                              <w:right w:val="double" w:sz="4" w:space="0" w:color="C0504D" w:themeColor="accent2"/>
                            </w:tcBorders>
                            <w:vAlign w:val="center"/>
                          </w:tcPr>
                          <w:p w:rsidR="00803F3B" w:rsidRPr="00803F3B" w:rsidRDefault="00803F3B" w:rsidP="00FE540C">
                            <w:pPr>
                              <w:jc w:val="center"/>
                              <w:cnfStyle w:val="000000100000" w:firstRow="0" w:lastRow="0" w:firstColumn="0" w:lastColumn="0" w:oddVBand="0" w:evenVBand="0" w:oddHBand="1" w:evenHBand="0" w:firstRowFirstColumn="0" w:firstRowLastColumn="0" w:lastRowFirstColumn="0" w:lastRowLastColumn="0"/>
                              <w:rPr>
                                <w:rFonts w:cs="Times New Roman"/>
                              </w:rPr>
                            </w:pPr>
                            <w:r>
                              <w:rPr>
                                <w:rFonts w:cs="Times New Roman"/>
                              </w:rPr>
                              <w:t>3</w:t>
                            </w:r>
                          </w:p>
                        </w:tc>
                      </w:tr>
                      <w:tr w:rsidR="003A37E7" w:rsidRPr="00803F3B" w:rsidTr="00E316C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330" w:type="dxa"/>
                            <w:gridSpan w:val="2"/>
                            <w:tcBorders>
                              <w:left w:val="double" w:sz="4" w:space="0" w:color="C0504D" w:themeColor="accent2"/>
                              <w:bottom w:val="double" w:sz="4" w:space="0" w:color="C0504D" w:themeColor="accent2"/>
                            </w:tcBorders>
                            <w:vAlign w:val="center"/>
                          </w:tcPr>
                          <w:p w:rsidR="003A37E7" w:rsidRPr="00803F3B" w:rsidRDefault="003A37E7" w:rsidP="00FE540C">
                            <w:pPr>
                              <w:jc w:val="center"/>
                              <w:rPr>
                                <w:rFonts w:cs="Times New Roman"/>
                              </w:rPr>
                            </w:pPr>
                          </w:p>
                          <w:p w:rsidR="003A37E7" w:rsidRPr="00803F3B" w:rsidRDefault="003A37E7" w:rsidP="00FE540C">
                            <w:pPr>
                              <w:jc w:val="center"/>
                              <w:rPr>
                                <w:rFonts w:cs="Times New Roman"/>
                              </w:rPr>
                            </w:pPr>
                            <w:r w:rsidRPr="00803F3B">
                              <w:rPr>
                                <w:rFonts w:cs="Times New Roman"/>
                              </w:rPr>
                              <w:t xml:space="preserve">TOTAL </w:t>
                            </w:r>
                            <w:r w:rsidRPr="00803F3B">
                              <w:rPr>
                                <w:rFonts w:cs="Times New Roman"/>
                                <w:b w:val="0"/>
                              </w:rPr>
                              <w:t>CREDIT HOURS</w:t>
                            </w:r>
                          </w:p>
                        </w:tc>
                        <w:tc>
                          <w:tcPr>
                            <w:tcW w:w="1405" w:type="dxa"/>
                            <w:tcBorders>
                              <w:bottom w:val="double" w:sz="4" w:space="0" w:color="C0504D" w:themeColor="accent2"/>
                              <w:right w:val="double" w:sz="4" w:space="0" w:color="C0504D" w:themeColor="accent2"/>
                            </w:tcBorders>
                            <w:vAlign w:val="center"/>
                          </w:tcPr>
                          <w:p w:rsidR="003A37E7" w:rsidRPr="00803F3B" w:rsidRDefault="00803F3B" w:rsidP="00FE540C">
                            <w:pPr>
                              <w:jc w:val="center"/>
                              <w:cnfStyle w:val="000000010000" w:firstRow="0" w:lastRow="0" w:firstColumn="0" w:lastColumn="0" w:oddVBand="0" w:evenVBand="0" w:oddHBand="0" w:evenHBand="1" w:firstRowFirstColumn="0" w:firstRowLastColumn="0" w:lastRowFirstColumn="0" w:lastRowLastColumn="0"/>
                              <w:rPr>
                                <w:rFonts w:cs="Times New Roman"/>
                              </w:rPr>
                            </w:pPr>
                            <w:r>
                              <w:rPr>
                                <w:rFonts w:cs="Times New Roman"/>
                              </w:rPr>
                              <w:t>20</w:t>
                            </w:r>
                          </w:p>
                        </w:tc>
                      </w:tr>
                    </w:tbl>
                    <w:p w:rsidR="003A37E7" w:rsidRDefault="003A37E7"/>
                  </w:txbxContent>
                </v:textbox>
                <w10:wrap anchorx="page"/>
              </v:shape>
            </w:pict>
          </mc:Fallback>
        </mc:AlternateContent>
      </w:r>
    </w:p>
    <w:p w:rsidR="002A2CC7" w:rsidRDefault="002A2CC7" w:rsidP="00412947">
      <w:pPr>
        <w:pStyle w:val="ListBullet"/>
        <w:numPr>
          <w:ilvl w:val="0"/>
          <w:numId w:val="0"/>
        </w:numPr>
        <w:ind w:left="360" w:hanging="360"/>
        <w:jc w:val="center"/>
      </w:pPr>
    </w:p>
    <w:p w:rsidR="00C50253" w:rsidRDefault="00C50253" w:rsidP="00412947">
      <w:pPr>
        <w:pStyle w:val="ListBullet"/>
        <w:numPr>
          <w:ilvl w:val="0"/>
          <w:numId w:val="0"/>
        </w:numPr>
        <w:ind w:left="360" w:hanging="360"/>
        <w:jc w:val="center"/>
      </w:pPr>
    </w:p>
    <w:p w:rsidR="00C50253" w:rsidRDefault="00C50253" w:rsidP="00412947">
      <w:pPr>
        <w:pStyle w:val="ListBullet"/>
        <w:numPr>
          <w:ilvl w:val="0"/>
          <w:numId w:val="0"/>
        </w:numPr>
        <w:ind w:left="360" w:hanging="360"/>
        <w:jc w:val="center"/>
      </w:pPr>
    </w:p>
    <w:p w:rsidR="001669F5" w:rsidRDefault="001669F5" w:rsidP="00412947">
      <w:pPr>
        <w:pStyle w:val="Heading3"/>
        <w:jc w:val="center"/>
      </w:pPr>
    </w:p>
    <w:p w:rsidR="001669F5" w:rsidRDefault="001669F5" w:rsidP="00412947">
      <w:pPr>
        <w:pStyle w:val="Heading3"/>
        <w:jc w:val="center"/>
        <w:rPr>
          <w:rFonts w:ascii="Bahnschrift" w:hAnsi="Bahnschrift"/>
          <w:sz w:val="22"/>
        </w:rPr>
      </w:pPr>
    </w:p>
    <w:p w:rsidR="00BB10EC" w:rsidRDefault="00BB10EC" w:rsidP="00BB10EC"/>
    <w:p w:rsidR="00BB10EC" w:rsidRDefault="00BB10EC" w:rsidP="00BB10EC"/>
    <w:p w:rsidR="00BB10EC" w:rsidRDefault="00BC65CE" w:rsidP="00BB10EC">
      <w:r>
        <w:rPr>
          <w:noProof/>
        </w:rPr>
        <mc:AlternateContent>
          <mc:Choice Requires="wps">
            <w:drawing>
              <wp:anchor distT="0" distB="0" distL="114300" distR="114300" simplePos="0" relativeHeight="251668480" behindDoc="0" locked="0" layoutInCell="1" allowOverlap="1" wp14:anchorId="4A6CB6E2" wp14:editId="47B0CF32">
                <wp:simplePos x="0" y="0"/>
                <wp:positionH relativeFrom="column">
                  <wp:posOffset>-1147730</wp:posOffset>
                </wp:positionH>
                <wp:positionV relativeFrom="paragraph">
                  <wp:posOffset>465783</wp:posOffset>
                </wp:positionV>
                <wp:extent cx="4693920" cy="3584028"/>
                <wp:effectExtent l="0" t="0" r="0" b="0"/>
                <wp:wrapNone/>
                <wp:docPr id="18" name="Text Box 18"/>
                <wp:cNvGraphicFramePr/>
                <a:graphic xmlns:a="http://schemas.openxmlformats.org/drawingml/2006/main">
                  <a:graphicData uri="http://schemas.microsoft.com/office/word/2010/wordprocessingShape">
                    <wps:wsp>
                      <wps:cNvSpPr txBox="1"/>
                      <wps:spPr>
                        <a:xfrm>
                          <a:off x="0" y="0"/>
                          <a:ext cx="4693920" cy="358402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915" w:type="dxa"/>
                              <w:tblInd w:w="-300" w:type="dxa"/>
                              <w:tblLayout w:type="fixed"/>
                              <w:tblLook w:val="04A0" w:firstRow="1" w:lastRow="0" w:firstColumn="1" w:lastColumn="0" w:noHBand="0" w:noVBand="1"/>
                            </w:tblPr>
                            <w:tblGrid>
                              <w:gridCol w:w="1169"/>
                              <w:gridCol w:w="4393"/>
                              <w:gridCol w:w="1353"/>
                            </w:tblGrid>
                            <w:tr w:rsidR="003A37E7" w:rsidRPr="00EC259D" w:rsidTr="00E316C6">
                              <w:trPr>
                                <w:cnfStyle w:val="100000000000" w:firstRow="1" w:lastRow="0" w:firstColumn="0" w:lastColumn="0" w:oddVBand="0" w:evenVBand="0" w:oddHBand="0"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691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EC259D" w:rsidRDefault="003A37E7" w:rsidP="006C29B3">
                                  <w:pPr>
                                    <w:pStyle w:val="Heading3"/>
                                    <w:jc w:val="center"/>
                                    <w:outlineLvl w:val="2"/>
                                    <w:rPr>
                                      <w:rFonts w:ascii="Times New Roman" w:hAnsi="Times New Roman" w:cs="Times New Roman"/>
                                      <w:b/>
                                      <w:sz w:val="20"/>
                                      <w:szCs w:val="20"/>
                                    </w:rPr>
                                  </w:pPr>
                                  <w:r w:rsidRPr="00EC259D">
                                    <w:rPr>
                                      <w:rFonts w:ascii="Times New Roman" w:hAnsi="Times New Roman" w:cs="Times New Roman"/>
                                      <w:b/>
                                      <w:color w:val="FF0000"/>
                                      <w:sz w:val="20"/>
                                      <w:szCs w:val="20"/>
                                    </w:rPr>
                                    <w:t>PUBLIC ADMINISTRATION</w:t>
                                  </w:r>
                                </w:p>
                              </w:tc>
                            </w:tr>
                            <w:tr w:rsidR="003A37E7" w:rsidRPr="00EC259D" w:rsidTr="00E316C6">
                              <w:trPr>
                                <w:cnfStyle w:val="000000100000" w:firstRow="0" w:lastRow="0" w:firstColumn="0" w:lastColumn="0" w:oddVBand="0" w:evenVBand="0" w:oddHBand="1" w:evenHBand="0" w:firstRowFirstColumn="0" w:firstRowLastColumn="0" w:lastRowFirstColumn="0" w:lastRowLastColumn="0"/>
                                <w:trHeight w:val="566"/>
                              </w:trPr>
                              <w:tc>
                                <w:tcPr>
                                  <w:cnfStyle w:val="001000000000" w:firstRow="0" w:lastRow="0" w:firstColumn="1" w:lastColumn="0" w:oddVBand="0" w:evenVBand="0" w:oddHBand="0" w:evenHBand="0" w:firstRowFirstColumn="0" w:firstRowLastColumn="0" w:lastRowFirstColumn="0" w:lastRowLastColumn="0"/>
                                  <w:tcW w:w="691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EC259D" w:rsidRDefault="003A37E7" w:rsidP="006C29B3">
                                  <w:pPr>
                                    <w:jc w:val="center"/>
                                    <w:rPr>
                                      <w:rFonts w:cs="Times New Roman"/>
                                      <w:sz w:val="20"/>
                                      <w:szCs w:val="20"/>
                                    </w:rPr>
                                  </w:pPr>
                                  <w:r w:rsidRPr="00EC259D">
                                    <w:rPr>
                                      <w:rFonts w:cs="Times New Roman"/>
                                      <w:sz w:val="20"/>
                                      <w:szCs w:val="20"/>
                                    </w:rPr>
                                    <w:t>SENIOR YEAR (YEARIV) - SECOND SEMESTER</w:t>
                                  </w:r>
                                </w:p>
                              </w:tc>
                            </w:tr>
                            <w:tr w:rsidR="003A37E7" w:rsidRPr="00EC259D" w:rsidTr="00EC259D">
                              <w:trPr>
                                <w:cnfStyle w:val="000000010000" w:firstRow="0" w:lastRow="0" w:firstColumn="0" w:lastColumn="0" w:oddVBand="0" w:evenVBand="0" w:oddHBand="0" w:evenHBand="1" w:firstRowFirstColumn="0" w:firstRowLastColumn="0" w:lastRowFirstColumn="0" w:lastRowLastColumn="0"/>
                                <w:trHeight w:val="438"/>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EC259D" w:rsidRDefault="003A37E7" w:rsidP="006C29B3">
                                  <w:pPr>
                                    <w:jc w:val="center"/>
                                    <w:rPr>
                                      <w:rFonts w:cs="Times New Roman"/>
                                      <w:sz w:val="20"/>
                                      <w:szCs w:val="20"/>
                                    </w:rPr>
                                  </w:pPr>
                                  <w:r w:rsidRPr="00EC259D">
                                    <w:rPr>
                                      <w:rFonts w:cs="Times New Roman"/>
                                      <w:sz w:val="20"/>
                                      <w:szCs w:val="20"/>
                                    </w:rPr>
                                    <w:t>COURSE CODE</w:t>
                                  </w:r>
                                </w:p>
                              </w:tc>
                              <w:tc>
                                <w:tcPr>
                                  <w:tcW w:w="4393" w:type="dxa"/>
                                  <w:vAlign w:val="center"/>
                                </w:tcPr>
                                <w:p w:rsidR="003A37E7" w:rsidRPr="00EC259D"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C259D">
                                    <w:rPr>
                                      <w:rFonts w:cs="Times New Roman"/>
                                      <w:b/>
                                      <w:sz w:val="20"/>
                                      <w:szCs w:val="20"/>
                                    </w:rPr>
                                    <w:t>COURSE TITLE</w:t>
                                  </w:r>
                                </w:p>
                              </w:tc>
                              <w:tc>
                                <w:tcPr>
                                  <w:tcW w:w="1353" w:type="dxa"/>
                                  <w:tcBorders>
                                    <w:right w:val="double" w:sz="4" w:space="0" w:color="C0504D" w:themeColor="accent2"/>
                                  </w:tcBorders>
                                  <w:vAlign w:val="center"/>
                                </w:tcPr>
                                <w:p w:rsidR="003A37E7" w:rsidRPr="00EC259D"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C259D">
                                    <w:rPr>
                                      <w:rFonts w:cs="Times New Roman"/>
                                      <w:b/>
                                      <w:sz w:val="20"/>
                                      <w:szCs w:val="20"/>
                                    </w:rPr>
                                    <w:t>CREDIT HOURS</w:t>
                                  </w:r>
                                </w:p>
                              </w:tc>
                            </w:tr>
                            <w:tr w:rsidR="003A37E7" w:rsidRPr="00EC259D" w:rsidTr="00E316C6">
                              <w:trPr>
                                <w:cnfStyle w:val="000000100000" w:firstRow="0" w:lastRow="0" w:firstColumn="0" w:lastColumn="0" w:oddVBand="0" w:evenVBand="0" w:oddHBand="1" w:evenHBand="0" w:firstRowFirstColumn="0" w:firstRowLastColumn="0" w:lastRowFirstColumn="0" w:lastRowLastColumn="0"/>
                                <w:trHeight w:val="591"/>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EC259D" w:rsidRDefault="003A37E7" w:rsidP="00287470">
                                  <w:pPr>
                                    <w:jc w:val="center"/>
                                    <w:rPr>
                                      <w:rFonts w:cs="Times New Roman"/>
                                      <w:sz w:val="20"/>
                                      <w:szCs w:val="20"/>
                                    </w:rPr>
                                  </w:pPr>
                                  <w:r w:rsidRPr="00EC259D">
                                    <w:rPr>
                                      <w:rFonts w:cs="Times New Roman"/>
                                      <w:sz w:val="20"/>
                                      <w:szCs w:val="20"/>
                                    </w:rPr>
                                    <w:t>ELECTIVE</w:t>
                                  </w:r>
                                </w:p>
                              </w:tc>
                              <w:tc>
                                <w:tcPr>
                                  <w:tcW w:w="4393" w:type="dxa"/>
                                  <w:vAlign w:val="center"/>
                                </w:tcPr>
                                <w:p w:rsidR="003A37E7" w:rsidRPr="00EC259D" w:rsidRDefault="003A37E7" w:rsidP="00287470">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C259D">
                                    <w:rPr>
                                      <w:rFonts w:cs="Times New Roman"/>
                                      <w:b/>
                                      <w:sz w:val="20"/>
                                      <w:szCs w:val="20"/>
                                    </w:rPr>
                                    <w:t>PUBLIC SPEAKING AND DIPLOMACY</w:t>
                                  </w:r>
                                </w:p>
                              </w:tc>
                              <w:tc>
                                <w:tcPr>
                                  <w:tcW w:w="1353" w:type="dxa"/>
                                  <w:tcBorders>
                                    <w:right w:val="double" w:sz="4" w:space="0" w:color="C0504D" w:themeColor="accent2"/>
                                  </w:tcBorders>
                                  <w:vAlign w:val="center"/>
                                </w:tcPr>
                                <w:p w:rsidR="003A37E7" w:rsidRPr="00EC259D" w:rsidRDefault="003A37E7" w:rsidP="00287470">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C259D">
                                    <w:rPr>
                                      <w:rFonts w:cs="Times New Roman"/>
                                      <w:b/>
                                      <w:sz w:val="20"/>
                                      <w:szCs w:val="20"/>
                                    </w:rPr>
                                    <w:t>2</w:t>
                                  </w:r>
                                </w:p>
                              </w:tc>
                            </w:tr>
                            <w:tr w:rsidR="003A37E7" w:rsidRPr="00EC259D" w:rsidTr="00EC259D">
                              <w:trPr>
                                <w:cnfStyle w:val="000000010000" w:firstRow="0" w:lastRow="0" w:firstColumn="0" w:lastColumn="0" w:oddVBand="0" w:evenVBand="0" w:oddHBand="0" w:evenHBand="1"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EC259D" w:rsidRDefault="003A37E7" w:rsidP="00287470">
                                  <w:pPr>
                                    <w:jc w:val="center"/>
                                    <w:rPr>
                                      <w:rFonts w:cs="Times New Roman"/>
                                      <w:sz w:val="20"/>
                                      <w:szCs w:val="20"/>
                                    </w:rPr>
                                  </w:pPr>
                                  <w:r w:rsidRPr="00EC259D">
                                    <w:rPr>
                                      <w:rFonts w:cs="Times New Roman"/>
                                      <w:sz w:val="20"/>
                                      <w:szCs w:val="20"/>
                                    </w:rPr>
                                    <w:t>PAD 410</w:t>
                                  </w:r>
                                </w:p>
                              </w:tc>
                              <w:tc>
                                <w:tcPr>
                                  <w:tcW w:w="4393" w:type="dxa"/>
                                  <w:vAlign w:val="center"/>
                                </w:tcPr>
                                <w:p w:rsidR="003A37E7" w:rsidRPr="00EC259D" w:rsidRDefault="003A37E7" w:rsidP="00287470">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C259D">
                                    <w:rPr>
                                      <w:rFonts w:cs="Times New Roman"/>
                                      <w:b/>
                                      <w:sz w:val="20"/>
                                      <w:szCs w:val="20"/>
                                    </w:rPr>
                                    <w:t>Public Policy Analysis</w:t>
                                  </w:r>
                                </w:p>
                              </w:tc>
                              <w:tc>
                                <w:tcPr>
                                  <w:tcW w:w="1353" w:type="dxa"/>
                                  <w:tcBorders>
                                    <w:right w:val="double" w:sz="4" w:space="0" w:color="C0504D" w:themeColor="accent2"/>
                                  </w:tcBorders>
                                  <w:vAlign w:val="center"/>
                                </w:tcPr>
                                <w:p w:rsidR="003A37E7" w:rsidRPr="00EC259D" w:rsidRDefault="003A37E7" w:rsidP="00287470">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C259D">
                                    <w:rPr>
                                      <w:rFonts w:cs="Times New Roman"/>
                                      <w:b/>
                                      <w:sz w:val="20"/>
                                      <w:szCs w:val="20"/>
                                    </w:rPr>
                                    <w:t>3</w:t>
                                  </w:r>
                                </w:p>
                              </w:tc>
                            </w:tr>
                            <w:tr w:rsidR="003A37E7" w:rsidRPr="00EC259D" w:rsidTr="00E316C6">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EC259D" w:rsidRDefault="003A37E7" w:rsidP="00223C32">
                                  <w:pPr>
                                    <w:jc w:val="center"/>
                                    <w:rPr>
                                      <w:rFonts w:cs="Times New Roman"/>
                                      <w:sz w:val="20"/>
                                      <w:szCs w:val="20"/>
                                    </w:rPr>
                                  </w:pPr>
                                  <w:r w:rsidRPr="00EC259D">
                                    <w:rPr>
                                      <w:rFonts w:cs="Times New Roman"/>
                                      <w:sz w:val="20"/>
                                      <w:szCs w:val="20"/>
                                    </w:rPr>
                                    <w:t>ELECTIVE</w:t>
                                  </w:r>
                                </w:p>
                              </w:tc>
                              <w:tc>
                                <w:tcPr>
                                  <w:tcW w:w="4393" w:type="dxa"/>
                                  <w:vAlign w:val="center"/>
                                </w:tcPr>
                                <w:p w:rsidR="003A37E7" w:rsidRPr="00EC259D" w:rsidRDefault="003A37E7" w:rsidP="00223C32">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C259D">
                                    <w:rPr>
                                      <w:rFonts w:cs="Times New Roman"/>
                                      <w:b/>
                                      <w:sz w:val="20"/>
                                      <w:szCs w:val="20"/>
                                    </w:rPr>
                                    <w:t>Program Evaluation; Monitoring &amp; Evaluation (M&amp;E)</w:t>
                                  </w:r>
                                </w:p>
                              </w:tc>
                              <w:tc>
                                <w:tcPr>
                                  <w:tcW w:w="1353" w:type="dxa"/>
                                  <w:tcBorders>
                                    <w:right w:val="double" w:sz="4" w:space="0" w:color="C0504D" w:themeColor="accent2"/>
                                  </w:tcBorders>
                                  <w:vAlign w:val="center"/>
                                </w:tcPr>
                                <w:p w:rsidR="003A37E7" w:rsidRPr="00EC259D" w:rsidRDefault="003A37E7" w:rsidP="00223C32">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C259D">
                                    <w:rPr>
                                      <w:rFonts w:cs="Times New Roman"/>
                                      <w:b/>
                                      <w:sz w:val="20"/>
                                      <w:szCs w:val="20"/>
                                    </w:rPr>
                                    <w:t>2</w:t>
                                  </w:r>
                                </w:p>
                              </w:tc>
                            </w:tr>
                            <w:tr w:rsidR="003A37E7" w:rsidRPr="00EC259D" w:rsidTr="00E316C6">
                              <w:trPr>
                                <w:cnfStyle w:val="000000010000" w:firstRow="0" w:lastRow="0" w:firstColumn="0" w:lastColumn="0" w:oddVBand="0" w:evenVBand="0" w:oddHBand="0" w:evenHBand="1"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EC259D" w:rsidRDefault="003A37E7" w:rsidP="00223C32">
                                  <w:pPr>
                                    <w:jc w:val="center"/>
                                    <w:rPr>
                                      <w:rFonts w:cs="Times New Roman"/>
                                      <w:sz w:val="20"/>
                                      <w:szCs w:val="20"/>
                                    </w:rPr>
                                  </w:pPr>
                                  <w:r w:rsidRPr="00EC259D">
                                    <w:rPr>
                                      <w:rFonts w:cs="Times New Roman"/>
                                      <w:sz w:val="20"/>
                                      <w:szCs w:val="20"/>
                                    </w:rPr>
                                    <w:t>BUS 412</w:t>
                                  </w:r>
                                </w:p>
                              </w:tc>
                              <w:tc>
                                <w:tcPr>
                                  <w:tcW w:w="4393" w:type="dxa"/>
                                  <w:vAlign w:val="center"/>
                                </w:tcPr>
                                <w:p w:rsidR="003A37E7" w:rsidRPr="00EC259D" w:rsidRDefault="003A37E7" w:rsidP="00223C32">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C259D">
                                    <w:rPr>
                                      <w:rFonts w:cs="Times New Roman"/>
                                      <w:b/>
                                      <w:sz w:val="20"/>
                                      <w:szCs w:val="20"/>
                                    </w:rPr>
                                    <w:t>Service Learning</w:t>
                                  </w:r>
                                </w:p>
                              </w:tc>
                              <w:tc>
                                <w:tcPr>
                                  <w:tcW w:w="1353" w:type="dxa"/>
                                  <w:tcBorders>
                                    <w:right w:val="double" w:sz="4" w:space="0" w:color="C0504D" w:themeColor="accent2"/>
                                  </w:tcBorders>
                                  <w:vAlign w:val="center"/>
                                </w:tcPr>
                                <w:p w:rsidR="003A37E7" w:rsidRPr="00EC259D" w:rsidRDefault="003A37E7" w:rsidP="00223C32">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C259D">
                                    <w:rPr>
                                      <w:rFonts w:cs="Times New Roman"/>
                                      <w:b/>
                                      <w:sz w:val="20"/>
                                      <w:szCs w:val="20"/>
                                    </w:rPr>
                                    <w:t>3</w:t>
                                  </w:r>
                                </w:p>
                              </w:tc>
                            </w:tr>
                            <w:tr w:rsidR="003A37E7" w:rsidRPr="00EC259D" w:rsidTr="00E316C6">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EC259D" w:rsidRDefault="003A37E7" w:rsidP="00223C32">
                                  <w:pPr>
                                    <w:jc w:val="center"/>
                                    <w:rPr>
                                      <w:rFonts w:cs="Times New Roman"/>
                                      <w:sz w:val="20"/>
                                      <w:szCs w:val="20"/>
                                    </w:rPr>
                                  </w:pPr>
                                  <w:r w:rsidRPr="00EC259D">
                                    <w:rPr>
                                      <w:rFonts w:cs="Times New Roman"/>
                                      <w:sz w:val="20"/>
                                      <w:szCs w:val="20"/>
                                    </w:rPr>
                                    <w:t>BUS 314</w:t>
                                  </w:r>
                                </w:p>
                              </w:tc>
                              <w:tc>
                                <w:tcPr>
                                  <w:tcW w:w="4393" w:type="dxa"/>
                                  <w:vAlign w:val="center"/>
                                </w:tcPr>
                                <w:p w:rsidR="003A37E7" w:rsidRPr="00EC259D" w:rsidRDefault="003A37E7" w:rsidP="00223C32">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C259D">
                                    <w:rPr>
                                      <w:rFonts w:cs="Times New Roman"/>
                                      <w:b/>
                                      <w:sz w:val="20"/>
                                      <w:szCs w:val="20"/>
                                    </w:rPr>
                                    <w:t>Senior Research Paper</w:t>
                                  </w:r>
                                </w:p>
                              </w:tc>
                              <w:tc>
                                <w:tcPr>
                                  <w:tcW w:w="1353" w:type="dxa"/>
                                  <w:tcBorders>
                                    <w:right w:val="double" w:sz="4" w:space="0" w:color="C0504D" w:themeColor="accent2"/>
                                  </w:tcBorders>
                                  <w:vAlign w:val="center"/>
                                </w:tcPr>
                                <w:p w:rsidR="003A37E7" w:rsidRPr="00EC259D" w:rsidRDefault="003A37E7" w:rsidP="00223C32">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C259D">
                                    <w:rPr>
                                      <w:rFonts w:cs="Times New Roman"/>
                                      <w:b/>
                                      <w:sz w:val="20"/>
                                      <w:szCs w:val="20"/>
                                    </w:rPr>
                                    <w:t>6</w:t>
                                  </w:r>
                                </w:p>
                              </w:tc>
                            </w:tr>
                            <w:tr w:rsidR="00EC259D" w:rsidRPr="00EC259D" w:rsidTr="00EC259D">
                              <w:trPr>
                                <w:cnfStyle w:val="000000010000" w:firstRow="0" w:lastRow="0" w:firstColumn="0" w:lastColumn="0" w:oddVBand="0" w:evenVBand="0" w:oddHBand="0" w:evenHBand="1"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EC259D" w:rsidRPr="00EC259D" w:rsidRDefault="00EC259D" w:rsidP="00223C32">
                                  <w:pPr>
                                    <w:jc w:val="center"/>
                                    <w:rPr>
                                      <w:rFonts w:cs="Times New Roman"/>
                                      <w:sz w:val="20"/>
                                      <w:szCs w:val="20"/>
                                    </w:rPr>
                                  </w:pPr>
                                  <w:r>
                                    <w:rPr>
                                      <w:rFonts w:cs="Times New Roman"/>
                                      <w:sz w:val="20"/>
                                      <w:szCs w:val="20"/>
                                    </w:rPr>
                                    <w:t>GEN 110</w:t>
                                  </w:r>
                                </w:p>
                              </w:tc>
                              <w:tc>
                                <w:tcPr>
                                  <w:tcW w:w="4393" w:type="dxa"/>
                                  <w:vAlign w:val="center"/>
                                </w:tcPr>
                                <w:p w:rsidR="00EC259D" w:rsidRPr="00EC259D" w:rsidRDefault="00EC259D" w:rsidP="00223C32">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Pr>
                                      <w:rFonts w:cs="Times New Roman"/>
                                      <w:b/>
                                      <w:sz w:val="20"/>
                                      <w:szCs w:val="20"/>
                                    </w:rPr>
                                    <w:t>CHRISTIAN CHARACTER DEVELOPMENT</w:t>
                                  </w:r>
                                </w:p>
                              </w:tc>
                              <w:tc>
                                <w:tcPr>
                                  <w:tcW w:w="1353" w:type="dxa"/>
                                  <w:tcBorders>
                                    <w:right w:val="double" w:sz="4" w:space="0" w:color="C0504D" w:themeColor="accent2"/>
                                  </w:tcBorders>
                                  <w:vAlign w:val="center"/>
                                </w:tcPr>
                                <w:p w:rsidR="00EC259D" w:rsidRPr="00EC259D" w:rsidRDefault="00EC259D" w:rsidP="00223C32">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Pr>
                                      <w:rFonts w:cs="Times New Roman"/>
                                      <w:b/>
                                      <w:sz w:val="20"/>
                                      <w:szCs w:val="20"/>
                                    </w:rPr>
                                    <w:t>2</w:t>
                                  </w:r>
                                </w:p>
                              </w:tc>
                            </w:tr>
                            <w:tr w:rsidR="00EC259D" w:rsidRPr="00EC259D" w:rsidTr="00EC259D">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EC259D" w:rsidRDefault="00EC259D" w:rsidP="00223C32">
                                  <w:pPr>
                                    <w:jc w:val="center"/>
                                    <w:rPr>
                                      <w:rFonts w:cs="Times New Roman"/>
                                      <w:sz w:val="20"/>
                                      <w:szCs w:val="20"/>
                                    </w:rPr>
                                  </w:pPr>
                                  <w:r>
                                    <w:rPr>
                                      <w:rFonts w:cs="Times New Roman"/>
                                      <w:sz w:val="20"/>
                                      <w:szCs w:val="20"/>
                                    </w:rPr>
                                    <w:t>MINOR</w:t>
                                  </w:r>
                                </w:p>
                              </w:tc>
                              <w:tc>
                                <w:tcPr>
                                  <w:tcW w:w="4393" w:type="dxa"/>
                                  <w:vAlign w:val="center"/>
                                </w:tcPr>
                                <w:p w:rsidR="00EC259D" w:rsidRDefault="00EC259D" w:rsidP="00223C32">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p>
                              </w:tc>
                              <w:tc>
                                <w:tcPr>
                                  <w:tcW w:w="1353" w:type="dxa"/>
                                  <w:tcBorders>
                                    <w:right w:val="double" w:sz="4" w:space="0" w:color="C0504D" w:themeColor="accent2"/>
                                  </w:tcBorders>
                                  <w:vAlign w:val="center"/>
                                </w:tcPr>
                                <w:p w:rsidR="00EC259D" w:rsidRDefault="00EC259D" w:rsidP="00223C32">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rFonts w:cs="Times New Roman"/>
                                      <w:b/>
                                      <w:sz w:val="20"/>
                                      <w:szCs w:val="20"/>
                                    </w:rPr>
                                    <w:t>3</w:t>
                                  </w:r>
                                </w:p>
                              </w:tc>
                            </w:tr>
                            <w:tr w:rsidR="003A37E7" w:rsidRPr="00EC259D" w:rsidTr="00E316C6">
                              <w:trPr>
                                <w:cnfStyle w:val="000000010000" w:firstRow="0" w:lastRow="0" w:firstColumn="0" w:lastColumn="0" w:oddVBand="0" w:evenVBand="0" w:oddHBand="0" w:evenHBand="1"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5562" w:type="dxa"/>
                                  <w:gridSpan w:val="2"/>
                                  <w:tcBorders>
                                    <w:left w:val="double" w:sz="4" w:space="0" w:color="C0504D" w:themeColor="accent2"/>
                                    <w:bottom w:val="double" w:sz="4" w:space="0" w:color="C0504D" w:themeColor="accent2"/>
                                  </w:tcBorders>
                                  <w:vAlign w:val="center"/>
                                </w:tcPr>
                                <w:p w:rsidR="003A37E7" w:rsidRPr="00EC259D" w:rsidRDefault="003A37E7" w:rsidP="00223C32">
                                  <w:pPr>
                                    <w:jc w:val="center"/>
                                    <w:rPr>
                                      <w:rFonts w:cs="Times New Roman"/>
                                      <w:sz w:val="20"/>
                                      <w:szCs w:val="20"/>
                                    </w:rPr>
                                  </w:pPr>
                                </w:p>
                                <w:p w:rsidR="003A37E7" w:rsidRPr="00EC259D" w:rsidRDefault="003A37E7" w:rsidP="00223C32">
                                  <w:pPr>
                                    <w:jc w:val="center"/>
                                    <w:rPr>
                                      <w:rFonts w:cs="Times New Roman"/>
                                      <w:sz w:val="20"/>
                                      <w:szCs w:val="20"/>
                                    </w:rPr>
                                  </w:pPr>
                                  <w:r w:rsidRPr="00EC259D">
                                    <w:rPr>
                                      <w:rFonts w:cs="Times New Roman"/>
                                      <w:sz w:val="20"/>
                                      <w:szCs w:val="20"/>
                                    </w:rPr>
                                    <w:t>TOTAL CREDIT HOURS</w:t>
                                  </w:r>
                                </w:p>
                              </w:tc>
                              <w:tc>
                                <w:tcPr>
                                  <w:tcW w:w="1353" w:type="dxa"/>
                                  <w:tcBorders>
                                    <w:bottom w:val="double" w:sz="4" w:space="0" w:color="C0504D" w:themeColor="accent2"/>
                                    <w:right w:val="double" w:sz="4" w:space="0" w:color="C0504D" w:themeColor="accent2"/>
                                  </w:tcBorders>
                                  <w:vAlign w:val="center"/>
                                </w:tcPr>
                                <w:p w:rsidR="003A37E7" w:rsidRPr="00EC259D" w:rsidRDefault="00EC259D" w:rsidP="00223C32">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Pr>
                                      <w:rFonts w:cs="Times New Roman"/>
                                      <w:b/>
                                      <w:sz w:val="20"/>
                                      <w:szCs w:val="20"/>
                                    </w:rPr>
                                    <w:t>21</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6CB6E2" id="Text Box 18" o:spid="_x0000_s1054" type="#_x0000_t202" style="position:absolute;margin-left:-90.35pt;margin-top:36.7pt;width:369.6pt;height:282.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" fillcolor="white [3201]" stroked="f" strokeweight=".5pt">
                <v:textbox>
                  <w:txbxContent>
                    <w:tbl>
                      <w:tblPr>
                        <w:tblStyle w:val="LightGrid"/>
                        <w:tblW w:w="6915" w:type="dxa"/>
                        <w:tblInd w:w="-300" w:type="dxa"/>
                        <w:tblLayout w:type="fixed"/>
                        <w:tblLook w:val="04A0" w:firstRow="1" w:lastRow="0" w:firstColumn="1" w:lastColumn="0" w:noHBand="0" w:noVBand="1"/>
                      </w:tblPr>
                      <w:tblGrid>
                        <w:gridCol w:w="1169"/>
                        <w:gridCol w:w="4393"/>
                        <w:gridCol w:w="1353"/>
                      </w:tblGrid>
                      <w:tr w:rsidR="003A37E7" w:rsidRPr="00EC259D" w:rsidTr="00E316C6">
                        <w:trPr>
                          <w:cnfStyle w:val="100000000000" w:firstRow="1" w:lastRow="0" w:firstColumn="0" w:lastColumn="0" w:oddVBand="0" w:evenVBand="0" w:oddHBand="0"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691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EC259D" w:rsidRDefault="003A37E7" w:rsidP="006C29B3">
                            <w:pPr>
                              <w:pStyle w:val="Heading3"/>
                              <w:jc w:val="center"/>
                              <w:outlineLvl w:val="2"/>
                              <w:rPr>
                                <w:rFonts w:ascii="Times New Roman" w:hAnsi="Times New Roman" w:cs="Times New Roman"/>
                                <w:b/>
                                <w:sz w:val="20"/>
                                <w:szCs w:val="20"/>
                              </w:rPr>
                            </w:pPr>
                            <w:r w:rsidRPr="00EC259D">
                              <w:rPr>
                                <w:rFonts w:ascii="Times New Roman" w:hAnsi="Times New Roman" w:cs="Times New Roman"/>
                                <w:b/>
                                <w:color w:val="FF0000"/>
                                <w:sz w:val="20"/>
                                <w:szCs w:val="20"/>
                              </w:rPr>
                              <w:t>PUBLIC ADMINISTRATION</w:t>
                            </w:r>
                          </w:p>
                        </w:tc>
                      </w:tr>
                      <w:tr w:rsidR="003A37E7" w:rsidRPr="00EC259D" w:rsidTr="00E316C6">
                        <w:trPr>
                          <w:cnfStyle w:val="000000100000" w:firstRow="0" w:lastRow="0" w:firstColumn="0" w:lastColumn="0" w:oddVBand="0" w:evenVBand="0" w:oddHBand="1" w:evenHBand="0" w:firstRowFirstColumn="0" w:firstRowLastColumn="0" w:lastRowFirstColumn="0" w:lastRowLastColumn="0"/>
                          <w:trHeight w:val="566"/>
                        </w:trPr>
                        <w:tc>
                          <w:tcPr>
                            <w:cnfStyle w:val="001000000000" w:firstRow="0" w:lastRow="0" w:firstColumn="1" w:lastColumn="0" w:oddVBand="0" w:evenVBand="0" w:oddHBand="0" w:evenHBand="0" w:firstRowFirstColumn="0" w:firstRowLastColumn="0" w:lastRowFirstColumn="0" w:lastRowLastColumn="0"/>
                            <w:tcW w:w="691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EC259D" w:rsidRDefault="003A37E7" w:rsidP="006C29B3">
                            <w:pPr>
                              <w:jc w:val="center"/>
                              <w:rPr>
                                <w:rFonts w:cs="Times New Roman"/>
                                <w:sz w:val="20"/>
                                <w:szCs w:val="20"/>
                              </w:rPr>
                            </w:pPr>
                            <w:r w:rsidRPr="00EC259D">
                              <w:rPr>
                                <w:rFonts w:cs="Times New Roman"/>
                                <w:sz w:val="20"/>
                                <w:szCs w:val="20"/>
                              </w:rPr>
                              <w:t>SENIOR YEAR (YEARIV) - SECOND SEMESTER</w:t>
                            </w:r>
                          </w:p>
                        </w:tc>
                      </w:tr>
                      <w:tr w:rsidR="003A37E7" w:rsidRPr="00EC259D" w:rsidTr="00EC259D">
                        <w:trPr>
                          <w:cnfStyle w:val="000000010000" w:firstRow="0" w:lastRow="0" w:firstColumn="0" w:lastColumn="0" w:oddVBand="0" w:evenVBand="0" w:oddHBand="0" w:evenHBand="1" w:firstRowFirstColumn="0" w:firstRowLastColumn="0" w:lastRowFirstColumn="0" w:lastRowLastColumn="0"/>
                          <w:trHeight w:val="438"/>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EC259D" w:rsidRDefault="003A37E7" w:rsidP="006C29B3">
                            <w:pPr>
                              <w:jc w:val="center"/>
                              <w:rPr>
                                <w:rFonts w:cs="Times New Roman"/>
                                <w:sz w:val="20"/>
                                <w:szCs w:val="20"/>
                              </w:rPr>
                            </w:pPr>
                            <w:r w:rsidRPr="00EC259D">
                              <w:rPr>
                                <w:rFonts w:cs="Times New Roman"/>
                                <w:sz w:val="20"/>
                                <w:szCs w:val="20"/>
                              </w:rPr>
                              <w:t>COURSE CODE</w:t>
                            </w:r>
                          </w:p>
                        </w:tc>
                        <w:tc>
                          <w:tcPr>
                            <w:tcW w:w="4393" w:type="dxa"/>
                            <w:vAlign w:val="center"/>
                          </w:tcPr>
                          <w:p w:rsidR="003A37E7" w:rsidRPr="00EC259D"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C259D">
                              <w:rPr>
                                <w:rFonts w:cs="Times New Roman"/>
                                <w:b/>
                                <w:sz w:val="20"/>
                                <w:szCs w:val="20"/>
                              </w:rPr>
                              <w:t>COURSE TITLE</w:t>
                            </w:r>
                          </w:p>
                        </w:tc>
                        <w:tc>
                          <w:tcPr>
                            <w:tcW w:w="1353" w:type="dxa"/>
                            <w:tcBorders>
                              <w:right w:val="double" w:sz="4" w:space="0" w:color="C0504D" w:themeColor="accent2"/>
                            </w:tcBorders>
                            <w:vAlign w:val="center"/>
                          </w:tcPr>
                          <w:p w:rsidR="003A37E7" w:rsidRPr="00EC259D" w:rsidRDefault="003A37E7" w:rsidP="006C29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C259D">
                              <w:rPr>
                                <w:rFonts w:cs="Times New Roman"/>
                                <w:b/>
                                <w:sz w:val="20"/>
                                <w:szCs w:val="20"/>
                              </w:rPr>
                              <w:t>CREDIT HOURS</w:t>
                            </w:r>
                          </w:p>
                        </w:tc>
                      </w:tr>
                      <w:tr w:rsidR="003A37E7" w:rsidRPr="00EC259D" w:rsidTr="00E316C6">
                        <w:trPr>
                          <w:cnfStyle w:val="000000100000" w:firstRow="0" w:lastRow="0" w:firstColumn="0" w:lastColumn="0" w:oddVBand="0" w:evenVBand="0" w:oddHBand="1" w:evenHBand="0" w:firstRowFirstColumn="0" w:firstRowLastColumn="0" w:lastRowFirstColumn="0" w:lastRowLastColumn="0"/>
                          <w:trHeight w:val="591"/>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EC259D" w:rsidRDefault="003A37E7" w:rsidP="00287470">
                            <w:pPr>
                              <w:jc w:val="center"/>
                              <w:rPr>
                                <w:rFonts w:cs="Times New Roman"/>
                                <w:sz w:val="20"/>
                                <w:szCs w:val="20"/>
                              </w:rPr>
                            </w:pPr>
                            <w:r w:rsidRPr="00EC259D">
                              <w:rPr>
                                <w:rFonts w:cs="Times New Roman"/>
                                <w:sz w:val="20"/>
                                <w:szCs w:val="20"/>
                              </w:rPr>
                              <w:t>ELECTIVE</w:t>
                            </w:r>
                          </w:p>
                        </w:tc>
                        <w:tc>
                          <w:tcPr>
                            <w:tcW w:w="4393" w:type="dxa"/>
                            <w:vAlign w:val="center"/>
                          </w:tcPr>
                          <w:p w:rsidR="003A37E7" w:rsidRPr="00EC259D" w:rsidRDefault="003A37E7" w:rsidP="00287470">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C259D">
                              <w:rPr>
                                <w:rFonts w:cs="Times New Roman"/>
                                <w:b/>
                                <w:sz w:val="20"/>
                                <w:szCs w:val="20"/>
                              </w:rPr>
                              <w:t>PUBLIC SPEAKING AND DIPLOMACY</w:t>
                            </w:r>
                          </w:p>
                        </w:tc>
                        <w:tc>
                          <w:tcPr>
                            <w:tcW w:w="1353" w:type="dxa"/>
                            <w:tcBorders>
                              <w:right w:val="double" w:sz="4" w:space="0" w:color="C0504D" w:themeColor="accent2"/>
                            </w:tcBorders>
                            <w:vAlign w:val="center"/>
                          </w:tcPr>
                          <w:p w:rsidR="003A37E7" w:rsidRPr="00EC259D" w:rsidRDefault="003A37E7" w:rsidP="00287470">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C259D">
                              <w:rPr>
                                <w:rFonts w:cs="Times New Roman"/>
                                <w:b/>
                                <w:sz w:val="20"/>
                                <w:szCs w:val="20"/>
                              </w:rPr>
                              <w:t>2</w:t>
                            </w:r>
                          </w:p>
                        </w:tc>
                      </w:tr>
                      <w:tr w:rsidR="003A37E7" w:rsidRPr="00EC259D" w:rsidTr="00EC259D">
                        <w:trPr>
                          <w:cnfStyle w:val="000000010000" w:firstRow="0" w:lastRow="0" w:firstColumn="0" w:lastColumn="0" w:oddVBand="0" w:evenVBand="0" w:oddHBand="0" w:evenHBand="1"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EC259D" w:rsidRDefault="003A37E7" w:rsidP="00287470">
                            <w:pPr>
                              <w:jc w:val="center"/>
                              <w:rPr>
                                <w:rFonts w:cs="Times New Roman"/>
                                <w:sz w:val="20"/>
                                <w:szCs w:val="20"/>
                              </w:rPr>
                            </w:pPr>
                            <w:r w:rsidRPr="00EC259D">
                              <w:rPr>
                                <w:rFonts w:cs="Times New Roman"/>
                                <w:sz w:val="20"/>
                                <w:szCs w:val="20"/>
                              </w:rPr>
                              <w:t>PAD 410</w:t>
                            </w:r>
                          </w:p>
                        </w:tc>
                        <w:tc>
                          <w:tcPr>
                            <w:tcW w:w="4393" w:type="dxa"/>
                            <w:vAlign w:val="center"/>
                          </w:tcPr>
                          <w:p w:rsidR="003A37E7" w:rsidRPr="00EC259D" w:rsidRDefault="003A37E7" w:rsidP="00287470">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C259D">
                              <w:rPr>
                                <w:rFonts w:cs="Times New Roman"/>
                                <w:b/>
                                <w:sz w:val="20"/>
                                <w:szCs w:val="20"/>
                              </w:rPr>
                              <w:t>Public Policy Analysis</w:t>
                            </w:r>
                          </w:p>
                        </w:tc>
                        <w:tc>
                          <w:tcPr>
                            <w:tcW w:w="1353" w:type="dxa"/>
                            <w:tcBorders>
                              <w:right w:val="double" w:sz="4" w:space="0" w:color="C0504D" w:themeColor="accent2"/>
                            </w:tcBorders>
                            <w:vAlign w:val="center"/>
                          </w:tcPr>
                          <w:p w:rsidR="003A37E7" w:rsidRPr="00EC259D" w:rsidRDefault="003A37E7" w:rsidP="00287470">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C259D">
                              <w:rPr>
                                <w:rFonts w:cs="Times New Roman"/>
                                <w:b/>
                                <w:sz w:val="20"/>
                                <w:szCs w:val="20"/>
                              </w:rPr>
                              <w:t>3</w:t>
                            </w:r>
                          </w:p>
                        </w:tc>
                      </w:tr>
                      <w:tr w:rsidR="003A37E7" w:rsidRPr="00EC259D" w:rsidTr="00E316C6">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EC259D" w:rsidRDefault="003A37E7" w:rsidP="00223C32">
                            <w:pPr>
                              <w:jc w:val="center"/>
                              <w:rPr>
                                <w:rFonts w:cs="Times New Roman"/>
                                <w:sz w:val="20"/>
                                <w:szCs w:val="20"/>
                              </w:rPr>
                            </w:pPr>
                            <w:r w:rsidRPr="00EC259D">
                              <w:rPr>
                                <w:rFonts w:cs="Times New Roman"/>
                                <w:sz w:val="20"/>
                                <w:szCs w:val="20"/>
                              </w:rPr>
                              <w:t>ELECTIVE</w:t>
                            </w:r>
                          </w:p>
                        </w:tc>
                        <w:tc>
                          <w:tcPr>
                            <w:tcW w:w="4393" w:type="dxa"/>
                            <w:vAlign w:val="center"/>
                          </w:tcPr>
                          <w:p w:rsidR="003A37E7" w:rsidRPr="00EC259D" w:rsidRDefault="003A37E7" w:rsidP="00223C32">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C259D">
                              <w:rPr>
                                <w:rFonts w:cs="Times New Roman"/>
                                <w:b/>
                                <w:sz w:val="20"/>
                                <w:szCs w:val="20"/>
                              </w:rPr>
                              <w:t>Program Evaluation; Monitoring &amp; Evaluation (M&amp;E)</w:t>
                            </w:r>
                          </w:p>
                        </w:tc>
                        <w:tc>
                          <w:tcPr>
                            <w:tcW w:w="1353" w:type="dxa"/>
                            <w:tcBorders>
                              <w:right w:val="double" w:sz="4" w:space="0" w:color="C0504D" w:themeColor="accent2"/>
                            </w:tcBorders>
                            <w:vAlign w:val="center"/>
                          </w:tcPr>
                          <w:p w:rsidR="003A37E7" w:rsidRPr="00EC259D" w:rsidRDefault="003A37E7" w:rsidP="00223C32">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C259D">
                              <w:rPr>
                                <w:rFonts w:cs="Times New Roman"/>
                                <w:b/>
                                <w:sz w:val="20"/>
                                <w:szCs w:val="20"/>
                              </w:rPr>
                              <w:t>2</w:t>
                            </w:r>
                          </w:p>
                        </w:tc>
                      </w:tr>
                      <w:tr w:rsidR="003A37E7" w:rsidRPr="00EC259D" w:rsidTr="00E316C6">
                        <w:trPr>
                          <w:cnfStyle w:val="000000010000" w:firstRow="0" w:lastRow="0" w:firstColumn="0" w:lastColumn="0" w:oddVBand="0" w:evenVBand="0" w:oddHBand="0" w:evenHBand="1"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EC259D" w:rsidRDefault="003A37E7" w:rsidP="00223C32">
                            <w:pPr>
                              <w:jc w:val="center"/>
                              <w:rPr>
                                <w:rFonts w:cs="Times New Roman"/>
                                <w:sz w:val="20"/>
                                <w:szCs w:val="20"/>
                              </w:rPr>
                            </w:pPr>
                            <w:r w:rsidRPr="00EC259D">
                              <w:rPr>
                                <w:rFonts w:cs="Times New Roman"/>
                                <w:sz w:val="20"/>
                                <w:szCs w:val="20"/>
                              </w:rPr>
                              <w:t>BUS 412</w:t>
                            </w:r>
                          </w:p>
                        </w:tc>
                        <w:tc>
                          <w:tcPr>
                            <w:tcW w:w="4393" w:type="dxa"/>
                            <w:vAlign w:val="center"/>
                          </w:tcPr>
                          <w:p w:rsidR="003A37E7" w:rsidRPr="00EC259D" w:rsidRDefault="003A37E7" w:rsidP="00223C32">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C259D">
                              <w:rPr>
                                <w:rFonts w:cs="Times New Roman"/>
                                <w:b/>
                                <w:sz w:val="20"/>
                                <w:szCs w:val="20"/>
                              </w:rPr>
                              <w:t>Service Learning</w:t>
                            </w:r>
                          </w:p>
                        </w:tc>
                        <w:tc>
                          <w:tcPr>
                            <w:tcW w:w="1353" w:type="dxa"/>
                            <w:tcBorders>
                              <w:right w:val="double" w:sz="4" w:space="0" w:color="C0504D" w:themeColor="accent2"/>
                            </w:tcBorders>
                            <w:vAlign w:val="center"/>
                          </w:tcPr>
                          <w:p w:rsidR="003A37E7" w:rsidRPr="00EC259D" w:rsidRDefault="003A37E7" w:rsidP="00223C32">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C259D">
                              <w:rPr>
                                <w:rFonts w:cs="Times New Roman"/>
                                <w:b/>
                                <w:sz w:val="20"/>
                                <w:szCs w:val="20"/>
                              </w:rPr>
                              <w:t>3</w:t>
                            </w:r>
                          </w:p>
                        </w:tc>
                      </w:tr>
                      <w:tr w:rsidR="003A37E7" w:rsidRPr="00EC259D" w:rsidTr="00E316C6">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EC259D" w:rsidRDefault="003A37E7" w:rsidP="00223C32">
                            <w:pPr>
                              <w:jc w:val="center"/>
                              <w:rPr>
                                <w:rFonts w:cs="Times New Roman"/>
                                <w:sz w:val="20"/>
                                <w:szCs w:val="20"/>
                              </w:rPr>
                            </w:pPr>
                            <w:r w:rsidRPr="00EC259D">
                              <w:rPr>
                                <w:rFonts w:cs="Times New Roman"/>
                                <w:sz w:val="20"/>
                                <w:szCs w:val="20"/>
                              </w:rPr>
                              <w:t>BUS 314</w:t>
                            </w:r>
                          </w:p>
                        </w:tc>
                        <w:tc>
                          <w:tcPr>
                            <w:tcW w:w="4393" w:type="dxa"/>
                            <w:vAlign w:val="center"/>
                          </w:tcPr>
                          <w:p w:rsidR="003A37E7" w:rsidRPr="00EC259D" w:rsidRDefault="003A37E7" w:rsidP="00223C32">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C259D">
                              <w:rPr>
                                <w:rFonts w:cs="Times New Roman"/>
                                <w:b/>
                                <w:sz w:val="20"/>
                                <w:szCs w:val="20"/>
                              </w:rPr>
                              <w:t>Senior Research Paper</w:t>
                            </w:r>
                          </w:p>
                        </w:tc>
                        <w:tc>
                          <w:tcPr>
                            <w:tcW w:w="1353" w:type="dxa"/>
                            <w:tcBorders>
                              <w:right w:val="double" w:sz="4" w:space="0" w:color="C0504D" w:themeColor="accent2"/>
                            </w:tcBorders>
                            <w:vAlign w:val="center"/>
                          </w:tcPr>
                          <w:p w:rsidR="003A37E7" w:rsidRPr="00EC259D" w:rsidRDefault="003A37E7" w:rsidP="00223C32">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C259D">
                              <w:rPr>
                                <w:rFonts w:cs="Times New Roman"/>
                                <w:b/>
                                <w:sz w:val="20"/>
                                <w:szCs w:val="20"/>
                              </w:rPr>
                              <w:t>6</w:t>
                            </w:r>
                          </w:p>
                        </w:tc>
                      </w:tr>
                      <w:tr w:rsidR="00EC259D" w:rsidRPr="00EC259D" w:rsidTr="00EC259D">
                        <w:trPr>
                          <w:cnfStyle w:val="000000010000" w:firstRow="0" w:lastRow="0" w:firstColumn="0" w:lastColumn="0" w:oddVBand="0" w:evenVBand="0" w:oddHBand="0" w:evenHBand="1"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EC259D" w:rsidRPr="00EC259D" w:rsidRDefault="00EC259D" w:rsidP="00223C32">
                            <w:pPr>
                              <w:jc w:val="center"/>
                              <w:rPr>
                                <w:rFonts w:cs="Times New Roman"/>
                                <w:sz w:val="20"/>
                                <w:szCs w:val="20"/>
                              </w:rPr>
                            </w:pPr>
                            <w:r>
                              <w:rPr>
                                <w:rFonts w:cs="Times New Roman"/>
                                <w:sz w:val="20"/>
                                <w:szCs w:val="20"/>
                              </w:rPr>
                              <w:t>GEN 110</w:t>
                            </w:r>
                          </w:p>
                        </w:tc>
                        <w:tc>
                          <w:tcPr>
                            <w:tcW w:w="4393" w:type="dxa"/>
                            <w:vAlign w:val="center"/>
                          </w:tcPr>
                          <w:p w:rsidR="00EC259D" w:rsidRPr="00EC259D" w:rsidRDefault="00EC259D" w:rsidP="00223C32">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Pr>
                                <w:rFonts w:cs="Times New Roman"/>
                                <w:b/>
                                <w:sz w:val="20"/>
                                <w:szCs w:val="20"/>
                              </w:rPr>
                              <w:t>CHRISTIAN CHARACTER DEVELOPMENT</w:t>
                            </w:r>
                          </w:p>
                        </w:tc>
                        <w:tc>
                          <w:tcPr>
                            <w:tcW w:w="1353" w:type="dxa"/>
                            <w:tcBorders>
                              <w:right w:val="double" w:sz="4" w:space="0" w:color="C0504D" w:themeColor="accent2"/>
                            </w:tcBorders>
                            <w:vAlign w:val="center"/>
                          </w:tcPr>
                          <w:p w:rsidR="00EC259D" w:rsidRPr="00EC259D" w:rsidRDefault="00EC259D" w:rsidP="00223C32">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Pr>
                                <w:rFonts w:cs="Times New Roman"/>
                                <w:b/>
                                <w:sz w:val="20"/>
                                <w:szCs w:val="20"/>
                              </w:rPr>
                              <w:t>2</w:t>
                            </w:r>
                          </w:p>
                        </w:tc>
                      </w:tr>
                      <w:tr w:rsidR="00EC259D" w:rsidRPr="00EC259D" w:rsidTr="00EC259D">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EC259D" w:rsidRDefault="00EC259D" w:rsidP="00223C32">
                            <w:pPr>
                              <w:jc w:val="center"/>
                              <w:rPr>
                                <w:rFonts w:cs="Times New Roman"/>
                                <w:sz w:val="20"/>
                                <w:szCs w:val="20"/>
                              </w:rPr>
                            </w:pPr>
                            <w:r>
                              <w:rPr>
                                <w:rFonts w:cs="Times New Roman"/>
                                <w:sz w:val="20"/>
                                <w:szCs w:val="20"/>
                              </w:rPr>
                              <w:t>MINOR</w:t>
                            </w:r>
                          </w:p>
                        </w:tc>
                        <w:tc>
                          <w:tcPr>
                            <w:tcW w:w="4393" w:type="dxa"/>
                            <w:vAlign w:val="center"/>
                          </w:tcPr>
                          <w:p w:rsidR="00EC259D" w:rsidRDefault="00EC259D" w:rsidP="00223C32">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p>
                        </w:tc>
                        <w:tc>
                          <w:tcPr>
                            <w:tcW w:w="1353" w:type="dxa"/>
                            <w:tcBorders>
                              <w:right w:val="double" w:sz="4" w:space="0" w:color="C0504D" w:themeColor="accent2"/>
                            </w:tcBorders>
                            <w:vAlign w:val="center"/>
                          </w:tcPr>
                          <w:p w:rsidR="00EC259D" w:rsidRDefault="00EC259D" w:rsidP="00223C32">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rFonts w:cs="Times New Roman"/>
                                <w:b/>
                                <w:sz w:val="20"/>
                                <w:szCs w:val="20"/>
                              </w:rPr>
                              <w:t>3</w:t>
                            </w:r>
                          </w:p>
                        </w:tc>
                      </w:tr>
                      <w:tr w:rsidR="003A37E7" w:rsidRPr="00EC259D" w:rsidTr="00E316C6">
                        <w:trPr>
                          <w:cnfStyle w:val="000000010000" w:firstRow="0" w:lastRow="0" w:firstColumn="0" w:lastColumn="0" w:oddVBand="0" w:evenVBand="0" w:oddHBand="0" w:evenHBand="1"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5562" w:type="dxa"/>
                            <w:gridSpan w:val="2"/>
                            <w:tcBorders>
                              <w:left w:val="double" w:sz="4" w:space="0" w:color="C0504D" w:themeColor="accent2"/>
                              <w:bottom w:val="double" w:sz="4" w:space="0" w:color="C0504D" w:themeColor="accent2"/>
                            </w:tcBorders>
                            <w:vAlign w:val="center"/>
                          </w:tcPr>
                          <w:p w:rsidR="003A37E7" w:rsidRPr="00EC259D" w:rsidRDefault="003A37E7" w:rsidP="00223C32">
                            <w:pPr>
                              <w:jc w:val="center"/>
                              <w:rPr>
                                <w:rFonts w:cs="Times New Roman"/>
                                <w:sz w:val="20"/>
                                <w:szCs w:val="20"/>
                              </w:rPr>
                            </w:pPr>
                          </w:p>
                          <w:p w:rsidR="003A37E7" w:rsidRPr="00EC259D" w:rsidRDefault="003A37E7" w:rsidP="00223C32">
                            <w:pPr>
                              <w:jc w:val="center"/>
                              <w:rPr>
                                <w:rFonts w:cs="Times New Roman"/>
                                <w:sz w:val="20"/>
                                <w:szCs w:val="20"/>
                              </w:rPr>
                            </w:pPr>
                            <w:r w:rsidRPr="00EC259D">
                              <w:rPr>
                                <w:rFonts w:cs="Times New Roman"/>
                                <w:sz w:val="20"/>
                                <w:szCs w:val="20"/>
                              </w:rPr>
                              <w:t>TOTAL CREDIT HOURS</w:t>
                            </w:r>
                          </w:p>
                        </w:tc>
                        <w:tc>
                          <w:tcPr>
                            <w:tcW w:w="1353" w:type="dxa"/>
                            <w:tcBorders>
                              <w:bottom w:val="double" w:sz="4" w:space="0" w:color="C0504D" w:themeColor="accent2"/>
                              <w:right w:val="double" w:sz="4" w:space="0" w:color="C0504D" w:themeColor="accent2"/>
                            </w:tcBorders>
                            <w:vAlign w:val="center"/>
                          </w:tcPr>
                          <w:p w:rsidR="003A37E7" w:rsidRPr="00EC259D" w:rsidRDefault="00EC259D" w:rsidP="00223C32">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Pr>
                                <w:rFonts w:cs="Times New Roman"/>
                                <w:b/>
                                <w:sz w:val="20"/>
                                <w:szCs w:val="20"/>
                              </w:rPr>
                              <w:t>21</w:t>
                            </w:r>
                          </w:p>
                        </w:tc>
                      </w:tr>
                    </w:tbl>
                    <w:p w:rsidR="003A37E7" w:rsidRDefault="003A37E7"/>
                  </w:txbxContent>
                </v:textbox>
              </v:shape>
            </w:pict>
          </mc:Fallback>
        </mc:AlternateContent>
      </w:r>
    </w:p>
    <w:p w:rsidR="00BB10EC" w:rsidRDefault="00BB10EC" w:rsidP="00BB10EC"/>
    <w:p w:rsidR="00BB10EC" w:rsidRDefault="00BB10EC" w:rsidP="00BB10EC"/>
    <w:p w:rsidR="00BB10EC" w:rsidRDefault="00BB10EC" w:rsidP="00BB10EC"/>
    <w:p w:rsidR="00BB10EC" w:rsidRDefault="00BB10EC" w:rsidP="00BB10EC"/>
    <w:p w:rsidR="00BB10EC" w:rsidRDefault="00BB10EC" w:rsidP="00BB10EC"/>
    <w:p w:rsidR="00BB10EC" w:rsidRDefault="00BB10EC" w:rsidP="00BB10EC"/>
    <w:p w:rsidR="00BB10EC" w:rsidRDefault="00BB10EC" w:rsidP="00BB10EC"/>
    <w:p w:rsidR="00BB10EC" w:rsidRDefault="00BB10EC" w:rsidP="00BB10EC"/>
    <w:p w:rsidR="00BB10EC" w:rsidRDefault="00BB10EC" w:rsidP="00BB10EC"/>
    <w:p w:rsidR="00BB10EC" w:rsidRDefault="00984717" w:rsidP="00BB10EC">
      <w:r>
        <w:rPr>
          <w:noProof/>
        </w:rPr>
        <mc:AlternateContent>
          <mc:Choice Requires="wps">
            <w:drawing>
              <wp:anchor distT="0" distB="0" distL="114300" distR="114300" simplePos="0" relativeHeight="251743232" behindDoc="0" locked="0" layoutInCell="1" allowOverlap="1" wp14:anchorId="482CBDBF" wp14:editId="77781AF4">
                <wp:simplePos x="0" y="0"/>
                <wp:positionH relativeFrom="page">
                  <wp:posOffset>154940</wp:posOffset>
                </wp:positionH>
                <wp:positionV relativeFrom="paragraph">
                  <wp:posOffset>908728</wp:posOffset>
                </wp:positionV>
                <wp:extent cx="4230624" cy="489857"/>
                <wp:effectExtent l="57150" t="38100" r="74930" b="100965"/>
                <wp:wrapNone/>
                <wp:docPr id="99" name="Text Box 99"/>
                <wp:cNvGraphicFramePr/>
                <a:graphic xmlns:a="http://schemas.openxmlformats.org/drawingml/2006/main">
                  <a:graphicData uri="http://schemas.microsoft.com/office/word/2010/wordprocessingShape">
                    <wps:wsp>
                      <wps:cNvSpPr txBox="1"/>
                      <wps:spPr>
                        <a:xfrm>
                          <a:off x="0" y="0"/>
                          <a:ext cx="4230624" cy="489857"/>
                        </a:xfrm>
                        <a:prstGeom prst="rect">
                          <a:avLst/>
                        </a:prstGeom>
                        <a:ln/>
                      </wps:spPr>
                      <wps:style>
                        <a:lnRef idx="1">
                          <a:schemeClr val="accent1"/>
                        </a:lnRef>
                        <a:fillRef idx="2">
                          <a:schemeClr val="accent1"/>
                        </a:fillRef>
                        <a:effectRef idx="1">
                          <a:schemeClr val="accent1"/>
                        </a:effectRef>
                        <a:fontRef idx="minor">
                          <a:schemeClr val="dk1"/>
                        </a:fontRef>
                      </wps:style>
                      <wps:txbx>
                        <w:txbxContent>
                          <w:tbl>
                            <w:tblPr>
                              <w:tblStyle w:val="TableGrid"/>
                              <w:tblW w:w="6570" w:type="dxa"/>
                              <w:tblInd w:w="-95" w:type="dxa"/>
                              <w:tblLook w:val="04A0" w:firstRow="1" w:lastRow="0" w:firstColumn="1" w:lastColumn="0" w:noHBand="0" w:noVBand="1"/>
                            </w:tblPr>
                            <w:tblGrid>
                              <w:gridCol w:w="4680"/>
                              <w:gridCol w:w="1890"/>
                            </w:tblGrid>
                            <w:tr w:rsidR="003A37E7" w:rsidRPr="00E47AC6" w:rsidTr="00FA44FB">
                              <w:trPr>
                                <w:trHeight w:val="530"/>
                              </w:trPr>
                              <w:tc>
                                <w:tcPr>
                                  <w:tcW w:w="4680" w:type="dxa"/>
                                  <w:vAlign w:val="center"/>
                                </w:tcPr>
                                <w:p w:rsidR="003A37E7" w:rsidRPr="00E47AC6" w:rsidRDefault="003A37E7" w:rsidP="00FA44FB">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1890" w:type="dxa"/>
                                  <w:vAlign w:val="center"/>
                                </w:tcPr>
                                <w:p w:rsidR="003A37E7" w:rsidRPr="00E47AC6" w:rsidRDefault="003A37E7" w:rsidP="00FA44FB">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150</w:t>
                                  </w:r>
                                </w:p>
                              </w:tc>
                            </w:tr>
                          </w:tbl>
                          <w:p w:rsidR="003A37E7" w:rsidRPr="00E47AC6"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2CBDBF" id="Text Box 99" o:spid="_x0000_s1055" type="#_x0000_t202" style="position:absolute;margin-left:12.2pt;margin-top:71.55pt;width:333.1pt;height:38.55pt;z-index:251743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" fillcolor="#a7bfde [1620]" strokecolor="#4579b8 [3044]">
                <v:fill color2="#e4ecf5 [500]" rotate="t" angle="180" colors="0 #a3c4ff;22938f #bfd5ff;1 #e5eeff" focus="100%" type="gradient"/>
                <v:shadow on="t" color="black" opacity="24903f" origin=",.5" offset="0,.55556mm"/>
                <v:textbox>
                  <w:txbxContent>
                    <w:tbl>
                      <w:tblPr>
                        <w:tblStyle w:val="TableGrid"/>
                        <w:tblW w:w="6570" w:type="dxa"/>
                        <w:tblInd w:w="-95" w:type="dxa"/>
                        <w:tblLook w:val="04A0" w:firstRow="1" w:lastRow="0" w:firstColumn="1" w:lastColumn="0" w:noHBand="0" w:noVBand="1"/>
                      </w:tblPr>
                      <w:tblGrid>
                        <w:gridCol w:w="4680"/>
                        <w:gridCol w:w="1890"/>
                      </w:tblGrid>
                      <w:tr w:rsidR="003A37E7" w:rsidRPr="00E47AC6" w:rsidTr="00FA44FB">
                        <w:trPr>
                          <w:trHeight w:val="530"/>
                        </w:trPr>
                        <w:tc>
                          <w:tcPr>
                            <w:tcW w:w="4680" w:type="dxa"/>
                            <w:vAlign w:val="center"/>
                          </w:tcPr>
                          <w:p w:rsidR="003A37E7" w:rsidRPr="00E47AC6" w:rsidRDefault="003A37E7" w:rsidP="00FA44FB">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1890" w:type="dxa"/>
                            <w:vAlign w:val="center"/>
                          </w:tcPr>
                          <w:p w:rsidR="003A37E7" w:rsidRPr="00E47AC6" w:rsidRDefault="003A37E7" w:rsidP="00FA44FB">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150</w:t>
                            </w:r>
                          </w:p>
                        </w:tc>
                      </w:tr>
                    </w:tbl>
                    <w:p w:rsidR="003A37E7" w:rsidRPr="00E47AC6"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page"/>
              </v:shape>
            </w:pict>
          </mc:Fallback>
        </mc:AlternateContent>
      </w:r>
    </w:p>
    <w:p w:rsidR="00BB10EC" w:rsidRDefault="00BC65CE" w:rsidP="00BB10EC">
      <w:r>
        <w:rPr>
          <w:noProof/>
        </w:rPr>
        <w:lastRenderedPageBreak/>
        <mc:AlternateContent>
          <mc:Choice Requires="wps">
            <w:drawing>
              <wp:anchor distT="0" distB="0" distL="114300" distR="114300" simplePos="0" relativeHeight="251831296" behindDoc="0" locked="0" layoutInCell="1" allowOverlap="1" wp14:anchorId="3676B5A6" wp14:editId="03236D5C">
                <wp:simplePos x="0" y="0"/>
                <wp:positionH relativeFrom="column">
                  <wp:posOffset>-497315</wp:posOffset>
                </wp:positionH>
                <wp:positionV relativeFrom="paragraph">
                  <wp:posOffset>-118745</wp:posOffset>
                </wp:positionV>
                <wp:extent cx="4251366" cy="3681984"/>
                <wp:effectExtent l="0" t="0" r="0" b="0"/>
                <wp:wrapNone/>
                <wp:docPr id="160" name="Text Box 160"/>
                <wp:cNvGraphicFramePr/>
                <a:graphic xmlns:a="http://schemas.openxmlformats.org/drawingml/2006/main">
                  <a:graphicData uri="http://schemas.microsoft.com/office/word/2010/wordprocessingShape">
                    <wps:wsp>
                      <wps:cNvSpPr txBox="1"/>
                      <wps:spPr>
                        <a:xfrm>
                          <a:off x="0" y="0"/>
                          <a:ext cx="4251366" cy="368198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810" w:type="dxa"/>
                              <w:tblInd w:w="-330" w:type="dxa"/>
                              <w:tblLook w:val="04A0" w:firstRow="1" w:lastRow="0" w:firstColumn="1" w:lastColumn="0" w:noHBand="0" w:noVBand="1"/>
                            </w:tblPr>
                            <w:tblGrid>
                              <w:gridCol w:w="90"/>
                              <w:gridCol w:w="1344"/>
                              <w:gridCol w:w="76"/>
                              <w:gridCol w:w="3035"/>
                              <w:gridCol w:w="1121"/>
                              <w:gridCol w:w="994"/>
                              <w:gridCol w:w="150"/>
                            </w:tblGrid>
                            <w:tr w:rsidR="003A37E7" w:rsidRPr="004B18E5" w:rsidTr="00E920D1">
                              <w:trPr>
                                <w:gridBefore w:val="1"/>
                                <w:gridAfter w:val="1"/>
                                <w:cnfStyle w:val="100000000000" w:firstRow="1" w:lastRow="0" w:firstColumn="0" w:lastColumn="0" w:oddVBand="0" w:evenVBand="0" w:oddHBand="0" w:evenHBand="0"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6570" w:type="dxa"/>
                                  <w:gridSpan w:val="5"/>
                                  <w:tcBorders>
                                    <w:top w:val="single" w:sz="48" w:space="0" w:color="auto"/>
                                    <w:left w:val="single" w:sz="48" w:space="0" w:color="auto"/>
                                    <w:bottom w:val="single" w:sz="48" w:space="0" w:color="auto"/>
                                    <w:right w:val="single" w:sz="48" w:space="0" w:color="auto"/>
                                  </w:tcBorders>
                                  <w:vAlign w:val="center"/>
                                </w:tcPr>
                                <w:p w:rsidR="003A37E7" w:rsidRPr="004B18E5" w:rsidRDefault="003A37E7" w:rsidP="004B18E5">
                                  <w:pPr>
                                    <w:pStyle w:val="Heading3"/>
                                    <w:jc w:val="center"/>
                                    <w:outlineLvl w:val="2"/>
                                    <w:rPr>
                                      <w:rFonts w:ascii="Bahnschrift" w:hAnsi="Bahnschrift"/>
                                      <w:sz w:val="20"/>
                                      <w:szCs w:val="20"/>
                                    </w:rPr>
                                  </w:pPr>
                                  <w:r>
                                    <w:rPr>
                                      <w:rFonts w:ascii="Times New Roman" w:hAnsi="Times New Roman" w:cs="Times New Roman"/>
                                      <w:b/>
                                      <w:color w:val="FF0000"/>
                                      <w:sz w:val="22"/>
                                    </w:rPr>
                                    <w:t>BBA -</w:t>
                                  </w:r>
                                  <w:r w:rsidRPr="00330B70">
                                    <w:rPr>
                                      <w:rFonts w:ascii="Times New Roman" w:hAnsi="Times New Roman" w:cs="Times New Roman"/>
                                      <w:b/>
                                      <w:color w:val="FF0000"/>
                                      <w:sz w:val="22"/>
                                    </w:rPr>
                                    <w:t>HUMAN RESOURCES MANAGEMENT</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6570" w:type="dxa"/>
                                  <w:gridSpan w:val="5"/>
                                  <w:tcBorders>
                                    <w:top w:val="single" w:sz="48" w:space="0" w:color="auto"/>
                                    <w:left w:val="double" w:sz="4" w:space="0" w:color="C0504D" w:themeColor="accent2"/>
                                    <w:bottom w:val="double" w:sz="18" w:space="0" w:color="1F497D" w:themeColor="text2"/>
                                    <w:right w:val="double" w:sz="4" w:space="0" w:color="C0504D" w:themeColor="accent2"/>
                                  </w:tcBorders>
                                  <w:vAlign w:val="center"/>
                                </w:tcPr>
                                <w:p w:rsidR="003A37E7" w:rsidRPr="004B18E5" w:rsidRDefault="003A37E7" w:rsidP="00936337">
                                  <w:pPr>
                                    <w:jc w:val="center"/>
                                    <w:rPr>
                                      <w:sz w:val="20"/>
                                      <w:szCs w:val="20"/>
                                    </w:rPr>
                                  </w:pPr>
                                  <w:r>
                                    <w:rPr>
                                      <w:sz w:val="20"/>
                                      <w:szCs w:val="20"/>
                                    </w:rPr>
                                    <w:t>FRESHMEN YEAR (YEAR I</w:t>
                                  </w:r>
                                  <w:r w:rsidRPr="009B29F2">
                                    <w:rPr>
                                      <w:sz w:val="20"/>
                                      <w:szCs w:val="20"/>
                                    </w:rPr>
                                    <w:t>) - FIRST SEMESTER</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COURSE CODE</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COURSE TITLE</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CREDIT HOURS</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Gen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4B18E5">
                                    <w:rPr>
                                      <w:b/>
                                      <w:sz w:val="20"/>
                                      <w:szCs w:val="20"/>
                                    </w:rPr>
                                    <w:t xml:space="preserve">LIFE IN CHRIST </w:t>
                                  </w:r>
                                  <w:r>
                                    <w:rPr>
                                      <w:b/>
                                      <w:sz w:val="20"/>
                                      <w:szCs w:val="20"/>
                                    </w:rPr>
                                    <w:t>1</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4B18E5">
                                    <w:rPr>
                                      <w:b/>
                                      <w:sz w:val="20"/>
                                      <w:szCs w:val="20"/>
                                    </w:rPr>
                                    <w:t>2</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ACC: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INTRODUCTION TO ACCOUNTING</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FREN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b/>
                                      <w:sz w:val="20"/>
                                      <w:szCs w:val="20"/>
                                    </w:rPr>
                                    <w:t>FUNDAMENTALS OF FRENCH</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2</w:t>
                                  </w:r>
                                </w:p>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ECON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INTRODUCTION TO MICRO ECONOMICS</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CMP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b/>
                                      <w:sz w:val="20"/>
                                      <w:szCs w:val="20"/>
                                    </w:rPr>
                                    <w:t>INTRODUCTION TO COMPUTER CONCEPT</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SOS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INTRODUCTION TO SOCIAL SCIENCES</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ENG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b/>
                                      <w:sz w:val="20"/>
                                      <w:szCs w:val="20"/>
                                    </w:rPr>
                                    <w:t>ENGLISH &amp; COMMUNICATION SKILLS</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90" w:type="dxa"/>
                                <w:wAfter w:w="150" w:type="dxa"/>
                                <w:trHeight w:val="313"/>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MATH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GENERAL MATHEMATICS</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90" w:type="dxa"/>
                                <w:wAfter w:w="150" w:type="dxa"/>
                                <w:trHeight w:val="565"/>
                              </w:trPr>
                              <w:tc>
                                <w:tcPr>
                                  <w:cnfStyle w:val="001000000000" w:firstRow="0" w:lastRow="0" w:firstColumn="1" w:lastColumn="0" w:oddVBand="0" w:evenVBand="0" w:oddHBand="0" w:evenHBand="0" w:firstRowFirstColumn="0" w:firstRowLastColumn="0" w:lastRowFirstColumn="0" w:lastRowLastColumn="0"/>
                                  <w:tcW w:w="5576" w:type="dxa"/>
                                  <w:gridSpan w:val="4"/>
                                  <w:tcBorders>
                                    <w:top w:val="double" w:sz="18" w:space="0" w:color="1F497D" w:themeColor="text2"/>
                                    <w:left w:val="double" w:sz="4" w:space="0" w:color="C0504D" w:themeColor="accent2"/>
                                    <w:bottom w:val="double" w:sz="4" w:space="0" w:color="C0504D" w:themeColor="accen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 xml:space="preserve">TOTAL </w:t>
                                  </w:r>
                                  <w:r w:rsidRPr="004B18E5">
                                    <w:rPr>
                                      <w:b w:val="0"/>
                                      <w:sz w:val="20"/>
                                      <w:szCs w:val="20"/>
                                    </w:rPr>
                                    <w:t>CREDIT HOURS</w:t>
                                  </w:r>
                                </w:p>
                              </w:tc>
                              <w:tc>
                                <w:tcPr>
                                  <w:tcW w:w="994" w:type="dxa"/>
                                  <w:tcBorders>
                                    <w:top w:val="double" w:sz="18" w:space="0" w:color="1F497D" w:themeColor="text2"/>
                                    <w:left w:val="double" w:sz="18" w:space="0" w:color="1F497D" w:themeColor="text2"/>
                                    <w:bottom w:val="double" w:sz="4" w:space="0" w:color="C0504D" w:themeColor="accent2"/>
                                    <w:right w:val="double" w:sz="4" w:space="0" w:color="C0504D" w:themeColor="accen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22</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gridSpan w:val="3"/>
                                  <w:tcBorders>
                                    <w:left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ACC: 101</w:t>
                                  </w:r>
                                </w:p>
                              </w:tc>
                              <w:tc>
                                <w:tcPr>
                                  <w:tcW w:w="3035" w:type="dxa"/>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INTRODUCTION TO ACCOUNTING</w:t>
                                  </w:r>
                                </w:p>
                              </w:tc>
                              <w:tc>
                                <w:tcPr>
                                  <w:tcW w:w="2265" w:type="dxa"/>
                                  <w:gridSpan w:val="3"/>
                                  <w:tcBorders>
                                    <w:right w:val="double" w:sz="4" w:space="0" w:color="C0504D" w:themeColor="accent2"/>
                                  </w:tcBorders>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gridSpan w:val="3"/>
                                  <w:tcBorders>
                                    <w:left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FREN 101</w:t>
                                  </w:r>
                                </w:p>
                              </w:tc>
                              <w:tc>
                                <w:tcPr>
                                  <w:tcW w:w="3035" w:type="dxa"/>
                                  <w:vAlign w:val="center"/>
                                </w:tcPr>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b/>
                                      <w:sz w:val="20"/>
                                      <w:szCs w:val="20"/>
                                    </w:rPr>
                                    <w:t>FUNDAMENTALS OF FRENCH</w:t>
                                  </w:r>
                                </w:p>
                              </w:tc>
                              <w:tc>
                                <w:tcPr>
                                  <w:tcW w:w="2265" w:type="dxa"/>
                                  <w:gridSpan w:val="3"/>
                                  <w:tcBorders>
                                    <w:right w:val="double" w:sz="4" w:space="0" w:color="C0504D" w:themeColor="accent2"/>
                                  </w:tcBorders>
                                  <w:vAlign w:val="center"/>
                                </w:tcPr>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2</w:t>
                                  </w:r>
                                </w:p>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3A37E7" w:rsidRPr="004B18E5" w:rsidTr="00E920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gridSpan w:val="3"/>
                                  <w:tcBorders>
                                    <w:left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ECON 101</w:t>
                                  </w:r>
                                </w:p>
                              </w:tc>
                              <w:tc>
                                <w:tcPr>
                                  <w:tcW w:w="3035" w:type="dxa"/>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INTRODUCTION TO MICRO ECONOMICS</w:t>
                                  </w:r>
                                </w:p>
                              </w:tc>
                              <w:tc>
                                <w:tcPr>
                                  <w:tcW w:w="2265" w:type="dxa"/>
                                  <w:gridSpan w:val="3"/>
                                  <w:tcBorders>
                                    <w:right w:val="double" w:sz="4" w:space="0" w:color="C0504D" w:themeColor="accent2"/>
                                  </w:tcBorders>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gridSpan w:val="3"/>
                                  <w:tcBorders>
                                    <w:left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CMP 101</w:t>
                                  </w:r>
                                </w:p>
                              </w:tc>
                              <w:tc>
                                <w:tcPr>
                                  <w:tcW w:w="3035" w:type="dxa"/>
                                  <w:vAlign w:val="center"/>
                                </w:tcPr>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b/>
                                      <w:sz w:val="20"/>
                                      <w:szCs w:val="20"/>
                                    </w:rPr>
                                    <w:t>INTRODUCTION TO COMPUTER CONCEPT</w:t>
                                  </w:r>
                                </w:p>
                              </w:tc>
                              <w:tc>
                                <w:tcPr>
                                  <w:tcW w:w="2265" w:type="dxa"/>
                                  <w:gridSpan w:val="3"/>
                                  <w:tcBorders>
                                    <w:right w:val="double" w:sz="4" w:space="0" w:color="C0504D" w:themeColor="accent2"/>
                                  </w:tcBorders>
                                  <w:vAlign w:val="center"/>
                                </w:tcPr>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gridSpan w:val="3"/>
                                  <w:tcBorders>
                                    <w:left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SOS 101</w:t>
                                  </w:r>
                                </w:p>
                              </w:tc>
                              <w:tc>
                                <w:tcPr>
                                  <w:tcW w:w="3035" w:type="dxa"/>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INTRODUCTION TO SOCIAL SCIENCES</w:t>
                                  </w:r>
                                </w:p>
                              </w:tc>
                              <w:tc>
                                <w:tcPr>
                                  <w:tcW w:w="2265" w:type="dxa"/>
                                  <w:gridSpan w:val="3"/>
                                  <w:tcBorders>
                                    <w:right w:val="double" w:sz="4" w:space="0" w:color="C0504D" w:themeColor="accent2"/>
                                  </w:tcBorders>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gridSpan w:val="3"/>
                                  <w:tcBorders>
                                    <w:left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ENG 101</w:t>
                                  </w:r>
                                </w:p>
                              </w:tc>
                              <w:tc>
                                <w:tcPr>
                                  <w:tcW w:w="3035" w:type="dxa"/>
                                  <w:vAlign w:val="center"/>
                                </w:tcPr>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b/>
                                      <w:sz w:val="20"/>
                                      <w:szCs w:val="20"/>
                                    </w:rPr>
                                    <w:t>ENGLISH &amp; COMMUNICATION SKILLS</w:t>
                                  </w:r>
                                </w:p>
                              </w:tc>
                              <w:tc>
                                <w:tcPr>
                                  <w:tcW w:w="2265" w:type="dxa"/>
                                  <w:gridSpan w:val="3"/>
                                  <w:tcBorders>
                                    <w:right w:val="double" w:sz="4" w:space="0" w:color="C0504D" w:themeColor="accent2"/>
                                  </w:tcBorders>
                                  <w:vAlign w:val="center"/>
                                </w:tcPr>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gridSpan w:val="3"/>
                                  <w:tcBorders>
                                    <w:left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MATH 101</w:t>
                                  </w:r>
                                </w:p>
                              </w:tc>
                              <w:tc>
                                <w:tcPr>
                                  <w:tcW w:w="3035" w:type="dxa"/>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GENERAL MATHEMATICS</w:t>
                                  </w:r>
                                </w:p>
                              </w:tc>
                              <w:tc>
                                <w:tcPr>
                                  <w:tcW w:w="2265" w:type="dxa"/>
                                  <w:gridSpan w:val="3"/>
                                  <w:tcBorders>
                                    <w:right w:val="double" w:sz="4" w:space="0" w:color="C0504D" w:themeColor="accent2"/>
                                  </w:tcBorders>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45" w:type="dxa"/>
                                  <w:gridSpan w:val="4"/>
                                  <w:tcBorders>
                                    <w:left w:val="double" w:sz="4" w:space="0" w:color="C0504D" w:themeColor="accent2"/>
                                    <w:bottom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TOTAL CREDIT HOURS</w:t>
                                  </w:r>
                                </w:p>
                              </w:tc>
                              <w:tc>
                                <w:tcPr>
                                  <w:tcW w:w="2265" w:type="dxa"/>
                                  <w:gridSpan w:val="3"/>
                                  <w:tcBorders>
                                    <w:bottom w:val="double" w:sz="4" w:space="0" w:color="C0504D" w:themeColor="accent2"/>
                                    <w:right w:val="double" w:sz="4" w:space="0" w:color="C0504D" w:themeColor="accent2"/>
                                  </w:tcBorders>
                                  <w:vAlign w:val="center"/>
                                </w:tcPr>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76B5A6" id="Text Box 160" o:spid="_x0000_s1056" type="#_x0000_t202" style="position:absolute;margin-left:-39.15pt;margin-top:-9.35pt;width:334.75pt;height:289.9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" fillcolor="white [3201]" stroked="f" strokeweight=".5pt">
                <v:textbox>
                  <w:txbxContent>
                    <w:tbl>
                      <w:tblPr>
                        <w:tblStyle w:val="LightGrid"/>
                        <w:tblW w:w="6810" w:type="dxa"/>
                        <w:tblInd w:w="-330" w:type="dxa"/>
                        <w:tblLook w:val="04A0" w:firstRow="1" w:lastRow="0" w:firstColumn="1" w:lastColumn="0" w:noHBand="0" w:noVBand="1"/>
                      </w:tblPr>
                      <w:tblGrid>
                        <w:gridCol w:w="90"/>
                        <w:gridCol w:w="1344"/>
                        <w:gridCol w:w="76"/>
                        <w:gridCol w:w="3035"/>
                        <w:gridCol w:w="1121"/>
                        <w:gridCol w:w="994"/>
                        <w:gridCol w:w="150"/>
                      </w:tblGrid>
                      <w:tr w:rsidR="003A37E7" w:rsidRPr="004B18E5" w:rsidTr="00E920D1">
                        <w:trPr>
                          <w:gridBefore w:val="1"/>
                          <w:gridAfter w:val="1"/>
                          <w:cnfStyle w:val="100000000000" w:firstRow="1" w:lastRow="0" w:firstColumn="0" w:lastColumn="0" w:oddVBand="0" w:evenVBand="0" w:oddHBand="0" w:evenHBand="0"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6570" w:type="dxa"/>
                            <w:gridSpan w:val="5"/>
                            <w:tcBorders>
                              <w:top w:val="single" w:sz="48" w:space="0" w:color="auto"/>
                              <w:left w:val="single" w:sz="48" w:space="0" w:color="auto"/>
                              <w:bottom w:val="single" w:sz="48" w:space="0" w:color="auto"/>
                              <w:right w:val="single" w:sz="48" w:space="0" w:color="auto"/>
                            </w:tcBorders>
                            <w:vAlign w:val="center"/>
                          </w:tcPr>
                          <w:p w:rsidR="003A37E7" w:rsidRPr="004B18E5" w:rsidRDefault="003A37E7" w:rsidP="004B18E5">
                            <w:pPr>
                              <w:pStyle w:val="Heading3"/>
                              <w:jc w:val="center"/>
                              <w:outlineLvl w:val="2"/>
                              <w:rPr>
                                <w:rFonts w:ascii="Bahnschrift" w:hAnsi="Bahnschrift"/>
                                <w:sz w:val="20"/>
                                <w:szCs w:val="20"/>
                              </w:rPr>
                            </w:pPr>
                            <w:r>
                              <w:rPr>
                                <w:rFonts w:ascii="Times New Roman" w:hAnsi="Times New Roman" w:cs="Times New Roman"/>
                                <w:b/>
                                <w:color w:val="FF0000"/>
                                <w:sz w:val="22"/>
                              </w:rPr>
                              <w:t>BBA -</w:t>
                            </w:r>
                            <w:r w:rsidRPr="00330B70">
                              <w:rPr>
                                <w:rFonts w:ascii="Times New Roman" w:hAnsi="Times New Roman" w:cs="Times New Roman"/>
                                <w:b/>
                                <w:color w:val="FF0000"/>
                                <w:sz w:val="22"/>
                              </w:rPr>
                              <w:t>HUMAN RESOURCES MANAGEMENT</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6570" w:type="dxa"/>
                            <w:gridSpan w:val="5"/>
                            <w:tcBorders>
                              <w:top w:val="single" w:sz="48" w:space="0" w:color="auto"/>
                              <w:left w:val="double" w:sz="4" w:space="0" w:color="C0504D" w:themeColor="accent2"/>
                              <w:bottom w:val="double" w:sz="18" w:space="0" w:color="1F497D" w:themeColor="text2"/>
                              <w:right w:val="double" w:sz="4" w:space="0" w:color="C0504D" w:themeColor="accent2"/>
                            </w:tcBorders>
                            <w:vAlign w:val="center"/>
                          </w:tcPr>
                          <w:p w:rsidR="003A37E7" w:rsidRPr="004B18E5" w:rsidRDefault="003A37E7" w:rsidP="00936337">
                            <w:pPr>
                              <w:jc w:val="center"/>
                              <w:rPr>
                                <w:sz w:val="20"/>
                                <w:szCs w:val="20"/>
                              </w:rPr>
                            </w:pPr>
                            <w:r>
                              <w:rPr>
                                <w:sz w:val="20"/>
                                <w:szCs w:val="20"/>
                              </w:rPr>
                              <w:t>FRESHMEN YEAR (YEAR I</w:t>
                            </w:r>
                            <w:r w:rsidRPr="009B29F2">
                              <w:rPr>
                                <w:sz w:val="20"/>
                                <w:szCs w:val="20"/>
                              </w:rPr>
                              <w:t>) - FIRST SEMESTER</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COURSE CODE</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COURSE TITLE</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CREDIT HOURS</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Gen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4B18E5">
                              <w:rPr>
                                <w:b/>
                                <w:sz w:val="20"/>
                                <w:szCs w:val="20"/>
                              </w:rPr>
                              <w:t xml:space="preserve">LIFE IN CHRIST </w:t>
                            </w:r>
                            <w:r>
                              <w:rPr>
                                <w:b/>
                                <w:sz w:val="20"/>
                                <w:szCs w:val="20"/>
                              </w:rPr>
                              <w:t>1</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4B18E5">
                              <w:rPr>
                                <w:b/>
                                <w:sz w:val="20"/>
                                <w:szCs w:val="20"/>
                              </w:rPr>
                              <w:t>2</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ACC: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INTRODUCTION TO ACCOUNTING</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FREN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b/>
                                <w:sz w:val="20"/>
                                <w:szCs w:val="20"/>
                              </w:rPr>
                              <w:t>FUNDAMENTALS OF FRENCH</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2</w:t>
                            </w:r>
                          </w:p>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ECON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INTRODUCTION TO MICRO ECONOMICS</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CMP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b/>
                                <w:sz w:val="20"/>
                                <w:szCs w:val="20"/>
                              </w:rPr>
                              <w:t>INTRODUCTION TO COMPUTER CONCEPT</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SOS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INTRODUCTION TO SOCIAL SCIENCES</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90" w:type="dxa"/>
                          <w:wAfter w:w="150" w:type="dxa"/>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ENG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b/>
                                <w:sz w:val="20"/>
                                <w:szCs w:val="20"/>
                              </w:rPr>
                              <w:t>ENGLISH &amp; COMMUNICATION SKILLS</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90" w:type="dxa"/>
                          <w:wAfter w:w="150" w:type="dxa"/>
                          <w:trHeight w:val="313"/>
                        </w:trPr>
                        <w:tc>
                          <w:tcPr>
                            <w:cnfStyle w:val="001000000000" w:firstRow="0" w:lastRow="0" w:firstColumn="1" w:lastColumn="0" w:oddVBand="0" w:evenVBand="0" w:oddHBand="0" w:evenHBand="0" w:firstRowFirstColumn="0" w:firstRowLastColumn="0" w:lastRowFirstColumn="0" w:lastRowLastColumn="0"/>
                            <w:tcW w:w="1344" w:type="dxa"/>
                            <w:tcBorders>
                              <w:top w:val="double" w:sz="18" w:space="0" w:color="1F497D" w:themeColor="text2"/>
                              <w:left w:val="double" w:sz="4" w:space="0" w:color="C0504D" w:themeColor="accent2"/>
                              <w:bottom w:val="double" w:sz="18" w:space="0" w:color="1F497D" w:themeColor="tex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MATH 101</w:t>
                            </w:r>
                          </w:p>
                        </w:tc>
                        <w:tc>
                          <w:tcPr>
                            <w:tcW w:w="4232" w:type="dxa"/>
                            <w:gridSpan w:val="3"/>
                            <w:tcBorders>
                              <w:top w:val="double" w:sz="18" w:space="0" w:color="1F497D" w:themeColor="text2"/>
                              <w:left w:val="double" w:sz="18" w:space="0" w:color="1F497D" w:themeColor="text2"/>
                              <w:bottom w:val="double" w:sz="18" w:space="0" w:color="1F497D" w:themeColor="text2"/>
                              <w:right w:val="double" w:sz="18" w:space="0" w:color="1F497D" w:themeColor="tex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GENERAL MATHEMATICS</w:t>
                            </w:r>
                          </w:p>
                        </w:tc>
                        <w:tc>
                          <w:tcPr>
                            <w:tcW w:w="994" w:type="dxa"/>
                            <w:tcBorders>
                              <w:top w:val="double" w:sz="18" w:space="0" w:color="1F497D" w:themeColor="text2"/>
                              <w:left w:val="double" w:sz="18" w:space="0" w:color="1F497D" w:themeColor="text2"/>
                              <w:bottom w:val="double" w:sz="18" w:space="0" w:color="1F497D" w:themeColor="text2"/>
                              <w:right w:val="double" w:sz="4" w:space="0" w:color="C0504D" w:themeColor="accent2"/>
                            </w:tcBorders>
                            <w:vAlign w:val="center"/>
                          </w:tcPr>
                          <w:p w:rsidR="003A37E7" w:rsidRPr="004B18E5" w:rsidRDefault="003A37E7" w:rsidP="0093633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90" w:type="dxa"/>
                          <w:wAfter w:w="150" w:type="dxa"/>
                          <w:trHeight w:val="565"/>
                        </w:trPr>
                        <w:tc>
                          <w:tcPr>
                            <w:cnfStyle w:val="001000000000" w:firstRow="0" w:lastRow="0" w:firstColumn="1" w:lastColumn="0" w:oddVBand="0" w:evenVBand="0" w:oddHBand="0" w:evenHBand="0" w:firstRowFirstColumn="0" w:firstRowLastColumn="0" w:lastRowFirstColumn="0" w:lastRowLastColumn="0"/>
                            <w:tcW w:w="5576" w:type="dxa"/>
                            <w:gridSpan w:val="4"/>
                            <w:tcBorders>
                              <w:top w:val="double" w:sz="18" w:space="0" w:color="1F497D" w:themeColor="text2"/>
                              <w:left w:val="double" w:sz="4" w:space="0" w:color="C0504D" w:themeColor="accent2"/>
                              <w:bottom w:val="double" w:sz="4" w:space="0" w:color="C0504D" w:themeColor="accent2"/>
                              <w:right w:val="double" w:sz="18" w:space="0" w:color="1F497D" w:themeColor="text2"/>
                            </w:tcBorders>
                            <w:vAlign w:val="center"/>
                          </w:tcPr>
                          <w:p w:rsidR="003A37E7" w:rsidRPr="004B18E5" w:rsidRDefault="003A37E7" w:rsidP="00936337">
                            <w:pPr>
                              <w:jc w:val="center"/>
                              <w:rPr>
                                <w:sz w:val="20"/>
                                <w:szCs w:val="20"/>
                              </w:rPr>
                            </w:pPr>
                            <w:r w:rsidRPr="004B18E5">
                              <w:rPr>
                                <w:sz w:val="20"/>
                                <w:szCs w:val="20"/>
                              </w:rPr>
                              <w:t xml:space="preserve">TOTAL </w:t>
                            </w:r>
                            <w:r w:rsidRPr="004B18E5">
                              <w:rPr>
                                <w:b w:val="0"/>
                                <w:sz w:val="20"/>
                                <w:szCs w:val="20"/>
                              </w:rPr>
                              <w:t>CREDIT HOURS</w:t>
                            </w:r>
                          </w:p>
                        </w:tc>
                        <w:tc>
                          <w:tcPr>
                            <w:tcW w:w="994" w:type="dxa"/>
                            <w:tcBorders>
                              <w:top w:val="double" w:sz="18" w:space="0" w:color="1F497D" w:themeColor="text2"/>
                              <w:left w:val="double" w:sz="18" w:space="0" w:color="1F497D" w:themeColor="text2"/>
                              <w:bottom w:val="double" w:sz="4" w:space="0" w:color="C0504D" w:themeColor="accent2"/>
                              <w:right w:val="double" w:sz="4" w:space="0" w:color="C0504D" w:themeColor="accent2"/>
                            </w:tcBorders>
                            <w:vAlign w:val="center"/>
                          </w:tcPr>
                          <w:p w:rsidR="003A37E7" w:rsidRPr="004B18E5" w:rsidRDefault="003A37E7" w:rsidP="0093633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22</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gridSpan w:val="3"/>
                            <w:tcBorders>
                              <w:left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ACC: 101</w:t>
                            </w:r>
                          </w:p>
                        </w:tc>
                        <w:tc>
                          <w:tcPr>
                            <w:tcW w:w="3035" w:type="dxa"/>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INTRODUCTION TO ACCOUNTING</w:t>
                            </w:r>
                          </w:p>
                        </w:tc>
                        <w:tc>
                          <w:tcPr>
                            <w:tcW w:w="2265" w:type="dxa"/>
                            <w:gridSpan w:val="3"/>
                            <w:tcBorders>
                              <w:right w:val="double" w:sz="4" w:space="0" w:color="C0504D" w:themeColor="accent2"/>
                            </w:tcBorders>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gridSpan w:val="3"/>
                            <w:tcBorders>
                              <w:left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FREN 101</w:t>
                            </w:r>
                          </w:p>
                        </w:tc>
                        <w:tc>
                          <w:tcPr>
                            <w:tcW w:w="3035" w:type="dxa"/>
                            <w:vAlign w:val="center"/>
                          </w:tcPr>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b/>
                                <w:sz w:val="20"/>
                                <w:szCs w:val="20"/>
                              </w:rPr>
                              <w:t>FUNDAMENTALS OF FRENCH</w:t>
                            </w:r>
                          </w:p>
                        </w:tc>
                        <w:tc>
                          <w:tcPr>
                            <w:tcW w:w="2265" w:type="dxa"/>
                            <w:gridSpan w:val="3"/>
                            <w:tcBorders>
                              <w:right w:val="double" w:sz="4" w:space="0" w:color="C0504D" w:themeColor="accent2"/>
                            </w:tcBorders>
                            <w:vAlign w:val="center"/>
                          </w:tcPr>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2</w:t>
                            </w:r>
                          </w:p>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p>
                        </w:tc>
                      </w:tr>
                      <w:tr w:rsidR="003A37E7" w:rsidRPr="004B18E5" w:rsidTr="00E920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gridSpan w:val="3"/>
                            <w:tcBorders>
                              <w:left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ECON 101</w:t>
                            </w:r>
                          </w:p>
                        </w:tc>
                        <w:tc>
                          <w:tcPr>
                            <w:tcW w:w="3035" w:type="dxa"/>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INTRODUCTION TO MICRO ECONOMICS</w:t>
                            </w:r>
                          </w:p>
                        </w:tc>
                        <w:tc>
                          <w:tcPr>
                            <w:tcW w:w="2265" w:type="dxa"/>
                            <w:gridSpan w:val="3"/>
                            <w:tcBorders>
                              <w:right w:val="double" w:sz="4" w:space="0" w:color="C0504D" w:themeColor="accent2"/>
                            </w:tcBorders>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gridSpan w:val="3"/>
                            <w:tcBorders>
                              <w:left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CMP 101</w:t>
                            </w:r>
                          </w:p>
                        </w:tc>
                        <w:tc>
                          <w:tcPr>
                            <w:tcW w:w="3035" w:type="dxa"/>
                            <w:vAlign w:val="center"/>
                          </w:tcPr>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b/>
                                <w:sz w:val="20"/>
                                <w:szCs w:val="20"/>
                              </w:rPr>
                              <w:t>INTRODUCTION TO COMPUTER CONCEPT</w:t>
                            </w:r>
                          </w:p>
                        </w:tc>
                        <w:tc>
                          <w:tcPr>
                            <w:tcW w:w="2265" w:type="dxa"/>
                            <w:gridSpan w:val="3"/>
                            <w:tcBorders>
                              <w:right w:val="double" w:sz="4" w:space="0" w:color="C0504D" w:themeColor="accent2"/>
                            </w:tcBorders>
                            <w:vAlign w:val="center"/>
                          </w:tcPr>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gridSpan w:val="3"/>
                            <w:tcBorders>
                              <w:left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SOS 101</w:t>
                            </w:r>
                          </w:p>
                        </w:tc>
                        <w:tc>
                          <w:tcPr>
                            <w:tcW w:w="3035" w:type="dxa"/>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INTRODUCTION TO SOCIAL SCIENCES</w:t>
                            </w:r>
                          </w:p>
                        </w:tc>
                        <w:tc>
                          <w:tcPr>
                            <w:tcW w:w="2265" w:type="dxa"/>
                            <w:gridSpan w:val="3"/>
                            <w:tcBorders>
                              <w:right w:val="double" w:sz="4" w:space="0" w:color="C0504D" w:themeColor="accent2"/>
                            </w:tcBorders>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gridSpan w:val="3"/>
                            <w:tcBorders>
                              <w:left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ENG 101</w:t>
                            </w:r>
                          </w:p>
                        </w:tc>
                        <w:tc>
                          <w:tcPr>
                            <w:tcW w:w="3035" w:type="dxa"/>
                            <w:vAlign w:val="center"/>
                          </w:tcPr>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b/>
                                <w:sz w:val="20"/>
                                <w:szCs w:val="20"/>
                              </w:rPr>
                              <w:t>ENGLISH &amp; COMMUNICATION SKILLS</w:t>
                            </w:r>
                          </w:p>
                        </w:tc>
                        <w:tc>
                          <w:tcPr>
                            <w:tcW w:w="2265" w:type="dxa"/>
                            <w:gridSpan w:val="3"/>
                            <w:tcBorders>
                              <w:right w:val="double" w:sz="4" w:space="0" w:color="C0504D" w:themeColor="accent2"/>
                            </w:tcBorders>
                            <w:vAlign w:val="center"/>
                          </w:tcPr>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0" w:type="dxa"/>
                            <w:gridSpan w:val="3"/>
                            <w:tcBorders>
                              <w:left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MATH 101</w:t>
                            </w:r>
                          </w:p>
                        </w:tc>
                        <w:tc>
                          <w:tcPr>
                            <w:tcW w:w="3035" w:type="dxa"/>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GENERAL MATHEMATICS</w:t>
                            </w:r>
                          </w:p>
                        </w:tc>
                        <w:tc>
                          <w:tcPr>
                            <w:tcW w:w="2265" w:type="dxa"/>
                            <w:gridSpan w:val="3"/>
                            <w:tcBorders>
                              <w:right w:val="double" w:sz="4" w:space="0" w:color="C0504D" w:themeColor="accent2"/>
                            </w:tcBorders>
                            <w:vAlign w:val="center"/>
                          </w:tcPr>
                          <w:p w:rsidR="003A37E7" w:rsidRPr="004B18E5" w:rsidRDefault="003A37E7" w:rsidP="00984717">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45" w:type="dxa"/>
                            <w:gridSpan w:val="4"/>
                            <w:tcBorders>
                              <w:left w:val="double" w:sz="4" w:space="0" w:color="C0504D" w:themeColor="accent2"/>
                              <w:bottom w:val="double" w:sz="4" w:space="0" w:color="C0504D" w:themeColor="accent2"/>
                            </w:tcBorders>
                            <w:vAlign w:val="center"/>
                          </w:tcPr>
                          <w:p w:rsidR="003A37E7" w:rsidRPr="004B18E5" w:rsidRDefault="003A37E7" w:rsidP="00984717">
                            <w:pPr>
                              <w:jc w:val="center"/>
                              <w:rPr>
                                <w:sz w:val="20"/>
                                <w:szCs w:val="20"/>
                              </w:rPr>
                            </w:pPr>
                            <w:r w:rsidRPr="004B18E5">
                              <w:rPr>
                                <w:sz w:val="20"/>
                                <w:szCs w:val="20"/>
                              </w:rPr>
                              <w:t>TOTAL CREDIT HOURS</w:t>
                            </w:r>
                          </w:p>
                        </w:tc>
                        <w:tc>
                          <w:tcPr>
                            <w:tcW w:w="2265" w:type="dxa"/>
                            <w:gridSpan w:val="3"/>
                            <w:tcBorders>
                              <w:bottom w:val="double" w:sz="4" w:space="0" w:color="C0504D" w:themeColor="accent2"/>
                              <w:right w:val="double" w:sz="4" w:space="0" w:color="C0504D" w:themeColor="accent2"/>
                            </w:tcBorders>
                            <w:vAlign w:val="center"/>
                          </w:tcPr>
                          <w:p w:rsidR="003A37E7" w:rsidRPr="004B18E5" w:rsidRDefault="003A37E7" w:rsidP="00984717">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20</w:t>
                            </w:r>
                          </w:p>
                        </w:tc>
                      </w:tr>
                    </w:tbl>
                    <w:p w:rsidR="003A37E7" w:rsidRDefault="003A37E7"/>
                  </w:txbxContent>
                </v:textbox>
              </v:shape>
            </w:pict>
          </mc:Fallback>
        </mc:AlternateContent>
      </w:r>
      <w:r w:rsidR="00E47AC6">
        <w:rPr>
          <w:noProof/>
        </w:rPr>
        <mc:AlternateContent>
          <mc:Choice Requires="wps">
            <w:drawing>
              <wp:anchor distT="0" distB="0" distL="114300" distR="114300" simplePos="0" relativeHeight="251825152" behindDoc="0" locked="0" layoutInCell="1" allowOverlap="1" wp14:anchorId="2E700443" wp14:editId="1A6047B2">
                <wp:simplePos x="0" y="0"/>
                <wp:positionH relativeFrom="column">
                  <wp:posOffset>-800018</wp:posOffset>
                </wp:positionH>
                <wp:positionV relativeFrom="paragraph">
                  <wp:posOffset>-835165</wp:posOffset>
                </wp:positionV>
                <wp:extent cx="4620514" cy="718820"/>
                <wp:effectExtent l="57150" t="38100" r="85090" b="100330"/>
                <wp:wrapNone/>
                <wp:docPr id="149" name="Text Box 149"/>
                <wp:cNvGraphicFramePr/>
                <a:graphic xmlns:a="http://schemas.openxmlformats.org/drawingml/2006/main">
                  <a:graphicData uri="http://schemas.microsoft.com/office/word/2010/wordprocessingShape">
                    <wps:wsp>
                      <wps:cNvSpPr txBox="1"/>
                      <wps:spPr>
                        <a:xfrm>
                          <a:off x="0" y="0"/>
                          <a:ext cx="4620514" cy="718820"/>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E47AC6" w:rsidRDefault="003A37E7" w:rsidP="006C66BD">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BUSINESS AND SOCIAL SCIENCES</w:t>
                            </w:r>
                          </w:p>
                          <w:p w:rsidR="003A37E7" w:rsidRPr="003E676F" w:rsidRDefault="003A37E7" w:rsidP="006C66BD">
                            <w:pPr>
                              <w:jc w:val="center"/>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E676F">
                              <w:rPr>
                                <w:color w:val="FF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DEPARTMENT OF </w:t>
                            </w:r>
                            <w:r w:rsidRPr="003E676F">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HUMAN RESOURCE MANAGEMENT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700443" id="Text Box 149" o:spid="_x0000_s1057" type="#_x0000_t202" style="position:absolute;margin-left:-63pt;margin-top:-65.75pt;width:363.8pt;height:56.6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" fillcolor="#a7bfde [1620]" strokecolor="#4579b8 [3044]">
                <v:fill color2="#e4ecf5 [500]" rotate="t" angle="180" colors="0 #a3c4ff;22938f #bfd5ff;1 #e5eeff" focus="100%" type="gradient"/>
                <v:shadow on="t" color="black" opacity="24903f" origin=",.5" offset="0,.55556mm"/>
                <v:textbox>
                  <w:txbxContent>
                    <w:p w:rsidR="003A37E7" w:rsidRPr="00E47AC6" w:rsidRDefault="003A37E7" w:rsidP="006C66BD">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BUSINESS AND SOCIAL SCIENCES</w:t>
                      </w:r>
                    </w:p>
                    <w:p w:rsidR="003A37E7" w:rsidRPr="003E676F" w:rsidRDefault="003A37E7" w:rsidP="006C66BD">
                      <w:pPr>
                        <w:jc w:val="center"/>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E676F">
                        <w:rPr>
                          <w:color w:val="FF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DEPARTMENT OF </w:t>
                      </w:r>
                      <w:r w:rsidRPr="003E676F">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HUMAN RESOURCE MANAGEMENT</w:t>
                      </w:r>
                    </w:p>
                  </w:txbxContent>
                </v:textbox>
              </v:shape>
            </w:pict>
          </mc:Fallback>
        </mc:AlternateContent>
      </w:r>
    </w:p>
    <w:p w:rsidR="00BB10EC" w:rsidRDefault="00726EE0" w:rsidP="00BB10EC">
      <w:r>
        <w:t>‘</w:t>
      </w:r>
      <w:proofErr w:type="gramStart"/>
      <w:r>
        <w:t>;o’</w:t>
      </w:r>
      <w:proofErr w:type="gramEnd"/>
      <w:r>
        <w:t>;</w:t>
      </w:r>
      <w:proofErr w:type="spellStart"/>
      <w:r>
        <w:t>lp</w:t>
      </w:r>
      <w:proofErr w:type="spellEnd"/>
      <w:r>
        <w:t>’;kl’/’</w:t>
      </w:r>
    </w:p>
    <w:p w:rsidR="00726EE0" w:rsidRDefault="00726EE0" w:rsidP="00BB10EC"/>
    <w:p w:rsidR="00BB10EC" w:rsidRDefault="00BB10EC" w:rsidP="00BB10EC"/>
    <w:p w:rsidR="00BB10EC" w:rsidRDefault="00BB10EC" w:rsidP="00BB10EC"/>
    <w:p w:rsidR="00BB10EC" w:rsidRPr="00BB10EC" w:rsidRDefault="00BB10EC" w:rsidP="00BB10EC"/>
    <w:p w:rsidR="009E3208" w:rsidRDefault="009E3208" w:rsidP="00412947">
      <w:pPr>
        <w:jc w:val="center"/>
      </w:pPr>
    </w:p>
    <w:p w:rsidR="00E25E0B" w:rsidRDefault="00E25E0B"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BC65CE" w:rsidP="00412947">
      <w:pPr>
        <w:jc w:val="center"/>
      </w:pPr>
      <w:r>
        <w:rPr>
          <w:noProof/>
        </w:rPr>
        <mc:AlternateContent>
          <mc:Choice Requires="wps">
            <w:drawing>
              <wp:anchor distT="0" distB="0" distL="114300" distR="114300" simplePos="0" relativeHeight="251671552" behindDoc="0" locked="0" layoutInCell="1" allowOverlap="1" wp14:anchorId="2A1212D7" wp14:editId="12698F82">
                <wp:simplePos x="0" y="0"/>
                <wp:positionH relativeFrom="column">
                  <wp:posOffset>-704149</wp:posOffset>
                </wp:positionH>
                <wp:positionV relativeFrom="paragraph">
                  <wp:posOffset>155831</wp:posOffset>
                </wp:positionV>
                <wp:extent cx="4528820" cy="3084576"/>
                <wp:effectExtent l="0" t="0" r="5080" b="1905"/>
                <wp:wrapNone/>
                <wp:docPr id="21" name="Text Box 21"/>
                <wp:cNvGraphicFramePr/>
                <a:graphic xmlns:a="http://schemas.openxmlformats.org/drawingml/2006/main">
                  <a:graphicData uri="http://schemas.microsoft.com/office/word/2010/wordprocessingShape">
                    <wps:wsp>
                      <wps:cNvSpPr txBox="1"/>
                      <wps:spPr>
                        <a:xfrm>
                          <a:off x="0" y="0"/>
                          <a:ext cx="4528820" cy="308457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735" w:type="dxa"/>
                              <w:tblInd w:w="-195" w:type="dxa"/>
                              <w:tblLayout w:type="fixed"/>
                              <w:tblLook w:val="04A0" w:firstRow="1" w:lastRow="0" w:firstColumn="1" w:lastColumn="0" w:noHBand="0" w:noVBand="1"/>
                            </w:tblPr>
                            <w:tblGrid>
                              <w:gridCol w:w="15"/>
                              <w:gridCol w:w="1425"/>
                              <w:gridCol w:w="15"/>
                              <w:gridCol w:w="3990"/>
                              <w:gridCol w:w="150"/>
                              <w:gridCol w:w="1065"/>
                              <w:gridCol w:w="75"/>
                            </w:tblGrid>
                            <w:tr w:rsidR="003A37E7" w:rsidRPr="004B18E5" w:rsidTr="00E920D1">
                              <w:trPr>
                                <w:gridBefore w:val="1"/>
                                <w:gridAfter w:val="1"/>
                                <w:cnfStyle w:val="100000000000" w:firstRow="1" w:lastRow="0" w:firstColumn="0" w:lastColumn="0" w:oddVBand="0" w:evenVBand="0" w:oddHBand="0"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6645" w:type="dxa"/>
                                  <w:gridSpan w:val="5"/>
                                  <w:tcBorders>
                                    <w:top w:val="single" w:sz="48" w:space="0" w:color="auto"/>
                                    <w:left w:val="single" w:sz="48" w:space="0" w:color="auto"/>
                                    <w:bottom w:val="double" w:sz="18" w:space="0" w:color="1F497D" w:themeColor="text2"/>
                                    <w:right w:val="single" w:sz="48" w:space="0" w:color="auto"/>
                                  </w:tcBorders>
                                </w:tcPr>
                                <w:p w:rsidR="003A37E7" w:rsidRPr="004B18E5" w:rsidRDefault="003A37E7" w:rsidP="004B18E5">
                                  <w:pPr>
                                    <w:jc w:val="center"/>
                                    <w:rPr>
                                      <w:color w:val="FF0000"/>
                                      <w:sz w:val="20"/>
                                      <w:szCs w:val="20"/>
                                    </w:rPr>
                                  </w:pPr>
                                  <w:r>
                                    <w:rPr>
                                      <w:rFonts w:cs="Times New Roman"/>
                                      <w:b w:val="0"/>
                                      <w:color w:val="FF0000"/>
                                    </w:rPr>
                                    <w:t>BBA -</w:t>
                                  </w:r>
                                  <w:r w:rsidRPr="00330B70">
                                    <w:rPr>
                                      <w:rFonts w:cs="Times New Roman"/>
                                      <w:b w:val="0"/>
                                      <w:color w:val="FF0000"/>
                                    </w:rPr>
                                    <w:t>HUMAN RESOURCES MANAGEMENT</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6645" w:type="dxa"/>
                                  <w:gridSpan w:val="5"/>
                                  <w:tcBorders>
                                    <w:top w:val="double" w:sz="18" w:space="0" w:color="1F497D" w:themeColor="text2"/>
                                    <w:left w:val="double" w:sz="18"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rPr>
                                      <w:sz w:val="20"/>
                                      <w:szCs w:val="20"/>
                                    </w:rPr>
                                  </w:pPr>
                                  <w:r>
                                    <w:rPr>
                                      <w:sz w:val="20"/>
                                      <w:szCs w:val="20"/>
                                    </w:rPr>
                                    <w:t>FRESHMEN YEAR (YEAR I) - SECOND</w:t>
                                  </w:r>
                                  <w:r w:rsidRPr="009B29F2">
                                    <w:rPr>
                                      <w:sz w:val="20"/>
                                      <w:szCs w:val="20"/>
                                    </w:rPr>
                                    <w:t xml:space="preserve"> SEMESTER</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sz w:val="20"/>
                                      <w:szCs w:val="20"/>
                                    </w:rPr>
                                  </w:pPr>
                                  <w:r w:rsidRPr="004B18E5">
                                    <w:rPr>
                                      <w:sz w:val="20"/>
                                      <w:szCs w:val="20"/>
                                    </w:rPr>
                                    <w:t>COURSE CODE</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COURSE TITLE</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CREDIT HOURS</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sz w:val="20"/>
                                      <w:szCs w:val="20"/>
                                    </w:rPr>
                                  </w:pPr>
                                  <w:r w:rsidRPr="004B18E5">
                                    <w:rPr>
                                      <w:sz w:val="20"/>
                                      <w:szCs w:val="20"/>
                                    </w:rPr>
                                    <w:t>Gen. 102</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4B18E5">
                                    <w:rPr>
                                      <w:b/>
                                      <w:sz w:val="20"/>
                                      <w:szCs w:val="20"/>
                                    </w:rPr>
                                    <w:t>LIFE IN CHRIST</w:t>
                                  </w:r>
                                  <w:r>
                                    <w:rPr>
                                      <w:b/>
                                      <w:sz w:val="20"/>
                                      <w:szCs w:val="20"/>
                                    </w:rPr>
                                    <w:t xml:space="preserve"> 2</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4B18E5">
                                    <w:rPr>
                                      <w:b/>
                                      <w:sz w:val="20"/>
                                      <w:szCs w:val="20"/>
                                    </w:rPr>
                                    <w:t>2</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sz w:val="20"/>
                                      <w:szCs w:val="20"/>
                                    </w:rPr>
                                  </w:pPr>
                                  <w:r w:rsidRPr="004B18E5">
                                    <w:rPr>
                                      <w:rFonts w:ascii="Bahnschrift" w:hAnsi="Bahnschrift"/>
                                      <w:sz w:val="20"/>
                                      <w:szCs w:val="20"/>
                                    </w:rPr>
                                    <w:t>ACC: 102</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rFonts w:ascii="Bahnschrift" w:hAnsi="Bahnschrift"/>
                                      <w:sz w:val="20"/>
                                      <w:szCs w:val="20"/>
                                    </w:rPr>
                                    <w:t>INTRODUCTION TO ACCOUNTING II</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sz w:val="20"/>
                                      <w:szCs w:val="20"/>
                                    </w:rPr>
                                  </w:pPr>
                                  <w:r w:rsidRPr="004B18E5">
                                    <w:rPr>
                                      <w:rFonts w:ascii="Bahnschrift" w:hAnsi="Bahnschrift"/>
                                      <w:sz w:val="20"/>
                                      <w:szCs w:val="20"/>
                                    </w:rPr>
                                    <w:t>ECON 102</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rFonts w:ascii="Bahnschrift" w:hAnsi="Bahnschrift"/>
                                      <w:sz w:val="20"/>
                                      <w:szCs w:val="20"/>
                                    </w:rPr>
                                    <w:t>INTRO TO MACRO ECONOMICS</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rFonts w:ascii="Bahnschrift" w:hAnsi="Bahnschrift"/>
                                      <w:sz w:val="20"/>
                                      <w:szCs w:val="20"/>
                                    </w:rPr>
                                  </w:pPr>
                                  <w:r w:rsidRPr="004B18E5">
                                    <w:rPr>
                                      <w:rFonts w:ascii="Bahnschrift" w:hAnsi="Bahnschrift"/>
                                      <w:sz w:val="20"/>
                                      <w:szCs w:val="20"/>
                                    </w:rPr>
                                    <w:t>BUS 102</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4B18E5">
                                    <w:rPr>
                                      <w:rFonts w:ascii="Bahnschrift" w:hAnsi="Bahnschrift"/>
                                      <w:sz w:val="20"/>
                                      <w:szCs w:val="20"/>
                                    </w:rPr>
                                    <w:t>ENTERPRENEURSHIP</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rFonts w:ascii="Bahnschrift" w:hAnsi="Bahnschrift"/>
                                      <w:sz w:val="20"/>
                                      <w:szCs w:val="20"/>
                                    </w:rPr>
                                  </w:pPr>
                                  <w:r w:rsidRPr="004B18E5">
                                    <w:rPr>
                                      <w:rFonts w:ascii="Bahnschrift" w:hAnsi="Bahnschrift"/>
                                      <w:sz w:val="20"/>
                                      <w:szCs w:val="20"/>
                                    </w:rPr>
                                    <w:t>GEN 107</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4B18E5">
                                    <w:rPr>
                                      <w:rFonts w:ascii="Bahnschrift" w:hAnsi="Bahnschrift"/>
                                      <w:sz w:val="20"/>
                                      <w:szCs w:val="20"/>
                                    </w:rPr>
                                    <w:t>CHRIATIAN ETHICS / MORAL VALUES</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2</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Height w:val="375"/>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rFonts w:ascii="Bahnschrift" w:hAnsi="Bahnschrift"/>
                                      <w:sz w:val="20"/>
                                      <w:szCs w:val="20"/>
                                    </w:rPr>
                                  </w:pPr>
                                  <w:r w:rsidRPr="004B18E5">
                                    <w:rPr>
                                      <w:rFonts w:ascii="Bahnschrift" w:hAnsi="Bahnschrift"/>
                                      <w:sz w:val="20"/>
                                      <w:szCs w:val="20"/>
                                    </w:rPr>
                                    <w:t>SOS 102</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rFonts w:ascii="Bahnschrift" w:hAnsi="Bahnschrift"/>
                                      <w:sz w:val="20"/>
                                      <w:szCs w:val="20"/>
                                    </w:rPr>
                                    <w:t>LIBERIA SOCIETY</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sz w:val="20"/>
                                      <w:szCs w:val="20"/>
                                    </w:rPr>
                                  </w:pPr>
                                  <w:r w:rsidRPr="004B18E5">
                                    <w:rPr>
                                      <w:rFonts w:ascii="Bahnschrift" w:hAnsi="Bahnschrift"/>
                                      <w:sz w:val="20"/>
                                      <w:szCs w:val="20"/>
                                    </w:rPr>
                                    <w:t>MATH 102</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rFonts w:ascii="Bahnschrift" w:hAnsi="Bahnschrift"/>
                                      <w:sz w:val="20"/>
                                      <w:szCs w:val="20"/>
                                    </w:rPr>
                                    <w:t>MATHEMATICS FOR DECISION MAKING</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Height w:val="618"/>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sz w:val="20"/>
                                      <w:szCs w:val="20"/>
                                    </w:rPr>
                                  </w:pPr>
                                  <w:r w:rsidRPr="004B18E5">
                                    <w:rPr>
                                      <w:rFonts w:ascii="Bahnschrift" w:hAnsi="Bahnschrift"/>
                                      <w:sz w:val="20"/>
                                      <w:szCs w:val="20"/>
                                    </w:rPr>
                                    <w:t>ENG 102</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rFonts w:ascii="Bahnschrift" w:hAnsi="Bahnschrift"/>
                                      <w:sz w:val="20"/>
                                      <w:szCs w:val="20"/>
                                    </w:rPr>
                                    <w:t>ENGLISH &amp; COMMUNICATION SKILLS II</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Height w:val="618"/>
                              </w:trPr>
                              <w:tc>
                                <w:tcPr>
                                  <w:cnfStyle w:val="001000000000" w:firstRow="0" w:lastRow="0" w:firstColumn="1" w:lastColumn="0" w:oddVBand="0" w:evenVBand="0" w:oddHBand="0" w:evenHBand="0" w:firstRowFirstColumn="0" w:firstRowLastColumn="0" w:lastRowFirstColumn="0" w:lastRowLastColumn="0"/>
                                  <w:tcW w:w="5430" w:type="dxa"/>
                                  <w:gridSpan w:val="3"/>
                                  <w:tcBorders>
                                    <w:top w:val="double" w:sz="4" w:space="0" w:color="1F497D" w:themeColor="text2"/>
                                    <w:left w:val="double" w:sz="18" w:space="0" w:color="1F497D" w:themeColor="text2"/>
                                    <w:bottom w:val="double" w:sz="18" w:space="0" w:color="1F497D" w:themeColor="text2"/>
                                    <w:right w:val="double" w:sz="4" w:space="0" w:color="1F497D" w:themeColor="text2"/>
                                  </w:tcBorders>
                                  <w:vAlign w:val="center"/>
                                </w:tcPr>
                                <w:p w:rsidR="003A37E7" w:rsidRPr="004B18E5" w:rsidRDefault="003A37E7" w:rsidP="004B18E5">
                                  <w:pPr>
                                    <w:jc w:val="center"/>
                                    <w:rPr>
                                      <w:sz w:val="20"/>
                                      <w:szCs w:val="20"/>
                                    </w:rPr>
                                  </w:pPr>
                                  <w:r w:rsidRPr="004B18E5">
                                    <w:rPr>
                                      <w:sz w:val="20"/>
                                      <w:szCs w:val="20"/>
                                    </w:rPr>
                                    <w:t xml:space="preserve">TOTAL </w:t>
                                  </w:r>
                                  <w:r w:rsidRPr="004B18E5">
                                    <w:rPr>
                                      <w:b w:val="0"/>
                                      <w:sz w:val="20"/>
                                      <w:szCs w:val="20"/>
                                    </w:rPr>
                                    <w:t>CREDIT HOURS</w:t>
                                  </w:r>
                                </w:p>
                              </w:tc>
                              <w:tc>
                                <w:tcPr>
                                  <w:tcW w:w="1215" w:type="dxa"/>
                                  <w:gridSpan w:val="2"/>
                                  <w:tcBorders>
                                    <w:top w:val="double" w:sz="4" w:space="0" w:color="1F497D" w:themeColor="text2"/>
                                    <w:left w:val="double" w:sz="4" w:space="0" w:color="1F497D" w:themeColor="text2"/>
                                    <w:bottom w:val="double" w:sz="18" w:space="0" w:color="1F497D" w:themeColor="text2"/>
                                    <w:right w:val="double" w:sz="18"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22</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Height w:val="104"/>
                              </w:trPr>
                              <w:tc>
                                <w:tcPr>
                                  <w:cnfStyle w:val="001000000000" w:firstRow="0" w:lastRow="0" w:firstColumn="1" w:lastColumn="0" w:oddVBand="0" w:evenVBand="0" w:oddHBand="0" w:evenHBand="0" w:firstRowFirstColumn="0" w:firstRowLastColumn="0" w:lastRowFirstColumn="0" w:lastRowLastColumn="0"/>
                                  <w:tcW w:w="6735" w:type="dxa"/>
                                  <w:gridSpan w:val="7"/>
                                  <w:tcBorders>
                                    <w:top w:val="single" w:sz="36" w:space="0" w:color="auto"/>
                                    <w:left w:val="single" w:sz="36" w:space="0" w:color="auto"/>
                                    <w:bottom w:val="double" w:sz="4" w:space="0" w:color="C0504D" w:themeColor="accent2"/>
                                    <w:right w:val="single" w:sz="36" w:space="0" w:color="auto"/>
                                  </w:tcBorders>
                                  <w:vAlign w:val="center"/>
                                </w:tcPr>
                                <w:p w:rsidR="003A37E7" w:rsidRPr="004B18E5" w:rsidRDefault="003A37E7" w:rsidP="003627BE">
                                  <w:pPr>
                                    <w:jc w:val="center"/>
                                    <w:rPr>
                                      <w:color w:val="FF0000"/>
                                      <w:sz w:val="20"/>
                                      <w:szCs w:val="20"/>
                                    </w:rPr>
                                  </w:pPr>
                                </w:p>
                              </w:tc>
                            </w:tr>
                            <w:tr w:rsidR="003A37E7" w:rsidRPr="004B18E5" w:rsidTr="00E920D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35" w:type="dxa"/>
                                  <w:gridSpan w:val="7"/>
                                  <w:tcBorders>
                                    <w:top w:val="double" w:sz="4" w:space="0" w:color="C0504D" w:themeColor="accent2"/>
                                    <w:left w:val="double" w:sz="4" w:space="0" w:color="C0504D" w:themeColor="accent2"/>
                                    <w:right w:val="double" w:sz="4" w:space="0" w:color="C0504D" w:themeColor="accent2"/>
                                  </w:tcBorders>
                                  <w:vAlign w:val="center"/>
                                </w:tcPr>
                                <w:p w:rsidR="003A37E7" w:rsidRPr="004B18E5" w:rsidRDefault="003A37E7" w:rsidP="003627BE">
                                  <w:pPr>
                                    <w:jc w:val="center"/>
                                    <w:rPr>
                                      <w:sz w:val="20"/>
                                      <w:szCs w:val="20"/>
                                    </w:rPr>
                                  </w:pPr>
                                  <w:r w:rsidRPr="004B18E5">
                                    <w:rPr>
                                      <w:sz w:val="20"/>
                                      <w:szCs w:val="20"/>
                                    </w:rPr>
                                    <w:t>FRESHMEN – SEMESTER 2</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sz w:val="20"/>
                                      <w:szCs w:val="20"/>
                                    </w:rPr>
                                  </w:pPr>
                                  <w:r w:rsidRPr="004B18E5">
                                    <w:rPr>
                                      <w:sz w:val="20"/>
                                      <w:szCs w:val="20"/>
                                    </w:rPr>
                                    <w:t>COURSE CODE</w:t>
                                  </w:r>
                                </w:p>
                              </w:tc>
                              <w:tc>
                                <w:tcPr>
                                  <w:tcW w:w="4155" w:type="dxa"/>
                                  <w:gridSpan w:val="3"/>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COURSE TITLE</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CREDIT HOURS</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sz w:val="20"/>
                                      <w:szCs w:val="20"/>
                                    </w:rPr>
                                  </w:pPr>
                                  <w:r w:rsidRPr="004B18E5">
                                    <w:rPr>
                                      <w:rFonts w:ascii="Bahnschrift" w:hAnsi="Bahnschrift"/>
                                      <w:sz w:val="20"/>
                                      <w:szCs w:val="20"/>
                                    </w:rPr>
                                    <w:t>ACC: 102</w:t>
                                  </w:r>
                                </w:p>
                              </w:tc>
                              <w:tc>
                                <w:tcPr>
                                  <w:tcW w:w="4155" w:type="dxa"/>
                                  <w:gridSpan w:val="3"/>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rFonts w:ascii="Bahnschrift" w:hAnsi="Bahnschrift"/>
                                      <w:sz w:val="20"/>
                                      <w:szCs w:val="20"/>
                                    </w:rPr>
                                    <w:t>INTRODUCTION TO ACCOUNTING II</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sz w:val="20"/>
                                      <w:szCs w:val="20"/>
                                    </w:rPr>
                                  </w:pPr>
                                  <w:r w:rsidRPr="004B18E5">
                                    <w:rPr>
                                      <w:rFonts w:ascii="Bahnschrift" w:hAnsi="Bahnschrift"/>
                                      <w:sz w:val="20"/>
                                      <w:szCs w:val="20"/>
                                    </w:rPr>
                                    <w:t>ECON 102</w:t>
                                  </w:r>
                                </w:p>
                              </w:tc>
                              <w:tc>
                                <w:tcPr>
                                  <w:tcW w:w="4155" w:type="dxa"/>
                                  <w:gridSpan w:val="3"/>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rFonts w:ascii="Bahnschrift" w:hAnsi="Bahnschrift"/>
                                      <w:sz w:val="20"/>
                                      <w:szCs w:val="20"/>
                                    </w:rPr>
                                    <w:t>INTRO TO MACRO ECONOMICS</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rFonts w:ascii="Bahnschrift" w:hAnsi="Bahnschrift"/>
                                      <w:sz w:val="20"/>
                                      <w:szCs w:val="20"/>
                                    </w:rPr>
                                  </w:pPr>
                                  <w:r w:rsidRPr="004B18E5">
                                    <w:rPr>
                                      <w:rFonts w:ascii="Bahnschrift" w:hAnsi="Bahnschrift"/>
                                      <w:sz w:val="20"/>
                                      <w:szCs w:val="20"/>
                                    </w:rPr>
                                    <w:t>BUS 102</w:t>
                                  </w:r>
                                </w:p>
                              </w:tc>
                              <w:tc>
                                <w:tcPr>
                                  <w:tcW w:w="4155" w:type="dxa"/>
                                  <w:gridSpan w:val="3"/>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4B18E5">
                                    <w:rPr>
                                      <w:rFonts w:ascii="Bahnschrift" w:hAnsi="Bahnschrift"/>
                                      <w:sz w:val="20"/>
                                      <w:szCs w:val="20"/>
                                    </w:rPr>
                                    <w:t>ENTERPRENEURSHIP</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rFonts w:ascii="Bahnschrift" w:hAnsi="Bahnschrift"/>
                                      <w:sz w:val="20"/>
                                      <w:szCs w:val="20"/>
                                    </w:rPr>
                                  </w:pPr>
                                  <w:r w:rsidRPr="004B18E5">
                                    <w:rPr>
                                      <w:rFonts w:ascii="Bahnschrift" w:hAnsi="Bahnschrift"/>
                                      <w:sz w:val="20"/>
                                      <w:szCs w:val="20"/>
                                    </w:rPr>
                                    <w:t>GEN 107</w:t>
                                  </w:r>
                                </w:p>
                              </w:tc>
                              <w:tc>
                                <w:tcPr>
                                  <w:tcW w:w="4155" w:type="dxa"/>
                                  <w:gridSpan w:val="3"/>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4B18E5">
                                    <w:rPr>
                                      <w:rFonts w:ascii="Bahnschrift" w:hAnsi="Bahnschrift"/>
                                      <w:sz w:val="20"/>
                                      <w:szCs w:val="20"/>
                                    </w:rPr>
                                    <w:t>CHRIATIAN ETHICS / MORAL VALUES</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2</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rFonts w:ascii="Bahnschrift" w:hAnsi="Bahnschrift"/>
                                      <w:sz w:val="20"/>
                                      <w:szCs w:val="20"/>
                                    </w:rPr>
                                  </w:pPr>
                                  <w:r w:rsidRPr="004B18E5">
                                    <w:rPr>
                                      <w:rFonts w:ascii="Bahnschrift" w:hAnsi="Bahnschrift"/>
                                      <w:sz w:val="20"/>
                                      <w:szCs w:val="20"/>
                                    </w:rPr>
                                    <w:t>SOS 102</w:t>
                                  </w:r>
                                </w:p>
                              </w:tc>
                              <w:tc>
                                <w:tcPr>
                                  <w:tcW w:w="4155" w:type="dxa"/>
                                  <w:gridSpan w:val="3"/>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rFonts w:ascii="Bahnschrift" w:hAnsi="Bahnschrift"/>
                                      <w:sz w:val="20"/>
                                      <w:szCs w:val="20"/>
                                    </w:rPr>
                                    <w:t>LIBERIA SOCIETY</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sz w:val="20"/>
                                      <w:szCs w:val="20"/>
                                    </w:rPr>
                                  </w:pPr>
                                  <w:r w:rsidRPr="004B18E5">
                                    <w:rPr>
                                      <w:rFonts w:ascii="Bahnschrift" w:hAnsi="Bahnschrift"/>
                                      <w:sz w:val="20"/>
                                      <w:szCs w:val="20"/>
                                    </w:rPr>
                                    <w:t>MATH 102</w:t>
                                  </w:r>
                                </w:p>
                              </w:tc>
                              <w:tc>
                                <w:tcPr>
                                  <w:tcW w:w="4155" w:type="dxa"/>
                                  <w:gridSpan w:val="3"/>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rFonts w:ascii="Bahnschrift" w:hAnsi="Bahnschrift"/>
                                      <w:sz w:val="20"/>
                                      <w:szCs w:val="20"/>
                                    </w:rPr>
                                    <w:t>MATHEMATICS FOR DECISION MAKING</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sz w:val="20"/>
                                      <w:szCs w:val="20"/>
                                    </w:rPr>
                                  </w:pPr>
                                  <w:r w:rsidRPr="004B18E5">
                                    <w:rPr>
                                      <w:rFonts w:ascii="Bahnschrift" w:hAnsi="Bahnschrift"/>
                                      <w:sz w:val="20"/>
                                      <w:szCs w:val="20"/>
                                    </w:rPr>
                                    <w:t>ENG 102</w:t>
                                  </w:r>
                                </w:p>
                              </w:tc>
                              <w:tc>
                                <w:tcPr>
                                  <w:tcW w:w="4155" w:type="dxa"/>
                                  <w:gridSpan w:val="3"/>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rFonts w:ascii="Bahnschrift" w:hAnsi="Bahnschrift"/>
                                      <w:sz w:val="20"/>
                                      <w:szCs w:val="20"/>
                                    </w:rPr>
                                    <w:t>ENGLISH &amp; COMMUNICATION SKILLS II</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595" w:type="dxa"/>
                                  <w:gridSpan w:val="5"/>
                                  <w:tcBorders>
                                    <w:left w:val="double" w:sz="4" w:space="0" w:color="C0504D" w:themeColor="accent2"/>
                                    <w:bottom w:val="double" w:sz="4" w:space="0" w:color="C0504D" w:themeColor="accent2"/>
                                  </w:tcBorders>
                                  <w:vAlign w:val="center"/>
                                </w:tcPr>
                                <w:p w:rsidR="003A37E7" w:rsidRPr="004B18E5" w:rsidRDefault="003A37E7" w:rsidP="003627BE">
                                  <w:pPr>
                                    <w:jc w:val="center"/>
                                    <w:rPr>
                                      <w:sz w:val="20"/>
                                      <w:szCs w:val="20"/>
                                    </w:rPr>
                                  </w:pPr>
                                  <w:r w:rsidRPr="004B18E5">
                                    <w:rPr>
                                      <w:sz w:val="20"/>
                                      <w:szCs w:val="20"/>
                                    </w:rPr>
                                    <w:t>TOTAL CREDIT HOURS</w:t>
                                  </w:r>
                                </w:p>
                              </w:tc>
                              <w:tc>
                                <w:tcPr>
                                  <w:tcW w:w="1140" w:type="dxa"/>
                                  <w:gridSpan w:val="2"/>
                                  <w:tcBorders>
                                    <w:bottom w:val="double" w:sz="4" w:space="0" w:color="C0504D" w:themeColor="accent2"/>
                                    <w:right w:val="double" w:sz="4" w:space="0" w:color="C0504D" w:themeColor="accent2"/>
                                  </w:tcBorders>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1212D7" id="Text Box 21" o:spid="_x0000_s1058" type="#_x0000_t202" style="position:absolute;left:0;text-align:left;margin-left:-55.45pt;margin-top:12.25pt;width:356.6pt;height:242.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" fillcolor="white [3201]" stroked="f" strokeweight=".5pt">
                <v:textbox>
                  <w:txbxContent>
                    <w:tbl>
                      <w:tblPr>
                        <w:tblStyle w:val="LightGrid"/>
                        <w:tblW w:w="6735" w:type="dxa"/>
                        <w:tblInd w:w="-195" w:type="dxa"/>
                        <w:tblLayout w:type="fixed"/>
                        <w:tblLook w:val="04A0" w:firstRow="1" w:lastRow="0" w:firstColumn="1" w:lastColumn="0" w:noHBand="0" w:noVBand="1"/>
                      </w:tblPr>
                      <w:tblGrid>
                        <w:gridCol w:w="15"/>
                        <w:gridCol w:w="1425"/>
                        <w:gridCol w:w="15"/>
                        <w:gridCol w:w="3990"/>
                        <w:gridCol w:w="150"/>
                        <w:gridCol w:w="1065"/>
                        <w:gridCol w:w="75"/>
                      </w:tblGrid>
                      <w:tr w:rsidR="003A37E7" w:rsidRPr="004B18E5" w:rsidTr="00E920D1">
                        <w:trPr>
                          <w:gridBefore w:val="1"/>
                          <w:gridAfter w:val="1"/>
                          <w:cnfStyle w:val="100000000000" w:firstRow="1" w:lastRow="0" w:firstColumn="0" w:lastColumn="0" w:oddVBand="0" w:evenVBand="0" w:oddHBand="0"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6645" w:type="dxa"/>
                            <w:gridSpan w:val="5"/>
                            <w:tcBorders>
                              <w:top w:val="single" w:sz="48" w:space="0" w:color="auto"/>
                              <w:left w:val="single" w:sz="48" w:space="0" w:color="auto"/>
                              <w:bottom w:val="double" w:sz="18" w:space="0" w:color="1F497D" w:themeColor="text2"/>
                              <w:right w:val="single" w:sz="48" w:space="0" w:color="auto"/>
                            </w:tcBorders>
                          </w:tcPr>
                          <w:p w:rsidR="003A37E7" w:rsidRPr="004B18E5" w:rsidRDefault="003A37E7" w:rsidP="004B18E5">
                            <w:pPr>
                              <w:jc w:val="center"/>
                              <w:rPr>
                                <w:color w:val="FF0000"/>
                                <w:sz w:val="20"/>
                                <w:szCs w:val="20"/>
                              </w:rPr>
                            </w:pPr>
                            <w:r>
                              <w:rPr>
                                <w:rFonts w:cs="Times New Roman"/>
                                <w:b w:val="0"/>
                                <w:color w:val="FF0000"/>
                              </w:rPr>
                              <w:t>BBA -</w:t>
                            </w:r>
                            <w:r w:rsidRPr="00330B70">
                              <w:rPr>
                                <w:rFonts w:cs="Times New Roman"/>
                                <w:b w:val="0"/>
                                <w:color w:val="FF0000"/>
                              </w:rPr>
                              <w:t>HUMAN RESOURCES MANAGEMENT</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6645" w:type="dxa"/>
                            <w:gridSpan w:val="5"/>
                            <w:tcBorders>
                              <w:top w:val="double" w:sz="18" w:space="0" w:color="1F497D" w:themeColor="text2"/>
                              <w:left w:val="double" w:sz="18"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rPr>
                                <w:sz w:val="20"/>
                                <w:szCs w:val="20"/>
                              </w:rPr>
                            </w:pPr>
                            <w:r>
                              <w:rPr>
                                <w:sz w:val="20"/>
                                <w:szCs w:val="20"/>
                              </w:rPr>
                              <w:t>FRESHMEN YEAR (YEAR I) - SECOND</w:t>
                            </w:r>
                            <w:r w:rsidRPr="009B29F2">
                              <w:rPr>
                                <w:sz w:val="20"/>
                                <w:szCs w:val="20"/>
                              </w:rPr>
                              <w:t xml:space="preserve"> SEMESTER</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sz w:val="20"/>
                                <w:szCs w:val="20"/>
                              </w:rPr>
                            </w:pPr>
                            <w:r w:rsidRPr="004B18E5">
                              <w:rPr>
                                <w:sz w:val="20"/>
                                <w:szCs w:val="20"/>
                              </w:rPr>
                              <w:t>COURSE CODE</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COURSE TITLE</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CREDIT HOURS</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sz w:val="20"/>
                                <w:szCs w:val="20"/>
                              </w:rPr>
                            </w:pPr>
                            <w:r w:rsidRPr="004B18E5">
                              <w:rPr>
                                <w:sz w:val="20"/>
                                <w:szCs w:val="20"/>
                              </w:rPr>
                              <w:t>Gen. 102</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4B18E5">
                              <w:rPr>
                                <w:b/>
                                <w:sz w:val="20"/>
                                <w:szCs w:val="20"/>
                              </w:rPr>
                              <w:t>LIFE IN CHRIST</w:t>
                            </w:r>
                            <w:r>
                              <w:rPr>
                                <w:b/>
                                <w:sz w:val="20"/>
                                <w:szCs w:val="20"/>
                              </w:rPr>
                              <w:t xml:space="preserve"> 2</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4B18E5">
                              <w:rPr>
                                <w:b/>
                                <w:sz w:val="20"/>
                                <w:szCs w:val="20"/>
                              </w:rPr>
                              <w:t>2</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sz w:val="20"/>
                                <w:szCs w:val="20"/>
                              </w:rPr>
                            </w:pPr>
                            <w:r w:rsidRPr="004B18E5">
                              <w:rPr>
                                <w:rFonts w:ascii="Bahnschrift" w:hAnsi="Bahnschrift"/>
                                <w:sz w:val="20"/>
                                <w:szCs w:val="20"/>
                              </w:rPr>
                              <w:t>ACC: 102</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rFonts w:ascii="Bahnschrift" w:hAnsi="Bahnschrift"/>
                                <w:sz w:val="20"/>
                                <w:szCs w:val="20"/>
                              </w:rPr>
                              <w:t>INTRODUCTION TO ACCOUNTING II</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sz w:val="20"/>
                                <w:szCs w:val="20"/>
                              </w:rPr>
                            </w:pPr>
                            <w:r w:rsidRPr="004B18E5">
                              <w:rPr>
                                <w:rFonts w:ascii="Bahnschrift" w:hAnsi="Bahnschrift"/>
                                <w:sz w:val="20"/>
                                <w:szCs w:val="20"/>
                              </w:rPr>
                              <w:t>ECON 102</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rFonts w:ascii="Bahnschrift" w:hAnsi="Bahnschrift"/>
                                <w:sz w:val="20"/>
                                <w:szCs w:val="20"/>
                              </w:rPr>
                              <w:t>INTRO TO MACRO ECONOMICS</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rFonts w:ascii="Bahnschrift" w:hAnsi="Bahnschrift"/>
                                <w:sz w:val="20"/>
                                <w:szCs w:val="20"/>
                              </w:rPr>
                            </w:pPr>
                            <w:r w:rsidRPr="004B18E5">
                              <w:rPr>
                                <w:rFonts w:ascii="Bahnschrift" w:hAnsi="Bahnschrift"/>
                                <w:sz w:val="20"/>
                                <w:szCs w:val="20"/>
                              </w:rPr>
                              <w:t>BUS 102</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4B18E5">
                              <w:rPr>
                                <w:rFonts w:ascii="Bahnschrift" w:hAnsi="Bahnschrift"/>
                                <w:sz w:val="20"/>
                                <w:szCs w:val="20"/>
                              </w:rPr>
                              <w:t>ENTERPRENEURSHIP</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rFonts w:ascii="Bahnschrift" w:hAnsi="Bahnschrift"/>
                                <w:sz w:val="20"/>
                                <w:szCs w:val="20"/>
                              </w:rPr>
                            </w:pPr>
                            <w:r w:rsidRPr="004B18E5">
                              <w:rPr>
                                <w:rFonts w:ascii="Bahnschrift" w:hAnsi="Bahnschrift"/>
                                <w:sz w:val="20"/>
                                <w:szCs w:val="20"/>
                              </w:rPr>
                              <w:t>GEN 107</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4B18E5">
                              <w:rPr>
                                <w:rFonts w:ascii="Bahnschrift" w:hAnsi="Bahnschrift"/>
                                <w:sz w:val="20"/>
                                <w:szCs w:val="20"/>
                              </w:rPr>
                              <w:t>CHRIATIAN ETHICS / MORAL VALUES</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2</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Height w:val="375"/>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rFonts w:ascii="Bahnschrift" w:hAnsi="Bahnschrift"/>
                                <w:sz w:val="20"/>
                                <w:szCs w:val="20"/>
                              </w:rPr>
                            </w:pPr>
                            <w:r w:rsidRPr="004B18E5">
                              <w:rPr>
                                <w:rFonts w:ascii="Bahnschrift" w:hAnsi="Bahnschrift"/>
                                <w:sz w:val="20"/>
                                <w:szCs w:val="20"/>
                              </w:rPr>
                              <w:t>SOS 102</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rFonts w:ascii="Bahnschrift" w:hAnsi="Bahnschrift"/>
                                <w:sz w:val="20"/>
                                <w:szCs w:val="20"/>
                              </w:rPr>
                              <w:t>LIBERIA SOCIETY</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sz w:val="20"/>
                                <w:szCs w:val="20"/>
                              </w:rPr>
                            </w:pPr>
                            <w:r w:rsidRPr="004B18E5">
                              <w:rPr>
                                <w:rFonts w:ascii="Bahnschrift" w:hAnsi="Bahnschrift"/>
                                <w:sz w:val="20"/>
                                <w:szCs w:val="20"/>
                              </w:rPr>
                              <w:t>MATH 102</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rFonts w:ascii="Bahnschrift" w:hAnsi="Bahnschrift"/>
                                <w:sz w:val="20"/>
                                <w:szCs w:val="20"/>
                              </w:rPr>
                              <w:t>MATHEMATICS FOR DECISION MAKING</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Height w:val="618"/>
                        </w:trPr>
                        <w:tc>
                          <w:tcPr>
                            <w:cnfStyle w:val="001000000000" w:firstRow="0" w:lastRow="0" w:firstColumn="1" w:lastColumn="0" w:oddVBand="0" w:evenVBand="0" w:oddHBand="0" w:evenHBand="0" w:firstRowFirstColumn="0" w:firstRowLastColumn="0" w:lastRowFirstColumn="0" w:lastRowLastColumn="0"/>
                            <w:tcW w:w="1440" w:type="dxa"/>
                            <w:gridSpan w:val="2"/>
                            <w:tcBorders>
                              <w:top w:val="double" w:sz="4" w:space="0" w:color="1F497D" w:themeColor="text2"/>
                              <w:left w:val="double" w:sz="18"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rPr>
                                <w:sz w:val="20"/>
                                <w:szCs w:val="20"/>
                              </w:rPr>
                            </w:pPr>
                            <w:r w:rsidRPr="004B18E5">
                              <w:rPr>
                                <w:rFonts w:ascii="Bahnschrift" w:hAnsi="Bahnschrift"/>
                                <w:sz w:val="20"/>
                                <w:szCs w:val="20"/>
                              </w:rPr>
                              <w:t>ENG 102</w:t>
                            </w:r>
                          </w:p>
                        </w:tc>
                        <w:tc>
                          <w:tcPr>
                            <w:tcW w:w="3990" w:type="dxa"/>
                            <w:tcBorders>
                              <w:top w:val="double" w:sz="4" w:space="0" w:color="1F497D" w:themeColor="text2"/>
                              <w:left w:val="double" w:sz="4" w:space="0" w:color="1F497D" w:themeColor="text2"/>
                              <w:bottom w:val="double" w:sz="4" w:space="0" w:color="1F497D" w:themeColor="text2"/>
                              <w:right w:val="double" w:sz="4"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rFonts w:ascii="Bahnschrift" w:hAnsi="Bahnschrift"/>
                                <w:sz w:val="20"/>
                                <w:szCs w:val="20"/>
                              </w:rPr>
                              <w:t>ENGLISH &amp; COMMUNICATION SKILLS II</w:t>
                            </w:r>
                          </w:p>
                        </w:tc>
                        <w:tc>
                          <w:tcPr>
                            <w:tcW w:w="1215" w:type="dxa"/>
                            <w:gridSpan w:val="2"/>
                            <w:tcBorders>
                              <w:top w:val="double" w:sz="4" w:space="0" w:color="1F497D" w:themeColor="text2"/>
                              <w:left w:val="double" w:sz="4" w:space="0" w:color="1F497D" w:themeColor="text2"/>
                              <w:bottom w:val="double" w:sz="4" w:space="0" w:color="1F497D" w:themeColor="text2"/>
                              <w:right w:val="double" w:sz="18" w:space="0" w:color="1F497D" w:themeColor="text2"/>
                            </w:tcBorders>
                            <w:vAlign w:val="center"/>
                          </w:tcPr>
                          <w:p w:rsidR="003A37E7" w:rsidRPr="004B18E5" w:rsidRDefault="003A37E7" w:rsidP="004B18E5">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Height w:val="618"/>
                        </w:trPr>
                        <w:tc>
                          <w:tcPr>
                            <w:cnfStyle w:val="001000000000" w:firstRow="0" w:lastRow="0" w:firstColumn="1" w:lastColumn="0" w:oddVBand="0" w:evenVBand="0" w:oddHBand="0" w:evenHBand="0" w:firstRowFirstColumn="0" w:firstRowLastColumn="0" w:lastRowFirstColumn="0" w:lastRowLastColumn="0"/>
                            <w:tcW w:w="5430" w:type="dxa"/>
                            <w:gridSpan w:val="3"/>
                            <w:tcBorders>
                              <w:top w:val="double" w:sz="4" w:space="0" w:color="1F497D" w:themeColor="text2"/>
                              <w:left w:val="double" w:sz="18" w:space="0" w:color="1F497D" w:themeColor="text2"/>
                              <w:bottom w:val="double" w:sz="18" w:space="0" w:color="1F497D" w:themeColor="text2"/>
                              <w:right w:val="double" w:sz="4" w:space="0" w:color="1F497D" w:themeColor="text2"/>
                            </w:tcBorders>
                            <w:vAlign w:val="center"/>
                          </w:tcPr>
                          <w:p w:rsidR="003A37E7" w:rsidRPr="004B18E5" w:rsidRDefault="003A37E7" w:rsidP="004B18E5">
                            <w:pPr>
                              <w:jc w:val="center"/>
                              <w:rPr>
                                <w:sz w:val="20"/>
                                <w:szCs w:val="20"/>
                              </w:rPr>
                            </w:pPr>
                            <w:r w:rsidRPr="004B18E5">
                              <w:rPr>
                                <w:sz w:val="20"/>
                                <w:szCs w:val="20"/>
                              </w:rPr>
                              <w:t xml:space="preserve">TOTAL </w:t>
                            </w:r>
                            <w:r w:rsidRPr="004B18E5">
                              <w:rPr>
                                <w:b w:val="0"/>
                                <w:sz w:val="20"/>
                                <w:szCs w:val="20"/>
                              </w:rPr>
                              <w:t>CREDIT HOURS</w:t>
                            </w:r>
                          </w:p>
                        </w:tc>
                        <w:tc>
                          <w:tcPr>
                            <w:tcW w:w="1215" w:type="dxa"/>
                            <w:gridSpan w:val="2"/>
                            <w:tcBorders>
                              <w:top w:val="double" w:sz="4" w:space="0" w:color="1F497D" w:themeColor="text2"/>
                              <w:left w:val="double" w:sz="4" w:space="0" w:color="1F497D" w:themeColor="text2"/>
                              <w:bottom w:val="double" w:sz="18" w:space="0" w:color="1F497D" w:themeColor="text2"/>
                              <w:right w:val="double" w:sz="18" w:space="0" w:color="1F497D" w:themeColor="text2"/>
                            </w:tcBorders>
                            <w:vAlign w:val="center"/>
                          </w:tcPr>
                          <w:p w:rsidR="003A37E7" w:rsidRPr="004B18E5" w:rsidRDefault="003A37E7" w:rsidP="004B18E5">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22</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Height w:val="104"/>
                        </w:trPr>
                        <w:tc>
                          <w:tcPr>
                            <w:cnfStyle w:val="001000000000" w:firstRow="0" w:lastRow="0" w:firstColumn="1" w:lastColumn="0" w:oddVBand="0" w:evenVBand="0" w:oddHBand="0" w:evenHBand="0" w:firstRowFirstColumn="0" w:firstRowLastColumn="0" w:lastRowFirstColumn="0" w:lastRowLastColumn="0"/>
                            <w:tcW w:w="6735" w:type="dxa"/>
                            <w:gridSpan w:val="7"/>
                            <w:tcBorders>
                              <w:top w:val="single" w:sz="36" w:space="0" w:color="auto"/>
                              <w:left w:val="single" w:sz="36" w:space="0" w:color="auto"/>
                              <w:bottom w:val="double" w:sz="4" w:space="0" w:color="C0504D" w:themeColor="accent2"/>
                              <w:right w:val="single" w:sz="36" w:space="0" w:color="auto"/>
                            </w:tcBorders>
                            <w:vAlign w:val="center"/>
                          </w:tcPr>
                          <w:p w:rsidR="003A37E7" w:rsidRPr="004B18E5" w:rsidRDefault="003A37E7" w:rsidP="003627BE">
                            <w:pPr>
                              <w:jc w:val="center"/>
                              <w:rPr>
                                <w:color w:val="FF0000"/>
                                <w:sz w:val="20"/>
                                <w:szCs w:val="20"/>
                              </w:rPr>
                            </w:pPr>
                          </w:p>
                        </w:tc>
                      </w:tr>
                      <w:tr w:rsidR="003A37E7" w:rsidRPr="004B18E5" w:rsidTr="00E920D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35" w:type="dxa"/>
                            <w:gridSpan w:val="7"/>
                            <w:tcBorders>
                              <w:top w:val="double" w:sz="4" w:space="0" w:color="C0504D" w:themeColor="accent2"/>
                              <w:left w:val="double" w:sz="4" w:space="0" w:color="C0504D" w:themeColor="accent2"/>
                              <w:right w:val="double" w:sz="4" w:space="0" w:color="C0504D" w:themeColor="accent2"/>
                            </w:tcBorders>
                            <w:vAlign w:val="center"/>
                          </w:tcPr>
                          <w:p w:rsidR="003A37E7" w:rsidRPr="004B18E5" w:rsidRDefault="003A37E7" w:rsidP="003627BE">
                            <w:pPr>
                              <w:jc w:val="center"/>
                              <w:rPr>
                                <w:sz w:val="20"/>
                                <w:szCs w:val="20"/>
                              </w:rPr>
                            </w:pPr>
                            <w:r w:rsidRPr="004B18E5">
                              <w:rPr>
                                <w:sz w:val="20"/>
                                <w:szCs w:val="20"/>
                              </w:rPr>
                              <w:t>FRESHMEN – SEMESTER 2</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sz w:val="20"/>
                                <w:szCs w:val="20"/>
                              </w:rPr>
                            </w:pPr>
                            <w:r w:rsidRPr="004B18E5">
                              <w:rPr>
                                <w:sz w:val="20"/>
                                <w:szCs w:val="20"/>
                              </w:rPr>
                              <w:t>COURSE CODE</w:t>
                            </w:r>
                          </w:p>
                        </w:tc>
                        <w:tc>
                          <w:tcPr>
                            <w:tcW w:w="4155" w:type="dxa"/>
                            <w:gridSpan w:val="3"/>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b/>
                                <w:sz w:val="20"/>
                                <w:szCs w:val="20"/>
                              </w:rPr>
                              <w:t>COURSE TITLE</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CREDIT HOURS</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sz w:val="20"/>
                                <w:szCs w:val="20"/>
                              </w:rPr>
                            </w:pPr>
                            <w:r w:rsidRPr="004B18E5">
                              <w:rPr>
                                <w:rFonts w:ascii="Bahnschrift" w:hAnsi="Bahnschrift"/>
                                <w:sz w:val="20"/>
                                <w:szCs w:val="20"/>
                              </w:rPr>
                              <w:t>ACC: 102</w:t>
                            </w:r>
                          </w:p>
                        </w:tc>
                        <w:tc>
                          <w:tcPr>
                            <w:tcW w:w="4155" w:type="dxa"/>
                            <w:gridSpan w:val="3"/>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rFonts w:ascii="Bahnschrift" w:hAnsi="Bahnschrift"/>
                                <w:sz w:val="20"/>
                                <w:szCs w:val="20"/>
                              </w:rPr>
                              <w:t>INTRODUCTION TO ACCOUNTING II</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sz w:val="20"/>
                                <w:szCs w:val="20"/>
                              </w:rPr>
                            </w:pPr>
                            <w:r w:rsidRPr="004B18E5">
                              <w:rPr>
                                <w:rFonts w:ascii="Bahnschrift" w:hAnsi="Bahnschrift"/>
                                <w:sz w:val="20"/>
                                <w:szCs w:val="20"/>
                              </w:rPr>
                              <w:t>ECON 102</w:t>
                            </w:r>
                          </w:p>
                        </w:tc>
                        <w:tc>
                          <w:tcPr>
                            <w:tcW w:w="4155" w:type="dxa"/>
                            <w:gridSpan w:val="3"/>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rFonts w:ascii="Bahnschrift" w:hAnsi="Bahnschrift"/>
                                <w:sz w:val="20"/>
                                <w:szCs w:val="20"/>
                              </w:rPr>
                              <w:t>INTRO TO MACRO ECONOMICS</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rFonts w:ascii="Bahnschrift" w:hAnsi="Bahnschrift"/>
                                <w:sz w:val="20"/>
                                <w:szCs w:val="20"/>
                              </w:rPr>
                            </w:pPr>
                            <w:r w:rsidRPr="004B18E5">
                              <w:rPr>
                                <w:rFonts w:ascii="Bahnschrift" w:hAnsi="Bahnschrift"/>
                                <w:sz w:val="20"/>
                                <w:szCs w:val="20"/>
                              </w:rPr>
                              <w:t>BUS 102</w:t>
                            </w:r>
                          </w:p>
                        </w:tc>
                        <w:tc>
                          <w:tcPr>
                            <w:tcW w:w="4155" w:type="dxa"/>
                            <w:gridSpan w:val="3"/>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4B18E5">
                              <w:rPr>
                                <w:rFonts w:ascii="Bahnschrift" w:hAnsi="Bahnschrift"/>
                                <w:sz w:val="20"/>
                                <w:szCs w:val="20"/>
                              </w:rPr>
                              <w:t>ENTERPRENEURSHIP</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rFonts w:ascii="Bahnschrift" w:hAnsi="Bahnschrift"/>
                                <w:sz w:val="20"/>
                                <w:szCs w:val="20"/>
                              </w:rPr>
                            </w:pPr>
                            <w:r w:rsidRPr="004B18E5">
                              <w:rPr>
                                <w:rFonts w:ascii="Bahnschrift" w:hAnsi="Bahnschrift"/>
                                <w:sz w:val="20"/>
                                <w:szCs w:val="20"/>
                              </w:rPr>
                              <w:t>GEN 107</w:t>
                            </w:r>
                          </w:p>
                        </w:tc>
                        <w:tc>
                          <w:tcPr>
                            <w:tcW w:w="4155" w:type="dxa"/>
                            <w:gridSpan w:val="3"/>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4B18E5">
                              <w:rPr>
                                <w:rFonts w:ascii="Bahnschrift" w:hAnsi="Bahnschrift"/>
                                <w:sz w:val="20"/>
                                <w:szCs w:val="20"/>
                              </w:rPr>
                              <w:t>CHRIATIAN ETHICS / MORAL VALUES</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2</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rFonts w:ascii="Bahnschrift" w:hAnsi="Bahnschrift"/>
                                <w:sz w:val="20"/>
                                <w:szCs w:val="20"/>
                              </w:rPr>
                            </w:pPr>
                            <w:r w:rsidRPr="004B18E5">
                              <w:rPr>
                                <w:rFonts w:ascii="Bahnschrift" w:hAnsi="Bahnschrift"/>
                                <w:sz w:val="20"/>
                                <w:szCs w:val="20"/>
                              </w:rPr>
                              <w:t>SOS 102</w:t>
                            </w:r>
                          </w:p>
                        </w:tc>
                        <w:tc>
                          <w:tcPr>
                            <w:tcW w:w="4155" w:type="dxa"/>
                            <w:gridSpan w:val="3"/>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rFonts w:ascii="Bahnschrift" w:hAnsi="Bahnschrift"/>
                                <w:sz w:val="20"/>
                                <w:szCs w:val="20"/>
                              </w:rPr>
                              <w:t>LIBERIA SOCIETY</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sz w:val="20"/>
                                <w:szCs w:val="20"/>
                              </w:rPr>
                            </w:pPr>
                            <w:r w:rsidRPr="004B18E5">
                              <w:rPr>
                                <w:rFonts w:ascii="Bahnschrift" w:hAnsi="Bahnschrift"/>
                                <w:sz w:val="20"/>
                                <w:szCs w:val="20"/>
                              </w:rPr>
                              <w:t>MATH 102</w:t>
                            </w:r>
                          </w:p>
                        </w:tc>
                        <w:tc>
                          <w:tcPr>
                            <w:tcW w:w="4155" w:type="dxa"/>
                            <w:gridSpan w:val="3"/>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rFonts w:ascii="Bahnschrift" w:hAnsi="Bahnschrift"/>
                                <w:sz w:val="20"/>
                                <w:szCs w:val="20"/>
                              </w:rPr>
                              <w:t>MATHEMATICS FOR DECISION MAKING</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3</w:t>
                            </w:r>
                          </w:p>
                        </w:tc>
                      </w:tr>
                      <w:tr w:rsidR="003A37E7" w:rsidRPr="004B18E5" w:rsidTr="00E920D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4B18E5" w:rsidRDefault="003A37E7" w:rsidP="003627BE">
                            <w:pPr>
                              <w:jc w:val="center"/>
                              <w:rPr>
                                <w:sz w:val="20"/>
                                <w:szCs w:val="20"/>
                              </w:rPr>
                            </w:pPr>
                            <w:r w:rsidRPr="004B18E5">
                              <w:rPr>
                                <w:rFonts w:ascii="Bahnschrift" w:hAnsi="Bahnschrift"/>
                                <w:sz w:val="20"/>
                                <w:szCs w:val="20"/>
                              </w:rPr>
                              <w:t>ENG 102</w:t>
                            </w:r>
                          </w:p>
                        </w:tc>
                        <w:tc>
                          <w:tcPr>
                            <w:tcW w:w="4155" w:type="dxa"/>
                            <w:gridSpan w:val="3"/>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rFonts w:ascii="Bahnschrift" w:hAnsi="Bahnschrift"/>
                                <w:sz w:val="20"/>
                                <w:szCs w:val="20"/>
                              </w:rPr>
                              <w:t>ENGLISH &amp; COMMUNICATION SKILLS II</w:t>
                            </w:r>
                          </w:p>
                        </w:tc>
                        <w:tc>
                          <w:tcPr>
                            <w:tcW w:w="1140" w:type="dxa"/>
                            <w:gridSpan w:val="2"/>
                            <w:tcBorders>
                              <w:right w:val="double" w:sz="4" w:space="0" w:color="C0504D" w:themeColor="accent2"/>
                            </w:tcBorders>
                            <w:vAlign w:val="center"/>
                          </w:tcPr>
                          <w:p w:rsidR="003A37E7" w:rsidRPr="004B18E5" w:rsidRDefault="003A37E7" w:rsidP="003627BE">
                            <w:pPr>
                              <w:jc w:val="center"/>
                              <w:cnfStyle w:val="000000100000" w:firstRow="0" w:lastRow="0" w:firstColumn="0" w:lastColumn="0" w:oddVBand="0" w:evenVBand="0" w:oddHBand="1" w:evenHBand="0" w:firstRowFirstColumn="0" w:firstRowLastColumn="0" w:lastRowFirstColumn="0" w:lastRowLastColumn="0"/>
                              <w:rPr>
                                <w:sz w:val="20"/>
                                <w:szCs w:val="20"/>
                              </w:rPr>
                            </w:pPr>
                            <w:r w:rsidRPr="004B18E5">
                              <w:rPr>
                                <w:sz w:val="20"/>
                                <w:szCs w:val="20"/>
                              </w:rPr>
                              <w:t>3</w:t>
                            </w:r>
                          </w:p>
                        </w:tc>
                      </w:tr>
                      <w:tr w:rsidR="003A37E7" w:rsidRPr="004B18E5" w:rsidTr="00E920D1">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595" w:type="dxa"/>
                            <w:gridSpan w:val="5"/>
                            <w:tcBorders>
                              <w:left w:val="double" w:sz="4" w:space="0" w:color="C0504D" w:themeColor="accent2"/>
                              <w:bottom w:val="double" w:sz="4" w:space="0" w:color="C0504D" w:themeColor="accent2"/>
                            </w:tcBorders>
                            <w:vAlign w:val="center"/>
                          </w:tcPr>
                          <w:p w:rsidR="003A37E7" w:rsidRPr="004B18E5" w:rsidRDefault="003A37E7" w:rsidP="003627BE">
                            <w:pPr>
                              <w:jc w:val="center"/>
                              <w:rPr>
                                <w:sz w:val="20"/>
                                <w:szCs w:val="20"/>
                              </w:rPr>
                            </w:pPr>
                            <w:r w:rsidRPr="004B18E5">
                              <w:rPr>
                                <w:sz w:val="20"/>
                                <w:szCs w:val="20"/>
                              </w:rPr>
                              <w:t>TOTAL CREDIT HOURS</w:t>
                            </w:r>
                          </w:p>
                        </w:tc>
                        <w:tc>
                          <w:tcPr>
                            <w:tcW w:w="1140" w:type="dxa"/>
                            <w:gridSpan w:val="2"/>
                            <w:tcBorders>
                              <w:bottom w:val="double" w:sz="4" w:space="0" w:color="C0504D" w:themeColor="accent2"/>
                              <w:right w:val="double" w:sz="4" w:space="0" w:color="C0504D" w:themeColor="accent2"/>
                            </w:tcBorders>
                            <w:vAlign w:val="center"/>
                          </w:tcPr>
                          <w:p w:rsidR="003A37E7" w:rsidRPr="004B18E5" w:rsidRDefault="003A37E7" w:rsidP="003627BE">
                            <w:pPr>
                              <w:jc w:val="center"/>
                              <w:cnfStyle w:val="000000010000" w:firstRow="0" w:lastRow="0" w:firstColumn="0" w:lastColumn="0" w:oddVBand="0" w:evenVBand="0" w:oddHBand="0" w:evenHBand="1" w:firstRowFirstColumn="0" w:firstRowLastColumn="0" w:lastRowFirstColumn="0" w:lastRowLastColumn="0"/>
                              <w:rPr>
                                <w:sz w:val="20"/>
                                <w:szCs w:val="20"/>
                              </w:rPr>
                            </w:pPr>
                            <w:r w:rsidRPr="004B18E5">
                              <w:rPr>
                                <w:sz w:val="20"/>
                                <w:szCs w:val="20"/>
                              </w:rPr>
                              <w:t>20</w:t>
                            </w:r>
                          </w:p>
                        </w:tc>
                      </w:tr>
                    </w:tbl>
                    <w:p w:rsidR="003A37E7" w:rsidRDefault="003A37E7"/>
                  </w:txbxContent>
                </v:textbox>
              </v:shape>
            </w:pict>
          </mc:Fallback>
        </mc:AlternateContent>
      </w: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82F85" w:rsidRDefault="00982F85" w:rsidP="00412947">
      <w:pPr>
        <w:jc w:val="center"/>
      </w:pPr>
    </w:p>
    <w:p w:rsidR="00982F85" w:rsidRDefault="00982F85" w:rsidP="00412947">
      <w:pPr>
        <w:jc w:val="center"/>
      </w:pPr>
    </w:p>
    <w:p w:rsidR="00982F85" w:rsidRDefault="0045747D" w:rsidP="00412947">
      <w:pPr>
        <w:jc w:val="center"/>
      </w:pPr>
      <w:r>
        <w:rPr>
          <w:noProof/>
        </w:rPr>
        <w:lastRenderedPageBreak/>
        <mc:AlternateContent>
          <mc:Choice Requires="wps">
            <w:drawing>
              <wp:anchor distT="0" distB="0" distL="114300" distR="114300" simplePos="0" relativeHeight="251826176" behindDoc="0" locked="0" layoutInCell="1" allowOverlap="1" wp14:anchorId="32E2CBDC" wp14:editId="41B39256">
                <wp:simplePos x="0" y="0"/>
                <wp:positionH relativeFrom="column">
                  <wp:posOffset>-1148385</wp:posOffset>
                </wp:positionH>
                <wp:positionV relativeFrom="paragraph">
                  <wp:posOffset>-791845</wp:posOffset>
                </wp:positionV>
                <wp:extent cx="4415028" cy="3986784"/>
                <wp:effectExtent l="0" t="0" r="5080" b="0"/>
                <wp:wrapNone/>
                <wp:docPr id="154" name="Text Box 154"/>
                <wp:cNvGraphicFramePr/>
                <a:graphic xmlns:a="http://schemas.openxmlformats.org/drawingml/2006/main">
                  <a:graphicData uri="http://schemas.microsoft.com/office/word/2010/wordprocessingShape">
                    <wps:wsp>
                      <wps:cNvSpPr txBox="1"/>
                      <wps:spPr>
                        <a:xfrm>
                          <a:off x="0" y="0"/>
                          <a:ext cx="4415028" cy="398678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480" w:type="dxa"/>
                              <w:tblLook w:val="04A0" w:firstRow="1" w:lastRow="0" w:firstColumn="1" w:lastColumn="0" w:noHBand="0" w:noVBand="1"/>
                            </w:tblPr>
                            <w:tblGrid>
                              <w:gridCol w:w="1049"/>
                              <w:gridCol w:w="4492"/>
                              <w:gridCol w:w="939"/>
                            </w:tblGrid>
                            <w:tr w:rsidR="003A37E7" w:rsidRPr="00740387" w:rsidTr="002C30CC">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8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740387" w:rsidRDefault="003A37E7" w:rsidP="006C66BD">
                                  <w:pPr>
                                    <w:pStyle w:val="Heading3"/>
                                    <w:jc w:val="center"/>
                                    <w:outlineLvl w:val="2"/>
                                    <w:rPr>
                                      <w:rFonts w:ascii="Times New Roman" w:hAnsi="Times New Roman" w:cs="Times New Roman"/>
                                      <w:b/>
                                      <w:color w:val="FF0000"/>
                                      <w:sz w:val="20"/>
                                      <w:szCs w:val="20"/>
                                    </w:rPr>
                                  </w:pPr>
                                  <w:r>
                                    <w:rPr>
                                      <w:rFonts w:ascii="Times New Roman" w:hAnsi="Times New Roman" w:cs="Times New Roman"/>
                                      <w:b/>
                                      <w:color w:val="FF0000"/>
                                      <w:sz w:val="22"/>
                                    </w:rPr>
                                    <w:t>BBA -</w:t>
                                  </w:r>
                                  <w:r w:rsidRPr="00330B70">
                                    <w:rPr>
                                      <w:rFonts w:ascii="Times New Roman" w:hAnsi="Times New Roman" w:cs="Times New Roman"/>
                                      <w:b/>
                                      <w:color w:val="FF0000"/>
                                      <w:sz w:val="22"/>
                                    </w:rPr>
                                    <w:t>HUMAN RESOURCES MANAGEMENT</w:t>
                                  </w:r>
                                </w:p>
                              </w:tc>
                            </w:tr>
                            <w:tr w:rsidR="003A37E7" w:rsidRPr="00740387" w:rsidTr="002C30CC">
                              <w:trPr>
                                <w:cnfStyle w:val="000000100000" w:firstRow="0" w:lastRow="0" w:firstColumn="0" w:lastColumn="0" w:oddVBand="0" w:evenVBand="0" w:oddHBand="1"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6480"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740387" w:rsidRDefault="003A37E7" w:rsidP="006C66BD">
                                  <w:pPr>
                                    <w:jc w:val="center"/>
                                    <w:rPr>
                                      <w:rFonts w:ascii="Bahnschrift" w:hAnsi="Bahnschrift"/>
                                      <w:sz w:val="20"/>
                                      <w:szCs w:val="20"/>
                                    </w:rPr>
                                  </w:pPr>
                                  <w:r>
                                    <w:rPr>
                                      <w:sz w:val="20"/>
                                      <w:szCs w:val="20"/>
                                    </w:rPr>
                                    <w:t>SOPHOMORE YEAR (YEARII) - FIRST</w:t>
                                  </w:r>
                                  <w:r w:rsidRPr="009B29F2">
                                    <w:rPr>
                                      <w:sz w:val="20"/>
                                      <w:szCs w:val="20"/>
                                    </w:rPr>
                                    <w:t xml:space="preserve"> SEMESTER</w:t>
                                  </w:r>
                                </w:p>
                              </w:tc>
                            </w:tr>
                            <w:tr w:rsidR="003A37E7" w:rsidRPr="00740387" w:rsidTr="00EF6368">
                              <w:trPr>
                                <w:cnfStyle w:val="000000010000" w:firstRow="0" w:lastRow="0" w:firstColumn="0" w:lastColumn="0" w:oddVBand="0" w:evenVBand="0" w:oddHBand="0" w:evenHBand="1"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COURSE CODE</w:t>
                                  </w:r>
                                </w:p>
                              </w:tc>
                              <w:tc>
                                <w:tcPr>
                                  <w:tcW w:w="4493" w:type="dxa"/>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COURSE TITLE</w:t>
                                  </w:r>
                                </w:p>
                              </w:tc>
                              <w:tc>
                                <w:tcPr>
                                  <w:tcW w:w="938" w:type="dxa"/>
                                  <w:tcBorders>
                                    <w:right w:val="double" w:sz="4" w:space="0" w:color="C0504D" w:themeColor="accent2"/>
                                  </w:tcBorders>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Pr>
                                      <w:sz w:val="20"/>
                                      <w:szCs w:val="20"/>
                                    </w:rPr>
                                    <w:t>CREDIT HOURS</w:t>
                                  </w:r>
                                </w:p>
                              </w:tc>
                            </w:tr>
                            <w:tr w:rsidR="003A37E7" w:rsidRPr="00740387" w:rsidTr="00EF636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Pr>
                                      <w:rFonts w:ascii="Bahnschrift" w:hAnsi="Bahnschrift"/>
                                      <w:sz w:val="20"/>
                                      <w:szCs w:val="20"/>
                                    </w:rPr>
                                    <w:t>GEN 107</w:t>
                                  </w:r>
                                </w:p>
                              </w:tc>
                              <w:tc>
                                <w:tcPr>
                                  <w:tcW w:w="4493" w:type="dxa"/>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EF6368">
                                    <w:t>DISCIPLESHIP  1</w:t>
                                  </w:r>
                                </w:p>
                              </w:tc>
                              <w:tc>
                                <w:tcPr>
                                  <w:tcW w:w="938" w:type="dxa"/>
                                  <w:tcBorders>
                                    <w:right w:val="double" w:sz="4" w:space="0" w:color="C0504D" w:themeColor="accent2"/>
                                  </w:tcBorders>
                                  <w:vAlign w:val="center"/>
                                </w:tcPr>
                                <w:p w:rsidR="003A37E7" w:rsidRDefault="003A37E7" w:rsidP="006C66BD">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w:t>
                                  </w:r>
                                </w:p>
                              </w:tc>
                            </w:tr>
                            <w:tr w:rsidR="003A37E7" w:rsidRPr="00740387" w:rsidTr="00EF6368">
                              <w:trPr>
                                <w:cnfStyle w:val="000000010000" w:firstRow="0" w:lastRow="0" w:firstColumn="0" w:lastColumn="0" w:oddVBand="0" w:evenVBand="0" w:oddHBand="0" w:evenHBand="1"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HRM 202</w:t>
                                  </w:r>
                                </w:p>
                              </w:tc>
                              <w:tc>
                                <w:tcPr>
                                  <w:tcW w:w="4493" w:type="dxa"/>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RECRUITMENT AND SELECTION</w:t>
                                  </w:r>
                                </w:p>
                              </w:tc>
                              <w:tc>
                                <w:tcPr>
                                  <w:tcW w:w="938" w:type="dxa"/>
                                  <w:tcBorders>
                                    <w:right w:val="double" w:sz="4" w:space="0" w:color="C0504D" w:themeColor="accent2"/>
                                  </w:tcBorders>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3</w:t>
                                  </w:r>
                                </w:p>
                              </w:tc>
                            </w:tr>
                            <w:tr w:rsidR="003A37E7" w:rsidRPr="00740387" w:rsidTr="002C30CC">
                              <w:trPr>
                                <w:cnfStyle w:val="000000100000" w:firstRow="0" w:lastRow="0" w:firstColumn="0" w:lastColumn="0" w:oddVBand="0" w:evenVBand="0" w:oddHBand="1" w:evenHBand="0"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HRM 205</w:t>
                                  </w:r>
                                </w:p>
                              </w:tc>
                              <w:tc>
                                <w:tcPr>
                                  <w:tcW w:w="4493" w:type="dxa"/>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740387">
                                    <w:rPr>
                                      <w:rFonts w:ascii="Bahnschrift" w:hAnsi="Bahnschrift"/>
                                      <w:sz w:val="20"/>
                                      <w:szCs w:val="20"/>
                                    </w:rPr>
                                    <w:t>ORGANIZATION BEHAVIOR</w:t>
                                  </w:r>
                                </w:p>
                              </w:tc>
                              <w:tc>
                                <w:tcPr>
                                  <w:tcW w:w="938" w:type="dxa"/>
                                  <w:tcBorders>
                                    <w:right w:val="double" w:sz="4" w:space="0" w:color="C0504D" w:themeColor="accent2"/>
                                  </w:tcBorders>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740387">
                                    <w:rPr>
                                      <w:rFonts w:ascii="Bahnschrift" w:hAnsi="Bahnschrift"/>
                                      <w:sz w:val="20"/>
                                      <w:szCs w:val="20"/>
                                    </w:rPr>
                                    <w:t>3</w:t>
                                  </w:r>
                                </w:p>
                              </w:tc>
                            </w:tr>
                            <w:tr w:rsidR="003A37E7" w:rsidRPr="00740387" w:rsidTr="002C30CC">
                              <w:trPr>
                                <w:cnfStyle w:val="000000010000" w:firstRow="0" w:lastRow="0" w:firstColumn="0" w:lastColumn="0" w:oddVBand="0" w:evenVBand="0" w:oddHBand="0" w:evenHBand="1"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HRM 101</w:t>
                                  </w:r>
                                </w:p>
                              </w:tc>
                              <w:tc>
                                <w:tcPr>
                                  <w:tcW w:w="4493" w:type="dxa"/>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INTRODUCTION TO HUMAN RESOURCES MANAGEMENT</w:t>
                                  </w:r>
                                </w:p>
                              </w:tc>
                              <w:tc>
                                <w:tcPr>
                                  <w:tcW w:w="938" w:type="dxa"/>
                                  <w:tcBorders>
                                    <w:right w:val="double" w:sz="4" w:space="0" w:color="C0504D" w:themeColor="accent2"/>
                                  </w:tcBorders>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3</w:t>
                                  </w:r>
                                </w:p>
                              </w:tc>
                            </w:tr>
                            <w:tr w:rsidR="003A37E7" w:rsidRPr="00740387" w:rsidTr="002C30CC">
                              <w:trPr>
                                <w:cnfStyle w:val="000000100000" w:firstRow="0" w:lastRow="0" w:firstColumn="0" w:lastColumn="0" w:oddVBand="0" w:evenVBand="0" w:oddHBand="1" w:evenHBand="0"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ECON. 203</w:t>
                                  </w:r>
                                </w:p>
                              </w:tc>
                              <w:tc>
                                <w:tcPr>
                                  <w:tcW w:w="4493" w:type="dxa"/>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740387">
                                    <w:rPr>
                                      <w:rFonts w:ascii="Bahnschrift" w:hAnsi="Bahnschrift"/>
                                      <w:sz w:val="20"/>
                                      <w:szCs w:val="20"/>
                                    </w:rPr>
                                    <w:t>CALCULUS FOR NON SCIENCE MAJOR</w:t>
                                  </w:r>
                                </w:p>
                              </w:tc>
                              <w:tc>
                                <w:tcPr>
                                  <w:tcW w:w="938" w:type="dxa"/>
                                  <w:tcBorders>
                                    <w:right w:val="double" w:sz="4" w:space="0" w:color="C0504D" w:themeColor="accent2"/>
                                  </w:tcBorders>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740387">
                                    <w:rPr>
                                      <w:rFonts w:ascii="Bahnschrift" w:hAnsi="Bahnschrift"/>
                                      <w:sz w:val="20"/>
                                      <w:szCs w:val="20"/>
                                    </w:rPr>
                                    <w:t>3</w:t>
                                  </w:r>
                                </w:p>
                              </w:tc>
                            </w:tr>
                            <w:tr w:rsidR="003A37E7" w:rsidRPr="00740387" w:rsidTr="002C30CC">
                              <w:trPr>
                                <w:cnfStyle w:val="000000010000" w:firstRow="0" w:lastRow="0" w:firstColumn="0" w:lastColumn="0" w:oddVBand="0" w:evenVBand="0" w:oddHBand="0" w:evenHBand="1" w:firstRowFirstColumn="0" w:firstRowLastColumn="0" w:lastRowFirstColumn="0" w:lastRowLastColumn="0"/>
                                <w:trHeight w:val="364"/>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BUS 201</w:t>
                                  </w:r>
                                </w:p>
                              </w:tc>
                              <w:tc>
                                <w:tcPr>
                                  <w:tcW w:w="4493" w:type="dxa"/>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PRINCIPLE OF MANAGEMENT I</w:t>
                                  </w:r>
                                </w:p>
                              </w:tc>
                              <w:tc>
                                <w:tcPr>
                                  <w:tcW w:w="938" w:type="dxa"/>
                                  <w:tcBorders>
                                    <w:right w:val="double" w:sz="4" w:space="0" w:color="C0504D" w:themeColor="accent2"/>
                                  </w:tcBorders>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3</w:t>
                                  </w:r>
                                </w:p>
                              </w:tc>
                            </w:tr>
                            <w:tr w:rsidR="003A37E7" w:rsidRPr="00740387" w:rsidTr="002C30CC">
                              <w:trPr>
                                <w:cnfStyle w:val="000000100000" w:firstRow="0" w:lastRow="0" w:firstColumn="0" w:lastColumn="0" w:oddVBand="0" w:evenVBand="0" w:oddHBand="1" w:evenHBand="0" w:firstRowFirstColumn="0" w:firstRowLastColumn="0" w:lastRowFirstColumn="0" w:lastRowLastColumn="0"/>
                                <w:trHeight w:val="364"/>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ENGL. 201</w:t>
                                  </w:r>
                                </w:p>
                              </w:tc>
                              <w:tc>
                                <w:tcPr>
                                  <w:tcW w:w="4493" w:type="dxa"/>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740387">
                                    <w:rPr>
                                      <w:rFonts w:ascii="Bahnschrift" w:hAnsi="Bahnschrift"/>
                                      <w:sz w:val="20"/>
                                      <w:szCs w:val="20"/>
                                    </w:rPr>
                                    <w:t>SOPHOMORE ENGLISH</w:t>
                                  </w:r>
                                </w:p>
                              </w:tc>
                              <w:tc>
                                <w:tcPr>
                                  <w:tcW w:w="938" w:type="dxa"/>
                                  <w:tcBorders>
                                    <w:right w:val="double" w:sz="4" w:space="0" w:color="C0504D" w:themeColor="accent2"/>
                                  </w:tcBorders>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740387">
                                    <w:rPr>
                                      <w:rFonts w:ascii="Bahnschrift" w:hAnsi="Bahnschrift"/>
                                      <w:sz w:val="20"/>
                                      <w:szCs w:val="20"/>
                                    </w:rPr>
                                    <w:t>3</w:t>
                                  </w:r>
                                </w:p>
                              </w:tc>
                            </w:tr>
                            <w:tr w:rsidR="003A37E7" w:rsidRPr="00740387" w:rsidTr="002C30CC">
                              <w:trPr>
                                <w:cnfStyle w:val="000000010000" w:firstRow="0" w:lastRow="0" w:firstColumn="0" w:lastColumn="0" w:oddVBand="0" w:evenVBand="0" w:oddHBand="0" w:evenHBand="1" w:firstRowFirstColumn="0" w:firstRowLastColumn="0" w:lastRowFirstColumn="0" w:lastRowLastColumn="0"/>
                                <w:trHeight w:val="364"/>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HRM 215</w:t>
                                  </w:r>
                                </w:p>
                              </w:tc>
                              <w:tc>
                                <w:tcPr>
                                  <w:tcW w:w="4493" w:type="dxa"/>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DISCIPLINE AND EMPLOYEE RIGHT</w:t>
                                  </w:r>
                                </w:p>
                              </w:tc>
                              <w:tc>
                                <w:tcPr>
                                  <w:tcW w:w="938" w:type="dxa"/>
                                  <w:tcBorders>
                                    <w:right w:val="double" w:sz="4" w:space="0" w:color="C0504D" w:themeColor="accent2"/>
                                  </w:tcBorders>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3</w:t>
                                  </w:r>
                                </w:p>
                              </w:tc>
                            </w:tr>
                            <w:tr w:rsidR="003A37E7" w:rsidRPr="00740387" w:rsidTr="002C30CC">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5542" w:type="dxa"/>
                                  <w:gridSpan w:val="2"/>
                                  <w:tcBorders>
                                    <w:left w:val="double" w:sz="4" w:space="0" w:color="C0504D" w:themeColor="accent2"/>
                                    <w:bottom w:val="double" w:sz="4" w:space="0" w:color="C0504D" w:themeColor="accent2"/>
                                  </w:tcBorders>
                                  <w:vAlign w:val="center"/>
                                </w:tcPr>
                                <w:p w:rsidR="003A37E7" w:rsidRPr="00740387" w:rsidRDefault="003A37E7" w:rsidP="006C66BD">
                                  <w:pPr>
                                    <w:jc w:val="center"/>
                                    <w:rPr>
                                      <w:rFonts w:ascii="Bahnschrift" w:hAnsi="Bahnschrift"/>
                                      <w:sz w:val="20"/>
                                      <w:szCs w:val="20"/>
                                    </w:rPr>
                                  </w:pPr>
                                </w:p>
                                <w:p w:rsidR="003A37E7" w:rsidRPr="00740387" w:rsidRDefault="003A37E7" w:rsidP="006C66BD">
                                  <w:pPr>
                                    <w:jc w:val="center"/>
                                    <w:rPr>
                                      <w:rFonts w:ascii="Bahnschrift" w:hAnsi="Bahnschrift"/>
                                      <w:sz w:val="20"/>
                                      <w:szCs w:val="20"/>
                                    </w:rPr>
                                  </w:pPr>
                                  <w:r w:rsidRPr="00740387">
                                    <w:rPr>
                                      <w:rFonts w:ascii="Bahnschrift" w:hAnsi="Bahnschrift"/>
                                      <w:sz w:val="20"/>
                                      <w:szCs w:val="20"/>
                                    </w:rPr>
                                    <w:t xml:space="preserve">TOTAL </w:t>
                                  </w:r>
                                  <w:r>
                                    <w:rPr>
                                      <w:sz w:val="20"/>
                                      <w:szCs w:val="20"/>
                                    </w:rPr>
                                    <w:t>CREDIT HOURS</w:t>
                                  </w:r>
                                </w:p>
                              </w:tc>
                              <w:tc>
                                <w:tcPr>
                                  <w:tcW w:w="938" w:type="dxa"/>
                                  <w:tcBorders>
                                    <w:bottom w:val="double" w:sz="4" w:space="0" w:color="C0504D" w:themeColor="accent2"/>
                                    <w:right w:val="double" w:sz="4" w:space="0" w:color="C0504D" w:themeColor="accent2"/>
                                  </w:tcBorders>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Pr>
                                      <w:rFonts w:ascii="Bahnschrift" w:hAnsi="Bahnschrift"/>
                                      <w:sz w:val="20"/>
                                      <w:szCs w:val="20"/>
                                    </w:rPr>
                                    <w:t>23</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E2CBDC" id="Text Box 154" o:spid="_x0000_s1059" type="#_x0000_t202" style="position:absolute;left:0;text-align:left;margin-left:-90.4pt;margin-top:-62.35pt;width:347.65pt;height:313.9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" fillcolor="white [3201]" stroked="f" strokeweight=".5pt">
                <v:textbox>
                  <w:txbxContent>
                    <w:tbl>
                      <w:tblPr>
                        <w:tblStyle w:val="LightGrid"/>
                        <w:tblW w:w="6480" w:type="dxa"/>
                        <w:tblLook w:val="04A0" w:firstRow="1" w:lastRow="0" w:firstColumn="1" w:lastColumn="0" w:noHBand="0" w:noVBand="1"/>
                      </w:tblPr>
                      <w:tblGrid>
                        <w:gridCol w:w="1049"/>
                        <w:gridCol w:w="4492"/>
                        <w:gridCol w:w="939"/>
                      </w:tblGrid>
                      <w:tr w:rsidR="003A37E7" w:rsidRPr="00740387" w:rsidTr="002C30CC">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8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740387" w:rsidRDefault="003A37E7" w:rsidP="006C66BD">
                            <w:pPr>
                              <w:pStyle w:val="Heading3"/>
                              <w:jc w:val="center"/>
                              <w:outlineLvl w:val="2"/>
                              <w:rPr>
                                <w:rFonts w:ascii="Times New Roman" w:hAnsi="Times New Roman" w:cs="Times New Roman"/>
                                <w:b/>
                                <w:color w:val="FF0000"/>
                                <w:sz w:val="20"/>
                                <w:szCs w:val="20"/>
                              </w:rPr>
                            </w:pPr>
                            <w:r>
                              <w:rPr>
                                <w:rFonts w:ascii="Times New Roman" w:hAnsi="Times New Roman" w:cs="Times New Roman"/>
                                <w:b/>
                                <w:color w:val="FF0000"/>
                                <w:sz w:val="22"/>
                              </w:rPr>
                              <w:t>BBA -</w:t>
                            </w:r>
                            <w:r w:rsidRPr="00330B70">
                              <w:rPr>
                                <w:rFonts w:ascii="Times New Roman" w:hAnsi="Times New Roman" w:cs="Times New Roman"/>
                                <w:b/>
                                <w:color w:val="FF0000"/>
                                <w:sz w:val="22"/>
                              </w:rPr>
                              <w:t>HUMAN RESOURCES MANAGEMENT</w:t>
                            </w:r>
                          </w:p>
                        </w:tc>
                      </w:tr>
                      <w:tr w:rsidR="003A37E7" w:rsidRPr="00740387" w:rsidTr="002C30CC">
                        <w:trPr>
                          <w:cnfStyle w:val="000000100000" w:firstRow="0" w:lastRow="0" w:firstColumn="0" w:lastColumn="0" w:oddVBand="0" w:evenVBand="0" w:oddHBand="1"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6480"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740387" w:rsidRDefault="003A37E7" w:rsidP="006C66BD">
                            <w:pPr>
                              <w:jc w:val="center"/>
                              <w:rPr>
                                <w:rFonts w:ascii="Bahnschrift" w:hAnsi="Bahnschrift"/>
                                <w:sz w:val="20"/>
                                <w:szCs w:val="20"/>
                              </w:rPr>
                            </w:pPr>
                            <w:r>
                              <w:rPr>
                                <w:sz w:val="20"/>
                                <w:szCs w:val="20"/>
                              </w:rPr>
                              <w:t>SOPHOMORE YEAR (YEARII) - FIRST</w:t>
                            </w:r>
                            <w:r w:rsidRPr="009B29F2">
                              <w:rPr>
                                <w:sz w:val="20"/>
                                <w:szCs w:val="20"/>
                              </w:rPr>
                              <w:t xml:space="preserve"> SEMESTER</w:t>
                            </w:r>
                          </w:p>
                        </w:tc>
                      </w:tr>
                      <w:tr w:rsidR="003A37E7" w:rsidRPr="00740387" w:rsidTr="00EF6368">
                        <w:trPr>
                          <w:cnfStyle w:val="000000010000" w:firstRow="0" w:lastRow="0" w:firstColumn="0" w:lastColumn="0" w:oddVBand="0" w:evenVBand="0" w:oddHBand="0" w:evenHBand="1"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COURSE CODE</w:t>
                            </w:r>
                          </w:p>
                        </w:tc>
                        <w:tc>
                          <w:tcPr>
                            <w:tcW w:w="4493" w:type="dxa"/>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COURSE TITLE</w:t>
                            </w:r>
                          </w:p>
                        </w:tc>
                        <w:tc>
                          <w:tcPr>
                            <w:tcW w:w="938" w:type="dxa"/>
                            <w:tcBorders>
                              <w:right w:val="double" w:sz="4" w:space="0" w:color="C0504D" w:themeColor="accent2"/>
                            </w:tcBorders>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Pr>
                                <w:sz w:val="20"/>
                                <w:szCs w:val="20"/>
                              </w:rPr>
                              <w:t>CREDIT HOURS</w:t>
                            </w:r>
                          </w:p>
                        </w:tc>
                      </w:tr>
                      <w:tr w:rsidR="003A37E7" w:rsidRPr="00740387" w:rsidTr="00EF636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Pr>
                                <w:rFonts w:ascii="Bahnschrift" w:hAnsi="Bahnschrift"/>
                                <w:sz w:val="20"/>
                                <w:szCs w:val="20"/>
                              </w:rPr>
                              <w:t>GEN 107</w:t>
                            </w:r>
                          </w:p>
                        </w:tc>
                        <w:tc>
                          <w:tcPr>
                            <w:tcW w:w="4493" w:type="dxa"/>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EF6368">
                              <w:t>DISCIPLESHIP  1</w:t>
                            </w:r>
                          </w:p>
                        </w:tc>
                        <w:tc>
                          <w:tcPr>
                            <w:tcW w:w="938" w:type="dxa"/>
                            <w:tcBorders>
                              <w:right w:val="double" w:sz="4" w:space="0" w:color="C0504D" w:themeColor="accent2"/>
                            </w:tcBorders>
                            <w:vAlign w:val="center"/>
                          </w:tcPr>
                          <w:p w:rsidR="003A37E7" w:rsidRDefault="003A37E7" w:rsidP="006C66BD">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w:t>
                            </w:r>
                          </w:p>
                        </w:tc>
                      </w:tr>
                      <w:tr w:rsidR="003A37E7" w:rsidRPr="00740387" w:rsidTr="00EF6368">
                        <w:trPr>
                          <w:cnfStyle w:val="000000010000" w:firstRow="0" w:lastRow="0" w:firstColumn="0" w:lastColumn="0" w:oddVBand="0" w:evenVBand="0" w:oddHBand="0" w:evenHBand="1"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HRM 202</w:t>
                            </w:r>
                          </w:p>
                        </w:tc>
                        <w:tc>
                          <w:tcPr>
                            <w:tcW w:w="4493" w:type="dxa"/>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RECRUITMENT AND SELECTION</w:t>
                            </w:r>
                          </w:p>
                        </w:tc>
                        <w:tc>
                          <w:tcPr>
                            <w:tcW w:w="938" w:type="dxa"/>
                            <w:tcBorders>
                              <w:right w:val="double" w:sz="4" w:space="0" w:color="C0504D" w:themeColor="accent2"/>
                            </w:tcBorders>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3</w:t>
                            </w:r>
                          </w:p>
                        </w:tc>
                      </w:tr>
                      <w:tr w:rsidR="003A37E7" w:rsidRPr="00740387" w:rsidTr="002C30CC">
                        <w:trPr>
                          <w:cnfStyle w:val="000000100000" w:firstRow="0" w:lastRow="0" w:firstColumn="0" w:lastColumn="0" w:oddVBand="0" w:evenVBand="0" w:oddHBand="1" w:evenHBand="0"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HRM 205</w:t>
                            </w:r>
                          </w:p>
                        </w:tc>
                        <w:tc>
                          <w:tcPr>
                            <w:tcW w:w="4493" w:type="dxa"/>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740387">
                              <w:rPr>
                                <w:rFonts w:ascii="Bahnschrift" w:hAnsi="Bahnschrift"/>
                                <w:sz w:val="20"/>
                                <w:szCs w:val="20"/>
                              </w:rPr>
                              <w:t>ORGANIZATION BEHAVIOR</w:t>
                            </w:r>
                          </w:p>
                        </w:tc>
                        <w:tc>
                          <w:tcPr>
                            <w:tcW w:w="938" w:type="dxa"/>
                            <w:tcBorders>
                              <w:right w:val="double" w:sz="4" w:space="0" w:color="C0504D" w:themeColor="accent2"/>
                            </w:tcBorders>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740387">
                              <w:rPr>
                                <w:rFonts w:ascii="Bahnschrift" w:hAnsi="Bahnschrift"/>
                                <w:sz w:val="20"/>
                                <w:szCs w:val="20"/>
                              </w:rPr>
                              <w:t>3</w:t>
                            </w:r>
                          </w:p>
                        </w:tc>
                      </w:tr>
                      <w:tr w:rsidR="003A37E7" w:rsidRPr="00740387" w:rsidTr="002C30CC">
                        <w:trPr>
                          <w:cnfStyle w:val="000000010000" w:firstRow="0" w:lastRow="0" w:firstColumn="0" w:lastColumn="0" w:oddVBand="0" w:evenVBand="0" w:oddHBand="0" w:evenHBand="1"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HRM 101</w:t>
                            </w:r>
                          </w:p>
                        </w:tc>
                        <w:tc>
                          <w:tcPr>
                            <w:tcW w:w="4493" w:type="dxa"/>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INTRODUCTION TO HUMAN RESOURCES MANAGEMENT</w:t>
                            </w:r>
                          </w:p>
                        </w:tc>
                        <w:tc>
                          <w:tcPr>
                            <w:tcW w:w="938" w:type="dxa"/>
                            <w:tcBorders>
                              <w:right w:val="double" w:sz="4" w:space="0" w:color="C0504D" w:themeColor="accent2"/>
                            </w:tcBorders>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3</w:t>
                            </w:r>
                          </w:p>
                        </w:tc>
                      </w:tr>
                      <w:tr w:rsidR="003A37E7" w:rsidRPr="00740387" w:rsidTr="002C30CC">
                        <w:trPr>
                          <w:cnfStyle w:val="000000100000" w:firstRow="0" w:lastRow="0" w:firstColumn="0" w:lastColumn="0" w:oddVBand="0" w:evenVBand="0" w:oddHBand="1" w:evenHBand="0" w:firstRowFirstColumn="0" w:firstRowLastColumn="0" w:lastRowFirstColumn="0" w:lastRowLastColumn="0"/>
                          <w:trHeight w:val="580"/>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ECON. 203</w:t>
                            </w:r>
                          </w:p>
                        </w:tc>
                        <w:tc>
                          <w:tcPr>
                            <w:tcW w:w="4493" w:type="dxa"/>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740387">
                              <w:rPr>
                                <w:rFonts w:ascii="Bahnschrift" w:hAnsi="Bahnschrift"/>
                                <w:sz w:val="20"/>
                                <w:szCs w:val="20"/>
                              </w:rPr>
                              <w:t>CALCULUS FOR NON SCIENCE MAJOR</w:t>
                            </w:r>
                          </w:p>
                        </w:tc>
                        <w:tc>
                          <w:tcPr>
                            <w:tcW w:w="938" w:type="dxa"/>
                            <w:tcBorders>
                              <w:right w:val="double" w:sz="4" w:space="0" w:color="C0504D" w:themeColor="accent2"/>
                            </w:tcBorders>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740387">
                              <w:rPr>
                                <w:rFonts w:ascii="Bahnschrift" w:hAnsi="Bahnschrift"/>
                                <w:sz w:val="20"/>
                                <w:szCs w:val="20"/>
                              </w:rPr>
                              <w:t>3</w:t>
                            </w:r>
                          </w:p>
                        </w:tc>
                      </w:tr>
                      <w:tr w:rsidR="003A37E7" w:rsidRPr="00740387" w:rsidTr="002C30CC">
                        <w:trPr>
                          <w:cnfStyle w:val="000000010000" w:firstRow="0" w:lastRow="0" w:firstColumn="0" w:lastColumn="0" w:oddVBand="0" w:evenVBand="0" w:oddHBand="0" w:evenHBand="1" w:firstRowFirstColumn="0" w:firstRowLastColumn="0" w:lastRowFirstColumn="0" w:lastRowLastColumn="0"/>
                          <w:trHeight w:val="364"/>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BUS 201</w:t>
                            </w:r>
                          </w:p>
                        </w:tc>
                        <w:tc>
                          <w:tcPr>
                            <w:tcW w:w="4493" w:type="dxa"/>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PRINCIPLE OF MANAGEMENT I</w:t>
                            </w:r>
                          </w:p>
                        </w:tc>
                        <w:tc>
                          <w:tcPr>
                            <w:tcW w:w="938" w:type="dxa"/>
                            <w:tcBorders>
                              <w:right w:val="double" w:sz="4" w:space="0" w:color="C0504D" w:themeColor="accent2"/>
                            </w:tcBorders>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3</w:t>
                            </w:r>
                          </w:p>
                        </w:tc>
                      </w:tr>
                      <w:tr w:rsidR="003A37E7" w:rsidRPr="00740387" w:rsidTr="002C30CC">
                        <w:trPr>
                          <w:cnfStyle w:val="000000100000" w:firstRow="0" w:lastRow="0" w:firstColumn="0" w:lastColumn="0" w:oddVBand="0" w:evenVBand="0" w:oddHBand="1" w:evenHBand="0" w:firstRowFirstColumn="0" w:firstRowLastColumn="0" w:lastRowFirstColumn="0" w:lastRowLastColumn="0"/>
                          <w:trHeight w:val="364"/>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ENGL. 201</w:t>
                            </w:r>
                          </w:p>
                        </w:tc>
                        <w:tc>
                          <w:tcPr>
                            <w:tcW w:w="4493" w:type="dxa"/>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740387">
                              <w:rPr>
                                <w:rFonts w:ascii="Bahnschrift" w:hAnsi="Bahnschrift"/>
                                <w:sz w:val="20"/>
                                <w:szCs w:val="20"/>
                              </w:rPr>
                              <w:t>SOPHOMORE ENGLISH</w:t>
                            </w:r>
                          </w:p>
                        </w:tc>
                        <w:tc>
                          <w:tcPr>
                            <w:tcW w:w="938" w:type="dxa"/>
                            <w:tcBorders>
                              <w:right w:val="double" w:sz="4" w:space="0" w:color="C0504D" w:themeColor="accent2"/>
                            </w:tcBorders>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740387">
                              <w:rPr>
                                <w:rFonts w:ascii="Bahnschrift" w:hAnsi="Bahnschrift"/>
                                <w:sz w:val="20"/>
                                <w:szCs w:val="20"/>
                              </w:rPr>
                              <w:t>3</w:t>
                            </w:r>
                          </w:p>
                        </w:tc>
                      </w:tr>
                      <w:tr w:rsidR="003A37E7" w:rsidRPr="00740387" w:rsidTr="002C30CC">
                        <w:trPr>
                          <w:cnfStyle w:val="000000010000" w:firstRow="0" w:lastRow="0" w:firstColumn="0" w:lastColumn="0" w:oddVBand="0" w:evenVBand="0" w:oddHBand="0" w:evenHBand="1" w:firstRowFirstColumn="0" w:firstRowLastColumn="0" w:lastRowFirstColumn="0" w:lastRowLastColumn="0"/>
                          <w:trHeight w:val="364"/>
                        </w:trPr>
                        <w:tc>
                          <w:tcPr>
                            <w:cnfStyle w:val="001000000000" w:firstRow="0" w:lastRow="0" w:firstColumn="1" w:lastColumn="0" w:oddVBand="0" w:evenVBand="0" w:oddHBand="0" w:evenHBand="0" w:firstRowFirstColumn="0" w:firstRowLastColumn="0" w:lastRowFirstColumn="0" w:lastRowLastColumn="0"/>
                            <w:tcW w:w="1049" w:type="dxa"/>
                            <w:tcBorders>
                              <w:left w:val="double" w:sz="4" w:space="0" w:color="C0504D" w:themeColor="accent2"/>
                            </w:tcBorders>
                            <w:vAlign w:val="center"/>
                          </w:tcPr>
                          <w:p w:rsidR="003A37E7" w:rsidRPr="00740387" w:rsidRDefault="003A37E7" w:rsidP="006C66BD">
                            <w:pPr>
                              <w:jc w:val="center"/>
                              <w:rPr>
                                <w:rFonts w:ascii="Bahnschrift" w:hAnsi="Bahnschrift"/>
                                <w:sz w:val="20"/>
                                <w:szCs w:val="20"/>
                              </w:rPr>
                            </w:pPr>
                            <w:r w:rsidRPr="00740387">
                              <w:rPr>
                                <w:rFonts w:ascii="Bahnschrift" w:hAnsi="Bahnschrift"/>
                                <w:sz w:val="20"/>
                                <w:szCs w:val="20"/>
                              </w:rPr>
                              <w:t>HRM 215</w:t>
                            </w:r>
                          </w:p>
                        </w:tc>
                        <w:tc>
                          <w:tcPr>
                            <w:tcW w:w="4493" w:type="dxa"/>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DISCIPLINE AND EMPLOYEE RIGHT</w:t>
                            </w:r>
                          </w:p>
                        </w:tc>
                        <w:tc>
                          <w:tcPr>
                            <w:tcW w:w="938" w:type="dxa"/>
                            <w:tcBorders>
                              <w:right w:val="double" w:sz="4" w:space="0" w:color="C0504D" w:themeColor="accent2"/>
                            </w:tcBorders>
                            <w:vAlign w:val="center"/>
                          </w:tcPr>
                          <w:p w:rsidR="003A37E7" w:rsidRPr="00740387" w:rsidRDefault="003A37E7" w:rsidP="006C66BD">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740387">
                              <w:rPr>
                                <w:rFonts w:ascii="Bahnschrift" w:hAnsi="Bahnschrift"/>
                                <w:sz w:val="20"/>
                                <w:szCs w:val="20"/>
                              </w:rPr>
                              <w:t>3</w:t>
                            </w:r>
                          </w:p>
                        </w:tc>
                      </w:tr>
                      <w:tr w:rsidR="003A37E7" w:rsidRPr="00740387" w:rsidTr="002C30CC">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5542" w:type="dxa"/>
                            <w:gridSpan w:val="2"/>
                            <w:tcBorders>
                              <w:left w:val="double" w:sz="4" w:space="0" w:color="C0504D" w:themeColor="accent2"/>
                              <w:bottom w:val="double" w:sz="4" w:space="0" w:color="C0504D" w:themeColor="accent2"/>
                            </w:tcBorders>
                            <w:vAlign w:val="center"/>
                          </w:tcPr>
                          <w:p w:rsidR="003A37E7" w:rsidRPr="00740387" w:rsidRDefault="003A37E7" w:rsidP="006C66BD">
                            <w:pPr>
                              <w:jc w:val="center"/>
                              <w:rPr>
                                <w:rFonts w:ascii="Bahnschrift" w:hAnsi="Bahnschrift"/>
                                <w:sz w:val="20"/>
                                <w:szCs w:val="20"/>
                              </w:rPr>
                            </w:pPr>
                          </w:p>
                          <w:p w:rsidR="003A37E7" w:rsidRPr="00740387" w:rsidRDefault="003A37E7" w:rsidP="006C66BD">
                            <w:pPr>
                              <w:jc w:val="center"/>
                              <w:rPr>
                                <w:rFonts w:ascii="Bahnschrift" w:hAnsi="Bahnschrift"/>
                                <w:sz w:val="20"/>
                                <w:szCs w:val="20"/>
                              </w:rPr>
                            </w:pPr>
                            <w:r w:rsidRPr="00740387">
                              <w:rPr>
                                <w:rFonts w:ascii="Bahnschrift" w:hAnsi="Bahnschrift"/>
                                <w:sz w:val="20"/>
                                <w:szCs w:val="20"/>
                              </w:rPr>
                              <w:t xml:space="preserve">TOTAL </w:t>
                            </w:r>
                            <w:r>
                              <w:rPr>
                                <w:sz w:val="20"/>
                                <w:szCs w:val="20"/>
                              </w:rPr>
                              <w:t>CREDIT HOURS</w:t>
                            </w:r>
                          </w:p>
                        </w:tc>
                        <w:tc>
                          <w:tcPr>
                            <w:tcW w:w="938" w:type="dxa"/>
                            <w:tcBorders>
                              <w:bottom w:val="double" w:sz="4" w:space="0" w:color="C0504D" w:themeColor="accent2"/>
                              <w:right w:val="double" w:sz="4" w:space="0" w:color="C0504D" w:themeColor="accent2"/>
                            </w:tcBorders>
                            <w:vAlign w:val="center"/>
                          </w:tcPr>
                          <w:p w:rsidR="003A37E7" w:rsidRPr="00740387" w:rsidRDefault="003A37E7" w:rsidP="006C66BD">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Pr>
                                <w:rFonts w:ascii="Bahnschrift" w:hAnsi="Bahnschrift"/>
                                <w:sz w:val="20"/>
                                <w:szCs w:val="20"/>
                              </w:rPr>
                              <w:t>23</w:t>
                            </w:r>
                          </w:p>
                        </w:tc>
                      </w:tr>
                    </w:tbl>
                    <w:p w:rsidR="003A37E7" w:rsidRDefault="003A37E7"/>
                  </w:txbxContent>
                </v:textbox>
              </v:shape>
            </w:pict>
          </mc:Fallback>
        </mc:AlternateContent>
      </w:r>
    </w:p>
    <w:p w:rsidR="00982F85" w:rsidRDefault="00982F85" w:rsidP="00412947">
      <w:pPr>
        <w:jc w:val="center"/>
      </w:pPr>
    </w:p>
    <w:p w:rsidR="00982F85" w:rsidRDefault="00982F85" w:rsidP="00412947">
      <w:pPr>
        <w:jc w:val="center"/>
      </w:pPr>
    </w:p>
    <w:p w:rsidR="00982F85" w:rsidRDefault="00982F85" w:rsidP="003627BE"/>
    <w:p w:rsidR="00982F85" w:rsidRDefault="00982F85" w:rsidP="00412947">
      <w:pPr>
        <w:jc w:val="center"/>
      </w:pPr>
    </w:p>
    <w:p w:rsidR="00982F85" w:rsidRDefault="00EC7580" w:rsidP="00EC7580">
      <w:pPr>
        <w:tabs>
          <w:tab w:val="left" w:pos="1477"/>
        </w:tabs>
      </w:pPr>
      <w:r>
        <w:tab/>
      </w:r>
    </w:p>
    <w:p w:rsidR="00EC7580" w:rsidRDefault="00EC7580" w:rsidP="00EC7580">
      <w:pPr>
        <w:tabs>
          <w:tab w:val="left" w:pos="1477"/>
        </w:tabs>
      </w:pPr>
    </w:p>
    <w:p w:rsidR="00982F85" w:rsidRDefault="00982F85" w:rsidP="00412947">
      <w:pPr>
        <w:jc w:val="center"/>
      </w:pPr>
    </w:p>
    <w:p w:rsidR="00982F85" w:rsidRDefault="00982F85" w:rsidP="00412947">
      <w:pPr>
        <w:jc w:val="center"/>
      </w:pPr>
    </w:p>
    <w:p w:rsidR="00982F85" w:rsidRDefault="0045747D" w:rsidP="00412947">
      <w:pPr>
        <w:jc w:val="center"/>
      </w:pPr>
      <w:r>
        <w:rPr>
          <w:noProof/>
        </w:rPr>
        <mc:AlternateContent>
          <mc:Choice Requires="wps">
            <w:drawing>
              <wp:anchor distT="0" distB="0" distL="114300" distR="114300" simplePos="0" relativeHeight="251672576" behindDoc="0" locked="0" layoutInCell="1" allowOverlap="1" wp14:anchorId="582D1539" wp14:editId="549407DE">
                <wp:simplePos x="0" y="0"/>
                <wp:positionH relativeFrom="page">
                  <wp:posOffset>415417</wp:posOffset>
                </wp:positionH>
                <wp:positionV relativeFrom="paragraph">
                  <wp:posOffset>389255</wp:posOffset>
                </wp:positionV>
                <wp:extent cx="4488510" cy="5035296"/>
                <wp:effectExtent l="0" t="0" r="7620" b="0"/>
                <wp:wrapNone/>
                <wp:docPr id="22" name="Text Box 22"/>
                <wp:cNvGraphicFramePr/>
                <a:graphic xmlns:a="http://schemas.openxmlformats.org/drawingml/2006/main">
                  <a:graphicData uri="http://schemas.microsoft.com/office/word/2010/wordprocessingShape">
                    <wps:wsp>
                      <wps:cNvSpPr txBox="1"/>
                      <wps:spPr>
                        <a:xfrm>
                          <a:off x="0" y="0"/>
                          <a:ext cx="4488510" cy="503529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675" w:type="dxa"/>
                              <w:tblInd w:w="-120" w:type="dxa"/>
                              <w:tblLook w:val="04A0" w:firstRow="1" w:lastRow="0" w:firstColumn="1" w:lastColumn="0" w:noHBand="0" w:noVBand="1"/>
                            </w:tblPr>
                            <w:tblGrid>
                              <w:gridCol w:w="1155"/>
                              <w:gridCol w:w="4470"/>
                              <w:gridCol w:w="1050"/>
                            </w:tblGrid>
                            <w:tr w:rsidR="003A37E7" w:rsidRPr="00740387" w:rsidTr="00BB7A64">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67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740387" w:rsidRDefault="003A37E7" w:rsidP="00EC7580">
                                  <w:pPr>
                                    <w:pStyle w:val="Heading3"/>
                                    <w:jc w:val="center"/>
                                    <w:outlineLvl w:val="2"/>
                                    <w:rPr>
                                      <w:rFonts w:ascii="Bahnschrift" w:hAnsi="Bahnschrift"/>
                                      <w:sz w:val="22"/>
                                    </w:rPr>
                                  </w:pPr>
                                  <w:r>
                                    <w:rPr>
                                      <w:rFonts w:ascii="Times New Roman" w:hAnsi="Times New Roman" w:cs="Times New Roman"/>
                                      <w:b/>
                                      <w:color w:val="FF0000"/>
                                      <w:sz w:val="22"/>
                                    </w:rPr>
                                    <w:t>BBA -</w:t>
                                  </w:r>
                                  <w:r w:rsidRPr="00330B70">
                                    <w:rPr>
                                      <w:rFonts w:ascii="Times New Roman" w:hAnsi="Times New Roman" w:cs="Times New Roman"/>
                                      <w:b/>
                                      <w:color w:val="FF0000"/>
                                      <w:sz w:val="22"/>
                                    </w:rPr>
                                    <w:t>HUMAN RESOURCES MANAGEMENT</w:t>
                                  </w:r>
                                </w:p>
                              </w:tc>
                            </w:tr>
                            <w:tr w:rsidR="003A37E7" w:rsidRPr="00740387" w:rsidTr="00BB7A64">
                              <w:trPr>
                                <w:cnfStyle w:val="000000100000" w:firstRow="0" w:lastRow="0" w:firstColumn="0" w:lastColumn="0" w:oddVBand="0" w:evenVBand="0" w:oddHBand="1"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667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740387" w:rsidRDefault="003A37E7" w:rsidP="005A53DA">
                                  <w:pPr>
                                    <w:jc w:val="center"/>
                                    <w:rPr>
                                      <w:rFonts w:ascii="Bahnschrift" w:hAnsi="Bahnschrift"/>
                                    </w:rPr>
                                  </w:pPr>
                                  <w:r>
                                    <w:rPr>
                                      <w:sz w:val="20"/>
                                      <w:szCs w:val="20"/>
                                    </w:rPr>
                                    <w:t>SOPHOMORE YEAR (YEARII) - SECOND</w:t>
                                  </w:r>
                                  <w:r w:rsidRPr="009B29F2">
                                    <w:rPr>
                                      <w:sz w:val="20"/>
                                      <w:szCs w:val="20"/>
                                    </w:rPr>
                                    <w:t xml:space="preserve"> SEMESTER</w:t>
                                  </w:r>
                                </w:p>
                              </w:tc>
                            </w:tr>
                            <w:tr w:rsidR="003A37E7" w:rsidRPr="00740387" w:rsidTr="00BB7A64">
                              <w:trPr>
                                <w:cnfStyle w:val="000000010000" w:firstRow="0" w:lastRow="0" w:firstColumn="0" w:lastColumn="0" w:oddVBand="0" w:evenVBand="0" w:oddHBand="0" w:evenHBand="1"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1155" w:type="dxa"/>
                                  <w:tcBorders>
                                    <w:left w:val="double" w:sz="4" w:space="0" w:color="C0504D" w:themeColor="accent2"/>
                                  </w:tcBorders>
                                  <w:vAlign w:val="center"/>
                                </w:tcPr>
                                <w:p w:rsidR="003A37E7" w:rsidRPr="00740387" w:rsidRDefault="003A37E7" w:rsidP="005A53DA">
                                  <w:pPr>
                                    <w:jc w:val="center"/>
                                    <w:rPr>
                                      <w:rFonts w:ascii="Bahnschrift" w:hAnsi="Bahnschrift"/>
                                    </w:rPr>
                                  </w:pPr>
                                  <w:r w:rsidRPr="00740387">
                                    <w:rPr>
                                      <w:rFonts w:ascii="Bahnschrift" w:hAnsi="Bahnschrift"/>
                                    </w:rPr>
                                    <w:t>COURSE CODE</w:t>
                                  </w:r>
                                </w:p>
                              </w:tc>
                              <w:tc>
                                <w:tcPr>
                                  <w:tcW w:w="4470" w:type="dxa"/>
                                  <w:vAlign w:val="center"/>
                                </w:tcPr>
                                <w:p w:rsidR="003A37E7" w:rsidRPr="00740387"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740387">
                                    <w:rPr>
                                      <w:rFonts w:ascii="Bahnschrift" w:hAnsi="Bahnschrift"/>
                                    </w:rPr>
                                    <w:t>COURSE TITLE</w:t>
                                  </w:r>
                                </w:p>
                              </w:tc>
                              <w:tc>
                                <w:tcPr>
                                  <w:tcW w:w="1050" w:type="dxa"/>
                                  <w:tcBorders>
                                    <w:right w:val="double" w:sz="4" w:space="0" w:color="C0504D" w:themeColor="accent2"/>
                                  </w:tcBorders>
                                  <w:vAlign w:val="center"/>
                                </w:tcPr>
                                <w:p w:rsidR="003A37E7" w:rsidRPr="00740387"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sz w:val="20"/>
                                      <w:szCs w:val="20"/>
                                    </w:rPr>
                                    <w:t>CREDIT HOURS</w:t>
                                  </w:r>
                                </w:p>
                              </w:tc>
                            </w:tr>
                            <w:tr w:rsidR="003A37E7" w:rsidRPr="00740387" w:rsidTr="00BB7A64">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1155" w:type="dxa"/>
                                  <w:tcBorders>
                                    <w:left w:val="double" w:sz="4" w:space="0" w:color="C0504D" w:themeColor="accent2"/>
                                  </w:tcBorders>
                                  <w:vAlign w:val="center"/>
                                </w:tcPr>
                                <w:p w:rsidR="003A37E7" w:rsidRPr="00740387" w:rsidRDefault="003A37E7" w:rsidP="00BB7A64">
                                  <w:pPr>
                                    <w:jc w:val="center"/>
                                    <w:rPr>
                                      <w:rFonts w:ascii="Bahnschrift" w:hAnsi="Bahnschrift"/>
                                    </w:rPr>
                                  </w:pPr>
                                  <w:r>
                                    <w:rPr>
                                      <w:rFonts w:ascii="Bahnschrift" w:hAnsi="Bahnschrift"/>
                                    </w:rPr>
                                    <w:t>GEN. 108</w:t>
                                  </w:r>
                                </w:p>
                              </w:tc>
                              <w:tc>
                                <w:tcPr>
                                  <w:tcW w:w="4470" w:type="dxa"/>
                                  <w:vAlign w:val="center"/>
                                </w:tcPr>
                                <w:p w:rsidR="003A37E7" w:rsidRDefault="003A37E7" w:rsidP="00BB7A64">
                                  <w:pPr>
                                    <w:jc w:val="center"/>
                                    <w:cnfStyle w:val="000000100000" w:firstRow="0" w:lastRow="0" w:firstColumn="0" w:lastColumn="0" w:oddVBand="0" w:evenVBand="0" w:oddHBand="1" w:evenHBand="0" w:firstRowFirstColumn="0" w:firstRowLastColumn="0" w:lastRowFirstColumn="0" w:lastRowLastColumn="0"/>
                                  </w:pPr>
                                  <w:r>
                                    <w:t>DISCIPLESHIP  2</w:t>
                                  </w:r>
                                </w:p>
                              </w:tc>
                              <w:tc>
                                <w:tcPr>
                                  <w:tcW w:w="1050" w:type="dxa"/>
                                  <w:tcBorders>
                                    <w:right w:val="double" w:sz="4" w:space="0" w:color="C0504D" w:themeColor="accent2"/>
                                  </w:tcBorders>
                                  <w:vAlign w:val="center"/>
                                </w:tcPr>
                                <w:p w:rsidR="003A37E7" w:rsidRDefault="003A37E7" w:rsidP="00BB7A64">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w:t>
                                  </w:r>
                                </w:p>
                              </w:tc>
                            </w:tr>
                            <w:tr w:rsidR="003A37E7" w:rsidRPr="00740387" w:rsidTr="00BB7A64">
                              <w:trPr>
                                <w:cnfStyle w:val="000000010000" w:firstRow="0" w:lastRow="0" w:firstColumn="0" w:lastColumn="0" w:oddVBand="0" w:evenVBand="0" w:oddHBand="0" w:evenHBand="1" w:firstRowFirstColumn="0" w:firstRowLastColumn="0" w:lastRowFirstColumn="0" w:lastRowLastColumn="0"/>
                                <w:trHeight w:val="411"/>
                              </w:trPr>
                              <w:tc>
                                <w:tcPr>
                                  <w:cnfStyle w:val="001000000000" w:firstRow="0" w:lastRow="0" w:firstColumn="1" w:lastColumn="0" w:oddVBand="0" w:evenVBand="0" w:oddHBand="0" w:evenHBand="0" w:firstRowFirstColumn="0" w:firstRowLastColumn="0" w:lastRowFirstColumn="0" w:lastRowLastColumn="0"/>
                                  <w:tcW w:w="1155" w:type="dxa"/>
                                  <w:tcBorders>
                                    <w:left w:val="double" w:sz="4" w:space="0" w:color="C0504D" w:themeColor="accent2"/>
                                  </w:tcBorders>
                                  <w:vAlign w:val="center"/>
                                </w:tcPr>
                                <w:p w:rsidR="003A37E7" w:rsidRPr="00740387" w:rsidRDefault="003A37E7" w:rsidP="00BB7A64">
                                  <w:pPr>
                                    <w:jc w:val="center"/>
                                    <w:rPr>
                                      <w:rFonts w:ascii="Bahnschrift" w:hAnsi="Bahnschrift"/>
                                    </w:rPr>
                                  </w:pPr>
                                  <w:r w:rsidRPr="00740387">
                                    <w:rPr>
                                      <w:rFonts w:ascii="Bahnschrift" w:hAnsi="Bahnschrift"/>
                                    </w:rPr>
                                    <w:t>HRM 211</w:t>
                                  </w:r>
                                </w:p>
                              </w:tc>
                              <w:tc>
                                <w:tcPr>
                                  <w:tcW w:w="4470" w:type="dxa"/>
                                  <w:vAlign w:val="center"/>
                                </w:tcPr>
                                <w:p w:rsidR="003A37E7" w:rsidRPr="00740387" w:rsidRDefault="003A37E7" w:rsidP="00BB7A64">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740387">
                                    <w:rPr>
                                      <w:rFonts w:ascii="Bahnschrift" w:hAnsi="Bahnschrift"/>
                                    </w:rPr>
                                    <w:t>PERFORMANCE MANAGEMENT</w:t>
                                  </w:r>
                                </w:p>
                              </w:tc>
                              <w:tc>
                                <w:tcPr>
                                  <w:tcW w:w="1050" w:type="dxa"/>
                                  <w:tcBorders>
                                    <w:right w:val="double" w:sz="4" w:space="0" w:color="C0504D" w:themeColor="accent2"/>
                                  </w:tcBorders>
                                  <w:vAlign w:val="center"/>
                                </w:tcPr>
                                <w:p w:rsidR="003A37E7" w:rsidRPr="00740387" w:rsidRDefault="003A37E7" w:rsidP="00BB7A64">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740387">
                                    <w:rPr>
                                      <w:rFonts w:ascii="Bahnschrift" w:hAnsi="Bahnschrift"/>
                                    </w:rPr>
                                    <w:t>3</w:t>
                                  </w:r>
                                </w:p>
                              </w:tc>
                            </w:tr>
                            <w:tr w:rsidR="003A37E7" w:rsidRPr="00740387" w:rsidTr="00BB7A64">
                              <w:trPr>
                                <w:cnfStyle w:val="000000100000" w:firstRow="0" w:lastRow="0" w:firstColumn="0" w:lastColumn="0" w:oddVBand="0" w:evenVBand="0" w:oddHBand="1" w:evenHBand="0"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1155" w:type="dxa"/>
                                  <w:tcBorders>
                                    <w:left w:val="double" w:sz="4" w:space="0" w:color="C0504D" w:themeColor="accent2"/>
                                  </w:tcBorders>
                                  <w:vAlign w:val="center"/>
                                </w:tcPr>
                                <w:p w:rsidR="003A37E7" w:rsidRPr="00740387" w:rsidRDefault="003A37E7" w:rsidP="00BB7A64">
                                  <w:pPr>
                                    <w:jc w:val="center"/>
                                    <w:rPr>
                                      <w:rFonts w:ascii="Bahnschrift" w:hAnsi="Bahnschrift"/>
                                    </w:rPr>
                                  </w:pPr>
                                  <w:r w:rsidRPr="00740387">
                                    <w:rPr>
                                      <w:rFonts w:ascii="Bahnschrift" w:hAnsi="Bahnschrift"/>
                                    </w:rPr>
                                    <w:t>BUS 212</w:t>
                                  </w:r>
                                </w:p>
                              </w:tc>
                              <w:tc>
                                <w:tcPr>
                                  <w:tcW w:w="4470" w:type="dxa"/>
                                  <w:vAlign w:val="center"/>
                                </w:tcPr>
                                <w:p w:rsidR="003A37E7" w:rsidRPr="00740387" w:rsidRDefault="003A37E7" w:rsidP="00BB7A64">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740387">
                                    <w:rPr>
                                      <w:rFonts w:ascii="Bahnschrift" w:hAnsi="Bahnschrift"/>
                                    </w:rPr>
                                    <w:t>PROCUREMENT AND SUPPLY CHAIN MANAGEMENT</w:t>
                                  </w:r>
                                </w:p>
                              </w:tc>
                              <w:tc>
                                <w:tcPr>
                                  <w:tcW w:w="1050" w:type="dxa"/>
                                  <w:tcBorders>
                                    <w:right w:val="double" w:sz="4" w:space="0" w:color="C0504D" w:themeColor="accent2"/>
                                  </w:tcBorders>
                                  <w:vAlign w:val="center"/>
                                </w:tcPr>
                                <w:p w:rsidR="003A37E7" w:rsidRPr="00740387" w:rsidRDefault="003A37E7" w:rsidP="00BB7A64">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740387">
                                    <w:rPr>
                                      <w:rFonts w:ascii="Bahnschrift" w:hAnsi="Bahnschrift"/>
                                    </w:rPr>
                                    <w:t>3</w:t>
                                  </w:r>
                                </w:p>
                              </w:tc>
                            </w:tr>
                            <w:tr w:rsidR="003A37E7" w:rsidRPr="00740387" w:rsidTr="00BB7A64">
                              <w:trPr>
                                <w:cnfStyle w:val="000000010000" w:firstRow="0" w:lastRow="0" w:firstColumn="0" w:lastColumn="0" w:oddVBand="0" w:evenVBand="0" w:oddHBand="0" w:evenHBand="1"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1155" w:type="dxa"/>
                                  <w:tcBorders>
                                    <w:left w:val="double" w:sz="4" w:space="0" w:color="C0504D" w:themeColor="accent2"/>
                                  </w:tcBorders>
                                  <w:vAlign w:val="center"/>
                                </w:tcPr>
                                <w:p w:rsidR="003A37E7" w:rsidRPr="00740387" w:rsidRDefault="003A37E7" w:rsidP="00BB7A64">
                                  <w:pPr>
                                    <w:jc w:val="center"/>
                                    <w:rPr>
                                      <w:rFonts w:ascii="Bahnschrift" w:hAnsi="Bahnschrift"/>
                                    </w:rPr>
                                  </w:pPr>
                                  <w:r w:rsidRPr="00740387">
                                    <w:rPr>
                                      <w:rFonts w:ascii="Bahnschrift" w:hAnsi="Bahnschrift"/>
                                    </w:rPr>
                                    <w:t>HRM 216</w:t>
                                  </w:r>
                                </w:p>
                              </w:tc>
                              <w:tc>
                                <w:tcPr>
                                  <w:tcW w:w="4470" w:type="dxa"/>
                                  <w:vAlign w:val="center"/>
                                </w:tcPr>
                                <w:p w:rsidR="003A37E7" w:rsidRPr="00740387" w:rsidRDefault="003A37E7" w:rsidP="00BB7A64">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740387">
                                    <w:rPr>
                                      <w:rFonts w:ascii="Bahnschrift" w:hAnsi="Bahnschrift"/>
                                    </w:rPr>
                                    <w:t>LABOR LAW</w:t>
                                  </w:r>
                                </w:p>
                              </w:tc>
                              <w:tc>
                                <w:tcPr>
                                  <w:tcW w:w="1050" w:type="dxa"/>
                                  <w:tcBorders>
                                    <w:right w:val="double" w:sz="4" w:space="0" w:color="C0504D" w:themeColor="accent2"/>
                                  </w:tcBorders>
                                  <w:vAlign w:val="center"/>
                                </w:tcPr>
                                <w:p w:rsidR="003A37E7" w:rsidRPr="00740387" w:rsidRDefault="003A37E7" w:rsidP="00BB7A64">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740387">
                                    <w:rPr>
                                      <w:rFonts w:ascii="Bahnschrift" w:hAnsi="Bahnschrift"/>
                                    </w:rPr>
                                    <w:t>3</w:t>
                                  </w:r>
                                </w:p>
                              </w:tc>
                            </w:tr>
                            <w:tr w:rsidR="003A37E7" w:rsidRPr="00740387" w:rsidTr="00BB7A64">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155" w:type="dxa"/>
                                  <w:tcBorders>
                                    <w:left w:val="double" w:sz="4" w:space="0" w:color="C0504D" w:themeColor="accent2"/>
                                  </w:tcBorders>
                                  <w:vAlign w:val="center"/>
                                </w:tcPr>
                                <w:p w:rsidR="003A37E7" w:rsidRPr="00740387" w:rsidRDefault="003A37E7" w:rsidP="00BB7A64">
                                  <w:pPr>
                                    <w:jc w:val="center"/>
                                    <w:rPr>
                                      <w:rFonts w:ascii="Bahnschrift" w:hAnsi="Bahnschrift"/>
                                    </w:rPr>
                                  </w:pPr>
                                  <w:r w:rsidRPr="00740387">
                                    <w:rPr>
                                      <w:rFonts w:ascii="Bahnschrift" w:hAnsi="Bahnschrift"/>
                                    </w:rPr>
                                    <w:t>BUS 211</w:t>
                                  </w:r>
                                </w:p>
                              </w:tc>
                              <w:tc>
                                <w:tcPr>
                                  <w:tcW w:w="4470" w:type="dxa"/>
                                  <w:vAlign w:val="center"/>
                                </w:tcPr>
                                <w:p w:rsidR="003A37E7" w:rsidRPr="00740387" w:rsidRDefault="003A37E7" w:rsidP="00BB7A64">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740387">
                                    <w:rPr>
                                      <w:rFonts w:ascii="Bahnschrift" w:hAnsi="Bahnschrift"/>
                                    </w:rPr>
                                    <w:t>MANAGEMENT INTEGRATION SYSTEM</w:t>
                                  </w:r>
                                </w:p>
                              </w:tc>
                              <w:tc>
                                <w:tcPr>
                                  <w:tcW w:w="1050" w:type="dxa"/>
                                  <w:tcBorders>
                                    <w:right w:val="double" w:sz="4" w:space="0" w:color="C0504D" w:themeColor="accent2"/>
                                  </w:tcBorders>
                                  <w:vAlign w:val="center"/>
                                </w:tcPr>
                                <w:p w:rsidR="003A37E7" w:rsidRPr="00740387" w:rsidRDefault="003A37E7" w:rsidP="00BB7A64">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3</w:t>
                                  </w:r>
                                </w:p>
                              </w:tc>
                            </w:tr>
                            <w:tr w:rsidR="003A37E7" w:rsidRPr="00740387" w:rsidTr="00BB7A64">
                              <w:trPr>
                                <w:cnfStyle w:val="000000010000" w:firstRow="0" w:lastRow="0" w:firstColumn="0" w:lastColumn="0" w:oddVBand="0" w:evenVBand="0" w:oddHBand="0" w:evenHBand="1"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1155" w:type="dxa"/>
                                  <w:tcBorders>
                                    <w:left w:val="double" w:sz="4" w:space="0" w:color="C0504D" w:themeColor="accent2"/>
                                  </w:tcBorders>
                                  <w:vAlign w:val="center"/>
                                </w:tcPr>
                                <w:p w:rsidR="003A37E7" w:rsidRPr="00740387" w:rsidRDefault="003A37E7" w:rsidP="00BB7A64">
                                  <w:pPr>
                                    <w:jc w:val="center"/>
                                    <w:rPr>
                                      <w:rFonts w:ascii="Bahnschrift" w:hAnsi="Bahnschrift"/>
                                    </w:rPr>
                                  </w:pPr>
                                  <w:r w:rsidRPr="00740387">
                                    <w:rPr>
                                      <w:rFonts w:ascii="Bahnschrift" w:hAnsi="Bahnschrift"/>
                                    </w:rPr>
                                    <w:t>BUS 200</w:t>
                                  </w:r>
                                </w:p>
                              </w:tc>
                              <w:tc>
                                <w:tcPr>
                                  <w:tcW w:w="4470" w:type="dxa"/>
                                  <w:vAlign w:val="center"/>
                                </w:tcPr>
                                <w:p w:rsidR="003A37E7" w:rsidRPr="00740387" w:rsidRDefault="003A37E7" w:rsidP="00BB7A64">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740387">
                                    <w:rPr>
                                      <w:rFonts w:ascii="Bahnschrift" w:hAnsi="Bahnschrift"/>
                                    </w:rPr>
                                    <w:t>ENTERPRENEURSHIP</w:t>
                                  </w:r>
                                </w:p>
                              </w:tc>
                              <w:tc>
                                <w:tcPr>
                                  <w:tcW w:w="1050" w:type="dxa"/>
                                  <w:tcBorders>
                                    <w:right w:val="double" w:sz="4" w:space="0" w:color="C0504D" w:themeColor="accent2"/>
                                  </w:tcBorders>
                                  <w:vAlign w:val="center"/>
                                </w:tcPr>
                                <w:p w:rsidR="003A37E7" w:rsidRPr="00740387" w:rsidRDefault="003A37E7" w:rsidP="00BB7A64">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740387">
                                    <w:rPr>
                                      <w:rFonts w:ascii="Bahnschrift" w:hAnsi="Bahnschrift"/>
                                    </w:rPr>
                                    <w:t>3</w:t>
                                  </w:r>
                                </w:p>
                              </w:tc>
                            </w:tr>
                            <w:tr w:rsidR="003A37E7" w:rsidRPr="00740387" w:rsidTr="00BB7A64">
                              <w:trPr>
                                <w:cnfStyle w:val="000000100000" w:firstRow="0" w:lastRow="0" w:firstColumn="0" w:lastColumn="0" w:oddVBand="0" w:evenVBand="0" w:oddHBand="1" w:evenHBand="0" w:firstRowFirstColumn="0" w:firstRowLastColumn="0" w:lastRowFirstColumn="0" w:lastRowLastColumn="0"/>
                                <w:trHeight w:val="805"/>
                              </w:trPr>
                              <w:tc>
                                <w:tcPr>
                                  <w:cnfStyle w:val="001000000000" w:firstRow="0" w:lastRow="0" w:firstColumn="1" w:lastColumn="0" w:oddVBand="0" w:evenVBand="0" w:oddHBand="0" w:evenHBand="0" w:firstRowFirstColumn="0" w:firstRowLastColumn="0" w:lastRowFirstColumn="0" w:lastRowLastColumn="0"/>
                                  <w:tcW w:w="5625" w:type="dxa"/>
                                  <w:gridSpan w:val="2"/>
                                  <w:tcBorders>
                                    <w:left w:val="double" w:sz="4" w:space="0" w:color="C0504D" w:themeColor="accent2"/>
                                    <w:bottom w:val="double" w:sz="4" w:space="0" w:color="C0504D" w:themeColor="accent2"/>
                                  </w:tcBorders>
                                  <w:vAlign w:val="center"/>
                                </w:tcPr>
                                <w:p w:rsidR="003A37E7" w:rsidRPr="00740387" w:rsidRDefault="003A37E7" w:rsidP="00BB7A64">
                                  <w:pPr>
                                    <w:jc w:val="center"/>
                                    <w:rPr>
                                      <w:rFonts w:ascii="Bahnschrift" w:hAnsi="Bahnschrift"/>
                                    </w:rPr>
                                  </w:pPr>
                                  <w:r>
                                    <w:rPr>
                                      <w:rFonts w:ascii="Bahnschrift" w:hAnsi="Bahnschrift"/>
                                    </w:rPr>
                                    <w:t xml:space="preserve">TOTAL </w:t>
                                  </w:r>
                                  <w:r>
                                    <w:rPr>
                                      <w:sz w:val="20"/>
                                      <w:szCs w:val="20"/>
                                    </w:rPr>
                                    <w:t>CREDIT HOURS</w:t>
                                  </w:r>
                                </w:p>
                              </w:tc>
                              <w:tc>
                                <w:tcPr>
                                  <w:tcW w:w="1050" w:type="dxa"/>
                                  <w:tcBorders>
                                    <w:bottom w:val="double" w:sz="4" w:space="0" w:color="C0504D" w:themeColor="accent2"/>
                                    <w:right w:val="double" w:sz="4" w:space="0" w:color="C0504D" w:themeColor="accent2"/>
                                  </w:tcBorders>
                                  <w:vAlign w:val="center"/>
                                </w:tcPr>
                                <w:p w:rsidR="003A37E7" w:rsidRPr="00740387" w:rsidRDefault="003A37E7" w:rsidP="00BB7A64">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17</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2D1539" id="Text Box 22" o:spid="_x0000_s1060" type="#_x0000_t202" style="position:absolute;left:0;text-align:left;margin-left:32.7pt;margin-top:30.65pt;width:353.45pt;height:396.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" fillcolor="white [3201]" stroked="f" strokeweight=".5pt">
                <v:textbox>
                  <w:txbxContent>
                    <w:tbl>
                      <w:tblPr>
                        <w:tblStyle w:val="LightGrid"/>
                        <w:tblW w:w="6675" w:type="dxa"/>
                        <w:tblInd w:w="-120" w:type="dxa"/>
                        <w:tblLook w:val="04A0" w:firstRow="1" w:lastRow="0" w:firstColumn="1" w:lastColumn="0" w:noHBand="0" w:noVBand="1"/>
                      </w:tblPr>
                      <w:tblGrid>
                        <w:gridCol w:w="1155"/>
                        <w:gridCol w:w="4470"/>
                        <w:gridCol w:w="1050"/>
                      </w:tblGrid>
                      <w:tr w:rsidR="003A37E7" w:rsidRPr="00740387" w:rsidTr="00BB7A64">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67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740387" w:rsidRDefault="003A37E7" w:rsidP="00EC7580">
                            <w:pPr>
                              <w:pStyle w:val="Heading3"/>
                              <w:jc w:val="center"/>
                              <w:outlineLvl w:val="2"/>
                              <w:rPr>
                                <w:rFonts w:ascii="Bahnschrift" w:hAnsi="Bahnschrift"/>
                                <w:sz w:val="22"/>
                              </w:rPr>
                            </w:pPr>
                            <w:r>
                              <w:rPr>
                                <w:rFonts w:ascii="Times New Roman" w:hAnsi="Times New Roman" w:cs="Times New Roman"/>
                                <w:b/>
                                <w:color w:val="FF0000"/>
                                <w:sz w:val="22"/>
                              </w:rPr>
                              <w:t>BBA -</w:t>
                            </w:r>
                            <w:r w:rsidRPr="00330B70">
                              <w:rPr>
                                <w:rFonts w:ascii="Times New Roman" w:hAnsi="Times New Roman" w:cs="Times New Roman"/>
                                <w:b/>
                                <w:color w:val="FF0000"/>
                                <w:sz w:val="22"/>
                              </w:rPr>
                              <w:t>HUMAN RESOURCES MANAGEMENT</w:t>
                            </w:r>
                          </w:p>
                        </w:tc>
                      </w:tr>
                      <w:tr w:rsidR="003A37E7" w:rsidRPr="00740387" w:rsidTr="00BB7A64">
                        <w:trPr>
                          <w:cnfStyle w:val="000000100000" w:firstRow="0" w:lastRow="0" w:firstColumn="0" w:lastColumn="0" w:oddVBand="0" w:evenVBand="0" w:oddHBand="1"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667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740387" w:rsidRDefault="003A37E7" w:rsidP="005A53DA">
                            <w:pPr>
                              <w:jc w:val="center"/>
                              <w:rPr>
                                <w:rFonts w:ascii="Bahnschrift" w:hAnsi="Bahnschrift"/>
                              </w:rPr>
                            </w:pPr>
                            <w:r>
                              <w:rPr>
                                <w:sz w:val="20"/>
                                <w:szCs w:val="20"/>
                              </w:rPr>
                              <w:t>SOPHOMORE YEAR (YEARII) - SECOND</w:t>
                            </w:r>
                            <w:r w:rsidRPr="009B29F2">
                              <w:rPr>
                                <w:sz w:val="20"/>
                                <w:szCs w:val="20"/>
                              </w:rPr>
                              <w:t xml:space="preserve"> SEMESTER</w:t>
                            </w:r>
                          </w:p>
                        </w:tc>
                      </w:tr>
                      <w:tr w:rsidR="003A37E7" w:rsidRPr="00740387" w:rsidTr="00BB7A64">
                        <w:trPr>
                          <w:cnfStyle w:val="000000010000" w:firstRow="0" w:lastRow="0" w:firstColumn="0" w:lastColumn="0" w:oddVBand="0" w:evenVBand="0" w:oddHBand="0" w:evenHBand="1"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1155" w:type="dxa"/>
                            <w:tcBorders>
                              <w:left w:val="double" w:sz="4" w:space="0" w:color="C0504D" w:themeColor="accent2"/>
                            </w:tcBorders>
                            <w:vAlign w:val="center"/>
                          </w:tcPr>
                          <w:p w:rsidR="003A37E7" w:rsidRPr="00740387" w:rsidRDefault="003A37E7" w:rsidP="005A53DA">
                            <w:pPr>
                              <w:jc w:val="center"/>
                              <w:rPr>
                                <w:rFonts w:ascii="Bahnschrift" w:hAnsi="Bahnschrift"/>
                              </w:rPr>
                            </w:pPr>
                            <w:r w:rsidRPr="00740387">
                              <w:rPr>
                                <w:rFonts w:ascii="Bahnschrift" w:hAnsi="Bahnschrift"/>
                              </w:rPr>
                              <w:t>COURSE CODE</w:t>
                            </w:r>
                          </w:p>
                        </w:tc>
                        <w:tc>
                          <w:tcPr>
                            <w:tcW w:w="4470" w:type="dxa"/>
                            <w:vAlign w:val="center"/>
                          </w:tcPr>
                          <w:p w:rsidR="003A37E7" w:rsidRPr="00740387"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740387">
                              <w:rPr>
                                <w:rFonts w:ascii="Bahnschrift" w:hAnsi="Bahnschrift"/>
                              </w:rPr>
                              <w:t>COURSE TITLE</w:t>
                            </w:r>
                          </w:p>
                        </w:tc>
                        <w:tc>
                          <w:tcPr>
                            <w:tcW w:w="1050" w:type="dxa"/>
                            <w:tcBorders>
                              <w:right w:val="double" w:sz="4" w:space="0" w:color="C0504D" w:themeColor="accent2"/>
                            </w:tcBorders>
                            <w:vAlign w:val="center"/>
                          </w:tcPr>
                          <w:p w:rsidR="003A37E7" w:rsidRPr="00740387"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sz w:val="20"/>
                                <w:szCs w:val="20"/>
                              </w:rPr>
                              <w:t>CREDIT HOURS</w:t>
                            </w:r>
                          </w:p>
                        </w:tc>
                      </w:tr>
                      <w:tr w:rsidR="003A37E7" w:rsidRPr="00740387" w:rsidTr="00BB7A64">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1155" w:type="dxa"/>
                            <w:tcBorders>
                              <w:left w:val="double" w:sz="4" w:space="0" w:color="C0504D" w:themeColor="accent2"/>
                            </w:tcBorders>
                            <w:vAlign w:val="center"/>
                          </w:tcPr>
                          <w:p w:rsidR="003A37E7" w:rsidRPr="00740387" w:rsidRDefault="003A37E7" w:rsidP="00BB7A64">
                            <w:pPr>
                              <w:jc w:val="center"/>
                              <w:rPr>
                                <w:rFonts w:ascii="Bahnschrift" w:hAnsi="Bahnschrift"/>
                              </w:rPr>
                            </w:pPr>
                            <w:r>
                              <w:rPr>
                                <w:rFonts w:ascii="Bahnschrift" w:hAnsi="Bahnschrift"/>
                              </w:rPr>
                              <w:t>GEN. 108</w:t>
                            </w:r>
                          </w:p>
                        </w:tc>
                        <w:tc>
                          <w:tcPr>
                            <w:tcW w:w="4470" w:type="dxa"/>
                            <w:vAlign w:val="center"/>
                          </w:tcPr>
                          <w:p w:rsidR="003A37E7" w:rsidRDefault="003A37E7" w:rsidP="00BB7A64">
                            <w:pPr>
                              <w:jc w:val="center"/>
                              <w:cnfStyle w:val="000000100000" w:firstRow="0" w:lastRow="0" w:firstColumn="0" w:lastColumn="0" w:oddVBand="0" w:evenVBand="0" w:oddHBand="1" w:evenHBand="0" w:firstRowFirstColumn="0" w:firstRowLastColumn="0" w:lastRowFirstColumn="0" w:lastRowLastColumn="0"/>
                            </w:pPr>
                            <w:r>
                              <w:t>DISCIPLESHIP  2</w:t>
                            </w:r>
                          </w:p>
                        </w:tc>
                        <w:tc>
                          <w:tcPr>
                            <w:tcW w:w="1050" w:type="dxa"/>
                            <w:tcBorders>
                              <w:right w:val="double" w:sz="4" w:space="0" w:color="C0504D" w:themeColor="accent2"/>
                            </w:tcBorders>
                            <w:vAlign w:val="center"/>
                          </w:tcPr>
                          <w:p w:rsidR="003A37E7" w:rsidRDefault="003A37E7" w:rsidP="00BB7A64">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w:t>
                            </w:r>
                          </w:p>
                        </w:tc>
                      </w:tr>
                      <w:tr w:rsidR="003A37E7" w:rsidRPr="00740387" w:rsidTr="00BB7A64">
                        <w:trPr>
                          <w:cnfStyle w:val="000000010000" w:firstRow="0" w:lastRow="0" w:firstColumn="0" w:lastColumn="0" w:oddVBand="0" w:evenVBand="0" w:oddHBand="0" w:evenHBand="1" w:firstRowFirstColumn="0" w:firstRowLastColumn="0" w:lastRowFirstColumn="0" w:lastRowLastColumn="0"/>
                          <w:trHeight w:val="411"/>
                        </w:trPr>
                        <w:tc>
                          <w:tcPr>
                            <w:cnfStyle w:val="001000000000" w:firstRow="0" w:lastRow="0" w:firstColumn="1" w:lastColumn="0" w:oddVBand="0" w:evenVBand="0" w:oddHBand="0" w:evenHBand="0" w:firstRowFirstColumn="0" w:firstRowLastColumn="0" w:lastRowFirstColumn="0" w:lastRowLastColumn="0"/>
                            <w:tcW w:w="1155" w:type="dxa"/>
                            <w:tcBorders>
                              <w:left w:val="double" w:sz="4" w:space="0" w:color="C0504D" w:themeColor="accent2"/>
                            </w:tcBorders>
                            <w:vAlign w:val="center"/>
                          </w:tcPr>
                          <w:p w:rsidR="003A37E7" w:rsidRPr="00740387" w:rsidRDefault="003A37E7" w:rsidP="00BB7A64">
                            <w:pPr>
                              <w:jc w:val="center"/>
                              <w:rPr>
                                <w:rFonts w:ascii="Bahnschrift" w:hAnsi="Bahnschrift"/>
                              </w:rPr>
                            </w:pPr>
                            <w:r w:rsidRPr="00740387">
                              <w:rPr>
                                <w:rFonts w:ascii="Bahnschrift" w:hAnsi="Bahnschrift"/>
                              </w:rPr>
                              <w:t>HRM 211</w:t>
                            </w:r>
                          </w:p>
                        </w:tc>
                        <w:tc>
                          <w:tcPr>
                            <w:tcW w:w="4470" w:type="dxa"/>
                            <w:vAlign w:val="center"/>
                          </w:tcPr>
                          <w:p w:rsidR="003A37E7" w:rsidRPr="00740387" w:rsidRDefault="003A37E7" w:rsidP="00BB7A64">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740387">
                              <w:rPr>
                                <w:rFonts w:ascii="Bahnschrift" w:hAnsi="Bahnschrift"/>
                              </w:rPr>
                              <w:t>PERFORMANCE MANAGEMENT</w:t>
                            </w:r>
                          </w:p>
                        </w:tc>
                        <w:tc>
                          <w:tcPr>
                            <w:tcW w:w="1050" w:type="dxa"/>
                            <w:tcBorders>
                              <w:right w:val="double" w:sz="4" w:space="0" w:color="C0504D" w:themeColor="accent2"/>
                            </w:tcBorders>
                            <w:vAlign w:val="center"/>
                          </w:tcPr>
                          <w:p w:rsidR="003A37E7" w:rsidRPr="00740387" w:rsidRDefault="003A37E7" w:rsidP="00BB7A64">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740387">
                              <w:rPr>
                                <w:rFonts w:ascii="Bahnschrift" w:hAnsi="Bahnschrift"/>
                              </w:rPr>
                              <w:t>3</w:t>
                            </w:r>
                          </w:p>
                        </w:tc>
                      </w:tr>
                      <w:tr w:rsidR="003A37E7" w:rsidRPr="00740387" w:rsidTr="00BB7A64">
                        <w:trPr>
                          <w:cnfStyle w:val="000000100000" w:firstRow="0" w:lastRow="0" w:firstColumn="0" w:lastColumn="0" w:oddVBand="0" w:evenVBand="0" w:oddHBand="1" w:evenHBand="0"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1155" w:type="dxa"/>
                            <w:tcBorders>
                              <w:left w:val="double" w:sz="4" w:space="0" w:color="C0504D" w:themeColor="accent2"/>
                            </w:tcBorders>
                            <w:vAlign w:val="center"/>
                          </w:tcPr>
                          <w:p w:rsidR="003A37E7" w:rsidRPr="00740387" w:rsidRDefault="003A37E7" w:rsidP="00BB7A64">
                            <w:pPr>
                              <w:jc w:val="center"/>
                              <w:rPr>
                                <w:rFonts w:ascii="Bahnschrift" w:hAnsi="Bahnschrift"/>
                              </w:rPr>
                            </w:pPr>
                            <w:r w:rsidRPr="00740387">
                              <w:rPr>
                                <w:rFonts w:ascii="Bahnschrift" w:hAnsi="Bahnschrift"/>
                              </w:rPr>
                              <w:t>BUS 212</w:t>
                            </w:r>
                          </w:p>
                        </w:tc>
                        <w:tc>
                          <w:tcPr>
                            <w:tcW w:w="4470" w:type="dxa"/>
                            <w:vAlign w:val="center"/>
                          </w:tcPr>
                          <w:p w:rsidR="003A37E7" w:rsidRPr="00740387" w:rsidRDefault="003A37E7" w:rsidP="00BB7A64">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740387">
                              <w:rPr>
                                <w:rFonts w:ascii="Bahnschrift" w:hAnsi="Bahnschrift"/>
                              </w:rPr>
                              <w:t>PROCUREMENT AND SUPPLY CHAIN MANAGEMENT</w:t>
                            </w:r>
                          </w:p>
                        </w:tc>
                        <w:tc>
                          <w:tcPr>
                            <w:tcW w:w="1050" w:type="dxa"/>
                            <w:tcBorders>
                              <w:right w:val="double" w:sz="4" w:space="0" w:color="C0504D" w:themeColor="accent2"/>
                            </w:tcBorders>
                            <w:vAlign w:val="center"/>
                          </w:tcPr>
                          <w:p w:rsidR="003A37E7" w:rsidRPr="00740387" w:rsidRDefault="003A37E7" w:rsidP="00BB7A64">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740387">
                              <w:rPr>
                                <w:rFonts w:ascii="Bahnschrift" w:hAnsi="Bahnschrift"/>
                              </w:rPr>
                              <w:t>3</w:t>
                            </w:r>
                          </w:p>
                        </w:tc>
                      </w:tr>
                      <w:tr w:rsidR="003A37E7" w:rsidRPr="00740387" w:rsidTr="00BB7A64">
                        <w:trPr>
                          <w:cnfStyle w:val="000000010000" w:firstRow="0" w:lastRow="0" w:firstColumn="0" w:lastColumn="0" w:oddVBand="0" w:evenVBand="0" w:oddHBand="0" w:evenHBand="1"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1155" w:type="dxa"/>
                            <w:tcBorders>
                              <w:left w:val="double" w:sz="4" w:space="0" w:color="C0504D" w:themeColor="accent2"/>
                            </w:tcBorders>
                            <w:vAlign w:val="center"/>
                          </w:tcPr>
                          <w:p w:rsidR="003A37E7" w:rsidRPr="00740387" w:rsidRDefault="003A37E7" w:rsidP="00BB7A64">
                            <w:pPr>
                              <w:jc w:val="center"/>
                              <w:rPr>
                                <w:rFonts w:ascii="Bahnschrift" w:hAnsi="Bahnschrift"/>
                              </w:rPr>
                            </w:pPr>
                            <w:r w:rsidRPr="00740387">
                              <w:rPr>
                                <w:rFonts w:ascii="Bahnschrift" w:hAnsi="Bahnschrift"/>
                              </w:rPr>
                              <w:t>HRM 216</w:t>
                            </w:r>
                          </w:p>
                        </w:tc>
                        <w:tc>
                          <w:tcPr>
                            <w:tcW w:w="4470" w:type="dxa"/>
                            <w:vAlign w:val="center"/>
                          </w:tcPr>
                          <w:p w:rsidR="003A37E7" w:rsidRPr="00740387" w:rsidRDefault="003A37E7" w:rsidP="00BB7A64">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740387">
                              <w:rPr>
                                <w:rFonts w:ascii="Bahnschrift" w:hAnsi="Bahnschrift"/>
                              </w:rPr>
                              <w:t>LABOR LAW</w:t>
                            </w:r>
                          </w:p>
                        </w:tc>
                        <w:tc>
                          <w:tcPr>
                            <w:tcW w:w="1050" w:type="dxa"/>
                            <w:tcBorders>
                              <w:right w:val="double" w:sz="4" w:space="0" w:color="C0504D" w:themeColor="accent2"/>
                            </w:tcBorders>
                            <w:vAlign w:val="center"/>
                          </w:tcPr>
                          <w:p w:rsidR="003A37E7" w:rsidRPr="00740387" w:rsidRDefault="003A37E7" w:rsidP="00BB7A64">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740387">
                              <w:rPr>
                                <w:rFonts w:ascii="Bahnschrift" w:hAnsi="Bahnschrift"/>
                              </w:rPr>
                              <w:t>3</w:t>
                            </w:r>
                          </w:p>
                        </w:tc>
                      </w:tr>
                      <w:tr w:rsidR="003A37E7" w:rsidRPr="00740387" w:rsidTr="00BB7A64">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155" w:type="dxa"/>
                            <w:tcBorders>
                              <w:left w:val="double" w:sz="4" w:space="0" w:color="C0504D" w:themeColor="accent2"/>
                            </w:tcBorders>
                            <w:vAlign w:val="center"/>
                          </w:tcPr>
                          <w:p w:rsidR="003A37E7" w:rsidRPr="00740387" w:rsidRDefault="003A37E7" w:rsidP="00BB7A64">
                            <w:pPr>
                              <w:jc w:val="center"/>
                              <w:rPr>
                                <w:rFonts w:ascii="Bahnschrift" w:hAnsi="Bahnschrift"/>
                              </w:rPr>
                            </w:pPr>
                            <w:r w:rsidRPr="00740387">
                              <w:rPr>
                                <w:rFonts w:ascii="Bahnschrift" w:hAnsi="Bahnschrift"/>
                              </w:rPr>
                              <w:t>BUS 211</w:t>
                            </w:r>
                          </w:p>
                        </w:tc>
                        <w:tc>
                          <w:tcPr>
                            <w:tcW w:w="4470" w:type="dxa"/>
                            <w:vAlign w:val="center"/>
                          </w:tcPr>
                          <w:p w:rsidR="003A37E7" w:rsidRPr="00740387" w:rsidRDefault="003A37E7" w:rsidP="00BB7A64">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740387">
                              <w:rPr>
                                <w:rFonts w:ascii="Bahnschrift" w:hAnsi="Bahnschrift"/>
                              </w:rPr>
                              <w:t>MANAGEMENT INTEGRATION SYSTEM</w:t>
                            </w:r>
                          </w:p>
                        </w:tc>
                        <w:tc>
                          <w:tcPr>
                            <w:tcW w:w="1050" w:type="dxa"/>
                            <w:tcBorders>
                              <w:right w:val="double" w:sz="4" w:space="0" w:color="C0504D" w:themeColor="accent2"/>
                            </w:tcBorders>
                            <w:vAlign w:val="center"/>
                          </w:tcPr>
                          <w:p w:rsidR="003A37E7" w:rsidRPr="00740387" w:rsidRDefault="003A37E7" w:rsidP="00BB7A64">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3</w:t>
                            </w:r>
                          </w:p>
                        </w:tc>
                      </w:tr>
                      <w:tr w:rsidR="003A37E7" w:rsidRPr="00740387" w:rsidTr="00BB7A64">
                        <w:trPr>
                          <w:cnfStyle w:val="000000010000" w:firstRow="0" w:lastRow="0" w:firstColumn="0" w:lastColumn="0" w:oddVBand="0" w:evenVBand="0" w:oddHBand="0" w:evenHBand="1"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1155" w:type="dxa"/>
                            <w:tcBorders>
                              <w:left w:val="double" w:sz="4" w:space="0" w:color="C0504D" w:themeColor="accent2"/>
                            </w:tcBorders>
                            <w:vAlign w:val="center"/>
                          </w:tcPr>
                          <w:p w:rsidR="003A37E7" w:rsidRPr="00740387" w:rsidRDefault="003A37E7" w:rsidP="00BB7A64">
                            <w:pPr>
                              <w:jc w:val="center"/>
                              <w:rPr>
                                <w:rFonts w:ascii="Bahnschrift" w:hAnsi="Bahnschrift"/>
                              </w:rPr>
                            </w:pPr>
                            <w:r w:rsidRPr="00740387">
                              <w:rPr>
                                <w:rFonts w:ascii="Bahnschrift" w:hAnsi="Bahnschrift"/>
                              </w:rPr>
                              <w:t>BUS 200</w:t>
                            </w:r>
                          </w:p>
                        </w:tc>
                        <w:tc>
                          <w:tcPr>
                            <w:tcW w:w="4470" w:type="dxa"/>
                            <w:vAlign w:val="center"/>
                          </w:tcPr>
                          <w:p w:rsidR="003A37E7" w:rsidRPr="00740387" w:rsidRDefault="003A37E7" w:rsidP="00BB7A64">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740387">
                              <w:rPr>
                                <w:rFonts w:ascii="Bahnschrift" w:hAnsi="Bahnschrift"/>
                              </w:rPr>
                              <w:t>ENTERPRENEURSHIP</w:t>
                            </w:r>
                          </w:p>
                        </w:tc>
                        <w:tc>
                          <w:tcPr>
                            <w:tcW w:w="1050" w:type="dxa"/>
                            <w:tcBorders>
                              <w:right w:val="double" w:sz="4" w:space="0" w:color="C0504D" w:themeColor="accent2"/>
                            </w:tcBorders>
                            <w:vAlign w:val="center"/>
                          </w:tcPr>
                          <w:p w:rsidR="003A37E7" w:rsidRPr="00740387" w:rsidRDefault="003A37E7" w:rsidP="00BB7A64">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740387">
                              <w:rPr>
                                <w:rFonts w:ascii="Bahnschrift" w:hAnsi="Bahnschrift"/>
                              </w:rPr>
                              <w:t>3</w:t>
                            </w:r>
                          </w:p>
                        </w:tc>
                      </w:tr>
                      <w:tr w:rsidR="003A37E7" w:rsidRPr="00740387" w:rsidTr="00BB7A64">
                        <w:trPr>
                          <w:cnfStyle w:val="000000100000" w:firstRow="0" w:lastRow="0" w:firstColumn="0" w:lastColumn="0" w:oddVBand="0" w:evenVBand="0" w:oddHBand="1" w:evenHBand="0" w:firstRowFirstColumn="0" w:firstRowLastColumn="0" w:lastRowFirstColumn="0" w:lastRowLastColumn="0"/>
                          <w:trHeight w:val="805"/>
                        </w:trPr>
                        <w:tc>
                          <w:tcPr>
                            <w:cnfStyle w:val="001000000000" w:firstRow="0" w:lastRow="0" w:firstColumn="1" w:lastColumn="0" w:oddVBand="0" w:evenVBand="0" w:oddHBand="0" w:evenHBand="0" w:firstRowFirstColumn="0" w:firstRowLastColumn="0" w:lastRowFirstColumn="0" w:lastRowLastColumn="0"/>
                            <w:tcW w:w="5625" w:type="dxa"/>
                            <w:gridSpan w:val="2"/>
                            <w:tcBorders>
                              <w:left w:val="double" w:sz="4" w:space="0" w:color="C0504D" w:themeColor="accent2"/>
                              <w:bottom w:val="double" w:sz="4" w:space="0" w:color="C0504D" w:themeColor="accent2"/>
                            </w:tcBorders>
                            <w:vAlign w:val="center"/>
                          </w:tcPr>
                          <w:p w:rsidR="003A37E7" w:rsidRPr="00740387" w:rsidRDefault="003A37E7" w:rsidP="00BB7A64">
                            <w:pPr>
                              <w:jc w:val="center"/>
                              <w:rPr>
                                <w:rFonts w:ascii="Bahnschrift" w:hAnsi="Bahnschrift"/>
                              </w:rPr>
                            </w:pPr>
                            <w:r>
                              <w:rPr>
                                <w:rFonts w:ascii="Bahnschrift" w:hAnsi="Bahnschrift"/>
                              </w:rPr>
                              <w:t xml:space="preserve">TOTAL </w:t>
                            </w:r>
                            <w:r>
                              <w:rPr>
                                <w:sz w:val="20"/>
                                <w:szCs w:val="20"/>
                              </w:rPr>
                              <w:t>CREDIT HOURS</w:t>
                            </w:r>
                          </w:p>
                        </w:tc>
                        <w:tc>
                          <w:tcPr>
                            <w:tcW w:w="1050" w:type="dxa"/>
                            <w:tcBorders>
                              <w:bottom w:val="double" w:sz="4" w:space="0" w:color="C0504D" w:themeColor="accent2"/>
                              <w:right w:val="double" w:sz="4" w:space="0" w:color="C0504D" w:themeColor="accent2"/>
                            </w:tcBorders>
                            <w:vAlign w:val="center"/>
                          </w:tcPr>
                          <w:p w:rsidR="003A37E7" w:rsidRPr="00740387" w:rsidRDefault="003A37E7" w:rsidP="00BB7A64">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17</w:t>
                            </w:r>
                          </w:p>
                        </w:tc>
                      </w:tr>
                    </w:tbl>
                    <w:p w:rsidR="003A37E7" w:rsidRDefault="003A37E7"/>
                  </w:txbxContent>
                </v:textbox>
                <w10:wrap anchorx="page"/>
              </v:shape>
            </w:pict>
          </mc:Fallback>
        </mc:AlternateContent>
      </w:r>
    </w:p>
    <w:p w:rsidR="006C66BD" w:rsidRDefault="006C66BD" w:rsidP="00412947">
      <w:pPr>
        <w:jc w:val="center"/>
      </w:pPr>
    </w:p>
    <w:p w:rsidR="006C66BD" w:rsidRDefault="006C66BD" w:rsidP="00412947">
      <w:pPr>
        <w:jc w:val="center"/>
      </w:pPr>
    </w:p>
    <w:p w:rsidR="006C66BD" w:rsidRDefault="006C66BD" w:rsidP="00412947">
      <w:pPr>
        <w:jc w:val="center"/>
      </w:pPr>
    </w:p>
    <w:p w:rsidR="006C66BD" w:rsidRDefault="006C66BD" w:rsidP="00412947">
      <w:pPr>
        <w:jc w:val="center"/>
      </w:pPr>
    </w:p>
    <w:p w:rsidR="006C66BD" w:rsidRDefault="006C66BD" w:rsidP="00412947">
      <w:pPr>
        <w:jc w:val="center"/>
      </w:pPr>
    </w:p>
    <w:p w:rsidR="006C66BD" w:rsidRDefault="006C66BD" w:rsidP="00412947">
      <w:pPr>
        <w:jc w:val="center"/>
      </w:pPr>
    </w:p>
    <w:p w:rsidR="006C66BD" w:rsidRDefault="006C66BD" w:rsidP="00412947">
      <w:pPr>
        <w:jc w:val="center"/>
      </w:pPr>
    </w:p>
    <w:p w:rsidR="006C66BD" w:rsidRDefault="006C66BD" w:rsidP="00412947">
      <w:pPr>
        <w:jc w:val="center"/>
      </w:pPr>
    </w:p>
    <w:p w:rsidR="006C66BD" w:rsidRDefault="00111CDD" w:rsidP="00412947">
      <w:pPr>
        <w:jc w:val="center"/>
      </w:pPr>
      <w:r>
        <w:rPr>
          <w:noProof/>
        </w:rPr>
        <mc:AlternateContent>
          <mc:Choice Requires="wps">
            <w:drawing>
              <wp:anchor distT="0" distB="0" distL="114300" distR="114300" simplePos="0" relativeHeight="251673600" behindDoc="0" locked="0" layoutInCell="1" allowOverlap="1" wp14:anchorId="4DFEB986" wp14:editId="40201668">
                <wp:simplePos x="0" y="0"/>
                <wp:positionH relativeFrom="page">
                  <wp:posOffset>388883</wp:posOffset>
                </wp:positionH>
                <wp:positionV relativeFrom="paragraph">
                  <wp:posOffset>-725215</wp:posOffset>
                </wp:positionV>
                <wp:extent cx="4393870" cy="3668111"/>
                <wp:effectExtent l="0" t="0" r="6985" b="8890"/>
                <wp:wrapNone/>
                <wp:docPr id="23" name="Text Box 23"/>
                <wp:cNvGraphicFramePr/>
                <a:graphic xmlns:a="http://schemas.openxmlformats.org/drawingml/2006/main">
                  <a:graphicData uri="http://schemas.microsoft.com/office/word/2010/wordprocessingShape">
                    <wps:wsp>
                      <wps:cNvSpPr txBox="1"/>
                      <wps:spPr>
                        <a:xfrm>
                          <a:off x="0" y="0"/>
                          <a:ext cx="4393870" cy="366811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480" w:type="dxa"/>
                              <w:tblInd w:w="-30" w:type="dxa"/>
                              <w:tblLook w:val="04A0" w:firstRow="1" w:lastRow="0" w:firstColumn="1" w:lastColumn="0" w:noHBand="0" w:noVBand="1"/>
                            </w:tblPr>
                            <w:tblGrid>
                              <w:gridCol w:w="1125"/>
                              <w:gridCol w:w="4344"/>
                              <w:gridCol w:w="1011"/>
                            </w:tblGrid>
                            <w:tr w:rsidR="003A37E7" w:rsidRPr="00996B2A" w:rsidTr="00E13952">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48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996B2A" w:rsidRDefault="003A37E7" w:rsidP="005A53DA">
                                  <w:pPr>
                                    <w:pStyle w:val="Heading3"/>
                                    <w:jc w:val="center"/>
                                    <w:outlineLvl w:val="2"/>
                                    <w:rPr>
                                      <w:rFonts w:ascii="Bahnschrift" w:hAnsi="Bahnschrift"/>
                                      <w:sz w:val="22"/>
                                    </w:rPr>
                                  </w:pPr>
                                  <w:r>
                                    <w:rPr>
                                      <w:rFonts w:ascii="Times New Roman" w:hAnsi="Times New Roman" w:cs="Times New Roman"/>
                                      <w:b/>
                                      <w:color w:val="FF0000"/>
                                      <w:sz w:val="22"/>
                                    </w:rPr>
                                    <w:t>BBA -</w:t>
                                  </w:r>
                                  <w:r w:rsidRPr="00330B70">
                                    <w:rPr>
                                      <w:rFonts w:ascii="Times New Roman" w:hAnsi="Times New Roman" w:cs="Times New Roman"/>
                                      <w:b/>
                                      <w:color w:val="FF0000"/>
                                      <w:sz w:val="22"/>
                                    </w:rPr>
                                    <w:t>HUMAN RESOURCES MANAGEMENT</w:t>
                                  </w:r>
                                </w:p>
                              </w:tc>
                            </w:tr>
                            <w:tr w:rsidR="003A37E7" w:rsidRPr="00996B2A" w:rsidTr="00E13952">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480"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996B2A" w:rsidRDefault="003A37E7" w:rsidP="005A53DA">
                                  <w:pPr>
                                    <w:jc w:val="center"/>
                                    <w:rPr>
                                      <w:rFonts w:ascii="Bahnschrift" w:hAnsi="Bahnschrift"/>
                                    </w:rPr>
                                  </w:pPr>
                                  <w:r>
                                    <w:rPr>
                                      <w:sz w:val="20"/>
                                      <w:szCs w:val="20"/>
                                    </w:rPr>
                                    <w:t>JUNIOR YEAR (YEARIII) - FIRST</w:t>
                                  </w:r>
                                  <w:r w:rsidRPr="009B29F2">
                                    <w:rPr>
                                      <w:sz w:val="20"/>
                                      <w:szCs w:val="20"/>
                                    </w:rPr>
                                    <w:t xml:space="preserve"> SEMESTER</w:t>
                                  </w:r>
                                </w:p>
                              </w:tc>
                            </w:tr>
                            <w:tr w:rsidR="003A37E7" w:rsidRPr="00996B2A" w:rsidTr="00E13952">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3A37E7" w:rsidRPr="00996B2A" w:rsidRDefault="003A37E7" w:rsidP="005A53DA">
                                  <w:pPr>
                                    <w:jc w:val="center"/>
                                    <w:rPr>
                                      <w:rFonts w:ascii="Bahnschrift" w:hAnsi="Bahnschrift"/>
                                    </w:rPr>
                                  </w:pPr>
                                  <w:r w:rsidRPr="00996B2A">
                                    <w:rPr>
                                      <w:rFonts w:ascii="Bahnschrift" w:hAnsi="Bahnschrift"/>
                                    </w:rPr>
                                    <w:t>COURSE CODE</w:t>
                                  </w:r>
                                </w:p>
                              </w:tc>
                              <w:tc>
                                <w:tcPr>
                                  <w:tcW w:w="4351" w:type="dxa"/>
                                  <w:vAlign w:val="center"/>
                                </w:tcPr>
                                <w:p w:rsidR="003A37E7" w:rsidRPr="00996B2A"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rPr>
                                      <w:rFonts w:ascii="Bahnschrift" w:hAnsi="Bahnschrift"/>
                                    </w:rPr>
                                    <w:t>COURSE TITLE</w:t>
                                  </w:r>
                                </w:p>
                              </w:tc>
                              <w:tc>
                                <w:tcPr>
                                  <w:tcW w:w="1004" w:type="dxa"/>
                                  <w:tcBorders>
                                    <w:right w:val="double" w:sz="4" w:space="0" w:color="C0504D" w:themeColor="accent2"/>
                                  </w:tcBorders>
                                  <w:vAlign w:val="center"/>
                                </w:tcPr>
                                <w:p w:rsidR="003A37E7" w:rsidRPr="00996B2A"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t>CREDIT HOURS</w:t>
                                  </w:r>
                                </w:p>
                              </w:tc>
                            </w:tr>
                            <w:tr w:rsidR="003A37E7" w:rsidRPr="00996B2A" w:rsidTr="00E13952">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3A37E7" w:rsidRPr="00996B2A" w:rsidRDefault="003A37E7" w:rsidP="005A53DA">
                                  <w:pPr>
                                    <w:jc w:val="center"/>
                                    <w:rPr>
                                      <w:rFonts w:ascii="Bahnschrift" w:hAnsi="Bahnschrift"/>
                                    </w:rPr>
                                  </w:pPr>
                                  <w:r>
                                    <w:rPr>
                                      <w:rFonts w:ascii="Bahnschrift" w:hAnsi="Bahnschrift"/>
                                    </w:rPr>
                                    <w:t>GEN 107</w:t>
                                  </w:r>
                                </w:p>
                              </w:tc>
                              <w:tc>
                                <w:tcPr>
                                  <w:tcW w:w="4351" w:type="dxa"/>
                                  <w:vAlign w:val="center"/>
                                </w:tcPr>
                                <w:p w:rsidR="003A37E7" w:rsidRPr="00996B2A"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996B2A">
                                    <w:rPr>
                                      <w:rFonts w:ascii="Bahnschrift" w:hAnsi="Bahnschrift"/>
                                    </w:rPr>
                                    <w:t>DYNAMIC OF FAITH 1</w:t>
                                  </w:r>
                                </w:p>
                              </w:tc>
                              <w:tc>
                                <w:tcPr>
                                  <w:tcW w:w="1004" w:type="dxa"/>
                                  <w:tcBorders>
                                    <w:right w:val="double" w:sz="4" w:space="0" w:color="C0504D" w:themeColor="accent2"/>
                                  </w:tcBorders>
                                  <w:vAlign w:val="center"/>
                                </w:tcPr>
                                <w:p w:rsidR="003A37E7" w:rsidRPr="00996B2A" w:rsidRDefault="003A37E7" w:rsidP="005A53DA">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996B2A" w:rsidTr="00E13952">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3A37E7" w:rsidRPr="00996B2A" w:rsidRDefault="003A37E7" w:rsidP="005A53DA">
                                  <w:pPr>
                                    <w:jc w:val="center"/>
                                    <w:rPr>
                                      <w:rFonts w:ascii="Bahnschrift" w:hAnsi="Bahnschrift"/>
                                    </w:rPr>
                                  </w:pPr>
                                  <w:r w:rsidRPr="00996B2A">
                                    <w:rPr>
                                      <w:rFonts w:ascii="Bahnschrift" w:hAnsi="Bahnschrift"/>
                                    </w:rPr>
                                    <w:t>HRM 301</w:t>
                                  </w:r>
                                </w:p>
                              </w:tc>
                              <w:tc>
                                <w:tcPr>
                                  <w:tcW w:w="4351" w:type="dxa"/>
                                  <w:vAlign w:val="center"/>
                                </w:tcPr>
                                <w:p w:rsidR="003A37E7" w:rsidRPr="00996B2A"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rPr>
                                      <w:rFonts w:ascii="Bahnschrift" w:hAnsi="Bahnschrift"/>
                                    </w:rPr>
                                    <w:t>COMPARATIVE HRM AND INDUSTRIAL RELATIONS</w:t>
                                  </w:r>
                                </w:p>
                              </w:tc>
                              <w:tc>
                                <w:tcPr>
                                  <w:tcW w:w="1004" w:type="dxa"/>
                                  <w:tcBorders>
                                    <w:right w:val="double" w:sz="4" w:space="0" w:color="C0504D" w:themeColor="accent2"/>
                                  </w:tcBorders>
                                  <w:vAlign w:val="center"/>
                                </w:tcPr>
                                <w:p w:rsidR="003A37E7" w:rsidRPr="00996B2A"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rPr>
                                      <w:rFonts w:ascii="Bahnschrift" w:hAnsi="Bahnschrift"/>
                                    </w:rPr>
                                    <w:t>3</w:t>
                                  </w:r>
                                </w:p>
                              </w:tc>
                            </w:tr>
                            <w:tr w:rsidR="003A37E7" w:rsidRPr="00996B2A" w:rsidTr="00E13952">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3A37E7" w:rsidRPr="00996B2A" w:rsidRDefault="003A37E7" w:rsidP="005A53DA">
                                  <w:pPr>
                                    <w:jc w:val="center"/>
                                    <w:rPr>
                                      <w:rFonts w:ascii="Bahnschrift" w:hAnsi="Bahnschrift"/>
                                    </w:rPr>
                                  </w:pPr>
                                  <w:r w:rsidRPr="00996B2A">
                                    <w:rPr>
                                      <w:rFonts w:ascii="Bahnschrift" w:hAnsi="Bahnschrift"/>
                                    </w:rPr>
                                    <w:t>HRM 305</w:t>
                                  </w:r>
                                </w:p>
                              </w:tc>
                              <w:tc>
                                <w:tcPr>
                                  <w:tcW w:w="4351" w:type="dxa"/>
                                  <w:vAlign w:val="center"/>
                                </w:tcPr>
                                <w:p w:rsidR="003A37E7" w:rsidRPr="00996B2A"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996B2A">
                                    <w:rPr>
                                      <w:rFonts w:ascii="Bahnschrift" w:hAnsi="Bahnschrift"/>
                                    </w:rPr>
                                    <w:t>PERFORMANCE MANAGEMENT AND MOTIVATION II</w:t>
                                  </w:r>
                                </w:p>
                              </w:tc>
                              <w:tc>
                                <w:tcPr>
                                  <w:tcW w:w="1004" w:type="dxa"/>
                                  <w:tcBorders>
                                    <w:right w:val="double" w:sz="4" w:space="0" w:color="C0504D" w:themeColor="accent2"/>
                                  </w:tcBorders>
                                  <w:vAlign w:val="center"/>
                                </w:tcPr>
                                <w:p w:rsidR="003A37E7" w:rsidRPr="00996B2A"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996B2A">
                                    <w:rPr>
                                      <w:rFonts w:ascii="Bahnschrift" w:hAnsi="Bahnschrift"/>
                                    </w:rPr>
                                    <w:t>3</w:t>
                                  </w:r>
                                </w:p>
                              </w:tc>
                            </w:tr>
                            <w:tr w:rsidR="003A37E7" w:rsidRPr="00996B2A" w:rsidTr="00E13952">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3A37E7" w:rsidRPr="00996B2A" w:rsidRDefault="003A37E7" w:rsidP="005A53DA">
                                  <w:pPr>
                                    <w:jc w:val="center"/>
                                    <w:rPr>
                                      <w:rFonts w:ascii="Bahnschrift" w:hAnsi="Bahnschrift"/>
                                    </w:rPr>
                                  </w:pPr>
                                  <w:r w:rsidRPr="00996B2A">
                                    <w:rPr>
                                      <w:rFonts w:ascii="Bahnschrift" w:hAnsi="Bahnschrift"/>
                                    </w:rPr>
                                    <w:t>HRM 302</w:t>
                                  </w:r>
                                </w:p>
                              </w:tc>
                              <w:tc>
                                <w:tcPr>
                                  <w:tcW w:w="4351" w:type="dxa"/>
                                  <w:vAlign w:val="center"/>
                                </w:tcPr>
                                <w:p w:rsidR="003A37E7" w:rsidRPr="00996B2A"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rPr>
                                      <w:rFonts w:ascii="Bahnschrift" w:hAnsi="Bahnschrift"/>
                                    </w:rPr>
                                    <w:t>MANAGING DIVERSITY</w:t>
                                  </w:r>
                                </w:p>
                              </w:tc>
                              <w:tc>
                                <w:tcPr>
                                  <w:tcW w:w="1004" w:type="dxa"/>
                                  <w:tcBorders>
                                    <w:right w:val="double" w:sz="4" w:space="0" w:color="C0504D" w:themeColor="accent2"/>
                                  </w:tcBorders>
                                  <w:vAlign w:val="center"/>
                                </w:tcPr>
                                <w:p w:rsidR="003A37E7" w:rsidRPr="00996B2A"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rPr>
                                      <w:rFonts w:ascii="Bahnschrift" w:hAnsi="Bahnschrift"/>
                                    </w:rPr>
                                    <w:t>3</w:t>
                                  </w:r>
                                </w:p>
                              </w:tc>
                            </w:tr>
                            <w:tr w:rsidR="003A37E7" w:rsidRPr="00996B2A" w:rsidTr="00E13952">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3A37E7" w:rsidRPr="00996B2A" w:rsidRDefault="003A37E7" w:rsidP="005A53DA">
                                  <w:pPr>
                                    <w:jc w:val="center"/>
                                    <w:rPr>
                                      <w:rFonts w:ascii="Bahnschrift" w:hAnsi="Bahnschrift"/>
                                    </w:rPr>
                                  </w:pPr>
                                  <w:r w:rsidRPr="00996B2A">
                                    <w:rPr>
                                      <w:rFonts w:ascii="Bahnschrift" w:hAnsi="Bahnschrift"/>
                                    </w:rPr>
                                    <w:t>HRM 303</w:t>
                                  </w:r>
                                </w:p>
                              </w:tc>
                              <w:tc>
                                <w:tcPr>
                                  <w:tcW w:w="4351" w:type="dxa"/>
                                  <w:vAlign w:val="center"/>
                                </w:tcPr>
                                <w:p w:rsidR="003A37E7" w:rsidRPr="00996B2A"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996B2A">
                                    <w:rPr>
                                      <w:rFonts w:ascii="Bahnschrift" w:hAnsi="Bahnschrift"/>
                                    </w:rPr>
                                    <w:t>EMPLOYEE COMPENSATION AND BENEFIT MANAGEMENT</w:t>
                                  </w:r>
                                </w:p>
                              </w:tc>
                              <w:tc>
                                <w:tcPr>
                                  <w:tcW w:w="1004" w:type="dxa"/>
                                  <w:tcBorders>
                                    <w:right w:val="double" w:sz="4" w:space="0" w:color="C0504D" w:themeColor="accent2"/>
                                  </w:tcBorders>
                                  <w:vAlign w:val="center"/>
                                </w:tcPr>
                                <w:p w:rsidR="003A37E7" w:rsidRPr="00996B2A"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996B2A">
                                    <w:rPr>
                                      <w:rFonts w:ascii="Bahnschrift" w:hAnsi="Bahnschrift"/>
                                    </w:rPr>
                                    <w:t>3</w:t>
                                  </w:r>
                                </w:p>
                              </w:tc>
                            </w:tr>
                            <w:tr w:rsidR="003A37E7" w:rsidRPr="00996B2A" w:rsidTr="00E13952">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3A37E7" w:rsidRPr="00996B2A" w:rsidRDefault="00111CDD" w:rsidP="005A53DA">
                                  <w:pPr>
                                    <w:jc w:val="center"/>
                                    <w:rPr>
                                      <w:rFonts w:ascii="Bahnschrift" w:hAnsi="Bahnschrift"/>
                                    </w:rPr>
                                  </w:pPr>
                                  <w:r>
                                    <w:rPr>
                                      <w:rFonts w:ascii="Bahnschrift" w:hAnsi="Bahnschrift"/>
                                    </w:rPr>
                                    <w:t>MINOR</w:t>
                                  </w:r>
                                </w:p>
                              </w:tc>
                              <w:tc>
                                <w:tcPr>
                                  <w:tcW w:w="4351" w:type="dxa"/>
                                  <w:vAlign w:val="center"/>
                                </w:tcPr>
                                <w:p w:rsidR="003A37E7" w:rsidRPr="00996B2A"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p>
                              </w:tc>
                              <w:tc>
                                <w:tcPr>
                                  <w:tcW w:w="1004" w:type="dxa"/>
                                  <w:tcBorders>
                                    <w:right w:val="double" w:sz="4" w:space="0" w:color="C0504D" w:themeColor="accent2"/>
                                  </w:tcBorders>
                                  <w:vAlign w:val="center"/>
                                </w:tcPr>
                                <w:p w:rsidR="003A37E7" w:rsidRPr="00996B2A" w:rsidRDefault="00111CDD"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3</w:t>
                                  </w:r>
                                </w:p>
                              </w:tc>
                            </w:tr>
                            <w:tr w:rsidR="00111CDD" w:rsidRPr="00996B2A" w:rsidTr="00E13952">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111CDD" w:rsidRDefault="00111CDD" w:rsidP="005A53DA">
                                  <w:pPr>
                                    <w:jc w:val="center"/>
                                    <w:rPr>
                                      <w:rFonts w:ascii="Bahnschrift" w:hAnsi="Bahnschrift"/>
                                    </w:rPr>
                                  </w:pPr>
                                  <w:r>
                                    <w:rPr>
                                      <w:rFonts w:ascii="Bahnschrift" w:hAnsi="Bahnschrift"/>
                                    </w:rPr>
                                    <w:t>MINOR</w:t>
                                  </w:r>
                                </w:p>
                              </w:tc>
                              <w:tc>
                                <w:tcPr>
                                  <w:tcW w:w="4351" w:type="dxa"/>
                                  <w:vAlign w:val="center"/>
                                </w:tcPr>
                                <w:p w:rsidR="00111CDD" w:rsidRPr="00996B2A" w:rsidRDefault="00111CDD"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p>
                              </w:tc>
                              <w:tc>
                                <w:tcPr>
                                  <w:tcW w:w="1004" w:type="dxa"/>
                                  <w:tcBorders>
                                    <w:right w:val="double" w:sz="4" w:space="0" w:color="C0504D" w:themeColor="accent2"/>
                                  </w:tcBorders>
                                  <w:vAlign w:val="center"/>
                                </w:tcPr>
                                <w:p w:rsidR="00111CDD" w:rsidRPr="00996B2A" w:rsidRDefault="00111CDD"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3</w:t>
                                  </w:r>
                                </w:p>
                              </w:tc>
                            </w:tr>
                            <w:tr w:rsidR="003A37E7" w:rsidRPr="00996B2A" w:rsidTr="00E13952">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476" w:type="dxa"/>
                                  <w:gridSpan w:val="2"/>
                                  <w:tcBorders>
                                    <w:left w:val="double" w:sz="4" w:space="0" w:color="C0504D" w:themeColor="accent2"/>
                                    <w:bottom w:val="double" w:sz="4" w:space="0" w:color="C0504D" w:themeColor="accent2"/>
                                  </w:tcBorders>
                                  <w:vAlign w:val="center"/>
                                </w:tcPr>
                                <w:p w:rsidR="003A37E7" w:rsidRPr="00996B2A" w:rsidRDefault="003A37E7" w:rsidP="005A53DA">
                                  <w:pPr>
                                    <w:jc w:val="center"/>
                                    <w:rPr>
                                      <w:rFonts w:ascii="Bahnschrift" w:hAnsi="Bahnschrift"/>
                                    </w:rPr>
                                  </w:pPr>
                                </w:p>
                                <w:p w:rsidR="003A37E7" w:rsidRPr="00996B2A" w:rsidRDefault="003A37E7" w:rsidP="005A53DA">
                                  <w:pPr>
                                    <w:jc w:val="center"/>
                                    <w:rPr>
                                      <w:rFonts w:ascii="Bahnschrift" w:hAnsi="Bahnschrift"/>
                                    </w:rPr>
                                  </w:pPr>
                                  <w:r w:rsidRPr="00996B2A">
                                    <w:rPr>
                                      <w:rFonts w:ascii="Bahnschrift" w:hAnsi="Bahnschrift"/>
                                    </w:rPr>
                                    <w:t xml:space="preserve">TOTAL </w:t>
                                  </w:r>
                                  <w:r w:rsidRPr="00996B2A">
                                    <w:t>CREDIT HOURS</w:t>
                                  </w:r>
                                </w:p>
                              </w:tc>
                              <w:tc>
                                <w:tcPr>
                                  <w:tcW w:w="1004" w:type="dxa"/>
                                  <w:tcBorders>
                                    <w:bottom w:val="double" w:sz="4" w:space="0" w:color="C0504D" w:themeColor="accent2"/>
                                    <w:right w:val="double" w:sz="4" w:space="0" w:color="C0504D" w:themeColor="accent2"/>
                                  </w:tcBorders>
                                  <w:vAlign w:val="center"/>
                                </w:tcPr>
                                <w:p w:rsidR="003A37E7" w:rsidRPr="00996B2A" w:rsidRDefault="00111CDD"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FEB986" id="Text Box 23" o:spid="_x0000_s1061" type="#_x0000_t202" style="position:absolute;left:0;text-align:left;margin-left:30.6pt;margin-top:-57.1pt;width:345.95pt;height:288.8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" fillcolor="white [3201]" stroked="f" strokeweight=".5pt">
                <v:textbox>
                  <w:txbxContent>
                    <w:tbl>
                      <w:tblPr>
                        <w:tblStyle w:val="LightGrid"/>
                        <w:tblW w:w="6480" w:type="dxa"/>
                        <w:tblInd w:w="-30" w:type="dxa"/>
                        <w:tblLook w:val="04A0" w:firstRow="1" w:lastRow="0" w:firstColumn="1" w:lastColumn="0" w:noHBand="0" w:noVBand="1"/>
                      </w:tblPr>
                      <w:tblGrid>
                        <w:gridCol w:w="1125"/>
                        <w:gridCol w:w="4344"/>
                        <w:gridCol w:w="1011"/>
                      </w:tblGrid>
                      <w:tr w:rsidR="003A37E7" w:rsidRPr="00996B2A" w:rsidTr="00E13952">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48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996B2A" w:rsidRDefault="003A37E7" w:rsidP="005A53DA">
                            <w:pPr>
                              <w:pStyle w:val="Heading3"/>
                              <w:jc w:val="center"/>
                              <w:outlineLvl w:val="2"/>
                              <w:rPr>
                                <w:rFonts w:ascii="Bahnschrift" w:hAnsi="Bahnschrift"/>
                                <w:sz w:val="22"/>
                              </w:rPr>
                            </w:pPr>
                            <w:r>
                              <w:rPr>
                                <w:rFonts w:ascii="Times New Roman" w:hAnsi="Times New Roman" w:cs="Times New Roman"/>
                                <w:b/>
                                <w:color w:val="FF0000"/>
                                <w:sz w:val="22"/>
                              </w:rPr>
                              <w:t>BBA -</w:t>
                            </w:r>
                            <w:r w:rsidRPr="00330B70">
                              <w:rPr>
                                <w:rFonts w:ascii="Times New Roman" w:hAnsi="Times New Roman" w:cs="Times New Roman"/>
                                <w:b/>
                                <w:color w:val="FF0000"/>
                                <w:sz w:val="22"/>
                              </w:rPr>
                              <w:t>HUMAN RESOURCES MANAGEMENT</w:t>
                            </w:r>
                          </w:p>
                        </w:tc>
                      </w:tr>
                      <w:tr w:rsidR="003A37E7" w:rsidRPr="00996B2A" w:rsidTr="00E13952">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480"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996B2A" w:rsidRDefault="003A37E7" w:rsidP="005A53DA">
                            <w:pPr>
                              <w:jc w:val="center"/>
                              <w:rPr>
                                <w:rFonts w:ascii="Bahnschrift" w:hAnsi="Bahnschrift"/>
                              </w:rPr>
                            </w:pPr>
                            <w:r>
                              <w:rPr>
                                <w:sz w:val="20"/>
                                <w:szCs w:val="20"/>
                              </w:rPr>
                              <w:t>JUNIOR YEAR (YEARIII) - FIRST</w:t>
                            </w:r>
                            <w:r w:rsidRPr="009B29F2">
                              <w:rPr>
                                <w:sz w:val="20"/>
                                <w:szCs w:val="20"/>
                              </w:rPr>
                              <w:t xml:space="preserve"> SEMESTER</w:t>
                            </w:r>
                          </w:p>
                        </w:tc>
                      </w:tr>
                      <w:tr w:rsidR="003A37E7" w:rsidRPr="00996B2A" w:rsidTr="00E13952">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3A37E7" w:rsidRPr="00996B2A" w:rsidRDefault="003A37E7" w:rsidP="005A53DA">
                            <w:pPr>
                              <w:jc w:val="center"/>
                              <w:rPr>
                                <w:rFonts w:ascii="Bahnschrift" w:hAnsi="Bahnschrift"/>
                              </w:rPr>
                            </w:pPr>
                            <w:r w:rsidRPr="00996B2A">
                              <w:rPr>
                                <w:rFonts w:ascii="Bahnschrift" w:hAnsi="Bahnschrift"/>
                              </w:rPr>
                              <w:t>COURSE CODE</w:t>
                            </w:r>
                          </w:p>
                        </w:tc>
                        <w:tc>
                          <w:tcPr>
                            <w:tcW w:w="4351" w:type="dxa"/>
                            <w:vAlign w:val="center"/>
                          </w:tcPr>
                          <w:p w:rsidR="003A37E7" w:rsidRPr="00996B2A"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rPr>
                                <w:rFonts w:ascii="Bahnschrift" w:hAnsi="Bahnschrift"/>
                              </w:rPr>
                              <w:t>COURSE TITLE</w:t>
                            </w:r>
                          </w:p>
                        </w:tc>
                        <w:tc>
                          <w:tcPr>
                            <w:tcW w:w="1004" w:type="dxa"/>
                            <w:tcBorders>
                              <w:right w:val="double" w:sz="4" w:space="0" w:color="C0504D" w:themeColor="accent2"/>
                            </w:tcBorders>
                            <w:vAlign w:val="center"/>
                          </w:tcPr>
                          <w:p w:rsidR="003A37E7" w:rsidRPr="00996B2A"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t>CREDIT HOURS</w:t>
                            </w:r>
                          </w:p>
                        </w:tc>
                      </w:tr>
                      <w:tr w:rsidR="003A37E7" w:rsidRPr="00996B2A" w:rsidTr="00E13952">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3A37E7" w:rsidRPr="00996B2A" w:rsidRDefault="003A37E7" w:rsidP="005A53DA">
                            <w:pPr>
                              <w:jc w:val="center"/>
                              <w:rPr>
                                <w:rFonts w:ascii="Bahnschrift" w:hAnsi="Bahnschrift"/>
                              </w:rPr>
                            </w:pPr>
                            <w:r>
                              <w:rPr>
                                <w:rFonts w:ascii="Bahnschrift" w:hAnsi="Bahnschrift"/>
                              </w:rPr>
                              <w:t>GEN 107</w:t>
                            </w:r>
                          </w:p>
                        </w:tc>
                        <w:tc>
                          <w:tcPr>
                            <w:tcW w:w="4351" w:type="dxa"/>
                            <w:vAlign w:val="center"/>
                          </w:tcPr>
                          <w:p w:rsidR="003A37E7" w:rsidRPr="00996B2A"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996B2A">
                              <w:rPr>
                                <w:rFonts w:ascii="Bahnschrift" w:hAnsi="Bahnschrift"/>
                              </w:rPr>
                              <w:t>DYNAMIC OF FAITH 1</w:t>
                            </w:r>
                          </w:p>
                        </w:tc>
                        <w:tc>
                          <w:tcPr>
                            <w:tcW w:w="1004" w:type="dxa"/>
                            <w:tcBorders>
                              <w:right w:val="double" w:sz="4" w:space="0" w:color="C0504D" w:themeColor="accent2"/>
                            </w:tcBorders>
                            <w:vAlign w:val="center"/>
                          </w:tcPr>
                          <w:p w:rsidR="003A37E7" w:rsidRPr="00996B2A" w:rsidRDefault="003A37E7" w:rsidP="005A53DA">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996B2A" w:rsidTr="00E13952">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3A37E7" w:rsidRPr="00996B2A" w:rsidRDefault="003A37E7" w:rsidP="005A53DA">
                            <w:pPr>
                              <w:jc w:val="center"/>
                              <w:rPr>
                                <w:rFonts w:ascii="Bahnschrift" w:hAnsi="Bahnschrift"/>
                              </w:rPr>
                            </w:pPr>
                            <w:r w:rsidRPr="00996B2A">
                              <w:rPr>
                                <w:rFonts w:ascii="Bahnschrift" w:hAnsi="Bahnschrift"/>
                              </w:rPr>
                              <w:t>HRM 301</w:t>
                            </w:r>
                          </w:p>
                        </w:tc>
                        <w:tc>
                          <w:tcPr>
                            <w:tcW w:w="4351" w:type="dxa"/>
                            <w:vAlign w:val="center"/>
                          </w:tcPr>
                          <w:p w:rsidR="003A37E7" w:rsidRPr="00996B2A"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rPr>
                                <w:rFonts w:ascii="Bahnschrift" w:hAnsi="Bahnschrift"/>
                              </w:rPr>
                              <w:t>COMPARATIVE HRM AND INDUSTRIAL RELATIONS</w:t>
                            </w:r>
                          </w:p>
                        </w:tc>
                        <w:tc>
                          <w:tcPr>
                            <w:tcW w:w="1004" w:type="dxa"/>
                            <w:tcBorders>
                              <w:right w:val="double" w:sz="4" w:space="0" w:color="C0504D" w:themeColor="accent2"/>
                            </w:tcBorders>
                            <w:vAlign w:val="center"/>
                          </w:tcPr>
                          <w:p w:rsidR="003A37E7" w:rsidRPr="00996B2A"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rPr>
                                <w:rFonts w:ascii="Bahnschrift" w:hAnsi="Bahnschrift"/>
                              </w:rPr>
                              <w:t>3</w:t>
                            </w:r>
                          </w:p>
                        </w:tc>
                      </w:tr>
                      <w:tr w:rsidR="003A37E7" w:rsidRPr="00996B2A" w:rsidTr="00E13952">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3A37E7" w:rsidRPr="00996B2A" w:rsidRDefault="003A37E7" w:rsidP="005A53DA">
                            <w:pPr>
                              <w:jc w:val="center"/>
                              <w:rPr>
                                <w:rFonts w:ascii="Bahnschrift" w:hAnsi="Bahnschrift"/>
                              </w:rPr>
                            </w:pPr>
                            <w:r w:rsidRPr="00996B2A">
                              <w:rPr>
                                <w:rFonts w:ascii="Bahnschrift" w:hAnsi="Bahnschrift"/>
                              </w:rPr>
                              <w:t>HRM 305</w:t>
                            </w:r>
                          </w:p>
                        </w:tc>
                        <w:tc>
                          <w:tcPr>
                            <w:tcW w:w="4351" w:type="dxa"/>
                            <w:vAlign w:val="center"/>
                          </w:tcPr>
                          <w:p w:rsidR="003A37E7" w:rsidRPr="00996B2A"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996B2A">
                              <w:rPr>
                                <w:rFonts w:ascii="Bahnschrift" w:hAnsi="Bahnschrift"/>
                              </w:rPr>
                              <w:t>PERFORMANCE MANAGEMENT AND MOTIVATION II</w:t>
                            </w:r>
                          </w:p>
                        </w:tc>
                        <w:tc>
                          <w:tcPr>
                            <w:tcW w:w="1004" w:type="dxa"/>
                            <w:tcBorders>
                              <w:right w:val="double" w:sz="4" w:space="0" w:color="C0504D" w:themeColor="accent2"/>
                            </w:tcBorders>
                            <w:vAlign w:val="center"/>
                          </w:tcPr>
                          <w:p w:rsidR="003A37E7" w:rsidRPr="00996B2A"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996B2A">
                              <w:rPr>
                                <w:rFonts w:ascii="Bahnschrift" w:hAnsi="Bahnschrift"/>
                              </w:rPr>
                              <w:t>3</w:t>
                            </w:r>
                          </w:p>
                        </w:tc>
                      </w:tr>
                      <w:tr w:rsidR="003A37E7" w:rsidRPr="00996B2A" w:rsidTr="00E13952">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3A37E7" w:rsidRPr="00996B2A" w:rsidRDefault="003A37E7" w:rsidP="005A53DA">
                            <w:pPr>
                              <w:jc w:val="center"/>
                              <w:rPr>
                                <w:rFonts w:ascii="Bahnschrift" w:hAnsi="Bahnschrift"/>
                              </w:rPr>
                            </w:pPr>
                            <w:r w:rsidRPr="00996B2A">
                              <w:rPr>
                                <w:rFonts w:ascii="Bahnschrift" w:hAnsi="Bahnschrift"/>
                              </w:rPr>
                              <w:t>HRM 302</w:t>
                            </w:r>
                          </w:p>
                        </w:tc>
                        <w:tc>
                          <w:tcPr>
                            <w:tcW w:w="4351" w:type="dxa"/>
                            <w:vAlign w:val="center"/>
                          </w:tcPr>
                          <w:p w:rsidR="003A37E7" w:rsidRPr="00996B2A"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rPr>
                                <w:rFonts w:ascii="Bahnschrift" w:hAnsi="Bahnschrift"/>
                              </w:rPr>
                              <w:t>MANAGING DIVERSITY</w:t>
                            </w:r>
                          </w:p>
                        </w:tc>
                        <w:tc>
                          <w:tcPr>
                            <w:tcW w:w="1004" w:type="dxa"/>
                            <w:tcBorders>
                              <w:right w:val="double" w:sz="4" w:space="0" w:color="C0504D" w:themeColor="accent2"/>
                            </w:tcBorders>
                            <w:vAlign w:val="center"/>
                          </w:tcPr>
                          <w:p w:rsidR="003A37E7" w:rsidRPr="00996B2A"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rPr>
                                <w:rFonts w:ascii="Bahnschrift" w:hAnsi="Bahnschrift"/>
                              </w:rPr>
                              <w:t>3</w:t>
                            </w:r>
                          </w:p>
                        </w:tc>
                      </w:tr>
                      <w:tr w:rsidR="003A37E7" w:rsidRPr="00996B2A" w:rsidTr="00E13952">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3A37E7" w:rsidRPr="00996B2A" w:rsidRDefault="003A37E7" w:rsidP="005A53DA">
                            <w:pPr>
                              <w:jc w:val="center"/>
                              <w:rPr>
                                <w:rFonts w:ascii="Bahnschrift" w:hAnsi="Bahnschrift"/>
                              </w:rPr>
                            </w:pPr>
                            <w:r w:rsidRPr="00996B2A">
                              <w:rPr>
                                <w:rFonts w:ascii="Bahnschrift" w:hAnsi="Bahnschrift"/>
                              </w:rPr>
                              <w:t>HRM 303</w:t>
                            </w:r>
                          </w:p>
                        </w:tc>
                        <w:tc>
                          <w:tcPr>
                            <w:tcW w:w="4351" w:type="dxa"/>
                            <w:vAlign w:val="center"/>
                          </w:tcPr>
                          <w:p w:rsidR="003A37E7" w:rsidRPr="00996B2A"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996B2A">
                              <w:rPr>
                                <w:rFonts w:ascii="Bahnschrift" w:hAnsi="Bahnschrift"/>
                              </w:rPr>
                              <w:t>EMPLOYEE COMPENSATION AND BENEFIT MANAGEMENT</w:t>
                            </w:r>
                          </w:p>
                        </w:tc>
                        <w:tc>
                          <w:tcPr>
                            <w:tcW w:w="1004" w:type="dxa"/>
                            <w:tcBorders>
                              <w:right w:val="double" w:sz="4" w:space="0" w:color="C0504D" w:themeColor="accent2"/>
                            </w:tcBorders>
                            <w:vAlign w:val="center"/>
                          </w:tcPr>
                          <w:p w:rsidR="003A37E7" w:rsidRPr="00996B2A"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996B2A">
                              <w:rPr>
                                <w:rFonts w:ascii="Bahnschrift" w:hAnsi="Bahnschrift"/>
                              </w:rPr>
                              <w:t>3</w:t>
                            </w:r>
                          </w:p>
                        </w:tc>
                      </w:tr>
                      <w:tr w:rsidR="003A37E7" w:rsidRPr="00996B2A" w:rsidTr="00E13952">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3A37E7" w:rsidRPr="00996B2A" w:rsidRDefault="00111CDD" w:rsidP="005A53DA">
                            <w:pPr>
                              <w:jc w:val="center"/>
                              <w:rPr>
                                <w:rFonts w:ascii="Bahnschrift" w:hAnsi="Bahnschrift"/>
                              </w:rPr>
                            </w:pPr>
                            <w:r>
                              <w:rPr>
                                <w:rFonts w:ascii="Bahnschrift" w:hAnsi="Bahnschrift"/>
                              </w:rPr>
                              <w:t>MINOR</w:t>
                            </w:r>
                          </w:p>
                        </w:tc>
                        <w:tc>
                          <w:tcPr>
                            <w:tcW w:w="4351" w:type="dxa"/>
                            <w:vAlign w:val="center"/>
                          </w:tcPr>
                          <w:p w:rsidR="003A37E7" w:rsidRPr="00996B2A"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p>
                        </w:tc>
                        <w:tc>
                          <w:tcPr>
                            <w:tcW w:w="1004" w:type="dxa"/>
                            <w:tcBorders>
                              <w:right w:val="double" w:sz="4" w:space="0" w:color="C0504D" w:themeColor="accent2"/>
                            </w:tcBorders>
                            <w:vAlign w:val="center"/>
                          </w:tcPr>
                          <w:p w:rsidR="003A37E7" w:rsidRPr="00996B2A" w:rsidRDefault="00111CDD"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3</w:t>
                            </w:r>
                          </w:p>
                        </w:tc>
                      </w:tr>
                      <w:tr w:rsidR="00111CDD" w:rsidRPr="00996B2A" w:rsidTr="00E13952">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25" w:type="dxa"/>
                            <w:tcBorders>
                              <w:left w:val="double" w:sz="4" w:space="0" w:color="C0504D" w:themeColor="accent2"/>
                            </w:tcBorders>
                            <w:vAlign w:val="center"/>
                          </w:tcPr>
                          <w:p w:rsidR="00111CDD" w:rsidRDefault="00111CDD" w:rsidP="005A53DA">
                            <w:pPr>
                              <w:jc w:val="center"/>
                              <w:rPr>
                                <w:rFonts w:ascii="Bahnschrift" w:hAnsi="Bahnschrift"/>
                              </w:rPr>
                            </w:pPr>
                            <w:r>
                              <w:rPr>
                                <w:rFonts w:ascii="Bahnschrift" w:hAnsi="Bahnschrift"/>
                              </w:rPr>
                              <w:t>MINOR</w:t>
                            </w:r>
                          </w:p>
                        </w:tc>
                        <w:tc>
                          <w:tcPr>
                            <w:tcW w:w="4351" w:type="dxa"/>
                            <w:vAlign w:val="center"/>
                          </w:tcPr>
                          <w:p w:rsidR="00111CDD" w:rsidRPr="00996B2A" w:rsidRDefault="00111CDD"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p>
                        </w:tc>
                        <w:tc>
                          <w:tcPr>
                            <w:tcW w:w="1004" w:type="dxa"/>
                            <w:tcBorders>
                              <w:right w:val="double" w:sz="4" w:space="0" w:color="C0504D" w:themeColor="accent2"/>
                            </w:tcBorders>
                            <w:vAlign w:val="center"/>
                          </w:tcPr>
                          <w:p w:rsidR="00111CDD" w:rsidRPr="00996B2A" w:rsidRDefault="00111CDD"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3</w:t>
                            </w:r>
                          </w:p>
                        </w:tc>
                      </w:tr>
                      <w:tr w:rsidR="003A37E7" w:rsidRPr="00996B2A" w:rsidTr="00E13952">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476" w:type="dxa"/>
                            <w:gridSpan w:val="2"/>
                            <w:tcBorders>
                              <w:left w:val="double" w:sz="4" w:space="0" w:color="C0504D" w:themeColor="accent2"/>
                              <w:bottom w:val="double" w:sz="4" w:space="0" w:color="C0504D" w:themeColor="accent2"/>
                            </w:tcBorders>
                            <w:vAlign w:val="center"/>
                          </w:tcPr>
                          <w:p w:rsidR="003A37E7" w:rsidRPr="00996B2A" w:rsidRDefault="003A37E7" w:rsidP="005A53DA">
                            <w:pPr>
                              <w:jc w:val="center"/>
                              <w:rPr>
                                <w:rFonts w:ascii="Bahnschrift" w:hAnsi="Bahnschrift"/>
                              </w:rPr>
                            </w:pPr>
                          </w:p>
                          <w:p w:rsidR="003A37E7" w:rsidRPr="00996B2A" w:rsidRDefault="003A37E7" w:rsidP="005A53DA">
                            <w:pPr>
                              <w:jc w:val="center"/>
                              <w:rPr>
                                <w:rFonts w:ascii="Bahnschrift" w:hAnsi="Bahnschrift"/>
                              </w:rPr>
                            </w:pPr>
                            <w:r w:rsidRPr="00996B2A">
                              <w:rPr>
                                <w:rFonts w:ascii="Bahnschrift" w:hAnsi="Bahnschrift"/>
                              </w:rPr>
                              <w:t xml:space="preserve">TOTAL </w:t>
                            </w:r>
                            <w:r w:rsidRPr="00996B2A">
                              <w:t>CREDIT HOURS</w:t>
                            </w:r>
                          </w:p>
                        </w:tc>
                        <w:tc>
                          <w:tcPr>
                            <w:tcW w:w="1004" w:type="dxa"/>
                            <w:tcBorders>
                              <w:bottom w:val="double" w:sz="4" w:space="0" w:color="C0504D" w:themeColor="accent2"/>
                              <w:right w:val="double" w:sz="4" w:space="0" w:color="C0504D" w:themeColor="accent2"/>
                            </w:tcBorders>
                            <w:vAlign w:val="center"/>
                          </w:tcPr>
                          <w:p w:rsidR="003A37E7" w:rsidRPr="00996B2A" w:rsidRDefault="00111CDD"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20</w:t>
                            </w:r>
                          </w:p>
                        </w:tc>
                      </w:tr>
                    </w:tbl>
                    <w:p w:rsidR="003A37E7" w:rsidRDefault="003A37E7"/>
                  </w:txbxContent>
                </v:textbox>
                <w10:wrap anchorx="page"/>
              </v:shape>
            </w:pict>
          </mc:Fallback>
        </mc:AlternateContent>
      </w:r>
    </w:p>
    <w:p w:rsidR="006C66BD" w:rsidRDefault="006C66BD" w:rsidP="00412947">
      <w:pPr>
        <w:jc w:val="center"/>
      </w:pPr>
    </w:p>
    <w:p w:rsidR="006C66BD" w:rsidRDefault="006C66BD" w:rsidP="00412947">
      <w:pPr>
        <w:jc w:val="center"/>
      </w:pPr>
    </w:p>
    <w:p w:rsidR="006C66BD" w:rsidRDefault="006C66BD" w:rsidP="00412947">
      <w:pPr>
        <w:jc w:val="center"/>
      </w:pPr>
    </w:p>
    <w:p w:rsidR="006C66BD" w:rsidRDefault="006C66BD" w:rsidP="00412947">
      <w:pPr>
        <w:jc w:val="center"/>
      </w:pPr>
    </w:p>
    <w:p w:rsidR="006C66BD" w:rsidRDefault="006C66BD" w:rsidP="00412947">
      <w:pPr>
        <w:jc w:val="center"/>
      </w:pPr>
    </w:p>
    <w:p w:rsidR="00982F85" w:rsidRDefault="00982F85" w:rsidP="00412947">
      <w:pPr>
        <w:jc w:val="center"/>
      </w:pPr>
    </w:p>
    <w:p w:rsidR="00982F85" w:rsidRDefault="00982F85" w:rsidP="00412947">
      <w:pPr>
        <w:jc w:val="center"/>
      </w:pPr>
    </w:p>
    <w:p w:rsidR="00982F85" w:rsidRDefault="00982F85" w:rsidP="00412947">
      <w:pPr>
        <w:jc w:val="center"/>
      </w:pPr>
    </w:p>
    <w:p w:rsidR="009E3208" w:rsidRDefault="00BC65CE" w:rsidP="00412947">
      <w:pPr>
        <w:jc w:val="center"/>
      </w:pPr>
      <w:r>
        <w:rPr>
          <w:noProof/>
        </w:rPr>
        <mc:AlternateContent>
          <mc:Choice Requires="wps">
            <w:drawing>
              <wp:anchor distT="0" distB="0" distL="114300" distR="114300" simplePos="0" relativeHeight="251674624" behindDoc="0" locked="0" layoutInCell="1" allowOverlap="1" wp14:anchorId="2A086D9F" wp14:editId="20623E70">
                <wp:simplePos x="0" y="0"/>
                <wp:positionH relativeFrom="margin">
                  <wp:posOffset>-428165</wp:posOffset>
                </wp:positionH>
                <wp:positionV relativeFrom="paragraph">
                  <wp:posOffset>141122</wp:posOffset>
                </wp:positionV>
                <wp:extent cx="4393565" cy="3668111"/>
                <wp:effectExtent l="0" t="0" r="6985" b="8890"/>
                <wp:wrapNone/>
                <wp:docPr id="25" name="Text Box 25"/>
                <wp:cNvGraphicFramePr/>
                <a:graphic xmlns:a="http://schemas.openxmlformats.org/drawingml/2006/main">
                  <a:graphicData uri="http://schemas.microsoft.com/office/word/2010/wordprocessingShape">
                    <wps:wsp>
                      <wps:cNvSpPr txBox="1"/>
                      <wps:spPr>
                        <a:xfrm>
                          <a:off x="0" y="0"/>
                          <a:ext cx="4393565" cy="366811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480" w:type="dxa"/>
                              <w:tblInd w:w="-60" w:type="dxa"/>
                              <w:tblLook w:val="04A0" w:firstRow="1" w:lastRow="0" w:firstColumn="1" w:lastColumn="0" w:noHBand="0" w:noVBand="1"/>
                            </w:tblPr>
                            <w:tblGrid>
                              <w:gridCol w:w="1169"/>
                              <w:gridCol w:w="4373"/>
                              <w:gridCol w:w="938"/>
                            </w:tblGrid>
                            <w:tr w:rsidR="003A37E7" w:rsidRPr="00560630" w:rsidTr="004C1846">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8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560630" w:rsidRDefault="003A37E7" w:rsidP="005A53DA">
                                  <w:pPr>
                                    <w:pStyle w:val="Heading3"/>
                                    <w:jc w:val="center"/>
                                    <w:outlineLvl w:val="2"/>
                                    <w:rPr>
                                      <w:rFonts w:ascii="Bahnschrift" w:hAnsi="Bahnschrift"/>
                                      <w:sz w:val="22"/>
                                    </w:rPr>
                                  </w:pPr>
                                  <w:r>
                                    <w:rPr>
                                      <w:rFonts w:ascii="Times New Roman" w:hAnsi="Times New Roman" w:cs="Times New Roman"/>
                                      <w:b/>
                                      <w:color w:val="FF0000"/>
                                      <w:sz w:val="22"/>
                                    </w:rPr>
                                    <w:t>BBA -</w:t>
                                  </w:r>
                                  <w:r w:rsidRPr="00330B70">
                                    <w:rPr>
                                      <w:rFonts w:ascii="Times New Roman" w:hAnsi="Times New Roman" w:cs="Times New Roman"/>
                                      <w:b/>
                                      <w:color w:val="FF0000"/>
                                      <w:sz w:val="22"/>
                                    </w:rPr>
                                    <w:t>HUMAN RESOURCES MANAGEMENT</w:t>
                                  </w:r>
                                </w:p>
                              </w:tc>
                            </w:tr>
                            <w:tr w:rsidR="003A37E7" w:rsidRPr="00560630" w:rsidTr="004C184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480"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560630" w:rsidRDefault="003A37E7" w:rsidP="005A53DA">
                                  <w:pPr>
                                    <w:jc w:val="center"/>
                                    <w:rPr>
                                      <w:rFonts w:ascii="Bahnschrift" w:hAnsi="Bahnschrift"/>
                                    </w:rPr>
                                  </w:pPr>
                                  <w:r>
                                    <w:rPr>
                                      <w:sz w:val="20"/>
                                      <w:szCs w:val="20"/>
                                    </w:rPr>
                                    <w:t>JUNIOR YEAR (YEARIII) - SECOND</w:t>
                                  </w:r>
                                  <w:r w:rsidRPr="009B29F2">
                                    <w:rPr>
                                      <w:sz w:val="20"/>
                                      <w:szCs w:val="20"/>
                                    </w:rPr>
                                    <w:t xml:space="preserve"> SEMESTER</w:t>
                                  </w:r>
                                </w:p>
                              </w:tc>
                            </w:tr>
                            <w:tr w:rsidR="003A37E7" w:rsidRPr="00560630" w:rsidTr="004C184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sidRPr="00560630">
                                    <w:rPr>
                                      <w:rFonts w:ascii="Bahnschrift" w:hAnsi="Bahnschrift"/>
                                    </w:rPr>
                                    <w:t>COURSE CODE</w:t>
                                  </w:r>
                                </w:p>
                              </w:tc>
                              <w:tc>
                                <w:tcPr>
                                  <w:tcW w:w="4373" w:type="dxa"/>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560630">
                                    <w:rPr>
                                      <w:rFonts w:ascii="Bahnschrift" w:hAnsi="Bahnschrift"/>
                                    </w:rPr>
                                    <w:t>COURSE TITLE</w:t>
                                  </w:r>
                                </w:p>
                              </w:tc>
                              <w:tc>
                                <w:tcPr>
                                  <w:tcW w:w="938" w:type="dxa"/>
                                  <w:tcBorders>
                                    <w:right w:val="double" w:sz="4" w:space="0" w:color="C0504D" w:themeColor="accent2"/>
                                  </w:tcBorders>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CREDIT HOURS</w:t>
                                  </w:r>
                                </w:p>
                              </w:tc>
                            </w:tr>
                            <w:tr w:rsidR="003A37E7" w:rsidRPr="00560630" w:rsidTr="004C184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Pr>
                                      <w:rFonts w:ascii="Bahnschrift" w:hAnsi="Bahnschrift"/>
                                    </w:rPr>
                                    <w:t>GEN 108</w:t>
                                  </w:r>
                                </w:p>
                              </w:tc>
                              <w:tc>
                                <w:tcPr>
                                  <w:tcW w:w="4373" w:type="dxa"/>
                                  <w:vAlign w:val="center"/>
                                </w:tcPr>
                                <w:p w:rsidR="003A37E7" w:rsidRPr="00560630"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DYNAMIC OF FAITH 2</w:t>
                                  </w:r>
                                </w:p>
                              </w:tc>
                              <w:tc>
                                <w:tcPr>
                                  <w:tcW w:w="938" w:type="dxa"/>
                                  <w:tcBorders>
                                    <w:right w:val="double" w:sz="4" w:space="0" w:color="C0504D" w:themeColor="accent2"/>
                                  </w:tcBorders>
                                  <w:vAlign w:val="center"/>
                                </w:tcPr>
                                <w:p w:rsidR="003A37E7"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2</w:t>
                                  </w:r>
                                </w:p>
                              </w:tc>
                            </w:tr>
                            <w:tr w:rsidR="003A37E7" w:rsidRPr="00560630" w:rsidTr="004C184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Pr>
                                      <w:rFonts w:ascii="Bahnschrift" w:hAnsi="Bahnschrift"/>
                                    </w:rPr>
                                    <w:t>BUS 312</w:t>
                                  </w:r>
                                </w:p>
                              </w:tc>
                              <w:tc>
                                <w:tcPr>
                                  <w:tcW w:w="4373" w:type="dxa"/>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RESEARCH METHOD</w:t>
                                  </w:r>
                                  <w:r w:rsidR="005F6E1F">
                                    <w:rPr>
                                      <w:rFonts w:ascii="Bahnschrift" w:hAnsi="Bahnschrift"/>
                                    </w:rPr>
                                    <w:t>OLOGY</w:t>
                                  </w:r>
                                </w:p>
                              </w:tc>
                              <w:tc>
                                <w:tcPr>
                                  <w:tcW w:w="938" w:type="dxa"/>
                                  <w:tcBorders>
                                    <w:right w:val="double" w:sz="4" w:space="0" w:color="C0504D" w:themeColor="accent2"/>
                                  </w:tcBorders>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3</w:t>
                                  </w:r>
                                </w:p>
                              </w:tc>
                            </w:tr>
                            <w:tr w:rsidR="003A37E7" w:rsidRPr="00560630" w:rsidTr="004C184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Pr>
                                      <w:rFonts w:ascii="Bahnschrift" w:hAnsi="Bahnschrift"/>
                                    </w:rPr>
                                    <w:t>HRM 304</w:t>
                                  </w:r>
                                </w:p>
                              </w:tc>
                              <w:tc>
                                <w:tcPr>
                                  <w:tcW w:w="4373" w:type="dxa"/>
                                  <w:vAlign w:val="center"/>
                                </w:tcPr>
                                <w:p w:rsidR="003A37E7" w:rsidRPr="00560630"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1374F3">
                                    <w:rPr>
                                      <w:rFonts w:ascii="Bahnschrift" w:hAnsi="Bahnschrift"/>
                                    </w:rPr>
                                    <w:t>NEGOTIATION AND CONFLICT MANAGEMENT</w:t>
                                  </w:r>
                                </w:p>
                              </w:tc>
                              <w:tc>
                                <w:tcPr>
                                  <w:tcW w:w="938" w:type="dxa"/>
                                  <w:tcBorders>
                                    <w:right w:val="double" w:sz="4" w:space="0" w:color="C0504D" w:themeColor="accent2"/>
                                  </w:tcBorders>
                                  <w:vAlign w:val="center"/>
                                </w:tcPr>
                                <w:p w:rsidR="003A37E7" w:rsidRPr="00560630"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3</w:t>
                                  </w:r>
                                </w:p>
                              </w:tc>
                            </w:tr>
                            <w:tr w:rsidR="003A37E7" w:rsidRPr="00560630" w:rsidTr="004C184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Pr>
                                      <w:rFonts w:ascii="Bahnschrift" w:hAnsi="Bahnschrift"/>
                                    </w:rPr>
                                    <w:t>HRM 305</w:t>
                                  </w:r>
                                </w:p>
                              </w:tc>
                              <w:tc>
                                <w:tcPr>
                                  <w:tcW w:w="4373" w:type="dxa"/>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1374F3">
                                    <w:rPr>
                                      <w:rFonts w:ascii="Bahnschrift" w:hAnsi="Bahnschrift"/>
                                    </w:rPr>
                                    <w:t>HUMAN RESOURCE PLANNING AND DEVELOPMENT</w:t>
                                  </w:r>
                                </w:p>
                              </w:tc>
                              <w:tc>
                                <w:tcPr>
                                  <w:tcW w:w="938" w:type="dxa"/>
                                  <w:tcBorders>
                                    <w:right w:val="double" w:sz="4" w:space="0" w:color="C0504D" w:themeColor="accent2"/>
                                  </w:tcBorders>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560630">
                                    <w:rPr>
                                      <w:rFonts w:ascii="Bahnschrift" w:hAnsi="Bahnschrift"/>
                                    </w:rPr>
                                    <w:t>3</w:t>
                                  </w:r>
                                </w:p>
                              </w:tc>
                            </w:tr>
                            <w:tr w:rsidR="003A37E7" w:rsidRPr="00560630" w:rsidTr="004C184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Pr>
                                      <w:rFonts w:ascii="Bahnschrift" w:hAnsi="Bahnschrift"/>
                                    </w:rPr>
                                    <w:t>HRM 307</w:t>
                                  </w:r>
                                </w:p>
                              </w:tc>
                              <w:tc>
                                <w:tcPr>
                                  <w:tcW w:w="4373" w:type="dxa"/>
                                  <w:vAlign w:val="center"/>
                                </w:tcPr>
                                <w:p w:rsidR="003A37E7" w:rsidRPr="00560630"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t xml:space="preserve">HUMAN RESOURCE DEVELOPMENT </w:t>
                                  </w:r>
                                </w:p>
                              </w:tc>
                              <w:tc>
                                <w:tcPr>
                                  <w:tcW w:w="938" w:type="dxa"/>
                                  <w:tcBorders>
                                    <w:right w:val="double" w:sz="4" w:space="0" w:color="C0504D" w:themeColor="accent2"/>
                                  </w:tcBorders>
                                  <w:vAlign w:val="center"/>
                                </w:tcPr>
                                <w:p w:rsidR="003A37E7" w:rsidRPr="00560630"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3</w:t>
                                  </w:r>
                                </w:p>
                              </w:tc>
                            </w:tr>
                            <w:tr w:rsidR="001E4CA4" w:rsidRPr="00560630" w:rsidTr="004C184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1E4CA4" w:rsidRDefault="001E4CA4" w:rsidP="005A53DA">
                                  <w:pPr>
                                    <w:jc w:val="center"/>
                                    <w:rPr>
                                      <w:rFonts w:ascii="Bahnschrift" w:hAnsi="Bahnschrift"/>
                                    </w:rPr>
                                  </w:pPr>
                                  <w:r>
                                    <w:rPr>
                                      <w:rFonts w:ascii="Bahnschrift" w:hAnsi="Bahnschrift"/>
                                    </w:rPr>
                                    <w:t>MINOR</w:t>
                                  </w:r>
                                </w:p>
                              </w:tc>
                              <w:tc>
                                <w:tcPr>
                                  <w:tcW w:w="4373" w:type="dxa"/>
                                  <w:vAlign w:val="center"/>
                                </w:tcPr>
                                <w:p w:rsidR="001E4CA4" w:rsidRDefault="001E4CA4" w:rsidP="005A53DA">
                                  <w:pPr>
                                    <w:jc w:val="center"/>
                                    <w:cnfStyle w:val="000000010000" w:firstRow="0" w:lastRow="0" w:firstColumn="0" w:lastColumn="0" w:oddVBand="0" w:evenVBand="0" w:oddHBand="0" w:evenHBand="1" w:firstRowFirstColumn="0" w:firstRowLastColumn="0" w:lastRowFirstColumn="0" w:lastRowLastColumn="0"/>
                                  </w:pPr>
                                </w:p>
                              </w:tc>
                              <w:tc>
                                <w:tcPr>
                                  <w:tcW w:w="938" w:type="dxa"/>
                                  <w:tcBorders>
                                    <w:right w:val="double" w:sz="4" w:space="0" w:color="C0504D" w:themeColor="accent2"/>
                                  </w:tcBorders>
                                  <w:vAlign w:val="center"/>
                                </w:tcPr>
                                <w:p w:rsidR="001E4CA4" w:rsidRDefault="001E4CA4"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3</w:t>
                                  </w:r>
                                </w:p>
                              </w:tc>
                            </w:tr>
                            <w:tr w:rsidR="001E4CA4" w:rsidRPr="00560630" w:rsidTr="004C184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1E4CA4" w:rsidRDefault="001E4CA4" w:rsidP="005A53DA">
                                  <w:pPr>
                                    <w:jc w:val="center"/>
                                    <w:rPr>
                                      <w:rFonts w:ascii="Bahnschrift" w:hAnsi="Bahnschrift"/>
                                    </w:rPr>
                                  </w:pPr>
                                  <w:r>
                                    <w:rPr>
                                      <w:rFonts w:ascii="Bahnschrift" w:hAnsi="Bahnschrift"/>
                                    </w:rPr>
                                    <w:t>MINOR</w:t>
                                  </w:r>
                                </w:p>
                              </w:tc>
                              <w:tc>
                                <w:tcPr>
                                  <w:tcW w:w="4373" w:type="dxa"/>
                                  <w:vAlign w:val="center"/>
                                </w:tcPr>
                                <w:p w:rsidR="001E4CA4" w:rsidRDefault="001E4CA4" w:rsidP="005A53DA">
                                  <w:pPr>
                                    <w:jc w:val="center"/>
                                    <w:cnfStyle w:val="000000100000" w:firstRow="0" w:lastRow="0" w:firstColumn="0" w:lastColumn="0" w:oddVBand="0" w:evenVBand="0" w:oddHBand="1" w:evenHBand="0" w:firstRowFirstColumn="0" w:firstRowLastColumn="0" w:lastRowFirstColumn="0" w:lastRowLastColumn="0"/>
                                  </w:pPr>
                                </w:p>
                              </w:tc>
                              <w:tc>
                                <w:tcPr>
                                  <w:tcW w:w="938" w:type="dxa"/>
                                  <w:tcBorders>
                                    <w:right w:val="double" w:sz="4" w:space="0" w:color="C0504D" w:themeColor="accent2"/>
                                  </w:tcBorders>
                                  <w:vAlign w:val="center"/>
                                </w:tcPr>
                                <w:p w:rsidR="001E4CA4" w:rsidRDefault="001E4CA4"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3</w:t>
                                  </w:r>
                                </w:p>
                              </w:tc>
                            </w:tr>
                            <w:tr w:rsidR="003A37E7" w:rsidRPr="00560630" w:rsidTr="004C184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542" w:type="dxa"/>
                                  <w:gridSpan w:val="2"/>
                                  <w:tcBorders>
                                    <w:left w:val="double" w:sz="4" w:space="0" w:color="C0504D" w:themeColor="accent2"/>
                                    <w:bottom w:val="double" w:sz="4" w:space="0" w:color="C0504D" w:themeColor="accent2"/>
                                  </w:tcBorders>
                                  <w:vAlign w:val="center"/>
                                </w:tcPr>
                                <w:p w:rsidR="003A37E7" w:rsidRPr="00560630" w:rsidRDefault="003A37E7" w:rsidP="005A53DA">
                                  <w:pPr>
                                    <w:jc w:val="center"/>
                                    <w:rPr>
                                      <w:rFonts w:ascii="Bahnschrift" w:hAnsi="Bahnschrift"/>
                                    </w:rPr>
                                  </w:pPr>
                                </w:p>
                                <w:p w:rsidR="003A37E7" w:rsidRPr="00560630" w:rsidRDefault="003A37E7" w:rsidP="005A53DA">
                                  <w:pPr>
                                    <w:jc w:val="center"/>
                                    <w:rPr>
                                      <w:rFonts w:ascii="Bahnschrift" w:hAnsi="Bahnschrift"/>
                                    </w:rPr>
                                  </w:pPr>
                                  <w:r>
                                    <w:rPr>
                                      <w:rFonts w:ascii="Bahnschrift" w:hAnsi="Bahnschrift"/>
                                    </w:rPr>
                                    <w:t>TOTAL CREDIT HOURS</w:t>
                                  </w:r>
                                </w:p>
                              </w:tc>
                              <w:tc>
                                <w:tcPr>
                                  <w:tcW w:w="938" w:type="dxa"/>
                                  <w:tcBorders>
                                    <w:bottom w:val="double" w:sz="4" w:space="0" w:color="C0504D" w:themeColor="accent2"/>
                                    <w:right w:val="double" w:sz="4" w:space="0" w:color="C0504D" w:themeColor="accent2"/>
                                  </w:tcBorders>
                                  <w:vAlign w:val="center"/>
                                </w:tcPr>
                                <w:p w:rsidR="003A37E7" w:rsidRPr="00560630" w:rsidRDefault="001E4CA4"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086D9F" id="Text Box 25" o:spid="_x0000_s1062" type="#_x0000_t202" style="position:absolute;left:0;text-align:left;margin-left:-33.7pt;margin-top:11.1pt;width:345.95pt;height:288.8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" fillcolor="white [3201]" stroked="f" strokeweight=".5pt">
                <v:textbox>
                  <w:txbxContent>
                    <w:tbl>
                      <w:tblPr>
                        <w:tblStyle w:val="LightGrid"/>
                        <w:tblW w:w="6480" w:type="dxa"/>
                        <w:tblInd w:w="-60" w:type="dxa"/>
                        <w:tblLook w:val="04A0" w:firstRow="1" w:lastRow="0" w:firstColumn="1" w:lastColumn="0" w:noHBand="0" w:noVBand="1"/>
                      </w:tblPr>
                      <w:tblGrid>
                        <w:gridCol w:w="1169"/>
                        <w:gridCol w:w="4373"/>
                        <w:gridCol w:w="938"/>
                      </w:tblGrid>
                      <w:tr w:rsidR="003A37E7" w:rsidRPr="00560630" w:rsidTr="004C1846">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8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560630" w:rsidRDefault="003A37E7" w:rsidP="005A53DA">
                            <w:pPr>
                              <w:pStyle w:val="Heading3"/>
                              <w:jc w:val="center"/>
                              <w:outlineLvl w:val="2"/>
                              <w:rPr>
                                <w:rFonts w:ascii="Bahnschrift" w:hAnsi="Bahnschrift"/>
                                <w:sz w:val="22"/>
                              </w:rPr>
                            </w:pPr>
                            <w:r>
                              <w:rPr>
                                <w:rFonts w:ascii="Times New Roman" w:hAnsi="Times New Roman" w:cs="Times New Roman"/>
                                <w:b/>
                                <w:color w:val="FF0000"/>
                                <w:sz w:val="22"/>
                              </w:rPr>
                              <w:t>BBA -</w:t>
                            </w:r>
                            <w:r w:rsidRPr="00330B70">
                              <w:rPr>
                                <w:rFonts w:ascii="Times New Roman" w:hAnsi="Times New Roman" w:cs="Times New Roman"/>
                                <w:b/>
                                <w:color w:val="FF0000"/>
                                <w:sz w:val="22"/>
                              </w:rPr>
                              <w:t>HUMAN RESOURCES MANAGEMENT</w:t>
                            </w:r>
                          </w:p>
                        </w:tc>
                      </w:tr>
                      <w:tr w:rsidR="003A37E7" w:rsidRPr="00560630" w:rsidTr="004C184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480"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560630" w:rsidRDefault="003A37E7" w:rsidP="005A53DA">
                            <w:pPr>
                              <w:jc w:val="center"/>
                              <w:rPr>
                                <w:rFonts w:ascii="Bahnschrift" w:hAnsi="Bahnschrift"/>
                              </w:rPr>
                            </w:pPr>
                            <w:r>
                              <w:rPr>
                                <w:sz w:val="20"/>
                                <w:szCs w:val="20"/>
                              </w:rPr>
                              <w:t>JUNIOR YEAR (YEARIII) - SECOND</w:t>
                            </w:r>
                            <w:r w:rsidRPr="009B29F2">
                              <w:rPr>
                                <w:sz w:val="20"/>
                                <w:szCs w:val="20"/>
                              </w:rPr>
                              <w:t xml:space="preserve"> SEMESTER</w:t>
                            </w:r>
                          </w:p>
                        </w:tc>
                      </w:tr>
                      <w:tr w:rsidR="003A37E7" w:rsidRPr="00560630" w:rsidTr="004C184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sidRPr="00560630">
                              <w:rPr>
                                <w:rFonts w:ascii="Bahnschrift" w:hAnsi="Bahnschrift"/>
                              </w:rPr>
                              <w:t>COURSE CODE</w:t>
                            </w:r>
                          </w:p>
                        </w:tc>
                        <w:tc>
                          <w:tcPr>
                            <w:tcW w:w="4373" w:type="dxa"/>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560630">
                              <w:rPr>
                                <w:rFonts w:ascii="Bahnschrift" w:hAnsi="Bahnschrift"/>
                              </w:rPr>
                              <w:t>COURSE TITLE</w:t>
                            </w:r>
                          </w:p>
                        </w:tc>
                        <w:tc>
                          <w:tcPr>
                            <w:tcW w:w="938" w:type="dxa"/>
                            <w:tcBorders>
                              <w:right w:val="double" w:sz="4" w:space="0" w:color="C0504D" w:themeColor="accent2"/>
                            </w:tcBorders>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CREDIT HOURS</w:t>
                            </w:r>
                          </w:p>
                        </w:tc>
                      </w:tr>
                      <w:tr w:rsidR="003A37E7" w:rsidRPr="00560630" w:rsidTr="004C184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Pr>
                                <w:rFonts w:ascii="Bahnschrift" w:hAnsi="Bahnschrift"/>
                              </w:rPr>
                              <w:t>GEN 108</w:t>
                            </w:r>
                          </w:p>
                        </w:tc>
                        <w:tc>
                          <w:tcPr>
                            <w:tcW w:w="4373" w:type="dxa"/>
                            <w:vAlign w:val="center"/>
                          </w:tcPr>
                          <w:p w:rsidR="003A37E7" w:rsidRPr="00560630"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DYNAMIC OF FAITH 2</w:t>
                            </w:r>
                          </w:p>
                        </w:tc>
                        <w:tc>
                          <w:tcPr>
                            <w:tcW w:w="938" w:type="dxa"/>
                            <w:tcBorders>
                              <w:right w:val="double" w:sz="4" w:space="0" w:color="C0504D" w:themeColor="accent2"/>
                            </w:tcBorders>
                            <w:vAlign w:val="center"/>
                          </w:tcPr>
                          <w:p w:rsidR="003A37E7"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2</w:t>
                            </w:r>
                          </w:p>
                        </w:tc>
                      </w:tr>
                      <w:tr w:rsidR="003A37E7" w:rsidRPr="00560630" w:rsidTr="004C184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Pr>
                                <w:rFonts w:ascii="Bahnschrift" w:hAnsi="Bahnschrift"/>
                              </w:rPr>
                              <w:t>BUS 312</w:t>
                            </w:r>
                          </w:p>
                        </w:tc>
                        <w:tc>
                          <w:tcPr>
                            <w:tcW w:w="4373" w:type="dxa"/>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RESEARCH METHOD</w:t>
                            </w:r>
                            <w:r w:rsidR="005F6E1F">
                              <w:rPr>
                                <w:rFonts w:ascii="Bahnschrift" w:hAnsi="Bahnschrift"/>
                              </w:rPr>
                              <w:t>OLOGY</w:t>
                            </w:r>
                          </w:p>
                        </w:tc>
                        <w:tc>
                          <w:tcPr>
                            <w:tcW w:w="938" w:type="dxa"/>
                            <w:tcBorders>
                              <w:right w:val="double" w:sz="4" w:space="0" w:color="C0504D" w:themeColor="accent2"/>
                            </w:tcBorders>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3</w:t>
                            </w:r>
                          </w:p>
                        </w:tc>
                      </w:tr>
                      <w:tr w:rsidR="003A37E7" w:rsidRPr="00560630" w:rsidTr="004C184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Pr>
                                <w:rFonts w:ascii="Bahnschrift" w:hAnsi="Bahnschrift"/>
                              </w:rPr>
                              <w:t>HRM 304</w:t>
                            </w:r>
                          </w:p>
                        </w:tc>
                        <w:tc>
                          <w:tcPr>
                            <w:tcW w:w="4373" w:type="dxa"/>
                            <w:vAlign w:val="center"/>
                          </w:tcPr>
                          <w:p w:rsidR="003A37E7" w:rsidRPr="00560630"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1374F3">
                              <w:rPr>
                                <w:rFonts w:ascii="Bahnschrift" w:hAnsi="Bahnschrift"/>
                              </w:rPr>
                              <w:t>NEGOTIATION AND CONFLICT MANAGEMENT</w:t>
                            </w:r>
                          </w:p>
                        </w:tc>
                        <w:tc>
                          <w:tcPr>
                            <w:tcW w:w="938" w:type="dxa"/>
                            <w:tcBorders>
                              <w:right w:val="double" w:sz="4" w:space="0" w:color="C0504D" w:themeColor="accent2"/>
                            </w:tcBorders>
                            <w:vAlign w:val="center"/>
                          </w:tcPr>
                          <w:p w:rsidR="003A37E7" w:rsidRPr="00560630"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3</w:t>
                            </w:r>
                          </w:p>
                        </w:tc>
                      </w:tr>
                      <w:tr w:rsidR="003A37E7" w:rsidRPr="00560630" w:rsidTr="004C184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Pr>
                                <w:rFonts w:ascii="Bahnschrift" w:hAnsi="Bahnschrift"/>
                              </w:rPr>
                              <w:t>HRM 305</w:t>
                            </w:r>
                          </w:p>
                        </w:tc>
                        <w:tc>
                          <w:tcPr>
                            <w:tcW w:w="4373" w:type="dxa"/>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1374F3">
                              <w:rPr>
                                <w:rFonts w:ascii="Bahnschrift" w:hAnsi="Bahnschrift"/>
                              </w:rPr>
                              <w:t>HUMAN RESOURCE PLANNING AND DEVELOPMENT</w:t>
                            </w:r>
                          </w:p>
                        </w:tc>
                        <w:tc>
                          <w:tcPr>
                            <w:tcW w:w="938" w:type="dxa"/>
                            <w:tcBorders>
                              <w:right w:val="double" w:sz="4" w:space="0" w:color="C0504D" w:themeColor="accent2"/>
                            </w:tcBorders>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560630">
                              <w:rPr>
                                <w:rFonts w:ascii="Bahnschrift" w:hAnsi="Bahnschrift"/>
                              </w:rPr>
                              <w:t>3</w:t>
                            </w:r>
                          </w:p>
                        </w:tc>
                      </w:tr>
                      <w:tr w:rsidR="003A37E7" w:rsidRPr="00560630" w:rsidTr="004C184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Pr>
                                <w:rFonts w:ascii="Bahnschrift" w:hAnsi="Bahnschrift"/>
                              </w:rPr>
                              <w:t>HRM 307</w:t>
                            </w:r>
                          </w:p>
                        </w:tc>
                        <w:tc>
                          <w:tcPr>
                            <w:tcW w:w="4373" w:type="dxa"/>
                            <w:vAlign w:val="center"/>
                          </w:tcPr>
                          <w:p w:rsidR="003A37E7" w:rsidRPr="00560630"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t xml:space="preserve">HUMAN RESOURCE DEVELOPMENT </w:t>
                            </w:r>
                          </w:p>
                        </w:tc>
                        <w:tc>
                          <w:tcPr>
                            <w:tcW w:w="938" w:type="dxa"/>
                            <w:tcBorders>
                              <w:right w:val="double" w:sz="4" w:space="0" w:color="C0504D" w:themeColor="accent2"/>
                            </w:tcBorders>
                            <w:vAlign w:val="center"/>
                          </w:tcPr>
                          <w:p w:rsidR="003A37E7" w:rsidRPr="00560630"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3</w:t>
                            </w:r>
                          </w:p>
                        </w:tc>
                      </w:tr>
                      <w:tr w:rsidR="001E4CA4" w:rsidRPr="00560630" w:rsidTr="004C184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1E4CA4" w:rsidRDefault="001E4CA4" w:rsidP="005A53DA">
                            <w:pPr>
                              <w:jc w:val="center"/>
                              <w:rPr>
                                <w:rFonts w:ascii="Bahnschrift" w:hAnsi="Bahnschrift"/>
                              </w:rPr>
                            </w:pPr>
                            <w:r>
                              <w:rPr>
                                <w:rFonts w:ascii="Bahnschrift" w:hAnsi="Bahnschrift"/>
                              </w:rPr>
                              <w:t>MINOR</w:t>
                            </w:r>
                          </w:p>
                        </w:tc>
                        <w:tc>
                          <w:tcPr>
                            <w:tcW w:w="4373" w:type="dxa"/>
                            <w:vAlign w:val="center"/>
                          </w:tcPr>
                          <w:p w:rsidR="001E4CA4" w:rsidRDefault="001E4CA4" w:rsidP="005A53DA">
                            <w:pPr>
                              <w:jc w:val="center"/>
                              <w:cnfStyle w:val="000000010000" w:firstRow="0" w:lastRow="0" w:firstColumn="0" w:lastColumn="0" w:oddVBand="0" w:evenVBand="0" w:oddHBand="0" w:evenHBand="1" w:firstRowFirstColumn="0" w:firstRowLastColumn="0" w:lastRowFirstColumn="0" w:lastRowLastColumn="0"/>
                            </w:pPr>
                          </w:p>
                        </w:tc>
                        <w:tc>
                          <w:tcPr>
                            <w:tcW w:w="938" w:type="dxa"/>
                            <w:tcBorders>
                              <w:right w:val="double" w:sz="4" w:space="0" w:color="C0504D" w:themeColor="accent2"/>
                            </w:tcBorders>
                            <w:vAlign w:val="center"/>
                          </w:tcPr>
                          <w:p w:rsidR="001E4CA4" w:rsidRDefault="001E4CA4"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3</w:t>
                            </w:r>
                          </w:p>
                        </w:tc>
                      </w:tr>
                      <w:tr w:rsidR="001E4CA4" w:rsidRPr="00560630" w:rsidTr="004C184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1E4CA4" w:rsidRDefault="001E4CA4" w:rsidP="005A53DA">
                            <w:pPr>
                              <w:jc w:val="center"/>
                              <w:rPr>
                                <w:rFonts w:ascii="Bahnschrift" w:hAnsi="Bahnschrift"/>
                              </w:rPr>
                            </w:pPr>
                            <w:r>
                              <w:rPr>
                                <w:rFonts w:ascii="Bahnschrift" w:hAnsi="Bahnschrift"/>
                              </w:rPr>
                              <w:t>MINOR</w:t>
                            </w:r>
                          </w:p>
                        </w:tc>
                        <w:tc>
                          <w:tcPr>
                            <w:tcW w:w="4373" w:type="dxa"/>
                            <w:vAlign w:val="center"/>
                          </w:tcPr>
                          <w:p w:rsidR="001E4CA4" w:rsidRDefault="001E4CA4" w:rsidP="005A53DA">
                            <w:pPr>
                              <w:jc w:val="center"/>
                              <w:cnfStyle w:val="000000100000" w:firstRow="0" w:lastRow="0" w:firstColumn="0" w:lastColumn="0" w:oddVBand="0" w:evenVBand="0" w:oddHBand="1" w:evenHBand="0" w:firstRowFirstColumn="0" w:firstRowLastColumn="0" w:lastRowFirstColumn="0" w:lastRowLastColumn="0"/>
                            </w:pPr>
                          </w:p>
                        </w:tc>
                        <w:tc>
                          <w:tcPr>
                            <w:tcW w:w="938" w:type="dxa"/>
                            <w:tcBorders>
                              <w:right w:val="double" w:sz="4" w:space="0" w:color="C0504D" w:themeColor="accent2"/>
                            </w:tcBorders>
                            <w:vAlign w:val="center"/>
                          </w:tcPr>
                          <w:p w:rsidR="001E4CA4" w:rsidRDefault="001E4CA4"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3</w:t>
                            </w:r>
                          </w:p>
                        </w:tc>
                      </w:tr>
                      <w:tr w:rsidR="003A37E7" w:rsidRPr="00560630" w:rsidTr="004C184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542" w:type="dxa"/>
                            <w:gridSpan w:val="2"/>
                            <w:tcBorders>
                              <w:left w:val="double" w:sz="4" w:space="0" w:color="C0504D" w:themeColor="accent2"/>
                              <w:bottom w:val="double" w:sz="4" w:space="0" w:color="C0504D" w:themeColor="accent2"/>
                            </w:tcBorders>
                            <w:vAlign w:val="center"/>
                          </w:tcPr>
                          <w:p w:rsidR="003A37E7" w:rsidRPr="00560630" w:rsidRDefault="003A37E7" w:rsidP="005A53DA">
                            <w:pPr>
                              <w:jc w:val="center"/>
                              <w:rPr>
                                <w:rFonts w:ascii="Bahnschrift" w:hAnsi="Bahnschrift"/>
                              </w:rPr>
                            </w:pPr>
                          </w:p>
                          <w:p w:rsidR="003A37E7" w:rsidRPr="00560630" w:rsidRDefault="003A37E7" w:rsidP="005A53DA">
                            <w:pPr>
                              <w:jc w:val="center"/>
                              <w:rPr>
                                <w:rFonts w:ascii="Bahnschrift" w:hAnsi="Bahnschrift"/>
                              </w:rPr>
                            </w:pPr>
                            <w:r>
                              <w:rPr>
                                <w:rFonts w:ascii="Bahnschrift" w:hAnsi="Bahnschrift"/>
                              </w:rPr>
                              <w:t>TOTAL CREDIT HOURS</w:t>
                            </w:r>
                          </w:p>
                        </w:tc>
                        <w:tc>
                          <w:tcPr>
                            <w:tcW w:w="938" w:type="dxa"/>
                            <w:tcBorders>
                              <w:bottom w:val="double" w:sz="4" w:space="0" w:color="C0504D" w:themeColor="accent2"/>
                              <w:right w:val="double" w:sz="4" w:space="0" w:color="C0504D" w:themeColor="accent2"/>
                            </w:tcBorders>
                            <w:vAlign w:val="center"/>
                          </w:tcPr>
                          <w:p w:rsidR="003A37E7" w:rsidRPr="00560630" w:rsidRDefault="001E4CA4"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20</w:t>
                            </w:r>
                          </w:p>
                        </w:tc>
                      </w:tr>
                    </w:tbl>
                    <w:p w:rsidR="003A37E7" w:rsidRDefault="003A37E7"/>
                  </w:txbxContent>
                </v:textbox>
                <w10:wrap anchorx="margin"/>
              </v:shape>
            </w:pict>
          </mc:Fallback>
        </mc:AlternateContent>
      </w: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4076A1" w:rsidP="00412947">
      <w:pPr>
        <w:jc w:val="center"/>
      </w:pPr>
      <w:r>
        <w:rPr>
          <w:noProof/>
        </w:rPr>
        <mc:AlternateContent>
          <mc:Choice Requires="wps">
            <w:drawing>
              <wp:anchor distT="0" distB="0" distL="114300" distR="114300" simplePos="0" relativeHeight="251675648" behindDoc="0" locked="0" layoutInCell="1" allowOverlap="1" wp14:anchorId="40B0C679" wp14:editId="58BAF58F">
                <wp:simplePos x="0" y="0"/>
                <wp:positionH relativeFrom="margin">
                  <wp:posOffset>-1063647</wp:posOffset>
                </wp:positionH>
                <wp:positionV relativeFrom="paragraph">
                  <wp:posOffset>-662153</wp:posOffset>
                </wp:positionV>
                <wp:extent cx="4381500" cy="3731173"/>
                <wp:effectExtent l="0" t="0" r="0" b="3175"/>
                <wp:wrapNone/>
                <wp:docPr id="26" name="Text Box 26"/>
                <wp:cNvGraphicFramePr/>
                <a:graphic xmlns:a="http://schemas.openxmlformats.org/drawingml/2006/main">
                  <a:graphicData uri="http://schemas.microsoft.com/office/word/2010/wordprocessingShape">
                    <wps:wsp>
                      <wps:cNvSpPr txBox="1"/>
                      <wps:spPr>
                        <a:xfrm>
                          <a:off x="0" y="0"/>
                          <a:ext cx="4381500" cy="373117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480" w:type="dxa"/>
                              <w:tblInd w:w="-90" w:type="dxa"/>
                              <w:tblLook w:val="04A0" w:firstRow="1" w:lastRow="0" w:firstColumn="1" w:lastColumn="0" w:noHBand="0" w:noVBand="1"/>
                            </w:tblPr>
                            <w:tblGrid>
                              <w:gridCol w:w="1169"/>
                              <w:gridCol w:w="4373"/>
                              <w:gridCol w:w="938"/>
                            </w:tblGrid>
                            <w:tr w:rsidR="003A37E7" w:rsidRPr="00560630" w:rsidTr="001F3AED">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48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560630" w:rsidRDefault="003A37E7" w:rsidP="005A53DA">
                                  <w:pPr>
                                    <w:pStyle w:val="Heading3"/>
                                    <w:jc w:val="center"/>
                                    <w:outlineLvl w:val="2"/>
                                    <w:rPr>
                                      <w:rFonts w:ascii="Bahnschrift" w:hAnsi="Bahnschrift"/>
                                      <w:sz w:val="22"/>
                                    </w:rPr>
                                  </w:pPr>
                                  <w:r>
                                    <w:rPr>
                                      <w:rFonts w:ascii="Times New Roman" w:hAnsi="Times New Roman" w:cs="Times New Roman"/>
                                      <w:b/>
                                      <w:color w:val="FF0000"/>
                                      <w:sz w:val="22"/>
                                    </w:rPr>
                                    <w:t>BBA -</w:t>
                                  </w:r>
                                  <w:r w:rsidRPr="00330B70">
                                    <w:rPr>
                                      <w:rFonts w:ascii="Times New Roman" w:hAnsi="Times New Roman" w:cs="Times New Roman"/>
                                      <w:b/>
                                      <w:color w:val="FF0000"/>
                                      <w:sz w:val="22"/>
                                    </w:rPr>
                                    <w:t>HUMAN RESOURCES MANAGEMENT</w:t>
                                  </w:r>
                                </w:p>
                              </w:tc>
                            </w:tr>
                            <w:tr w:rsidR="003A37E7" w:rsidRPr="00560630" w:rsidTr="001F3AED">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480"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560630" w:rsidRDefault="004076A1" w:rsidP="005A53DA">
                                  <w:pPr>
                                    <w:jc w:val="center"/>
                                    <w:rPr>
                                      <w:rFonts w:ascii="Bahnschrift" w:hAnsi="Bahnschrift"/>
                                    </w:rPr>
                                  </w:pPr>
                                  <w:r>
                                    <w:rPr>
                                      <w:sz w:val="20"/>
                                      <w:szCs w:val="20"/>
                                    </w:rPr>
                                    <w:t>SE</w:t>
                                  </w:r>
                                  <w:r w:rsidR="003A37E7">
                                    <w:rPr>
                                      <w:sz w:val="20"/>
                                      <w:szCs w:val="20"/>
                                    </w:rPr>
                                    <w:t>NIOR YEAR (YEARIV) - FIRST</w:t>
                                  </w:r>
                                  <w:r w:rsidR="003A37E7" w:rsidRPr="009B29F2">
                                    <w:rPr>
                                      <w:sz w:val="20"/>
                                      <w:szCs w:val="20"/>
                                    </w:rPr>
                                    <w:t xml:space="preserve"> SEMESTER</w:t>
                                  </w:r>
                                </w:p>
                              </w:tc>
                            </w:tr>
                            <w:tr w:rsidR="003A37E7" w:rsidRPr="00560630" w:rsidTr="001F3AED">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sidRPr="00560630">
                                    <w:rPr>
                                      <w:rFonts w:ascii="Bahnschrift" w:hAnsi="Bahnschrift"/>
                                    </w:rPr>
                                    <w:t>COURSE CODE</w:t>
                                  </w:r>
                                </w:p>
                              </w:tc>
                              <w:tc>
                                <w:tcPr>
                                  <w:tcW w:w="4373" w:type="dxa"/>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560630">
                                    <w:rPr>
                                      <w:rFonts w:ascii="Bahnschrift" w:hAnsi="Bahnschrift"/>
                                    </w:rPr>
                                    <w:t>COURSE TITLE</w:t>
                                  </w:r>
                                </w:p>
                              </w:tc>
                              <w:tc>
                                <w:tcPr>
                                  <w:tcW w:w="938" w:type="dxa"/>
                                  <w:tcBorders>
                                    <w:right w:val="double" w:sz="4" w:space="0" w:color="C0504D" w:themeColor="accent2"/>
                                  </w:tcBorders>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CREDIT HOURS</w:t>
                                  </w:r>
                                </w:p>
                              </w:tc>
                            </w:tr>
                            <w:tr w:rsidR="003A37E7" w:rsidRPr="00560630" w:rsidTr="001F3AED">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Pr>
                                      <w:rFonts w:ascii="Bahnschrift" w:hAnsi="Bahnschrift"/>
                                    </w:rPr>
                                    <w:t>ELECTIVE</w:t>
                                  </w:r>
                                </w:p>
                              </w:tc>
                              <w:tc>
                                <w:tcPr>
                                  <w:tcW w:w="4373" w:type="dxa"/>
                                  <w:vAlign w:val="center"/>
                                </w:tcPr>
                                <w:p w:rsidR="003A37E7" w:rsidRPr="00560630"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BUSINESS ETHICS &amp; COROPARTE GOVERNANCE</w:t>
                                  </w:r>
                                </w:p>
                              </w:tc>
                              <w:tc>
                                <w:tcPr>
                                  <w:tcW w:w="938" w:type="dxa"/>
                                  <w:tcBorders>
                                    <w:right w:val="double" w:sz="4" w:space="0" w:color="C0504D" w:themeColor="accent2"/>
                                  </w:tcBorders>
                                  <w:vAlign w:val="center"/>
                                </w:tcPr>
                                <w:p w:rsidR="003A37E7" w:rsidRPr="00560630"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560630">
                                    <w:rPr>
                                      <w:rFonts w:ascii="Bahnschrift" w:hAnsi="Bahnschrift"/>
                                    </w:rPr>
                                    <w:t>3</w:t>
                                  </w:r>
                                </w:p>
                              </w:tc>
                            </w:tr>
                            <w:tr w:rsidR="003A37E7" w:rsidRPr="00560630" w:rsidTr="001F3AED">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Pr>
                                      <w:rFonts w:ascii="Bahnschrift" w:hAnsi="Bahnschrift"/>
                                    </w:rPr>
                                    <w:t>401</w:t>
                                  </w:r>
                                </w:p>
                              </w:tc>
                              <w:tc>
                                <w:tcPr>
                                  <w:tcW w:w="4373" w:type="dxa"/>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t>TRAINING, LEARNING &amp; DEVELOPMENT</w:t>
                                  </w:r>
                                </w:p>
                              </w:tc>
                              <w:tc>
                                <w:tcPr>
                                  <w:tcW w:w="938" w:type="dxa"/>
                                  <w:tcBorders>
                                    <w:right w:val="double" w:sz="4" w:space="0" w:color="C0504D" w:themeColor="accent2"/>
                                  </w:tcBorders>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560630">
                                    <w:rPr>
                                      <w:rFonts w:ascii="Bahnschrift" w:hAnsi="Bahnschrift"/>
                                    </w:rPr>
                                    <w:t>3</w:t>
                                  </w:r>
                                </w:p>
                              </w:tc>
                            </w:tr>
                            <w:tr w:rsidR="003A37E7" w:rsidRPr="00560630" w:rsidTr="001F3AED">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1F3AED">
                                  <w:pPr>
                                    <w:jc w:val="center"/>
                                    <w:rPr>
                                      <w:rFonts w:ascii="Bahnschrift" w:hAnsi="Bahnschrift"/>
                                    </w:rPr>
                                  </w:pPr>
                                  <w:r>
                                    <w:rPr>
                                      <w:rFonts w:ascii="Bahnschrift" w:hAnsi="Bahnschrift"/>
                                    </w:rPr>
                                    <w:t>ELECTIVE</w:t>
                                  </w:r>
                                </w:p>
                              </w:tc>
                              <w:tc>
                                <w:tcPr>
                                  <w:tcW w:w="4373" w:type="dxa"/>
                                  <w:vAlign w:val="center"/>
                                </w:tcPr>
                                <w:p w:rsidR="003A37E7" w:rsidRDefault="003A37E7" w:rsidP="001F3AED">
                                  <w:pPr>
                                    <w:jc w:val="center"/>
                                    <w:cnfStyle w:val="000000100000" w:firstRow="0" w:lastRow="0" w:firstColumn="0" w:lastColumn="0" w:oddVBand="0" w:evenVBand="0" w:oddHBand="1" w:evenHBand="0" w:firstRowFirstColumn="0" w:firstRowLastColumn="0" w:lastRowFirstColumn="0" w:lastRowLastColumn="0"/>
                                  </w:pPr>
                                  <w:r>
                                    <w:t>LEADERSHIP DEVELOPMENT</w:t>
                                  </w:r>
                                </w:p>
                              </w:tc>
                              <w:tc>
                                <w:tcPr>
                                  <w:tcW w:w="938" w:type="dxa"/>
                                  <w:tcBorders>
                                    <w:right w:val="double" w:sz="4" w:space="0" w:color="C0504D" w:themeColor="accent2"/>
                                  </w:tcBorders>
                                  <w:vAlign w:val="center"/>
                                </w:tcPr>
                                <w:p w:rsidR="003A37E7" w:rsidRPr="00560630" w:rsidRDefault="003A37E7" w:rsidP="001F3AED">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3</w:t>
                                  </w:r>
                                </w:p>
                              </w:tc>
                            </w:tr>
                            <w:tr w:rsidR="003A37E7" w:rsidRPr="00560630" w:rsidTr="001F3AED">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1F3AED">
                                  <w:pPr>
                                    <w:jc w:val="center"/>
                                    <w:rPr>
                                      <w:rFonts w:ascii="Bahnschrift" w:hAnsi="Bahnschrift"/>
                                    </w:rPr>
                                  </w:pPr>
                                  <w:r>
                                    <w:rPr>
                                      <w:rFonts w:ascii="Bahnschrift" w:hAnsi="Bahnschrift"/>
                                    </w:rPr>
                                    <w:t>ELECTIVE</w:t>
                                  </w:r>
                                </w:p>
                              </w:tc>
                              <w:tc>
                                <w:tcPr>
                                  <w:tcW w:w="4373" w:type="dxa"/>
                                  <w:vAlign w:val="center"/>
                                </w:tcPr>
                                <w:p w:rsidR="003A37E7" w:rsidRPr="00560630" w:rsidRDefault="003A37E7" w:rsidP="001F3AED">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EVENT MANAGEMENT</w:t>
                                  </w:r>
                                </w:p>
                              </w:tc>
                              <w:tc>
                                <w:tcPr>
                                  <w:tcW w:w="938" w:type="dxa"/>
                                  <w:tcBorders>
                                    <w:right w:val="double" w:sz="4" w:space="0" w:color="C0504D" w:themeColor="accent2"/>
                                  </w:tcBorders>
                                  <w:vAlign w:val="center"/>
                                </w:tcPr>
                                <w:p w:rsidR="003A37E7" w:rsidRPr="00560630" w:rsidRDefault="003A37E7" w:rsidP="001F3AED">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560630">
                                    <w:rPr>
                                      <w:rFonts w:ascii="Bahnschrift" w:hAnsi="Bahnschrift"/>
                                    </w:rPr>
                                    <w:t>3</w:t>
                                  </w:r>
                                </w:p>
                              </w:tc>
                            </w:tr>
                            <w:tr w:rsidR="003A37E7" w:rsidRPr="00560630" w:rsidTr="001F3AED">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Default="003A37E7" w:rsidP="001F3AED">
                                  <w:pPr>
                                    <w:jc w:val="center"/>
                                    <w:rPr>
                                      <w:rFonts w:ascii="Bahnschrift" w:hAnsi="Bahnschrift"/>
                                    </w:rPr>
                                  </w:pPr>
                                  <w:r>
                                    <w:rPr>
                                      <w:rFonts w:ascii="Bahnschrift" w:hAnsi="Bahnschrift"/>
                                    </w:rPr>
                                    <w:t>403</w:t>
                                  </w:r>
                                </w:p>
                              </w:tc>
                              <w:tc>
                                <w:tcPr>
                                  <w:tcW w:w="4373" w:type="dxa"/>
                                  <w:vAlign w:val="center"/>
                                </w:tcPr>
                                <w:p w:rsidR="003A37E7" w:rsidRDefault="003A37E7" w:rsidP="001F3AED">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t>NEGOTIATION &amp; CONFLICT MANAGEMENT</w:t>
                                  </w:r>
                                </w:p>
                              </w:tc>
                              <w:tc>
                                <w:tcPr>
                                  <w:tcW w:w="938" w:type="dxa"/>
                                  <w:tcBorders>
                                    <w:right w:val="double" w:sz="4" w:space="0" w:color="C0504D" w:themeColor="accent2"/>
                                  </w:tcBorders>
                                  <w:vAlign w:val="center"/>
                                </w:tcPr>
                                <w:p w:rsidR="003A37E7" w:rsidRDefault="003A37E7" w:rsidP="001F3AED">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3</w:t>
                                  </w:r>
                                </w:p>
                              </w:tc>
                            </w:tr>
                            <w:tr w:rsidR="004076A1" w:rsidRPr="00560630" w:rsidTr="001F3AED">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4076A1" w:rsidRDefault="004076A1" w:rsidP="001F3AED">
                                  <w:pPr>
                                    <w:jc w:val="center"/>
                                    <w:rPr>
                                      <w:rFonts w:ascii="Bahnschrift" w:hAnsi="Bahnschrift"/>
                                    </w:rPr>
                                  </w:pPr>
                                  <w:r>
                                    <w:rPr>
                                      <w:rFonts w:ascii="Bahnschrift" w:hAnsi="Bahnschrift"/>
                                    </w:rPr>
                                    <w:t>MINOR</w:t>
                                  </w:r>
                                </w:p>
                              </w:tc>
                              <w:tc>
                                <w:tcPr>
                                  <w:tcW w:w="4373" w:type="dxa"/>
                                  <w:vAlign w:val="center"/>
                                </w:tcPr>
                                <w:p w:rsidR="004076A1" w:rsidRDefault="004076A1" w:rsidP="001F3AED">
                                  <w:pPr>
                                    <w:jc w:val="center"/>
                                    <w:cnfStyle w:val="000000010000" w:firstRow="0" w:lastRow="0" w:firstColumn="0" w:lastColumn="0" w:oddVBand="0" w:evenVBand="0" w:oddHBand="0" w:evenHBand="1" w:firstRowFirstColumn="0" w:firstRowLastColumn="0" w:lastRowFirstColumn="0" w:lastRowLastColumn="0"/>
                                  </w:pPr>
                                </w:p>
                              </w:tc>
                              <w:tc>
                                <w:tcPr>
                                  <w:tcW w:w="938" w:type="dxa"/>
                                  <w:tcBorders>
                                    <w:right w:val="double" w:sz="4" w:space="0" w:color="C0504D" w:themeColor="accent2"/>
                                  </w:tcBorders>
                                  <w:vAlign w:val="center"/>
                                </w:tcPr>
                                <w:p w:rsidR="004076A1" w:rsidRDefault="004076A1" w:rsidP="001F3AED">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3</w:t>
                                  </w:r>
                                </w:p>
                              </w:tc>
                            </w:tr>
                            <w:tr w:rsidR="005F147D" w:rsidRPr="00560630" w:rsidTr="001F3AED">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5F147D" w:rsidRDefault="005F147D" w:rsidP="001F3AED">
                                  <w:pPr>
                                    <w:jc w:val="center"/>
                                    <w:rPr>
                                      <w:rFonts w:ascii="Bahnschrift" w:hAnsi="Bahnschrift"/>
                                    </w:rPr>
                                  </w:pPr>
                                  <w:r>
                                    <w:rPr>
                                      <w:rFonts w:ascii="Bahnschrift" w:hAnsi="Bahnschrift"/>
                                    </w:rPr>
                                    <w:t>GEN 109</w:t>
                                  </w:r>
                                </w:p>
                              </w:tc>
                              <w:tc>
                                <w:tcPr>
                                  <w:tcW w:w="4373" w:type="dxa"/>
                                  <w:vAlign w:val="center"/>
                                </w:tcPr>
                                <w:p w:rsidR="005F147D" w:rsidRDefault="005F147D" w:rsidP="001F3AED">
                                  <w:pPr>
                                    <w:jc w:val="center"/>
                                    <w:cnfStyle w:val="000000100000" w:firstRow="0" w:lastRow="0" w:firstColumn="0" w:lastColumn="0" w:oddVBand="0" w:evenVBand="0" w:oddHBand="1" w:evenHBand="0" w:firstRowFirstColumn="0" w:firstRowLastColumn="0" w:lastRowFirstColumn="0" w:lastRowLastColumn="0"/>
                                  </w:pPr>
                                  <w:r>
                                    <w:t>CHRISTIAN CHARACTER DEVELOPMENT I</w:t>
                                  </w:r>
                                </w:p>
                              </w:tc>
                              <w:tc>
                                <w:tcPr>
                                  <w:tcW w:w="938" w:type="dxa"/>
                                  <w:tcBorders>
                                    <w:right w:val="double" w:sz="4" w:space="0" w:color="C0504D" w:themeColor="accent2"/>
                                  </w:tcBorders>
                                  <w:vAlign w:val="center"/>
                                </w:tcPr>
                                <w:p w:rsidR="005F147D" w:rsidRDefault="005F147D" w:rsidP="001F3AED">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2</w:t>
                                  </w:r>
                                </w:p>
                              </w:tc>
                            </w:tr>
                            <w:tr w:rsidR="003A37E7" w:rsidRPr="00560630" w:rsidTr="001F3AED">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542" w:type="dxa"/>
                                  <w:gridSpan w:val="2"/>
                                  <w:tcBorders>
                                    <w:left w:val="double" w:sz="4" w:space="0" w:color="C0504D" w:themeColor="accent2"/>
                                    <w:bottom w:val="double" w:sz="4" w:space="0" w:color="C0504D" w:themeColor="accent2"/>
                                  </w:tcBorders>
                                  <w:vAlign w:val="center"/>
                                </w:tcPr>
                                <w:p w:rsidR="003A37E7" w:rsidRPr="00560630" w:rsidRDefault="003A37E7" w:rsidP="001F3AED">
                                  <w:pPr>
                                    <w:jc w:val="center"/>
                                    <w:rPr>
                                      <w:rFonts w:ascii="Bahnschrift" w:hAnsi="Bahnschrift"/>
                                    </w:rPr>
                                  </w:pPr>
                                </w:p>
                                <w:p w:rsidR="003A37E7" w:rsidRPr="00560630" w:rsidRDefault="003A37E7" w:rsidP="001F3AED">
                                  <w:pPr>
                                    <w:jc w:val="center"/>
                                    <w:rPr>
                                      <w:rFonts w:ascii="Bahnschrift" w:hAnsi="Bahnschrift"/>
                                    </w:rPr>
                                  </w:pPr>
                                  <w:r w:rsidRPr="00560630">
                                    <w:rPr>
                                      <w:rFonts w:ascii="Bahnschrift" w:hAnsi="Bahnschrift"/>
                                    </w:rPr>
                                    <w:t xml:space="preserve">TOTAL </w:t>
                                  </w:r>
                                  <w:r>
                                    <w:rPr>
                                      <w:rFonts w:ascii="Bahnschrift" w:hAnsi="Bahnschrift"/>
                                    </w:rPr>
                                    <w:t>CREDIT HOURS</w:t>
                                  </w:r>
                                </w:p>
                              </w:tc>
                              <w:tc>
                                <w:tcPr>
                                  <w:tcW w:w="938" w:type="dxa"/>
                                  <w:tcBorders>
                                    <w:bottom w:val="double" w:sz="4" w:space="0" w:color="C0504D" w:themeColor="accent2"/>
                                    <w:right w:val="double" w:sz="4" w:space="0" w:color="C0504D" w:themeColor="accent2"/>
                                  </w:tcBorders>
                                  <w:vAlign w:val="center"/>
                                </w:tcPr>
                                <w:p w:rsidR="003A37E7" w:rsidRPr="00560630" w:rsidRDefault="005F147D" w:rsidP="001F3AED">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B0C679" id="Text Box 26" o:spid="_x0000_s1063" type="#_x0000_t202" style="position:absolute;left:0;text-align:left;margin-left:-83.75pt;margin-top:-52.15pt;width:345pt;height:293.8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" fillcolor="white [3201]" stroked="f" strokeweight=".5pt">
                <v:textbox>
                  <w:txbxContent>
                    <w:tbl>
                      <w:tblPr>
                        <w:tblStyle w:val="LightGrid"/>
                        <w:tblW w:w="6480" w:type="dxa"/>
                        <w:tblInd w:w="-90" w:type="dxa"/>
                        <w:tblLook w:val="04A0" w:firstRow="1" w:lastRow="0" w:firstColumn="1" w:lastColumn="0" w:noHBand="0" w:noVBand="1"/>
                      </w:tblPr>
                      <w:tblGrid>
                        <w:gridCol w:w="1169"/>
                        <w:gridCol w:w="4373"/>
                        <w:gridCol w:w="938"/>
                      </w:tblGrid>
                      <w:tr w:rsidR="003A37E7" w:rsidRPr="00560630" w:rsidTr="001F3AED">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48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560630" w:rsidRDefault="003A37E7" w:rsidP="005A53DA">
                            <w:pPr>
                              <w:pStyle w:val="Heading3"/>
                              <w:jc w:val="center"/>
                              <w:outlineLvl w:val="2"/>
                              <w:rPr>
                                <w:rFonts w:ascii="Bahnschrift" w:hAnsi="Bahnschrift"/>
                                <w:sz w:val="22"/>
                              </w:rPr>
                            </w:pPr>
                            <w:r>
                              <w:rPr>
                                <w:rFonts w:ascii="Times New Roman" w:hAnsi="Times New Roman" w:cs="Times New Roman"/>
                                <w:b/>
                                <w:color w:val="FF0000"/>
                                <w:sz w:val="22"/>
                              </w:rPr>
                              <w:t>BBA -</w:t>
                            </w:r>
                            <w:r w:rsidRPr="00330B70">
                              <w:rPr>
                                <w:rFonts w:ascii="Times New Roman" w:hAnsi="Times New Roman" w:cs="Times New Roman"/>
                                <w:b/>
                                <w:color w:val="FF0000"/>
                                <w:sz w:val="22"/>
                              </w:rPr>
                              <w:t>HUMAN RESOURCES MANAGEMENT</w:t>
                            </w:r>
                          </w:p>
                        </w:tc>
                      </w:tr>
                      <w:tr w:rsidR="003A37E7" w:rsidRPr="00560630" w:rsidTr="001F3AED">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480"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560630" w:rsidRDefault="004076A1" w:rsidP="005A53DA">
                            <w:pPr>
                              <w:jc w:val="center"/>
                              <w:rPr>
                                <w:rFonts w:ascii="Bahnschrift" w:hAnsi="Bahnschrift"/>
                              </w:rPr>
                            </w:pPr>
                            <w:r>
                              <w:rPr>
                                <w:sz w:val="20"/>
                                <w:szCs w:val="20"/>
                              </w:rPr>
                              <w:t>SE</w:t>
                            </w:r>
                            <w:r w:rsidR="003A37E7">
                              <w:rPr>
                                <w:sz w:val="20"/>
                                <w:szCs w:val="20"/>
                              </w:rPr>
                              <w:t>NIOR YEAR (YEARIV) - FIRST</w:t>
                            </w:r>
                            <w:r w:rsidR="003A37E7" w:rsidRPr="009B29F2">
                              <w:rPr>
                                <w:sz w:val="20"/>
                                <w:szCs w:val="20"/>
                              </w:rPr>
                              <w:t xml:space="preserve"> SEMESTER</w:t>
                            </w:r>
                          </w:p>
                        </w:tc>
                      </w:tr>
                      <w:tr w:rsidR="003A37E7" w:rsidRPr="00560630" w:rsidTr="001F3AED">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sidRPr="00560630">
                              <w:rPr>
                                <w:rFonts w:ascii="Bahnschrift" w:hAnsi="Bahnschrift"/>
                              </w:rPr>
                              <w:t>COURSE CODE</w:t>
                            </w:r>
                          </w:p>
                        </w:tc>
                        <w:tc>
                          <w:tcPr>
                            <w:tcW w:w="4373" w:type="dxa"/>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560630">
                              <w:rPr>
                                <w:rFonts w:ascii="Bahnschrift" w:hAnsi="Bahnschrift"/>
                              </w:rPr>
                              <w:t>COURSE TITLE</w:t>
                            </w:r>
                          </w:p>
                        </w:tc>
                        <w:tc>
                          <w:tcPr>
                            <w:tcW w:w="938" w:type="dxa"/>
                            <w:tcBorders>
                              <w:right w:val="double" w:sz="4" w:space="0" w:color="C0504D" w:themeColor="accent2"/>
                            </w:tcBorders>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CREDIT HOURS</w:t>
                            </w:r>
                          </w:p>
                        </w:tc>
                      </w:tr>
                      <w:tr w:rsidR="003A37E7" w:rsidRPr="00560630" w:rsidTr="001F3AED">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Pr>
                                <w:rFonts w:ascii="Bahnschrift" w:hAnsi="Bahnschrift"/>
                              </w:rPr>
                              <w:t>ELECTIVE</w:t>
                            </w:r>
                          </w:p>
                        </w:tc>
                        <w:tc>
                          <w:tcPr>
                            <w:tcW w:w="4373" w:type="dxa"/>
                            <w:vAlign w:val="center"/>
                          </w:tcPr>
                          <w:p w:rsidR="003A37E7" w:rsidRPr="00560630"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BUSINESS ETHICS &amp; COROPARTE GOVERNANCE</w:t>
                            </w:r>
                          </w:p>
                        </w:tc>
                        <w:tc>
                          <w:tcPr>
                            <w:tcW w:w="938" w:type="dxa"/>
                            <w:tcBorders>
                              <w:right w:val="double" w:sz="4" w:space="0" w:color="C0504D" w:themeColor="accent2"/>
                            </w:tcBorders>
                            <w:vAlign w:val="center"/>
                          </w:tcPr>
                          <w:p w:rsidR="003A37E7" w:rsidRPr="00560630" w:rsidRDefault="003A37E7" w:rsidP="005A53D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560630">
                              <w:rPr>
                                <w:rFonts w:ascii="Bahnschrift" w:hAnsi="Bahnschrift"/>
                              </w:rPr>
                              <w:t>3</w:t>
                            </w:r>
                          </w:p>
                        </w:tc>
                      </w:tr>
                      <w:tr w:rsidR="003A37E7" w:rsidRPr="00560630" w:rsidTr="001F3AED">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5A53DA">
                            <w:pPr>
                              <w:jc w:val="center"/>
                              <w:rPr>
                                <w:rFonts w:ascii="Bahnschrift" w:hAnsi="Bahnschrift"/>
                              </w:rPr>
                            </w:pPr>
                            <w:r>
                              <w:rPr>
                                <w:rFonts w:ascii="Bahnschrift" w:hAnsi="Bahnschrift"/>
                              </w:rPr>
                              <w:t>401</w:t>
                            </w:r>
                          </w:p>
                        </w:tc>
                        <w:tc>
                          <w:tcPr>
                            <w:tcW w:w="4373" w:type="dxa"/>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t>TRAINING, LEARNING &amp; DEVELOPMENT</w:t>
                            </w:r>
                          </w:p>
                        </w:tc>
                        <w:tc>
                          <w:tcPr>
                            <w:tcW w:w="938" w:type="dxa"/>
                            <w:tcBorders>
                              <w:right w:val="double" w:sz="4" w:space="0" w:color="C0504D" w:themeColor="accent2"/>
                            </w:tcBorders>
                            <w:vAlign w:val="center"/>
                          </w:tcPr>
                          <w:p w:rsidR="003A37E7" w:rsidRPr="00560630" w:rsidRDefault="003A37E7" w:rsidP="005A53D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560630">
                              <w:rPr>
                                <w:rFonts w:ascii="Bahnschrift" w:hAnsi="Bahnschrift"/>
                              </w:rPr>
                              <w:t>3</w:t>
                            </w:r>
                          </w:p>
                        </w:tc>
                      </w:tr>
                      <w:tr w:rsidR="003A37E7" w:rsidRPr="00560630" w:rsidTr="001F3AED">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1F3AED">
                            <w:pPr>
                              <w:jc w:val="center"/>
                              <w:rPr>
                                <w:rFonts w:ascii="Bahnschrift" w:hAnsi="Bahnschrift"/>
                              </w:rPr>
                            </w:pPr>
                            <w:r>
                              <w:rPr>
                                <w:rFonts w:ascii="Bahnschrift" w:hAnsi="Bahnschrift"/>
                              </w:rPr>
                              <w:t>ELECTIVE</w:t>
                            </w:r>
                          </w:p>
                        </w:tc>
                        <w:tc>
                          <w:tcPr>
                            <w:tcW w:w="4373" w:type="dxa"/>
                            <w:vAlign w:val="center"/>
                          </w:tcPr>
                          <w:p w:rsidR="003A37E7" w:rsidRDefault="003A37E7" w:rsidP="001F3AED">
                            <w:pPr>
                              <w:jc w:val="center"/>
                              <w:cnfStyle w:val="000000100000" w:firstRow="0" w:lastRow="0" w:firstColumn="0" w:lastColumn="0" w:oddVBand="0" w:evenVBand="0" w:oddHBand="1" w:evenHBand="0" w:firstRowFirstColumn="0" w:firstRowLastColumn="0" w:lastRowFirstColumn="0" w:lastRowLastColumn="0"/>
                            </w:pPr>
                            <w:r>
                              <w:t>LEADERSHIP DEVELOPMENT</w:t>
                            </w:r>
                          </w:p>
                        </w:tc>
                        <w:tc>
                          <w:tcPr>
                            <w:tcW w:w="938" w:type="dxa"/>
                            <w:tcBorders>
                              <w:right w:val="double" w:sz="4" w:space="0" w:color="C0504D" w:themeColor="accent2"/>
                            </w:tcBorders>
                            <w:vAlign w:val="center"/>
                          </w:tcPr>
                          <w:p w:rsidR="003A37E7" w:rsidRPr="00560630" w:rsidRDefault="003A37E7" w:rsidP="001F3AED">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3</w:t>
                            </w:r>
                          </w:p>
                        </w:tc>
                      </w:tr>
                      <w:tr w:rsidR="003A37E7" w:rsidRPr="00560630" w:rsidTr="001F3AED">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Pr="00560630" w:rsidRDefault="003A37E7" w:rsidP="001F3AED">
                            <w:pPr>
                              <w:jc w:val="center"/>
                              <w:rPr>
                                <w:rFonts w:ascii="Bahnschrift" w:hAnsi="Bahnschrift"/>
                              </w:rPr>
                            </w:pPr>
                            <w:r>
                              <w:rPr>
                                <w:rFonts w:ascii="Bahnschrift" w:hAnsi="Bahnschrift"/>
                              </w:rPr>
                              <w:t>ELECTIVE</w:t>
                            </w:r>
                          </w:p>
                        </w:tc>
                        <w:tc>
                          <w:tcPr>
                            <w:tcW w:w="4373" w:type="dxa"/>
                            <w:vAlign w:val="center"/>
                          </w:tcPr>
                          <w:p w:rsidR="003A37E7" w:rsidRPr="00560630" w:rsidRDefault="003A37E7" w:rsidP="001F3AED">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EVENT MANAGEMENT</w:t>
                            </w:r>
                          </w:p>
                        </w:tc>
                        <w:tc>
                          <w:tcPr>
                            <w:tcW w:w="938" w:type="dxa"/>
                            <w:tcBorders>
                              <w:right w:val="double" w:sz="4" w:space="0" w:color="C0504D" w:themeColor="accent2"/>
                            </w:tcBorders>
                            <w:vAlign w:val="center"/>
                          </w:tcPr>
                          <w:p w:rsidR="003A37E7" w:rsidRPr="00560630" w:rsidRDefault="003A37E7" w:rsidP="001F3AED">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560630">
                              <w:rPr>
                                <w:rFonts w:ascii="Bahnschrift" w:hAnsi="Bahnschrift"/>
                              </w:rPr>
                              <w:t>3</w:t>
                            </w:r>
                          </w:p>
                        </w:tc>
                      </w:tr>
                      <w:tr w:rsidR="003A37E7" w:rsidRPr="00560630" w:rsidTr="001F3AED">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3A37E7" w:rsidRDefault="003A37E7" w:rsidP="001F3AED">
                            <w:pPr>
                              <w:jc w:val="center"/>
                              <w:rPr>
                                <w:rFonts w:ascii="Bahnschrift" w:hAnsi="Bahnschrift"/>
                              </w:rPr>
                            </w:pPr>
                            <w:r>
                              <w:rPr>
                                <w:rFonts w:ascii="Bahnschrift" w:hAnsi="Bahnschrift"/>
                              </w:rPr>
                              <w:t>403</w:t>
                            </w:r>
                          </w:p>
                        </w:tc>
                        <w:tc>
                          <w:tcPr>
                            <w:tcW w:w="4373" w:type="dxa"/>
                            <w:vAlign w:val="center"/>
                          </w:tcPr>
                          <w:p w:rsidR="003A37E7" w:rsidRDefault="003A37E7" w:rsidP="001F3AED">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t>NEGOTIATION &amp; CONFLICT MANAGEMENT</w:t>
                            </w:r>
                          </w:p>
                        </w:tc>
                        <w:tc>
                          <w:tcPr>
                            <w:tcW w:w="938" w:type="dxa"/>
                            <w:tcBorders>
                              <w:right w:val="double" w:sz="4" w:space="0" w:color="C0504D" w:themeColor="accent2"/>
                            </w:tcBorders>
                            <w:vAlign w:val="center"/>
                          </w:tcPr>
                          <w:p w:rsidR="003A37E7" w:rsidRDefault="003A37E7" w:rsidP="001F3AED">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3</w:t>
                            </w:r>
                          </w:p>
                        </w:tc>
                      </w:tr>
                      <w:tr w:rsidR="004076A1" w:rsidRPr="00560630" w:rsidTr="001F3AED">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4076A1" w:rsidRDefault="004076A1" w:rsidP="001F3AED">
                            <w:pPr>
                              <w:jc w:val="center"/>
                              <w:rPr>
                                <w:rFonts w:ascii="Bahnschrift" w:hAnsi="Bahnschrift"/>
                              </w:rPr>
                            </w:pPr>
                            <w:r>
                              <w:rPr>
                                <w:rFonts w:ascii="Bahnschrift" w:hAnsi="Bahnschrift"/>
                              </w:rPr>
                              <w:t>MINOR</w:t>
                            </w:r>
                          </w:p>
                        </w:tc>
                        <w:tc>
                          <w:tcPr>
                            <w:tcW w:w="4373" w:type="dxa"/>
                            <w:vAlign w:val="center"/>
                          </w:tcPr>
                          <w:p w:rsidR="004076A1" w:rsidRDefault="004076A1" w:rsidP="001F3AED">
                            <w:pPr>
                              <w:jc w:val="center"/>
                              <w:cnfStyle w:val="000000010000" w:firstRow="0" w:lastRow="0" w:firstColumn="0" w:lastColumn="0" w:oddVBand="0" w:evenVBand="0" w:oddHBand="0" w:evenHBand="1" w:firstRowFirstColumn="0" w:firstRowLastColumn="0" w:lastRowFirstColumn="0" w:lastRowLastColumn="0"/>
                            </w:pPr>
                          </w:p>
                        </w:tc>
                        <w:tc>
                          <w:tcPr>
                            <w:tcW w:w="938" w:type="dxa"/>
                            <w:tcBorders>
                              <w:right w:val="double" w:sz="4" w:space="0" w:color="C0504D" w:themeColor="accent2"/>
                            </w:tcBorders>
                            <w:vAlign w:val="center"/>
                          </w:tcPr>
                          <w:p w:rsidR="004076A1" w:rsidRDefault="004076A1" w:rsidP="001F3AED">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3</w:t>
                            </w:r>
                          </w:p>
                        </w:tc>
                      </w:tr>
                      <w:tr w:rsidR="005F147D" w:rsidRPr="00560630" w:rsidTr="001F3AED">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169" w:type="dxa"/>
                            <w:tcBorders>
                              <w:left w:val="double" w:sz="4" w:space="0" w:color="C0504D" w:themeColor="accent2"/>
                            </w:tcBorders>
                            <w:vAlign w:val="center"/>
                          </w:tcPr>
                          <w:p w:rsidR="005F147D" w:rsidRDefault="005F147D" w:rsidP="001F3AED">
                            <w:pPr>
                              <w:jc w:val="center"/>
                              <w:rPr>
                                <w:rFonts w:ascii="Bahnschrift" w:hAnsi="Bahnschrift"/>
                              </w:rPr>
                            </w:pPr>
                            <w:r>
                              <w:rPr>
                                <w:rFonts w:ascii="Bahnschrift" w:hAnsi="Bahnschrift"/>
                              </w:rPr>
                              <w:t>GEN 109</w:t>
                            </w:r>
                          </w:p>
                        </w:tc>
                        <w:tc>
                          <w:tcPr>
                            <w:tcW w:w="4373" w:type="dxa"/>
                            <w:vAlign w:val="center"/>
                          </w:tcPr>
                          <w:p w:rsidR="005F147D" w:rsidRDefault="005F147D" w:rsidP="001F3AED">
                            <w:pPr>
                              <w:jc w:val="center"/>
                              <w:cnfStyle w:val="000000100000" w:firstRow="0" w:lastRow="0" w:firstColumn="0" w:lastColumn="0" w:oddVBand="0" w:evenVBand="0" w:oddHBand="1" w:evenHBand="0" w:firstRowFirstColumn="0" w:firstRowLastColumn="0" w:lastRowFirstColumn="0" w:lastRowLastColumn="0"/>
                            </w:pPr>
                            <w:r>
                              <w:t>CHRISTIAN CHARACTER DEVELOPMENT I</w:t>
                            </w:r>
                          </w:p>
                        </w:tc>
                        <w:tc>
                          <w:tcPr>
                            <w:tcW w:w="938" w:type="dxa"/>
                            <w:tcBorders>
                              <w:right w:val="double" w:sz="4" w:space="0" w:color="C0504D" w:themeColor="accent2"/>
                            </w:tcBorders>
                            <w:vAlign w:val="center"/>
                          </w:tcPr>
                          <w:p w:rsidR="005F147D" w:rsidRDefault="005F147D" w:rsidP="001F3AED">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2</w:t>
                            </w:r>
                          </w:p>
                        </w:tc>
                      </w:tr>
                      <w:tr w:rsidR="003A37E7" w:rsidRPr="00560630" w:rsidTr="001F3AED">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542" w:type="dxa"/>
                            <w:gridSpan w:val="2"/>
                            <w:tcBorders>
                              <w:left w:val="double" w:sz="4" w:space="0" w:color="C0504D" w:themeColor="accent2"/>
                              <w:bottom w:val="double" w:sz="4" w:space="0" w:color="C0504D" w:themeColor="accent2"/>
                            </w:tcBorders>
                            <w:vAlign w:val="center"/>
                          </w:tcPr>
                          <w:p w:rsidR="003A37E7" w:rsidRPr="00560630" w:rsidRDefault="003A37E7" w:rsidP="001F3AED">
                            <w:pPr>
                              <w:jc w:val="center"/>
                              <w:rPr>
                                <w:rFonts w:ascii="Bahnschrift" w:hAnsi="Bahnschrift"/>
                              </w:rPr>
                            </w:pPr>
                          </w:p>
                          <w:p w:rsidR="003A37E7" w:rsidRPr="00560630" w:rsidRDefault="003A37E7" w:rsidP="001F3AED">
                            <w:pPr>
                              <w:jc w:val="center"/>
                              <w:rPr>
                                <w:rFonts w:ascii="Bahnschrift" w:hAnsi="Bahnschrift"/>
                              </w:rPr>
                            </w:pPr>
                            <w:r w:rsidRPr="00560630">
                              <w:rPr>
                                <w:rFonts w:ascii="Bahnschrift" w:hAnsi="Bahnschrift"/>
                              </w:rPr>
                              <w:t xml:space="preserve">TOTAL </w:t>
                            </w:r>
                            <w:r>
                              <w:rPr>
                                <w:rFonts w:ascii="Bahnschrift" w:hAnsi="Bahnschrift"/>
                              </w:rPr>
                              <w:t>CREDIT HOURS</w:t>
                            </w:r>
                          </w:p>
                        </w:tc>
                        <w:tc>
                          <w:tcPr>
                            <w:tcW w:w="938" w:type="dxa"/>
                            <w:tcBorders>
                              <w:bottom w:val="double" w:sz="4" w:space="0" w:color="C0504D" w:themeColor="accent2"/>
                              <w:right w:val="double" w:sz="4" w:space="0" w:color="C0504D" w:themeColor="accent2"/>
                            </w:tcBorders>
                            <w:vAlign w:val="center"/>
                          </w:tcPr>
                          <w:p w:rsidR="003A37E7" w:rsidRPr="00560630" w:rsidRDefault="005F147D" w:rsidP="001F3AED">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20</w:t>
                            </w:r>
                          </w:p>
                        </w:tc>
                      </w:tr>
                    </w:tbl>
                    <w:p w:rsidR="003A37E7" w:rsidRDefault="003A37E7"/>
                  </w:txbxContent>
                </v:textbox>
                <w10:wrap anchorx="margin"/>
              </v:shape>
            </w:pict>
          </mc:Fallback>
        </mc:AlternateContent>
      </w: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9E3208" w:rsidP="00412947">
      <w:pPr>
        <w:jc w:val="center"/>
      </w:pPr>
    </w:p>
    <w:p w:rsidR="009E3208" w:rsidRDefault="00BC65CE" w:rsidP="00412947">
      <w:pPr>
        <w:jc w:val="center"/>
      </w:pPr>
      <w:r>
        <w:rPr>
          <w:noProof/>
        </w:rPr>
        <mc:AlternateContent>
          <mc:Choice Requires="wps">
            <w:drawing>
              <wp:anchor distT="0" distB="0" distL="114300" distR="114300" simplePos="0" relativeHeight="251676672" behindDoc="0" locked="0" layoutInCell="1" allowOverlap="1" wp14:anchorId="24630015" wp14:editId="0506FD99">
                <wp:simplePos x="0" y="0"/>
                <wp:positionH relativeFrom="column">
                  <wp:posOffset>-1321749</wp:posOffset>
                </wp:positionH>
                <wp:positionV relativeFrom="paragraph">
                  <wp:posOffset>243808</wp:posOffset>
                </wp:positionV>
                <wp:extent cx="4370070" cy="337693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70070" cy="337693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480" w:type="dxa"/>
                              <w:tblInd w:w="-35" w:type="dxa"/>
                              <w:tblLook w:val="04A0" w:firstRow="1" w:lastRow="0" w:firstColumn="1" w:lastColumn="0" w:noHBand="0" w:noVBand="1"/>
                            </w:tblPr>
                            <w:tblGrid>
                              <w:gridCol w:w="1049"/>
                              <w:gridCol w:w="4493"/>
                              <w:gridCol w:w="938"/>
                            </w:tblGrid>
                            <w:tr w:rsidR="003A37E7" w:rsidRPr="00330B70" w:rsidTr="00C00A6B">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80" w:type="dxa"/>
                                  <w:gridSpan w:val="3"/>
                                  <w:tcBorders>
                                    <w:top w:val="single" w:sz="36" w:space="0" w:color="auto"/>
                                    <w:left w:val="single" w:sz="36" w:space="0" w:color="auto"/>
                                    <w:bottom w:val="single" w:sz="36" w:space="0" w:color="auto"/>
                                    <w:right w:val="single" w:sz="36" w:space="0" w:color="auto"/>
                                  </w:tcBorders>
                                  <w:vAlign w:val="center"/>
                                </w:tcPr>
                                <w:p w:rsidR="003A37E7" w:rsidRPr="00330B70" w:rsidRDefault="003A37E7" w:rsidP="000B0813">
                                  <w:pPr>
                                    <w:pStyle w:val="Heading3"/>
                                    <w:jc w:val="center"/>
                                    <w:outlineLvl w:val="2"/>
                                    <w:rPr>
                                      <w:rFonts w:ascii="Bahnschrift" w:hAnsi="Bahnschrift"/>
                                      <w:b/>
                                      <w:sz w:val="22"/>
                                    </w:rPr>
                                  </w:pPr>
                                  <w:r>
                                    <w:rPr>
                                      <w:rFonts w:ascii="Times New Roman" w:hAnsi="Times New Roman" w:cs="Times New Roman"/>
                                      <w:b/>
                                      <w:color w:val="FF0000"/>
                                      <w:sz w:val="22"/>
                                    </w:rPr>
                                    <w:t>BBA -</w:t>
                                  </w:r>
                                  <w:r w:rsidRPr="00330B70">
                                    <w:rPr>
                                      <w:rFonts w:ascii="Times New Roman" w:hAnsi="Times New Roman" w:cs="Times New Roman"/>
                                      <w:b/>
                                      <w:color w:val="FF0000"/>
                                      <w:sz w:val="22"/>
                                    </w:rPr>
                                    <w:t>HUMAN RESOURCES MANAGEMENT</w:t>
                                  </w:r>
                                </w:p>
                              </w:tc>
                            </w:tr>
                            <w:tr w:rsidR="003A37E7" w:rsidRPr="00330B70" w:rsidTr="00C00A6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480" w:type="dxa"/>
                                  <w:gridSpan w:val="3"/>
                                  <w:tcBorders>
                                    <w:top w:val="single" w:sz="36" w:space="0" w:color="auto"/>
                                    <w:bottom w:val="double" w:sz="4" w:space="0" w:color="C0504D" w:themeColor="accent2"/>
                                  </w:tcBorders>
                                  <w:vAlign w:val="center"/>
                                </w:tcPr>
                                <w:p w:rsidR="003A37E7" w:rsidRPr="00330B70" w:rsidRDefault="004076A1" w:rsidP="000B0813">
                                  <w:pPr>
                                    <w:jc w:val="center"/>
                                    <w:rPr>
                                      <w:rFonts w:ascii="Bahnschrift" w:hAnsi="Bahnschrift"/>
                                    </w:rPr>
                                  </w:pPr>
                                  <w:r>
                                    <w:rPr>
                                      <w:sz w:val="20"/>
                                      <w:szCs w:val="20"/>
                                    </w:rPr>
                                    <w:t>SE</w:t>
                                  </w:r>
                                  <w:r w:rsidR="003A37E7" w:rsidRPr="00330B70">
                                    <w:rPr>
                                      <w:sz w:val="20"/>
                                      <w:szCs w:val="20"/>
                                    </w:rPr>
                                    <w:t>NIOR YEAR (YEARIV) - SECOND SEMESTER</w:t>
                                  </w:r>
                                </w:p>
                              </w:tc>
                            </w:tr>
                            <w:tr w:rsidR="003A37E7" w:rsidRPr="00330B70" w:rsidTr="00C00A6B">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COURSE CODE</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330B70">
                                    <w:rPr>
                                      <w:rFonts w:ascii="Bahnschrift" w:hAnsi="Bahnschrift"/>
                                      <w:b/>
                                    </w:rPr>
                                    <w:t>COURSE TITLE</w:t>
                                  </w:r>
                                </w:p>
                              </w:tc>
                              <w:tc>
                                <w:tcPr>
                                  <w:tcW w:w="938" w:type="dxa"/>
                                  <w:tcBorders>
                                    <w:top w:val="double" w:sz="4" w:space="0" w:color="C0504D" w:themeColor="accent2"/>
                                    <w:left w:val="double" w:sz="4" w:space="0" w:color="C0504D" w:themeColor="accent2"/>
                                    <w:bottom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330B70">
                                    <w:rPr>
                                      <w:rFonts w:ascii="Bahnschrift" w:hAnsi="Bahnschrift"/>
                                      <w:b/>
                                    </w:rPr>
                                    <w:t>CREDIT HOURS</w:t>
                                  </w:r>
                                </w:p>
                              </w:tc>
                            </w:tr>
                            <w:tr w:rsidR="003A37E7" w:rsidRPr="00330B70" w:rsidTr="00C00A6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402</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sidRPr="00330B70">
                                    <w:rPr>
                                      <w:rFonts w:ascii="Bahnschrift" w:hAnsi="Bahnschrift"/>
                                      <w:b/>
                                    </w:rPr>
                                    <w:t>STRATEGIC HUMAN RESOURCE MANAGEMENT</w:t>
                                  </w:r>
                                </w:p>
                              </w:tc>
                              <w:tc>
                                <w:tcPr>
                                  <w:tcW w:w="938" w:type="dxa"/>
                                  <w:tcBorders>
                                    <w:top w:val="double" w:sz="4" w:space="0" w:color="C0504D" w:themeColor="accent2"/>
                                    <w:left w:val="double" w:sz="4" w:space="0" w:color="C0504D" w:themeColor="accent2"/>
                                    <w:bottom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sidRPr="00330B70">
                                    <w:rPr>
                                      <w:rFonts w:ascii="Bahnschrift" w:hAnsi="Bahnschrift"/>
                                      <w:b/>
                                    </w:rPr>
                                    <w:t>3</w:t>
                                  </w:r>
                                </w:p>
                              </w:tc>
                            </w:tr>
                            <w:tr w:rsidR="003A37E7" w:rsidRPr="00330B70" w:rsidTr="00C00A6B">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404</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330B70">
                                    <w:rPr>
                                      <w:rFonts w:ascii="Bahnschrift" w:hAnsi="Bahnschrift"/>
                                      <w:b/>
                                    </w:rPr>
                                    <w:t>TALENT MANAGEMENT &amp; EMPLOYEE ENGAGEMENT</w:t>
                                  </w:r>
                                </w:p>
                              </w:tc>
                              <w:tc>
                                <w:tcPr>
                                  <w:tcW w:w="938" w:type="dxa"/>
                                  <w:tcBorders>
                                    <w:top w:val="double" w:sz="4" w:space="0" w:color="C0504D" w:themeColor="accent2"/>
                                    <w:left w:val="double" w:sz="4" w:space="0" w:color="C0504D" w:themeColor="accent2"/>
                                    <w:bottom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330B70">
                                    <w:rPr>
                                      <w:rFonts w:ascii="Bahnschrift" w:hAnsi="Bahnschrift"/>
                                      <w:b/>
                                    </w:rPr>
                                    <w:t>3</w:t>
                                  </w:r>
                                </w:p>
                              </w:tc>
                            </w:tr>
                            <w:tr w:rsidR="003A37E7" w:rsidRPr="00330B70" w:rsidTr="0091666A">
                              <w:trPr>
                                <w:cnfStyle w:val="000000100000" w:firstRow="0" w:lastRow="0" w:firstColumn="0" w:lastColumn="0" w:oddVBand="0" w:evenVBand="0" w:oddHBand="1" w:evenHBand="0" w:firstRowFirstColumn="0" w:firstRowLastColumn="0" w:lastRowFirstColumn="0" w:lastRowLastColumn="0"/>
                                <w:trHeight w:val="338"/>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406</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sidRPr="00330B70">
                                    <w:rPr>
                                      <w:b/>
                                    </w:rPr>
                                    <w:t>HRIS</w:t>
                                  </w:r>
                                </w:p>
                              </w:tc>
                              <w:tc>
                                <w:tcPr>
                                  <w:tcW w:w="938" w:type="dxa"/>
                                  <w:tcBorders>
                                    <w:top w:val="double" w:sz="4" w:space="0" w:color="C0504D" w:themeColor="accent2"/>
                                    <w:left w:val="double" w:sz="4" w:space="0" w:color="C0504D" w:themeColor="accent2"/>
                                    <w:bottom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sidRPr="00330B70">
                                    <w:rPr>
                                      <w:rFonts w:ascii="Bahnschrift" w:hAnsi="Bahnschrift"/>
                                      <w:b/>
                                    </w:rPr>
                                    <w:t>3</w:t>
                                  </w:r>
                                </w:p>
                              </w:tc>
                            </w:tr>
                            <w:tr w:rsidR="003A37E7" w:rsidRPr="00330B70" w:rsidTr="00D6722A">
                              <w:trPr>
                                <w:cnfStyle w:val="000000010000" w:firstRow="0" w:lastRow="0" w:firstColumn="0" w:lastColumn="0" w:oddVBand="0" w:evenVBand="0" w:oddHBand="0" w:evenHBand="1"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407</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4"/>
                                      <w:szCs w:val="24"/>
                                    </w:rPr>
                                  </w:pPr>
                                  <w:r w:rsidRPr="00330B70">
                                    <w:rPr>
                                      <w:b/>
                                      <w:sz w:val="24"/>
                                      <w:szCs w:val="24"/>
                                    </w:rPr>
                                    <w:t>HR CAPSTONE</w:t>
                                  </w:r>
                                </w:p>
                              </w:tc>
                              <w:tc>
                                <w:tcPr>
                                  <w:tcW w:w="938" w:type="dxa"/>
                                  <w:tcBorders>
                                    <w:top w:val="double" w:sz="4" w:space="0" w:color="C0504D" w:themeColor="accent2"/>
                                    <w:left w:val="double" w:sz="4" w:space="0" w:color="C0504D" w:themeColor="accent2"/>
                                    <w:bottom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330B70">
                                    <w:rPr>
                                      <w:rFonts w:ascii="Bahnschrift" w:hAnsi="Bahnschrift"/>
                                      <w:b/>
                                    </w:rPr>
                                    <w:t>6</w:t>
                                  </w:r>
                                </w:p>
                              </w:tc>
                            </w:tr>
                            <w:tr w:rsidR="0091666A" w:rsidRPr="00330B70" w:rsidTr="00D6722A">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bottom w:val="double" w:sz="4" w:space="0" w:color="C0504D" w:themeColor="accent2"/>
                                    <w:right w:val="double" w:sz="4" w:space="0" w:color="C0504D" w:themeColor="accent2"/>
                                  </w:tcBorders>
                                  <w:vAlign w:val="center"/>
                                </w:tcPr>
                                <w:p w:rsidR="0091666A" w:rsidRPr="00330B70" w:rsidRDefault="0091666A" w:rsidP="000B0813">
                                  <w:pPr>
                                    <w:jc w:val="center"/>
                                    <w:rPr>
                                      <w:rFonts w:ascii="Bahnschrift" w:hAnsi="Bahnschrift"/>
                                    </w:rPr>
                                  </w:pPr>
                                  <w:r>
                                    <w:rPr>
                                      <w:rFonts w:ascii="Bahnschrift" w:hAnsi="Bahnschrift"/>
                                    </w:rPr>
                                    <w:t>GEN 110</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91666A" w:rsidRPr="00330B70" w:rsidRDefault="0091666A" w:rsidP="000B0813">
                                  <w:pPr>
                                    <w:jc w:val="center"/>
                                    <w:cnfStyle w:val="000000100000" w:firstRow="0" w:lastRow="0" w:firstColumn="0" w:lastColumn="0" w:oddVBand="0" w:evenVBand="0" w:oddHBand="1" w:evenHBand="0" w:firstRowFirstColumn="0" w:firstRowLastColumn="0" w:lastRowFirstColumn="0" w:lastRowLastColumn="0"/>
                                    <w:rPr>
                                      <w:b/>
                                      <w:sz w:val="24"/>
                                      <w:szCs w:val="24"/>
                                    </w:rPr>
                                  </w:pPr>
                                  <w:r>
                                    <w:t>CHRISTIAN CHARACTER DEVELOPMENT I</w:t>
                                  </w:r>
                                  <w:r>
                                    <w:t>I</w:t>
                                  </w:r>
                                </w:p>
                              </w:tc>
                              <w:tc>
                                <w:tcPr>
                                  <w:tcW w:w="938" w:type="dxa"/>
                                  <w:tcBorders>
                                    <w:top w:val="double" w:sz="4" w:space="0" w:color="C0504D" w:themeColor="accent2"/>
                                    <w:left w:val="double" w:sz="4" w:space="0" w:color="C0504D" w:themeColor="accent2"/>
                                    <w:bottom w:val="double" w:sz="4" w:space="0" w:color="C0504D" w:themeColor="accent2"/>
                                  </w:tcBorders>
                                  <w:vAlign w:val="center"/>
                                </w:tcPr>
                                <w:p w:rsidR="0091666A" w:rsidRPr="00330B70" w:rsidRDefault="0091666A" w:rsidP="000B0813">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Pr>
                                      <w:rFonts w:ascii="Bahnschrift" w:hAnsi="Bahnschrift"/>
                                      <w:b/>
                                    </w:rPr>
                                    <w:t>2</w:t>
                                  </w:r>
                                </w:p>
                              </w:tc>
                            </w:tr>
                            <w:tr w:rsidR="00D6722A" w:rsidRPr="00330B70" w:rsidTr="00D6722A">
                              <w:trPr>
                                <w:cnfStyle w:val="000000010000" w:firstRow="0" w:lastRow="0" w:firstColumn="0" w:lastColumn="0" w:oddVBand="0" w:evenVBand="0" w:oddHBand="0" w:evenHBand="1"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bottom w:val="double" w:sz="4" w:space="0" w:color="C0504D" w:themeColor="accent2"/>
                                    <w:right w:val="double" w:sz="4" w:space="0" w:color="C0504D" w:themeColor="accent2"/>
                                  </w:tcBorders>
                                  <w:vAlign w:val="center"/>
                                </w:tcPr>
                                <w:p w:rsidR="00D6722A" w:rsidRPr="00330B70" w:rsidRDefault="00D6722A" w:rsidP="000B0813">
                                  <w:pPr>
                                    <w:jc w:val="center"/>
                                    <w:rPr>
                                      <w:rFonts w:ascii="Bahnschrift" w:hAnsi="Bahnschrift"/>
                                    </w:rPr>
                                  </w:pPr>
                                  <w:r>
                                    <w:rPr>
                                      <w:rFonts w:ascii="Bahnschrift" w:hAnsi="Bahnschrift"/>
                                    </w:rPr>
                                    <w:t>MINOR</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D6722A" w:rsidRPr="00330B70" w:rsidRDefault="00D6722A" w:rsidP="000B0813">
                                  <w:pPr>
                                    <w:jc w:val="center"/>
                                    <w:cnfStyle w:val="000000010000" w:firstRow="0" w:lastRow="0" w:firstColumn="0" w:lastColumn="0" w:oddVBand="0" w:evenVBand="0" w:oddHBand="0" w:evenHBand="1" w:firstRowFirstColumn="0" w:firstRowLastColumn="0" w:lastRowFirstColumn="0" w:lastRowLastColumn="0"/>
                                    <w:rPr>
                                      <w:b/>
                                      <w:sz w:val="24"/>
                                      <w:szCs w:val="24"/>
                                    </w:rPr>
                                  </w:pPr>
                                </w:p>
                              </w:tc>
                              <w:tc>
                                <w:tcPr>
                                  <w:tcW w:w="938" w:type="dxa"/>
                                  <w:tcBorders>
                                    <w:top w:val="double" w:sz="4" w:space="0" w:color="C0504D" w:themeColor="accent2"/>
                                    <w:left w:val="double" w:sz="4" w:space="0" w:color="C0504D" w:themeColor="accent2"/>
                                    <w:bottom w:val="double" w:sz="4" w:space="0" w:color="C0504D" w:themeColor="accent2"/>
                                  </w:tcBorders>
                                  <w:vAlign w:val="center"/>
                                </w:tcPr>
                                <w:p w:rsidR="00D6722A" w:rsidRPr="00330B70" w:rsidRDefault="00D6722A"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Pr>
                                      <w:rFonts w:ascii="Bahnschrift" w:hAnsi="Bahnschrift"/>
                                      <w:b/>
                                    </w:rPr>
                                    <w:t>3</w:t>
                                  </w:r>
                                </w:p>
                              </w:tc>
                            </w:tr>
                            <w:tr w:rsidR="003A37E7" w:rsidRPr="00330B70" w:rsidTr="00C00A6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5542" w:type="dxa"/>
                                  <w:gridSpan w:val="2"/>
                                  <w:tcBorders>
                                    <w:top w:val="double" w:sz="4" w:space="0" w:color="C0504D" w:themeColor="accent2"/>
                                    <w:right w:val="double" w:sz="4" w:space="0" w:color="C0504D" w:themeColor="accent2"/>
                                  </w:tcBorders>
                                  <w:vAlign w:val="center"/>
                                </w:tcPr>
                                <w:p w:rsidR="003A37E7" w:rsidRPr="00330B70" w:rsidRDefault="003A37E7" w:rsidP="000B0813">
                                  <w:pPr>
                                    <w:jc w:val="center"/>
                                    <w:rPr>
                                      <w:rFonts w:ascii="Bahnschrift" w:hAnsi="Bahnschrift"/>
                                    </w:rPr>
                                  </w:pPr>
                                </w:p>
                                <w:p w:rsidR="003A37E7" w:rsidRPr="00330B70" w:rsidRDefault="003A37E7" w:rsidP="000B0813">
                                  <w:pPr>
                                    <w:jc w:val="center"/>
                                    <w:rPr>
                                      <w:rFonts w:ascii="Bahnschrift" w:hAnsi="Bahnschrift"/>
                                    </w:rPr>
                                  </w:pPr>
                                  <w:r w:rsidRPr="00330B70">
                                    <w:rPr>
                                      <w:rFonts w:ascii="Bahnschrift" w:hAnsi="Bahnschrift"/>
                                    </w:rPr>
                                    <w:t>TOTAL CREDIT HOURS</w:t>
                                  </w:r>
                                </w:p>
                              </w:tc>
                              <w:tc>
                                <w:tcPr>
                                  <w:tcW w:w="938" w:type="dxa"/>
                                  <w:tcBorders>
                                    <w:top w:val="double" w:sz="4" w:space="0" w:color="C0504D" w:themeColor="accent2"/>
                                    <w:left w:val="double" w:sz="4" w:space="0" w:color="C0504D" w:themeColor="accent2"/>
                                  </w:tcBorders>
                                  <w:vAlign w:val="center"/>
                                </w:tcPr>
                                <w:p w:rsidR="003A37E7" w:rsidRPr="00330B70" w:rsidRDefault="0091666A" w:rsidP="000B0813">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Pr>
                                      <w:rFonts w:ascii="Bahnschrift" w:hAnsi="Bahnschrift"/>
                                      <w:b/>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630015" id="Text Box 27" o:spid="_x0000_s1064" type="#_x0000_t202" style="position:absolute;left:0;text-align:left;margin-left:-104.05pt;margin-top:19.2pt;width:344.1pt;height:265.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" fillcolor="white [3201]" stroked="f" strokeweight=".5pt">
                <v:textbox>
                  <w:txbxContent>
                    <w:tbl>
                      <w:tblPr>
                        <w:tblStyle w:val="LightGrid"/>
                        <w:tblW w:w="6480" w:type="dxa"/>
                        <w:tblInd w:w="-35" w:type="dxa"/>
                        <w:tblLook w:val="04A0" w:firstRow="1" w:lastRow="0" w:firstColumn="1" w:lastColumn="0" w:noHBand="0" w:noVBand="1"/>
                      </w:tblPr>
                      <w:tblGrid>
                        <w:gridCol w:w="1049"/>
                        <w:gridCol w:w="4493"/>
                        <w:gridCol w:w="938"/>
                      </w:tblGrid>
                      <w:tr w:rsidR="003A37E7" w:rsidRPr="00330B70" w:rsidTr="00C00A6B">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6480" w:type="dxa"/>
                            <w:gridSpan w:val="3"/>
                            <w:tcBorders>
                              <w:top w:val="single" w:sz="36" w:space="0" w:color="auto"/>
                              <w:left w:val="single" w:sz="36" w:space="0" w:color="auto"/>
                              <w:bottom w:val="single" w:sz="36" w:space="0" w:color="auto"/>
                              <w:right w:val="single" w:sz="36" w:space="0" w:color="auto"/>
                            </w:tcBorders>
                            <w:vAlign w:val="center"/>
                          </w:tcPr>
                          <w:p w:rsidR="003A37E7" w:rsidRPr="00330B70" w:rsidRDefault="003A37E7" w:rsidP="000B0813">
                            <w:pPr>
                              <w:pStyle w:val="Heading3"/>
                              <w:jc w:val="center"/>
                              <w:outlineLvl w:val="2"/>
                              <w:rPr>
                                <w:rFonts w:ascii="Bahnschrift" w:hAnsi="Bahnschrift"/>
                                <w:b/>
                                <w:sz w:val="22"/>
                              </w:rPr>
                            </w:pPr>
                            <w:r>
                              <w:rPr>
                                <w:rFonts w:ascii="Times New Roman" w:hAnsi="Times New Roman" w:cs="Times New Roman"/>
                                <w:b/>
                                <w:color w:val="FF0000"/>
                                <w:sz w:val="22"/>
                              </w:rPr>
                              <w:t>BBA -</w:t>
                            </w:r>
                            <w:r w:rsidRPr="00330B70">
                              <w:rPr>
                                <w:rFonts w:ascii="Times New Roman" w:hAnsi="Times New Roman" w:cs="Times New Roman"/>
                                <w:b/>
                                <w:color w:val="FF0000"/>
                                <w:sz w:val="22"/>
                              </w:rPr>
                              <w:t>HUMAN RESOURCES MANAGEMENT</w:t>
                            </w:r>
                          </w:p>
                        </w:tc>
                      </w:tr>
                      <w:tr w:rsidR="003A37E7" w:rsidRPr="00330B70" w:rsidTr="00C00A6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480" w:type="dxa"/>
                            <w:gridSpan w:val="3"/>
                            <w:tcBorders>
                              <w:top w:val="single" w:sz="36" w:space="0" w:color="auto"/>
                              <w:bottom w:val="double" w:sz="4" w:space="0" w:color="C0504D" w:themeColor="accent2"/>
                            </w:tcBorders>
                            <w:vAlign w:val="center"/>
                          </w:tcPr>
                          <w:p w:rsidR="003A37E7" w:rsidRPr="00330B70" w:rsidRDefault="004076A1" w:rsidP="000B0813">
                            <w:pPr>
                              <w:jc w:val="center"/>
                              <w:rPr>
                                <w:rFonts w:ascii="Bahnschrift" w:hAnsi="Bahnschrift"/>
                              </w:rPr>
                            </w:pPr>
                            <w:r>
                              <w:rPr>
                                <w:sz w:val="20"/>
                                <w:szCs w:val="20"/>
                              </w:rPr>
                              <w:t>SE</w:t>
                            </w:r>
                            <w:r w:rsidR="003A37E7" w:rsidRPr="00330B70">
                              <w:rPr>
                                <w:sz w:val="20"/>
                                <w:szCs w:val="20"/>
                              </w:rPr>
                              <w:t>NIOR YEAR (YEARIV) - SECOND SEMESTER</w:t>
                            </w:r>
                          </w:p>
                        </w:tc>
                      </w:tr>
                      <w:tr w:rsidR="003A37E7" w:rsidRPr="00330B70" w:rsidTr="00C00A6B">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COURSE CODE</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330B70">
                              <w:rPr>
                                <w:rFonts w:ascii="Bahnschrift" w:hAnsi="Bahnschrift"/>
                                <w:b/>
                              </w:rPr>
                              <w:t>COURSE TITLE</w:t>
                            </w:r>
                          </w:p>
                        </w:tc>
                        <w:tc>
                          <w:tcPr>
                            <w:tcW w:w="938" w:type="dxa"/>
                            <w:tcBorders>
                              <w:top w:val="double" w:sz="4" w:space="0" w:color="C0504D" w:themeColor="accent2"/>
                              <w:left w:val="double" w:sz="4" w:space="0" w:color="C0504D" w:themeColor="accent2"/>
                              <w:bottom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330B70">
                              <w:rPr>
                                <w:rFonts w:ascii="Bahnschrift" w:hAnsi="Bahnschrift"/>
                                <w:b/>
                              </w:rPr>
                              <w:t>CREDIT HOURS</w:t>
                            </w:r>
                          </w:p>
                        </w:tc>
                      </w:tr>
                      <w:tr w:rsidR="003A37E7" w:rsidRPr="00330B70" w:rsidTr="00C00A6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402</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sidRPr="00330B70">
                              <w:rPr>
                                <w:rFonts w:ascii="Bahnschrift" w:hAnsi="Bahnschrift"/>
                                <w:b/>
                              </w:rPr>
                              <w:t>STRATEGIC HUMAN RESOURCE MANAGEMENT</w:t>
                            </w:r>
                          </w:p>
                        </w:tc>
                        <w:tc>
                          <w:tcPr>
                            <w:tcW w:w="938" w:type="dxa"/>
                            <w:tcBorders>
                              <w:top w:val="double" w:sz="4" w:space="0" w:color="C0504D" w:themeColor="accent2"/>
                              <w:left w:val="double" w:sz="4" w:space="0" w:color="C0504D" w:themeColor="accent2"/>
                              <w:bottom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sidRPr="00330B70">
                              <w:rPr>
                                <w:rFonts w:ascii="Bahnschrift" w:hAnsi="Bahnschrift"/>
                                <w:b/>
                              </w:rPr>
                              <w:t>3</w:t>
                            </w:r>
                          </w:p>
                        </w:tc>
                      </w:tr>
                      <w:tr w:rsidR="003A37E7" w:rsidRPr="00330B70" w:rsidTr="00C00A6B">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404</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330B70">
                              <w:rPr>
                                <w:rFonts w:ascii="Bahnschrift" w:hAnsi="Bahnschrift"/>
                                <w:b/>
                              </w:rPr>
                              <w:t>TALENT MANAGEMENT &amp; EMPLOYEE ENGAGEMENT</w:t>
                            </w:r>
                          </w:p>
                        </w:tc>
                        <w:tc>
                          <w:tcPr>
                            <w:tcW w:w="938" w:type="dxa"/>
                            <w:tcBorders>
                              <w:top w:val="double" w:sz="4" w:space="0" w:color="C0504D" w:themeColor="accent2"/>
                              <w:left w:val="double" w:sz="4" w:space="0" w:color="C0504D" w:themeColor="accent2"/>
                              <w:bottom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330B70">
                              <w:rPr>
                                <w:rFonts w:ascii="Bahnschrift" w:hAnsi="Bahnschrift"/>
                                <w:b/>
                              </w:rPr>
                              <w:t>3</w:t>
                            </w:r>
                          </w:p>
                        </w:tc>
                      </w:tr>
                      <w:tr w:rsidR="003A37E7" w:rsidRPr="00330B70" w:rsidTr="0091666A">
                        <w:trPr>
                          <w:cnfStyle w:val="000000100000" w:firstRow="0" w:lastRow="0" w:firstColumn="0" w:lastColumn="0" w:oddVBand="0" w:evenVBand="0" w:oddHBand="1" w:evenHBand="0" w:firstRowFirstColumn="0" w:firstRowLastColumn="0" w:lastRowFirstColumn="0" w:lastRowLastColumn="0"/>
                          <w:trHeight w:val="338"/>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406</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sidRPr="00330B70">
                              <w:rPr>
                                <w:b/>
                              </w:rPr>
                              <w:t>HRIS</w:t>
                            </w:r>
                          </w:p>
                        </w:tc>
                        <w:tc>
                          <w:tcPr>
                            <w:tcW w:w="938" w:type="dxa"/>
                            <w:tcBorders>
                              <w:top w:val="double" w:sz="4" w:space="0" w:color="C0504D" w:themeColor="accent2"/>
                              <w:left w:val="double" w:sz="4" w:space="0" w:color="C0504D" w:themeColor="accent2"/>
                              <w:bottom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sidRPr="00330B70">
                              <w:rPr>
                                <w:rFonts w:ascii="Bahnschrift" w:hAnsi="Bahnschrift"/>
                                <w:b/>
                              </w:rPr>
                              <w:t>3</w:t>
                            </w:r>
                          </w:p>
                        </w:tc>
                      </w:tr>
                      <w:tr w:rsidR="003A37E7" w:rsidRPr="00330B70" w:rsidTr="00D6722A">
                        <w:trPr>
                          <w:cnfStyle w:val="000000010000" w:firstRow="0" w:lastRow="0" w:firstColumn="0" w:lastColumn="0" w:oddVBand="0" w:evenVBand="0" w:oddHBand="0" w:evenHBand="1"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407</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4"/>
                                <w:szCs w:val="24"/>
                              </w:rPr>
                            </w:pPr>
                            <w:r w:rsidRPr="00330B70">
                              <w:rPr>
                                <w:b/>
                                <w:sz w:val="24"/>
                                <w:szCs w:val="24"/>
                              </w:rPr>
                              <w:t>HR CAPSTONE</w:t>
                            </w:r>
                          </w:p>
                        </w:tc>
                        <w:tc>
                          <w:tcPr>
                            <w:tcW w:w="938" w:type="dxa"/>
                            <w:tcBorders>
                              <w:top w:val="double" w:sz="4" w:space="0" w:color="C0504D" w:themeColor="accent2"/>
                              <w:left w:val="double" w:sz="4" w:space="0" w:color="C0504D" w:themeColor="accent2"/>
                              <w:bottom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330B70">
                              <w:rPr>
                                <w:rFonts w:ascii="Bahnschrift" w:hAnsi="Bahnschrift"/>
                                <w:b/>
                              </w:rPr>
                              <w:t>6</w:t>
                            </w:r>
                          </w:p>
                        </w:tc>
                      </w:tr>
                      <w:tr w:rsidR="0091666A" w:rsidRPr="00330B70" w:rsidTr="00D6722A">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bottom w:val="double" w:sz="4" w:space="0" w:color="C0504D" w:themeColor="accent2"/>
                              <w:right w:val="double" w:sz="4" w:space="0" w:color="C0504D" w:themeColor="accent2"/>
                            </w:tcBorders>
                            <w:vAlign w:val="center"/>
                          </w:tcPr>
                          <w:p w:rsidR="0091666A" w:rsidRPr="00330B70" w:rsidRDefault="0091666A" w:rsidP="000B0813">
                            <w:pPr>
                              <w:jc w:val="center"/>
                              <w:rPr>
                                <w:rFonts w:ascii="Bahnschrift" w:hAnsi="Bahnschrift"/>
                              </w:rPr>
                            </w:pPr>
                            <w:r>
                              <w:rPr>
                                <w:rFonts w:ascii="Bahnschrift" w:hAnsi="Bahnschrift"/>
                              </w:rPr>
                              <w:t>GEN 110</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91666A" w:rsidRPr="00330B70" w:rsidRDefault="0091666A" w:rsidP="000B0813">
                            <w:pPr>
                              <w:jc w:val="center"/>
                              <w:cnfStyle w:val="000000100000" w:firstRow="0" w:lastRow="0" w:firstColumn="0" w:lastColumn="0" w:oddVBand="0" w:evenVBand="0" w:oddHBand="1" w:evenHBand="0" w:firstRowFirstColumn="0" w:firstRowLastColumn="0" w:lastRowFirstColumn="0" w:lastRowLastColumn="0"/>
                              <w:rPr>
                                <w:b/>
                                <w:sz w:val="24"/>
                                <w:szCs w:val="24"/>
                              </w:rPr>
                            </w:pPr>
                            <w:r>
                              <w:t>CHRISTIAN CHARACTER DEVELOPMENT I</w:t>
                            </w:r>
                            <w:r>
                              <w:t>I</w:t>
                            </w:r>
                          </w:p>
                        </w:tc>
                        <w:tc>
                          <w:tcPr>
                            <w:tcW w:w="938" w:type="dxa"/>
                            <w:tcBorders>
                              <w:top w:val="double" w:sz="4" w:space="0" w:color="C0504D" w:themeColor="accent2"/>
                              <w:left w:val="double" w:sz="4" w:space="0" w:color="C0504D" w:themeColor="accent2"/>
                              <w:bottom w:val="double" w:sz="4" w:space="0" w:color="C0504D" w:themeColor="accent2"/>
                            </w:tcBorders>
                            <w:vAlign w:val="center"/>
                          </w:tcPr>
                          <w:p w:rsidR="0091666A" w:rsidRPr="00330B70" w:rsidRDefault="0091666A" w:rsidP="000B0813">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Pr>
                                <w:rFonts w:ascii="Bahnschrift" w:hAnsi="Bahnschrift"/>
                                <w:b/>
                              </w:rPr>
                              <w:t>2</w:t>
                            </w:r>
                          </w:p>
                        </w:tc>
                      </w:tr>
                      <w:tr w:rsidR="00D6722A" w:rsidRPr="00330B70" w:rsidTr="00D6722A">
                        <w:trPr>
                          <w:cnfStyle w:val="000000010000" w:firstRow="0" w:lastRow="0" w:firstColumn="0" w:lastColumn="0" w:oddVBand="0" w:evenVBand="0" w:oddHBand="0" w:evenHBand="1"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049" w:type="dxa"/>
                            <w:tcBorders>
                              <w:top w:val="double" w:sz="4" w:space="0" w:color="C0504D" w:themeColor="accent2"/>
                              <w:bottom w:val="double" w:sz="4" w:space="0" w:color="C0504D" w:themeColor="accent2"/>
                              <w:right w:val="double" w:sz="4" w:space="0" w:color="C0504D" w:themeColor="accent2"/>
                            </w:tcBorders>
                            <w:vAlign w:val="center"/>
                          </w:tcPr>
                          <w:p w:rsidR="00D6722A" w:rsidRPr="00330B70" w:rsidRDefault="00D6722A" w:rsidP="000B0813">
                            <w:pPr>
                              <w:jc w:val="center"/>
                              <w:rPr>
                                <w:rFonts w:ascii="Bahnschrift" w:hAnsi="Bahnschrift"/>
                              </w:rPr>
                            </w:pPr>
                            <w:r>
                              <w:rPr>
                                <w:rFonts w:ascii="Bahnschrift" w:hAnsi="Bahnschrift"/>
                              </w:rPr>
                              <w:t>MINOR</w:t>
                            </w:r>
                          </w:p>
                        </w:tc>
                        <w:tc>
                          <w:tcPr>
                            <w:tcW w:w="449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D6722A" w:rsidRPr="00330B70" w:rsidRDefault="00D6722A" w:rsidP="000B0813">
                            <w:pPr>
                              <w:jc w:val="center"/>
                              <w:cnfStyle w:val="000000010000" w:firstRow="0" w:lastRow="0" w:firstColumn="0" w:lastColumn="0" w:oddVBand="0" w:evenVBand="0" w:oddHBand="0" w:evenHBand="1" w:firstRowFirstColumn="0" w:firstRowLastColumn="0" w:lastRowFirstColumn="0" w:lastRowLastColumn="0"/>
                              <w:rPr>
                                <w:b/>
                                <w:sz w:val="24"/>
                                <w:szCs w:val="24"/>
                              </w:rPr>
                            </w:pPr>
                          </w:p>
                        </w:tc>
                        <w:tc>
                          <w:tcPr>
                            <w:tcW w:w="938" w:type="dxa"/>
                            <w:tcBorders>
                              <w:top w:val="double" w:sz="4" w:space="0" w:color="C0504D" w:themeColor="accent2"/>
                              <w:left w:val="double" w:sz="4" w:space="0" w:color="C0504D" w:themeColor="accent2"/>
                              <w:bottom w:val="double" w:sz="4" w:space="0" w:color="C0504D" w:themeColor="accent2"/>
                            </w:tcBorders>
                            <w:vAlign w:val="center"/>
                          </w:tcPr>
                          <w:p w:rsidR="00D6722A" w:rsidRPr="00330B70" w:rsidRDefault="00D6722A"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Pr>
                                <w:rFonts w:ascii="Bahnschrift" w:hAnsi="Bahnschrift"/>
                                <w:b/>
                              </w:rPr>
                              <w:t>3</w:t>
                            </w:r>
                          </w:p>
                        </w:tc>
                      </w:tr>
                      <w:tr w:rsidR="003A37E7" w:rsidRPr="00330B70" w:rsidTr="00C00A6B">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5542" w:type="dxa"/>
                            <w:gridSpan w:val="2"/>
                            <w:tcBorders>
                              <w:top w:val="double" w:sz="4" w:space="0" w:color="C0504D" w:themeColor="accent2"/>
                              <w:right w:val="double" w:sz="4" w:space="0" w:color="C0504D" w:themeColor="accent2"/>
                            </w:tcBorders>
                            <w:vAlign w:val="center"/>
                          </w:tcPr>
                          <w:p w:rsidR="003A37E7" w:rsidRPr="00330B70" w:rsidRDefault="003A37E7" w:rsidP="000B0813">
                            <w:pPr>
                              <w:jc w:val="center"/>
                              <w:rPr>
                                <w:rFonts w:ascii="Bahnschrift" w:hAnsi="Bahnschrift"/>
                              </w:rPr>
                            </w:pPr>
                          </w:p>
                          <w:p w:rsidR="003A37E7" w:rsidRPr="00330B70" w:rsidRDefault="003A37E7" w:rsidP="000B0813">
                            <w:pPr>
                              <w:jc w:val="center"/>
                              <w:rPr>
                                <w:rFonts w:ascii="Bahnschrift" w:hAnsi="Bahnschrift"/>
                              </w:rPr>
                            </w:pPr>
                            <w:r w:rsidRPr="00330B70">
                              <w:rPr>
                                <w:rFonts w:ascii="Bahnschrift" w:hAnsi="Bahnschrift"/>
                              </w:rPr>
                              <w:t>TOTAL CREDIT HOURS</w:t>
                            </w:r>
                          </w:p>
                        </w:tc>
                        <w:tc>
                          <w:tcPr>
                            <w:tcW w:w="938" w:type="dxa"/>
                            <w:tcBorders>
                              <w:top w:val="double" w:sz="4" w:space="0" w:color="C0504D" w:themeColor="accent2"/>
                              <w:left w:val="double" w:sz="4" w:space="0" w:color="C0504D" w:themeColor="accent2"/>
                            </w:tcBorders>
                            <w:vAlign w:val="center"/>
                          </w:tcPr>
                          <w:p w:rsidR="003A37E7" w:rsidRPr="00330B70" w:rsidRDefault="0091666A" w:rsidP="000B0813">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Pr>
                                <w:rFonts w:ascii="Bahnschrift" w:hAnsi="Bahnschrift"/>
                                <w:b/>
                              </w:rPr>
                              <w:t>20</w:t>
                            </w:r>
                          </w:p>
                        </w:tc>
                      </w:tr>
                    </w:tbl>
                    <w:p w:rsidR="003A37E7" w:rsidRDefault="003A37E7"/>
                  </w:txbxContent>
                </v:textbox>
              </v:shape>
            </w:pict>
          </mc:Fallback>
        </mc:AlternateContent>
      </w:r>
    </w:p>
    <w:p w:rsidR="009E3208" w:rsidRDefault="00890B9A" w:rsidP="00412947">
      <w:pPr>
        <w:jc w:val="center"/>
      </w:pPr>
      <w:r>
        <w:rPr>
          <w:noProof/>
        </w:rPr>
        <mc:AlternateContent>
          <mc:Choice Requires="wps">
            <w:drawing>
              <wp:anchor distT="0" distB="0" distL="114300" distR="114300" simplePos="0" relativeHeight="251855872" behindDoc="0" locked="0" layoutInCell="1" allowOverlap="1" wp14:anchorId="7CAF2E06" wp14:editId="6785A3CC">
                <wp:simplePos x="0" y="0"/>
                <wp:positionH relativeFrom="column">
                  <wp:posOffset>-1234724</wp:posOffset>
                </wp:positionH>
                <wp:positionV relativeFrom="paragraph">
                  <wp:posOffset>3275373</wp:posOffset>
                </wp:positionV>
                <wp:extent cx="4198620" cy="560832"/>
                <wp:effectExtent l="57150" t="38100" r="68580" b="86995"/>
                <wp:wrapNone/>
                <wp:docPr id="135" name="Text Box 135"/>
                <wp:cNvGraphicFramePr/>
                <a:graphic xmlns:a="http://schemas.openxmlformats.org/drawingml/2006/main">
                  <a:graphicData uri="http://schemas.microsoft.com/office/word/2010/wordprocessingShape">
                    <wps:wsp>
                      <wps:cNvSpPr txBox="1"/>
                      <wps:spPr>
                        <a:xfrm>
                          <a:off x="0" y="0"/>
                          <a:ext cx="4198620" cy="560832"/>
                        </a:xfrm>
                        <a:prstGeom prst="rect">
                          <a:avLst/>
                        </a:prstGeom>
                        <a:ln/>
                      </wps:spPr>
                      <wps:style>
                        <a:lnRef idx="1">
                          <a:schemeClr val="accent1"/>
                        </a:lnRef>
                        <a:fillRef idx="2">
                          <a:schemeClr val="accent1"/>
                        </a:fillRef>
                        <a:effectRef idx="1">
                          <a:schemeClr val="accent1"/>
                        </a:effectRef>
                        <a:fontRef idx="minor">
                          <a:schemeClr val="dk1"/>
                        </a:fontRef>
                      </wps:style>
                      <wps:txbx>
                        <w:txbxContent>
                          <w:tbl>
                            <w:tblPr>
                              <w:tblStyle w:val="TableGrid"/>
                              <w:tblW w:w="6385" w:type="dxa"/>
                              <w:tblLook w:val="04A0" w:firstRow="1" w:lastRow="0" w:firstColumn="1" w:lastColumn="0" w:noHBand="0" w:noVBand="1"/>
                            </w:tblPr>
                            <w:tblGrid>
                              <w:gridCol w:w="4315"/>
                              <w:gridCol w:w="2070"/>
                            </w:tblGrid>
                            <w:tr w:rsidR="003A37E7" w:rsidRPr="00E47AC6" w:rsidTr="00240A22">
                              <w:trPr>
                                <w:trHeight w:val="710"/>
                              </w:trPr>
                              <w:tc>
                                <w:tcPr>
                                  <w:tcW w:w="4315" w:type="dxa"/>
                                  <w:vAlign w:val="center"/>
                                </w:tcPr>
                                <w:p w:rsidR="003A37E7" w:rsidRPr="00E47AC6" w:rsidRDefault="003A37E7" w:rsidP="00240A22">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2070" w:type="dxa"/>
                                  <w:vAlign w:val="center"/>
                                </w:tcPr>
                                <w:p w:rsidR="003A37E7" w:rsidRPr="00E47AC6" w:rsidRDefault="003A37E7" w:rsidP="00240A22">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144</w:t>
                                  </w:r>
                                </w:p>
                              </w:tc>
                            </w:tr>
                          </w:tbl>
                          <w:p w:rsidR="003A37E7" w:rsidRPr="00E47AC6" w:rsidRDefault="003A37E7">
                            <w:pP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AF2E06" id="Text Box 135" o:spid="_x0000_s1065" type="#_x0000_t202" style="position:absolute;left:0;text-align:left;margin-left:-97.2pt;margin-top:257.9pt;width:330.6pt;height:44.1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" fillcolor="#a7bfde [1620]" strokecolor="#4579b8 [3044]">
                <v:fill color2="#e4ecf5 [500]" rotate="t" angle="180" colors="0 #a3c4ff;22938f #bfd5ff;1 #e5eeff" focus="100%" type="gradient"/>
                <v:shadow on="t" color="black" opacity="24903f" origin=",.5" offset="0,.55556mm"/>
                <v:textbox>
                  <w:txbxContent>
                    <w:tbl>
                      <w:tblPr>
                        <w:tblStyle w:val="TableGrid"/>
                        <w:tblW w:w="6385" w:type="dxa"/>
                        <w:tblLook w:val="04A0" w:firstRow="1" w:lastRow="0" w:firstColumn="1" w:lastColumn="0" w:noHBand="0" w:noVBand="1"/>
                      </w:tblPr>
                      <w:tblGrid>
                        <w:gridCol w:w="4315"/>
                        <w:gridCol w:w="2070"/>
                      </w:tblGrid>
                      <w:tr w:rsidR="003A37E7" w:rsidRPr="00E47AC6" w:rsidTr="00240A22">
                        <w:trPr>
                          <w:trHeight w:val="710"/>
                        </w:trPr>
                        <w:tc>
                          <w:tcPr>
                            <w:tcW w:w="4315" w:type="dxa"/>
                            <w:vAlign w:val="center"/>
                          </w:tcPr>
                          <w:p w:rsidR="003A37E7" w:rsidRPr="00E47AC6" w:rsidRDefault="003A37E7" w:rsidP="00240A22">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2070" w:type="dxa"/>
                            <w:vAlign w:val="center"/>
                          </w:tcPr>
                          <w:p w:rsidR="003A37E7" w:rsidRPr="00E47AC6" w:rsidRDefault="003A37E7" w:rsidP="00240A22">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144</w:t>
                            </w:r>
                          </w:p>
                        </w:tc>
                      </w:tr>
                    </w:tbl>
                    <w:p w:rsidR="003A37E7" w:rsidRPr="00E47AC6" w:rsidRDefault="003A37E7">
                      <w:pP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C00A6B">
        <w:rPr>
          <w:noProof/>
        </w:rPr>
        <mc:AlternateContent>
          <mc:Choice Requires="wps">
            <w:drawing>
              <wp:anchor distT="0" distB="0" distL="114300" distR="114300" simplePos="0" relativeHeight="251742208" behindDoc="0" locked="0" layoutInCell="1" allowOverlap="1" wp14:anchorId="30DF43A6" wp14:editId="00330576">
                <wp:simplePos x="0" y="0"/>
                <wp:positionH relativeFrom="column">
                  <wp:posOffset>-369570</wp:posOffset>
                </wp:positionH>
                <wp:positionV relativeFrom="paragraph">
                  <wp:posOffset>4971415</wp:posOffset>
                </wp:positionV>
                <wp:extent cx="3940628" cy="337457"/>
                <wp:effectExtent l="57150" t="38100" r="60325" b="81915"/>
                <wp:wrapNone/>
                <wp:docPr id="95" name="Text Box 95"/>
                <wp:cNvGraphicFramePr/>
                <a:graphic xmlns:a="http://schemas.openxmlformats.org/drawingml/2006/main">
                  <a:graphicData uri="http://schemas.microsoft.com/office/word/2010/wordprocessingShape">
                    <wps:wsp>
                      <wps:cNvSpPr txBox="1"/>
                      <wps:spPr>
                        <a:xfrm>
                          <a:off x="0" y="0"/>
                          <a:ext cx="3940628" cy="337457"/>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tbl>
                            <w:tblPr>
                              <w:tblStyle w:val="TableGridLight"/>
                              <w:tblW w:w="0" w:type="auto"/>
                              <w:tblLook w:val="04A0" w:firstRow="1" w:lastRow="0" w:firstColumn="1" w:lastColumn="0" w:noHBand="0" w:noVBand="1"/>
                            </w:tblPr>
                            <w:tblGrid>
                              <w:gridCol w:w="4405"/>
                              <w:gridCol w:w="1488"/>
                            </w:tblGrid>
                            <w:tr w:rsidR="003A37E7" w:rsidRPr="00303A39" w:rsidTr="00303A39">
                              <w:trPr>
                                <w:trHeight w:val="350"/>
                              </w:trPr>
                              <w:tc>
                                <w:tcPr>
                                  <w:tcW w:w="4405" w:type="dxa"/>
                                </w:tcPr>
                                <w:p w:rsidR="003A37E7" w:rsidRPr="00303A39" w:rsidRDefault="003A37E7">
                                  <w:pPr>
                                    <w:rPr>
                                      <w:b/>
                                      <w:outline/>
                                      <w:color w:val="C0504D"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303A39">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1488" w:type="dxa"/>
                                </w:tcPr>
                                <w:p w:rsidR="003A37E7" w:rsidRPr="00303A39" w:rsidRDefault="003A37E7">
                                  <w:pPr>
                                    <w:rPr>
                                      <w:b/>
                                      <w:outline/>
                                      <w:color w:val="C0504D" w:themeColor="accent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
                              </w:tc>
                            </w:tr>
                          </w:tbl>
                          <w:p w:rsidR="003A37E7" w:rsidRPr="00303A39" w:rsidRDefault="003A37E7">
                            <w:pPr>
                              <w:rPr>
                                <w:b/>
                                <w:outline/>
                                <w:color w:val="C0504D" w:themeColor="accent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DF43A6" id="Text Box 95" o:spid="_x0000_s1066" type="#_x0000_t202" style="position:absolute;left:0;text-align:left;margin-left:-29.1pt;margin-top:391.45pt;width:310.3pt;height:26.5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" fillcolor="#a7bfde [1620]" stroked="f">
                <v:fill color2="#e4ecf5 [500]" rotate="t" angle="180" colors="0 #a3c4ff;22938f #bfd5ff;1 #e5eeff" focus="100%" type="gradient"/>
                <v:shadow on="t" color="black" opacity="24903f" origin=",.5" offset="0,.55556mm"/>
                <v:textbox>
                  <w:txbxContent>
                    <w:tbl>
                      <w:tblPr>
                        <w:tblStyle w:val="TableGridLight"/>
                        <w:tblW w:w="0" w:type="auto"/>
                        <w:tblLook w:val="04A0" w:firstRow="1" w:lastRow="0" w:firstColumn="1" w:lastColumn="0" w:noHBand="0" w:noVBand="1"/>
                      </w:tblPr>
                      <w:tblGrid>
                        <w:gridCol w:w="4405"/>
                        <w:gridCol w:w="1488"/>
                      </w:tblGrid>
                      <w:tr w:rsidR="003A37E7" w:rsidRPr="00303A39" w:rsidTr="00303A39">
                        <w:trPr>
                          <w:trHeight w:val="350"/>
                        </w:trPr>
                        <w:tc>
                          <w:tcPr>
                            <w:tcW w:w="4405" w:type="dxa"/>
                          </w:tcPr>
                          <w:p w:rsidR="003A37E7" w:rsidRPr="00303A39" w:rsidRDefault="003A37E7">
                            <w:pPr>
                              <w:rPr>
                                <w:b/>
                                <w:outline/>
                                <w:color w:val="C0504D" w:themeColor="accent2"/>
                                <w:sz w:val="28"/>
                                <w:szCs w:val="28"/>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r w:rsidRPr="00303A39">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1488" w:type="dxa"/>
                          </w:tcPr>
                          <w:p w:rsidR="003A37E7" w:rsidRPr="00303A39" w:rsidRDefault="003A37E7">
                            <w:pPr>
                              <w:rPr>
                                <w:b/>
                                <w:outline/>
                                <w:color w:val="C0504D" w:themeColor="accent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
                        </w:tc>
                      </w:tr>
                    </w:tbl>
                    <w:p w:rsidR="003A37E7" w:rsidRPr="00303A39" w:rsidRDefault="003A37E7">
                      <w:pPr>
                        <w:rPr>
                          <w:b/>
                          <w:outline/>
                          <w:color w:val="C0504D" w:themeColor="accent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solidFill>
                              <w14:srgbClr w14:val="FFFFFF"/>
                            </w14:solidFill>
                          </w14:textFill>
                        </w:rPr>
                      </w:pPr>
                    </w:p>
                  </w:txbxContent>
                </v:textbox>
              </v:shape>
            </w:pict>
          </mc:Fallback>
        </mc:AlternateConten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2"/>
        <w:gridCol w:w="222"/>
        <w:gridCol w:w="222"/>
      </w:tblGrid>
      <w:tr w:rsidR="00210426" w:rsidTr="00210426">
        <w:tc>
          <w:tcPr>
            <w:tcW w:w="3732" w:type="dxa"/>
          </w:tcPr>
          <w:p w:rsidR="00210426" w:rsidRDefault="00210426" w:rsidP="00412947">
            <w:pPr>
              <w:jc w:val="center"/>
            </w:pPr>
          </w:p>
        </w:tc>
        <w:tc>
          <w:tcPr>
            <w:tcW w:w="222" w:type="dxa"/>
          </w:tcPr>
          <w:p w:rsidR="00210426" w:rsidRDefault="00210426" w:rsidP="00412947">
            <w:pPr>
              <w:jc w:val="center"/>
            </w:pPr>
          </w:p>
        </w:tc>
        <w:tc>
          <w:tcPr>
            <w:tcW w:w="222" w:type="dxa"/>
          </w:tcPr>
          <w:p w:rsidR="00210426" w:rsidRDefault="00210426" w:rsidP="00412947">
            <w:pPr>
              <w:jc w:val="center"/>
            </w:pPr>
          </w:p>
        </w:tc>
      </w:tr>
    </w:tbl>
    <w:p w:rsidR="00210426" w:rsidRDefault="00BC65CE" w:rsidP="00210426">
      <w:pPr>
        <w:pStyle w:val="Caption"/>
        <w:keepNext/>
      </w:pPr>
      <w:r>
        <w:rPr>
          <w:noProof/>
        </w:rPr>
        <w:lastRenderedPageBreak/>
        <mc:AlternateContent>
          <mc:Choice Requires="wps">
            <w:drawing>
              <wp:anchor distT="0" distB="0" distL="114300" distR="114300" simplePos="0" relativeHeight="251677696" behindDoc="0" locked="0" layoutInCell="1" allowOverlap="1" wp14:anchorId="601BC93A" wp14:editId="25039BAD">
                <wp:simplePos x="0" y="0"/>
                <wp:positionH relativeFrom="column">
                  <wp:posOffset>-511926</wp:posOffset>
                </wp:positionH>
                <wp:positionV relativeFrom="paragraph">
                  <wp:posOffset>-219710</wp:posOffset>
                </wp:positionV>
                <wp:extent cx="4413250" cy="3596640"/>
                <wp:effectExtent l="0" t="0" r="6350" b="3810"/>
                <wp:wrapNone/>
                <wp:docPr id="17" name="Text Box 17"/>
                <wp:cNvGraphicFramePr/>
                <a:graphic xmlns:a="http://schemas.openxmlformats.org/drawingml/2006/main">
                  <a:graphicData uri="http://schemas.microsoft.com/office/word/2010/wordprocessingShape">
                    <wps:wsp>
                      <wps:cNvSpPr txBox="1"/>
                      <wps:spPr>
                        <a:xfrm>
                          <a:off x="0" y="0"/>
                          <a:ext cx="4413250" cy="35966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465" w:type="dxa"/>
                              <w:tblInd w:w="-150" w:type="dxa"/>
                              <w:tblLook w:val="04A0" w:firstRow="1" w:lastRow="0" w:firstColumn="1" w:lastColumn="0" w:noHBand="0" w:noVBand="1"/>
                            </w:tblPr>
                            <w:tblGrid>
                              <w:gridCol w:w="135"/>
                              <w:gridCol w:w="1344"/>
                              <w:gridCol w:w="123"/>
                              <w:gridCol w:w="3168"/>
                              <w:gridCol w:w="555"/>
                              <w:gridCol w:w="1065"/>
                              <w:gridCol w:w="75"/>
                            </w:tblGrid>
                            <w:tr w:rsidR="003A37E7" w:rsidRPr="008644AC" w:rsidTr="004B18E5">
                              <w:trPr>
                                <w:gridBefore w:val="1"/>
                                <w:gridAfter w:val="1"/>
                                <w:cnfStyle w:val="100000000000" w:firstRow="1" w:lastRow="0" w:firstColumn="0" w:lastColumn="0" w:oddVBand="0" w:evenVBand="0" w:oddHBand="0" w:evenHBand="0"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6255" w:type="dxa"/>
                                  <w:gridSpan w:val="5"/>
                                  <w:tcBorders>
                                    <w:top w:val="single" w:sz="48" w:space="0" w:color="auto"/>
                                    <w:left w:val="single" w:sz="48" w:space="0" w:color="auto"/>
                                    <w:bottom w:val="single" w:sz="48" w:space="0" w:color="auto"/>
                                    <w:right w:val="single" w:sz="48" w:space="0" w:color="auto"/>
                                  </w:tcBorders>
                                  <w:vAlign w:val="center"/>
                                </w:tcPr>
                                <w:p w:rsidR="003A37E7" w:rsidRPr="002C30CC" w:rsidRDefault="003A37E7" w:rsidP="004B18E5">
                                  <w:pPr>
                                    <w:jc w:val="center"/>
                                    <w:rPr>
                                      <w:color w:val="FF0000"/>
                                      <w:sz w:val="24"/>
                                      <w:szCs w:val="24"/>
                                    </w:rPr>
                                  </w:pPr>
                                  <w:r>
                                    <w:rPr>
                                      <w:color w:val="FF0000"/>
                                      <w:sz w:val="24"/>
                                      <w:szCs w:val="24"/>
                                    </w:rPr>
                                    <w:t>BBA -</w:t>
                                  </w:r>
                                  <w:r w:rsidRPr="002C30CC">
                                    <w:rPr>
                                      <w:color w:val="FF0000"/>
                                      <w:sz w:val="24"/>
                                      <w:szCs w:val="24"/>
                                    </w:rPr>
                                    <w:t>BUSINESS MANAGEMENT</w:t>
                                  </w:r>
                                </w:p>
                              </w:tc>
                            </w:tr>
                            <w:tr w:rsidR="003A37E7" w:rsidRPr="008644AC" w:rsidTr="004B18E5">
                              <w:trPr>
                                <w:gridBefore w:val="1"/>
                                <w:gridAfter w:val="1"/>
                                <w:cnfStyle w:val="000000100000" w:firstRow="0" w:lastRow="0" w:firstColumn="0" w:lastColumn="0" w:oddVBand="0" w:evenVBand="0" w:oddHBand="1" w:evenHBand="0"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6255" w:type="dxa"/>
                                  <w:gridSpan w:val="5"/>
                                  <w:tcBorders>
                                    <w:top w:val="single" w:sz="48" w:space="0" w:color="auto"/>
                                    <w:left w:val="double" w:sz="4" w:space="0" w:color="C0504D" w:themeColor="accent2"/>
                                    <w:right w:val="double" w:sz="4" w:space="0" w:color="C0504D" w:themeColor="accent2"/>
                                  </w:tcBorders>
                                  <w:vAlign w:val="center"/>
                                </w:tcPr>
                                <w:p w:rsidR="003A37E7" w:rsidRPr="008644AC" w:rsidRDefault="003A37E7" w:rsidP="00936337">
                                  <w:pPr>
                                    <w:jc w:val="center"/>
                                  </w:pPr>
                                  <w:r>
                                    <w:rPr>
                                      <w:sz w:val="20"/>
                                      <w:szCs w:val="20"/>
                                    </w:rPr>
                                    <w:t>FRESHMEN YEAR (YEAR I</w:t>
                                  </w:r>
                                  <w:r w:rsidRPr="009B29F2">
                                    <w:rPr>
                                      <w:sz w:val="20"/>
                                      <w:szCs w:val="20"/>
                                    </w:rPr>
                                    <w:t>) - FIRST SEMESTER</w:t>
                                  </w:r>
                                </w:p>
                              </w:tc>
                            </w:tr>
                            <w:tr w:rsidR="003A37E7" w:rsidRPr="008644AC" w:rsidTr="004B18E5">
                              <w:trPr>
                                <w:gridBefore w:val="1"/>
                                <w:gridAfter w:val="1"/>
                                <w:cnfStyle w:val="000000010000" w:firstRow="0" w:lastRow="0" w:firstColumn="0" w:lastColumn="0" w:oddVBand="0" w:evenVBand="0" w:oddHBand="0" w:evenHBand="1"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COURSE CODE</w:t>
                                  </w:r>
                                </w:p>
                              </w:tc>
                              <w:tc>
                                <w:tcPr>
                                  <w:tcW w:w="3291" w:type="dxa"/>
                                  <w:gridSpan w:val="2"/>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COURSE TITLE</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8644AC" w:rsidTr="004B18E5">
                              <w:trPr>
                                <w:gridBefore w:val="1"/>
                                <w:gridAfter w:val="1"/>
                                <w:cnfStyle w:val="000000100000" w:firstRow="0" w:lastRow="0" w:firstColumn="0" w:lastColumn="0" w:oddVBand="0" w:evenVBand="0" w:oddHBand="1" w:evenHBand="0"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t>GEN 101</w:t>
                                  </w:r>
                                </w:p>
                              </w:tc>
                              <w:tc>
                                <w:tcPr>
                                  <w:tcW w:w="3291" w:type="dxa"/>
                                  <w:gridSpan w:val="2"/>
                                  <w:vAlign w:val="center"/>
                                </w:tcPr>
                                <w:p w:rsidR="003A37E7" w:rsidRPr="00936337"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936337">
                                    <w:rPr>
                                      <w:b/>
                                      <w:sz w:val="24"/>
                                      <w:szCs w:val="24"/>
                                    </w:rPr>
                                    <w:t xml:space="preserve">LIFE IN CHRIST </w:t>
                                  </w:r>
                                  <w:r>
                                    <w:rPr>
                                      <w:b/>
                                      <w:sz w:val="24"/>
                                      <w:szCs w:val="24"/>
                                    </w:rPr>
                                    <w:t>1</w:t>
                                  </w:r>
                                </w:p>
                              </w:tc>
                              <w:tc>
                                <w:tcPr>
                                  <w:tcW w:w="1620" w:type="dxa"/>
                                  <w:gridSpan w:val="2"/>
                                  <w:tcBorders>
                                    <w:right w:val="double" w:sz="4" w:space="0" w:color="C0504D" w:themeColor="accent2"/>
                                  </w:tcBorders>
                                  <w:vAlign w:val="center"/>
                                </w:tcPr>
                                <w:p w:rsidR="003A37E7" w:rsidRDefault="003A37E7" w:rsidP="00936337">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8644AC" w:rsidTr="004B18E5">
                              <w:trPr>
                                <w:gridBefore w:val="1"/>
                                <w:gridAfter w:val="1"/>
                                <w:cnfStyle w:val="000000010000" w:firstRow="0" w:lastRow="0" w:firstColumn="0" w:lastColumn="0" w:oddVBand="0" w:evenVBand="0" w:oddHBand="0" w:evenHBand="1"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ACC: 101</w:t>
                                  </w:r>
                                </w:p>
                              </w:tc>
                              <w:tc>
                                <w:tcPr>
                                  <w:tcW w:w="3291" w:type="dxa"/>
                                  <w:gridSpan w:val="2"/>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ACCOUNTING</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4B18E5">
                              <w:trPr>
                                <w:gridBefore w:val="1"/>
                                <w:gridAfter w:val="1"/>
                                <w:cnfStyle w:val="000000100000" w:firstRow="0" w:lastRow="0" w:firstColumn="0" w:lastColumn="0" w:oddVBand="0" w:evenVBand="0" w:oddHBand="1" w:evenHBand="0"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FREN 101</w:t>
                                  </w:r>
                                </w:p>
                              </w:tc>
                              <w:tc>
                                <w:tcPr>
                                  <w:tcW w:w="3291" w:type="dxa"/>
                                  <w:gridSpan w:val="2"/>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rPr>
                                      <w:b/>
                                    </w:rPr>
                                    <w:t>FUNDAMENTALS OF FRENCH</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t>2</w:t>
                                  </w:r>
                                </w:p>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p>
                              </w:tc>
                            </w:tr>
                            <w:tr w:rsidR="003A37E7" w:rsidRPr="008644AC" w:rsidTr="004B18E5">
                              <w:trPr>
                                <w:gridBefore w:val="1"/>
                                <w:gridAfter w:val="1"/>
                                <w:cnfStyle w:val="000000010000" w:firstRow="0" w:lastRow="0" w:firstColumn="0" w:lastColumn="0" w:oddVBand="0" w:evenVBand="0" w:oddHBand="0" w:evenHBand="1"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ECON 101</w:t>
                                  </w:r>
                                </w:p>
                              </w:tc>
                              <w:tc>
                                <w:tcPr>
                                  <w:tcW w:w="3291" w:type="dxa"/>
                                  <w:gridSpan w:val="2"/>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MICRO ECONOMICS</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4B18E5">
                              <w:trPr>
                                <w:gridBefore w:val="1"/>
                                <w:gridAfter w:val="1"/>
                                <w:cnfStyle w:val="000000100000" w:firstRow="0" w:lastRow="0" w:firstColumn="0" w:lastColumn="0" w:oddVBand="0" w:evenVBand="0" w:oddHBand="1" w:evenHBand="0"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CMP 101</w:t>
                                  </w:r>
                                </w:p>
                              </w:tc>
                              <w:tc>
                                <w:tcPr>
                                  <w:tcW w:w="3291" w:type="dxa"/>
                                  <w:gridSpan w:val="2"/>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rPr>
                                      <w:b/>
                                    </w:rPr>
                                    <w:t>INTRODUCTION TO COMPUTER CONCEPT</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t>3</w:t>
                                  </w:r>
                                </w:p>
                              </w:tc>
                            </w:tr>
                            <w:tr w:rsidR="003A37E7" w:rsidRPr="008644AC" w:rsidTr="004B18E5">
                              <w:trPr>
                                <w:gridBefore w:val="1"/>
                                <w:gridAfter w:val="1"/>
                                <w:cnfStyle w:val="000000010000" w:firstRow="0" w:lastRow="0" w:firstColumn="0" w:lastColumn="0" w:oddVBand="0" w:evenVBand="0" w:oddHBand="0" w:evenHBand="1"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SOS 101</w:t>
                                  </w:r>
                                </w:p>
                              </w:tc>
                              <w:tc>
                                <w:tcPr>
                                  <w:tcW w:w="3291" w:type="dxa"/>
                                  <w:gridSpan w:val="2"/>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SOCIAL SCIENCES</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4B18E5">
                              <w:trPr>
                                <w:gridBefore w:val="1"/>
                                <w:gridAfter w:val="1"/>
                                <w:cnfStyle w:val="000000100000" w:firstRow="0" w:lastRow="0" w:firstColumn="0" w:lastColumn="0" w:oddVBand="0" w:evenVBand="0" w:oddHBand="1" w:evenHBand="0"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ENG 101</w:t>
                                  </w:r>
                                </w:p>
                              </w:tc>
                              <w:tc>
                                <w:tcPr>
                                  <w:tcW w:w="3291" w:type="dxa"/>
                                  <w:gridSpan w:val="2"/>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rPr>
                                      <w:b/>
                                    </w:rPr>
                                    <w:t>ENGLISH &amp; COMMUNICATION SKILLS</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t>3</w:t>
                                  </w:r>
                                </w:p>
                              </w:tc>
                            </w:tr>
                            <w:tr w:rsidR="003A37E7" w:rsidRPr="008644AC" w:rsidTr="004B18E5">
                              <w:trPr>
                                <w:gridBefore w:val="1"/>
                                <w:gridAfter w:val="1"/>
                                <w:cnfStyle w:val="000000010000" w:firstRow="0" w:lastRow="0" w:firstColumn="0" w:lastColumn="0" w:oddVBand="0" w:evenVBand="0" w:oddHBand="0" w:evenHBand="1" w:firstRowFirstColumn="0" w:firstRowLastColumn="0" w:lastRowFirstColumn="0" w:lastRowLastColumn="0"/>
                                <w:wBefore w:w="135" w:type="dxa"/>
                                <w:wAfter w:w="75" w:type="dxa"/>
                                <w:trHeight w:val="313"/>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MATH 101</w:t>
                                  </w:r>
                                </w:p>
                              </w:tc>
                              <w:tc>
                                <w:tcPr>
                                  <w:tcW w:w="3291" w:type="dxa"/>
                                  <w:gridSpan w:val="2"/>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GENERAL MATHEMATICS</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4B18E5">
                              <w:trPr>
                                <w:gridBefore w:val="1"/>
                                <w:gridAfter w:val="1"/>
                                <w:cnfStyle w:val="000000100000" w:firstRow="0" w:lastRow="0" w:firstColumn="0" w:lastColumn="0" w:oddVBand="0" w:evenVBand="0" w:oddHBand="1" w:evenHBand="0" w:firstRowFirstColumn="0" w:firstRowLastColumn="0" w:lastRowFirstColumn="0" w:lastRowLastColumn="0"/>
                                <w:wBefore w:w="135" w:type="dxa"/>
                                <w:wAfter w:w="75" w:type="dxa"/>
                                <w:trHeight w:val="403"/>
                              </w:trPr>
                              <w:tc>
                                <w:tcPr>
                                  <w:cnfStyle w:val="001000000000" w:firstRow="0" w:lastRow="0" w:firstColumn="1" w:lastColumn="0" w:oddVBand="0" w:evenVBand="0" w:oddHBand="0" w:evenHBand="0" w:firstRowFirstColumn="0" w:firstRowLastColumn="0" w:lastRowFirstColumn="0" w:lastRowLastColumn="0"/>
                                  <w:tcW w:w="4635" w:type="dxa"/>
                                  <w:gridSpan w:val="3"/>
                                  <w:tcBorders>
                                    <w:left w:val="double" w:sz="4" w:space="0" w:color="C0504D" w:themeColor="accent2"/>
                                    <w:bottom w:val="double" w:sz="4" w:space="0" w:color="C0504D" w:themeColor="accent2"/>
                                  </w:tcBorders>
                                  <w:vAlign w:val="center"/>
                                </w:tcPr>
                                <w:p w:rsidR="003A37E7" w:rsidRPr="008644AC" w:rsidRDefault="003A37E7" w:rsidP="00936337">
                                  <w:pPr>
                                    <w:jc w:val="center"/>
                                  </w:pPr>
                                  <w:r w:rsidRPr="008644AC">
                                    <w:t xml:space="preserve">TOTAL </w:t>
                                  </w:r>
                                  <w:r>
                                    <w:rPr>
                                      <w:b w:val="0"/>
                                    </w:rPr>
                                    <w:t>CREDIT HOURS</w:t>
                                  </w:r>
                                </w:p>
                              </w:tc>
                              <w:tc>
                                <w:tcPr>
                                  <w:tcW w:w="1620" w:type="dxa"/>
                                  <w:gridSpan w:val="2"/>
                                  <w:tcBorders>
                                    <w:bottom w:val="double" w:sz="4" w:space="0" w:color="C0504D" w:themeColor="accent2"/>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t>22</w:t>
                                  </w:r>
                                </w:p>
                              </w:tc>
                            </w:tr>
                            <w:tr w:rsidR="003A37E7" w:rsidRPr="000B5525"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65" w:type="dxa"/>
                                  <w:gridSpan w:val="7"/>
                                  <w:tcBorders>
                                    <w:top w:val="single" w:sz="36" w:space="0" w:color="auto"/>
                                    <w:left w:val="single" w:sz="36" w:space="0" w:color="auto"/>
                                    <w:bottom w:val="double" w:sz="4" w:space="0" w:color="C0504D" w:themeColor="accent2"/>
                                    <w:right w:val="single" w:sz="36" w:space="0" w:color="auto"/>
                                  </w:tcBorders>
                                  <w:vAlign w:val="center"/>
                                </w:tcPr>
                                <w:p w:rsidR="003A37E7" w:rsidRPr="000B5525" w:rsidRDefault="003A37E7" w:rsidP="000B0813">
                                  <w:pPr>
                                    <w:jc w:val="center"/>
                                    <w:rPr>
                                      <w:color w:val="FF0000"/>
                                    </w:rPr>
                                  </w:pPr>
                                  <w:r>
                                    <w:rPr>
                                      <w:color w:val="FF0000"/>
                                    </w:rPr>
                                    <w:t>BUSINESS MANAGEMENT</w:t>
                                  </w:r>
                                </w:p>
                              </w:tc>
                            </w:tr>
                            <w:tr w:rsidR="003A37E7" w:rsidRPr="000B5525" w:rsidTr="004B18E5">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465" w:type="dxa"/>
                                  <w:gridSpan w:val="7"/>
                                  <w:tcBorders>
                                    <w:top w:val="double" w:sz="4" w:space="0" w:color="C0504D" w:themeColor="accent2"/>
                                    <w:left w:val="double" w:sz="4" w:space="0" w:color="C0504D" w:themeColor="accent2"/>
                                    <w:righ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FRESHMEN – SEMESTER 1</w:t>
                                  </w:r>
                                </w:p>
                              </w:tc>
                            </w:tr>
                            <w:tr w:rsidR="003A37E7" w:rsidRPr="000B5525" w:rsidTr="004B18E5">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COURSE CODE</w:t>
                                  </w:r>
                                </w:p>
                              </w:tc>
                              <w:tc>
                                <w:tcPr>
                                  <w:tcW w:w="3723" w:type="dxa"/>
                                  <w:gridSpan w:val="2"/>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b/>
                                      <w:sz w:val="20"/>
                                      <w:szCs w:val="20"/>
                                    </w:rPr>
                                    <w:t>COURSE TITLE</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b/>
                                      <w:sz w:val="20"/>
                                      <w:szCs w:val="20"/>
                                    </w:rPr>
                                    <w:t>CREDIT UNIT</w:t>
                                  </w:r>
                                </w:p>
                              </w:tc>
                            </w:tr>
                            <w:tr w:rsidR="003A37E7" w:rsidRPr="000B5525" w:rsidTr="004B18E5">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ACC: 101</w:t>
                                  </w:r>
                                </w:p>
                              </w:tc>
                              <w:tc>
                                <w:tcPr>
                                  <w:tcW w:w="3723" w:type="dxa"/>
                                  <w:gridSpan w:val="2"/>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b/>
                                      <w:sz w:val="20"/>
                                      <w:szCs w:val="20"/>
                                    </w:rPr>
                                    <w:t>INTRODUCTION TO ACCOUNTING</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sz w:val="20"/>
                                      <w:szCs w:val="20"/>
                                    </w:rPr>
                                    <w:t>3</w:t>
                                  </w:r>
                                </w:p>
                              </w:tc>
                            </w:tr>
                            <w:tr w:rsidR="003A37E7" w:rsidRPr="000B5525" w:rsidTr="004B18E5">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FREN 101</w:t>
                                  </w:r>
                                </w:p>
                              </w:tc>
                              <w:tc>
                                <w:tcPr>
                                  <w:tcW w:w="3723" w:type="dxa"/>
                                  <w:gridSpan w:val="2"/>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b/>
                                      <w:sz w:val="20"/>
                                      <w:szCs w:val="20"/>
                                    </w:rPr>
                                    <w:t>FUNDAMENTALS OF FRENCH</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sz w:val="20"/>
                                      <w:szCs w:val="20"/>
                                    </w:rPr>
                                    <w:t>2</w:t>
                                  </w:r>
                                </w:p>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p>
                              </w:tc>
                            </w:tr>
                            <w:tr w:rsidR="003A37E7" w:rsidRPr="000B5525" w:rsidTr="004B18E5">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ECON 101</w:t>
                                  </w:r>
                                </w:p>
                              </w:tc>
                              <w:tc>
                                <w:tcPr>
                                  <w:tcW w:w="3723" w:type="dxa"/>
                                  <w:gridSpan w:val="2"/>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b/>
                                      <w:sz w:val="20"/>
                                      <w:szCs w:val="20"/>
                                    </w:rPr>
                                    <w:t>INTRODUCTION TO MICRO ECONOMICS</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sz w:val="20"/>
                                      <w:szCs w:val="20"/>
                                    </w:rPr>
                                    <w:t>3</w:t>
                                  </w:r>
                                </w:p>
                              </w:tc>
                            </w:tr>
                            <w:tr w:rsidR="003A37E7" w:rsidRPr="000B5525" w:rsidTr="004B18E5">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CMP 101</w:t>
                                  </w:r>
                                </w:p>
                              </w:tc>
                              <w:tc>
                                <w:tcPr>
                                  <w:tcW w:w="3723" w:type="dxa"/>
                                  <w:gridSpan w:val="2"/>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b/>
                                      <w:sz w:val="20"/>
                                      <w:szCs w:val="20"/>
                                    </w:rPr>
                                    <w:t>INTRODUCTION TO COMPUTER CONCEPT</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sz w:val="20"/>
                                      <w:szCs w:val="20"/>
                                    </w:rPr>
                                    <w:t>3</w:t>
                                  </w:r>
                                </w:p>
                              </w:tc>
                            </w:tr>
                            <w:tr w:rsidR="003A37E7" w:rsidRPr="000B5525" w:rsidTr="004B18E5">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SOS 101</w:t>
                                  </w:r>
                                </w:p>
                              </w:tc>
                              <w:tc>
                                <w:tcPr>
                                  <w:tcW w:w="3723" w:type="dxa"/>
                                  <w:gridSpan w:val="2"/>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b/>
                                      <w:sz w:val="20"/>
                                      <w:szCs w:val="20"/>
                                    </w:rPr>
                                    <w:t>INTRODUCTION TO SOCIAL SCIENCES</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sz w:val="20"/>
                                      <w:szCs w:val="20"/>
                                    </w:rPr>
                                    <w:t>3</w:t>
                                  </w:r>
                                </w:p>
                              </w:tc>
                            </w:tr>
                            <w:tr w:rsidR="003A37E7" w:rsidRPr="000B5525" w:rsidTr="004B18E5">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ENG 101</w:t>
                                  </w:r>
                                </w:p>
                              </w:tc>
                              <w:tc>
                                <w:tcPr>
                                  <w:tcW w:w="3723" w:type="dxa"/>
                                  <w:gridSpan w:val="2"/>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b/>
                                      <w:sz w:val="20"/>
                                      <w:szCs w:val="20"/>
                                    </w:rPr>
                                    <w:t>ENGLISH &amp; COMMUNICATION SKILLS</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sz w:val="20"/>
                                      <w:szCs w:val="20"/>
                                    </w:rPr>
                                    <w:t>3</w:t>
                                  </w:r>
                                </w:p>
                              </w:tc>
                            </w:tr>
                            <w:tr w:rsidR="003A37E7" w:rsidRPr="000B5525" w:rsidTr="004B18E5">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MATH 101</w:t>
                                  </w:r>
                                </w:p>
                              </w:tc>
                              <w:tc>
                                <w:tcPr>
                                  <w:tcW w:w="3723" w:type="dxa"/>
                                  <w:gridSpan w:val="2"/>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b/>
                                      <w:sz w:val="20"/>
                                      <w:szCs w:val="20"/>
                                    </w:rPr>
                                    <w:t>GENERAL MATHEMATICS</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sz w:val="20"/>
                                      <w:szCs w:val="20"/>
                                    </w:rPr>
                                    <w:t>3</w:t>
                                  </w:r>
                                </w:p>
                              </w:tc>
                            </w:tr>
                            <w:tr w:rsidR="003A37E7" w:rsidRPr="000B5525" w:rsidTr="004B18E5">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325" w:type="dxa"/>
                                  <w:gridSpan w:val="5"/>
                                  <w:tcBorders>
                                    <w:left w:val="double" w:sz="4" w:space="0" w:color="C0504D" w:themeColor="accent2"/>
                                    <w:bottom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TOTAL CREDIT UNITS</w:t>
                                  </w:r>
                                </w:p>
                              </w:tc>
                              <w:tc>
                                <w:tcPr>
                                  <w:tcW w:w="1140" w:type="dxa"/>
                                  <w:gridSpan w:val="2"/>
                                  <w:tcBorders>
                                    <w:bottom w:val="double" w:sz="4" w:space="0" w:color="C0504D" w:themeColor="accent2"/>
                                    <w:right w:val="double" w:sz="4" w:space="0" w:color="C0504D" w:themeColor="accent2"/>
                                  </w:tcBorders>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sz w:val="20"/>
                                      <w:szCs w:val="20"/>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1BC93A" id="Text Box 17" o:spid="_x0000_s1067" type="#_x0000_t202" style="position:absolute;margin-left:-40.3pt;margin-top:-17.3pt;width:347.5pt;height:283.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" fillcolor="white [3201]" stroked="f" strokeweight=".5pt">
                <v:textbox>
                  <w:txbxContent>
                    <w:tbl>
                      <w:tblPr>
                        <w:tblStyle w:val="LightGrid"/>
                        <w:tblW w:w="6465" w:type="dxa"/>
                        <w:tblInd w:w="-150" w:type="dxa"/>
                        <w:tblLook w:val="04A0" w:firstRow="1" w:lastRow="0" w:firstColumn="1" w:lastColumn="0" w:noHBand="0" w:noVBand="1"/>
                      </w:tblPr>
                      <w:tblGrid>
                        <w:gridCol w:w="135"/>
                        <w:gridCol w:w="1344"/>
                        <w:gridCol w:w="123"/>
                        <w:gridCol w:w="3168"/>
                        <w:gridCol w:w="555"/>
                        <w:gridCol w:w="1065"/>
                        <w:gridCol w:w="75"/>
                      </w:tblGrid>
                      <w:tr w:rsidR="003A37E7" w:rsidRPr="008644AC" w:rsidTr="004B18E5">
                        <w:trPr>
                          <w:gridBefore w:val="1"/>
                          <w:gridAfter w:val="1"/>
                          <w:cnfStyle w:val="100000000000" w:firstRow="1" w:lastRow="0" w:firstColumn="0" w:lastColumn="0" w:oddVBand="0" w:evenVBand="0" w:oddHBand="0" w:evenHBand="0"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6255" w:type="dxa"/>
                            <w:gridSpan w:val="5"/>
                            <w:tcBorders>
                              <w:top w:val="single" w:sz="48" w:space="0" w:color="auto"/>
                              <w:left w:val="single" w:sz="48" w:space="0" w:color="auto"/>
                              <w:bottom w:val="single" w:sz="48" w:space="0" w:color="auto"/>
                              <w:right w:val="single" w:sz="48" w:space="0" w:color="auto"/>
                            </w:tcBorders>
                            <w:vAlign w:val="center"/>
                          </w:tcPr>
                          <w:p w:rsidR="003A37E7" w:rsidRPr="002C30CC" w:rsidRDefault="003A37E7" w:rsidP="004B18E5">
                            <w:pPr>
                              <w:jc w:val="center"/>
                              <w:rPr>
                                <w:color w:val="FF0000"/>
                                <w:sz w:val="24"/>
                                <w:szCs w:val="24"/>
                              </w:rPr>
                            </w:pPr>
                            <w:r>
                              <w:rPr>
                                <w:color w:val="FF0000"/>
                                <w:sz w:val="24"/>
                                <w:szCs w:val="24"/>
                              </w:rPr>
                              <w:t>BBA -</w:t>
                            </w:r>
                            <w:r w:rsidRPr="002C30CC">
                              <w:rPr>
                                <w:color w:val="FF0000"/>
                                <w:sz w:val="24"/>
                                <w:szCs w:val="24"/>
                              </w:rPr>
                              <w:t>BUSINESS MANAGEMENT</w:t>
                            </w:r>
                          </w:p>
                        </w:tc>
                      </w:tr>
                      <w:tr w:rsidR="003A37E7" w:rsidRPr="008644AC" w:rsidTr="004B18E5">
                        <w:trPr>
                          <w:gridBefore w:val="1"/>
                          <w:gridAfter w:val="1"/>
                          <w:cnfStyle w:val="000000100000" w:firstRow="0" w:lastRow="0" w:firstColumn="0" w:lastColumn="0" w:oddVBand="0" w:evenVBand="0" w:oddHBand="1" w:evenHBand="0"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6255" w:type="dxa"/>
                            <w:gridSpan w:val="5"/>
                            <w:tcBorders>
                              <w:top w:val="single" w:sz="48" w:space="0" w:color="auto"/>
                              <w:left w:val="double" w:sz="4" w:space="0" w:color="C0504D" w:themeColor="accent2"/>
                              <w:right w:val="double" w:sz="4" w:space="0" w:color="C0504D" w:themeColor="accent2"/>
                            </w:tcBorders>
                            <w:vAlign w:val="center"/>
                          </w:tcPr>
                          <w:p w:rsidR="003A37E7" w:rsidRPr="008644AC" w:rsidRDefault="003A37E7" w:rsidP="00936337">
                            <w:pPr>
                              <w:jc w:val="center"/>
                            </w:pPr>
                            <w:r>
                              <w:rPr>
                                <w:sz w:val="20"/>
                                <w:szCs w:val="20"/>
                              </w:rPr>
                              <w:t>FRESHMEN YEAR (YEAR I</w:t>
                            </w:r>
                            <w:r w:rsidRPr="009B29F2">
                              <w:rPr>
                                <w:sz w:val="20"/>
                                <w:szCs w:val="20"/>
                              </w:rPr>
                              <w:t>) - FIRST SEMESTER</w:t>
                            </w:r>
                          </w:p>
                        </w:tc>
                      </w:tr>
                      <w:tr w:rsidR="003A37E7" w:rsidRPr="008644AC" w:rsidTr="004B18E5">
                        <w:trPr>
                          <w:gridBefore w:val="1"/>
                          <w:gridAfter w:val="1"/>
                          <w:cnfStyle w:val="000000010000" w:firstRow="0" w:lastRow="0" w:firstColumn="0" w:lastColumn="0" w:oddVBand="0" w:evenVBand="0" w:oddHBand="0" w:evenHBand="1"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COURSE CODE</w:t>
                            </w:r>
                          </w:p>
                        </w:tc>
                        <w:tc>
                          <w:tcPr>
                            <w:tcW w:w="3291" w:type="dxa"/>
                            <w:gridSpan w:val="2"/>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COURSE TITLE</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8644AC" w:rsidTr="004B18E5">
                        <w:trPr>
                          <w:gridBefore w:val="1"/>
                          <w:gridAfter w:val="1"/>
                          <w:cnfStyle w:val="000000100000" w:firstRow="0" w:lastRow="0" w:firstColumn="0" w:lastColumn="0" w:oddVBand="0" w:evenVBand="0" w:oddHBand="1" w:evenHBand="0"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t>GEN 101</w:t>
                            </w:r>
                          </w:p>
                        </w:tc>
                        <w:tc>
                          <w:tcPr>
                            <w:tcW w:w="3291" w:type="dxa"/>
                            <w:gridSpan w:val="2"/>
                            <w:vAlign w:val="center"/>
                          </w:tcPr>
                          <w:p w:rsidR="003A37E7" w:rsidRPr="00936337"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936337">
                              <w:rPr>
                                <w:b/>
                                <w:sz w:val="24"/>
                                <w:szCs w:val="24"/>
                              </w:rPr>
                              <w:t xml:space="preserve">LIFE IN CHRIST </w:t>
                            </w:r>
                            <w:r>
                              <w:rPr>
                                <w:b/>
                                <w:sz w:val="24"/>
                                <w:szCs w:val="24"/>
                              </w:rPr>
                              <w:t>1</w:t>
                            </w:r>
                          </w:p>
                        </w:tc>
                        <w:tc>
                          <w:tcPr>
                            <w:tcW w:w="1620" w:type="dxa"/>
                            <w:gridSpan w:val="2"/>
                            <w:tcBorders>
                              <w:right w:val="double" w:sz="4" w:space="0" w:color="C0504D" w:themeColor="accent2"/>
                            </w:tcBorders>
                            <w:vAlign w:val="center"/>
                          </w:tcPr>
                          <w:p w:rsidR="003A37E7" w:rsidRDefault="003A37E7" w:rsidP="00936337">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8644AC" w:rsidTr="004B18E5">
                        <w:trPr>
                          <w:gridBefore w:val="1"/>
                          <w:gridAfter w:val="1"/>
                          <w:cnfStyle w:val="000000010000" w:firstRow="0" w:lastRow="0" w:firstColumn="0" w:lastColumn="0" w:oddVBand="0" w:evenVBand="0" w:oddHBand="0" w:evenHBand="1"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ACC: 101</w:t>
                            </w:r>
                          </w:p>
                        </w:tc>
                        <w:tc>
                          <w:tcPr>
                            <w:tcW w:w="3291" w:type="dxa"/>
                            <w:gridSpan w:val="2"/>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ACCOUNTING</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4B18E5">
                        <w:trPr>
                          <w:gridBefore w:val="1"/>
                          <w:gridAfter w:val="1"/>
                          <w:cnfStyle w:val="000000100000" w:firstRow="0" w:lastRow="0" w:firstColumn="0" w:lastColumn="0" w:oddVBand="0" w:evenVBand="0" w:oddHBand="1" w:evenHBand="0"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FREN 101</w:t>
                            </w:r>
                          </w:p>
                        </w:tc>
                        <w:tc>
                          <w:tcPr>
                            <w:tcW w:w="3291" w:type="dxa"/>
                            <w:gridSpan w:val="2"/>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rPr>
                                <w:b/>
                              </w:rPr>
                              <w:t>FUNDAMENTALS OF FRENCH</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t>2</w:t>
                            </w:r>
                          </w:p>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p>
                        </w:tc>
                      </w:tr>
                      <w:tr w:rsidR="003A37E7" w:rsidRPr="008644AC" w:rsidTr="004B18E5">
                        <w:trPr>
                          <w:gridBefore w:val="1"/>
                          <w:gridAfter w:val="1"/>
                          <w:cnfStyle w:val="000000010000" w:firstRow="0" w:lastRow="0" w:firstColumn="0" w:lastColumn="0" w:oddVBand="0" w:evenVBand="0" w:oddHBand="0" w:evenHBand="1"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ECON 101</w:t>
                            </w:r>
                          </w:p>
                        </w:tc>
                        <w:tc>
                          <w:tcPr>
                            <w:tcW w:w="3291" w:type="dxa"/>
                            <w:gridSpan w:val="2"/>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MICRO ECONOMICS</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4B18E5">
                        <w:trPr>
                          <w:gridBefore w:val="1"/>
                          <w:gridAfter w:val="1"/>
                          <w:cnfStyle w:val="000000100000" w:firstRow="0" w:lastRow="0" w:firstColumn="0" w:lastColumn="0" w:oddVBand="0" w:evenVBand="0" w:oddHBand="1" w:evenHBand="0"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CMP 101</w:t>
                            </w:r>
                          </w:p>
                        </w:tc>
                        <w:tc>
                          <w:tcPr>
                            <w:tcW w:w="3291" w:type="dxa"/>
                            <w:gridSpan w:val="2"/>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rPr>
                                <w:b/>
                              </w:rPr>
                              <w:t>INTRODUCTION TO COMPUTER CONCEPT</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t>3</w:t>
                            </w:r>
                          </w:p>
                        </w:tc>
                      </w:tr>
                      <w:tr w:rsidR="003A37E7" w:rsidRPr="008644AC" w:rsidTr="004B18E5">
                        <w:trPr>
                          <w:gridBefore w:val="1"/>
                          <w:gridAfter w:val="1"/>
                          <w:cnfStyle w:val="000000010000" w:firstRow="0" w:lastRow="0" w:firstColumn="0" w:lastColumn="0" w:oddVBand="0" w:evenVBand="0" w:oddHBand="0" w:evenHBand="1"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SOS 101</w:t>
                            </w:r>
                          </w:p>
                        </w:tc>
                        <w:tc>
                          <w:tcPr>
                            <w:tcW w:w="3291" w:type="dxa"/>
                            <w:gridSpan w:val="2"/>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SOCIAL SCIENCES</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4B18E5">
                        <w:trPr>
                          <w:gridBefore w:val="1"/>
                          <w:gridAfter w:val="1"/>
                          <w:cnfStyle w:val="000000100000" w:firstRow="0" w:lastRow="0" w:firstColumn="0" w:lastColumn="0" w:oddVBand="0" w:evenVBand="0" w:oddHBand="1" w:evenHBand="0" w:firstRowFirstColumn="0" w:firstRowLastColumn="0" w:lastRowFirstColumn="0" w:lastRowLastColumn="0"/>
                          <w:wBefore w:w="135" w:type="dxa"/>
                          <w:wAfter w:w="75" w:type="dxa"/>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ENG 101</w:t>
                            </w:r>
                          </w:p>
                        </w:tc>
                        <w:tc>
                          <w:tcPr>
                            <w:tcW w:w="3291" w:type="dxa"/>
                            <w:gridSpan w:val="2"/>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rPr>
                                <w:b/>
                              </w:rPr>
                              <w:t>ENGLISH &amp; COMMUNICATION SKILLS</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t>3</w:t>
                            </w:r>
                          </w:p>
                        </w:tc>
                      </w:tr>
                      <w:tr w:rsidR="003A37E7" w:rsidRPr="008644AC" w:rsidTr="004B18E5">
                        <w:trPr>
                          <w:gridBefore w:val="1"/>
                          <w:gridAfter w:val="1"/>
                          <w:cnfStyle w:val="000000010000" w:firstRow="0" w:lastRow="0" w:firstColumn="0" w:lastColumn="0" w:oddVBand="0" w:evenVBand="0" w:oddHBand="0" w:evenHBand="1" w:firstRowFirstColumn="0" w:firstRowLastColumn="0" w:lastRowFirstColumn="0" w:lastRowLastColumn="0"/>
                          <w:wBefore w:w="135" w:type="dxa"/>
                          <w:wAfter w:w="75" w:type="dxa"/>
                          <w:trHeight w:val="313"/>
                        </w:trPr>
                        <w:tc>
                          <w:tcPr>
                            <w:cnfStyle w:val="001000000000" w:firstRow="0" w:lastRow="0" w:firstColumn="1" w:lastColumn="0" w:oddVBand="0" w:evenVBand="0" w:oddHBand="0" w:evenHBand="0" w:firstRowFirstColumn="0" w:firstRowLastColumn="0" w:lastRowFirstColumn="0" w:lastRowLastColumn="0"/>
                            <w:tcW w:w="1344" w:type="dxa"/>
                            <w:tcBorders>
                              <w:left w:val="double" w:sz="4" w:space="0" w:color="C0504D" w:themeColor="accent2"/>
                            </w:tcBorders>
                            <w:vAlign w:val="center"/>
                          </w:tcPr>
                          <w:p w:rsidR="003A37E7" w:rsidRPr="008644AC" w:rsidRDefault="003A37E7" w:rsidP="00936337">
                            <w:pPr>
                              <w:jc w:val="center"/>
                            </w:pPr>
                            <w:r w:rsidRPr="008644AC">
                              <w:t>MATH 101</w:t>
                            </w:r>
                          </w:p>
                        </w:tc>
                        <w:tc>
                          <w:tcPr>
                            <w:tcW w:w="3291" w:type="dxa"/>
                            <w:gridSpan w:val="2"/>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GENERAL MATHEMATICS</w:t>
                            </w:r>
                          </w:p>
                        </w:tc>
                        <w:tc>
                          <w:tcPr>
                            <w:tcW w:w="1620" w:type="dxa"/>
                            <w:gridSpan w:val="2"/>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4B18E5">
                        <w:trPr>
                          <w:gridBefore w:val="1"/>
                          <w:gridAfter w:val="1"/>
                          <w:cnfStyle w:val="000000100000" w:firstRow="0" w:lastRow="0" w:firstColumn="0" w:lastColumn="0" w:oddVBand="0" w:evenVBand="0" w:oddHBand="1" w:evenHBand="0" w:firstRowFirstColumn="0" w:firstRowLastColumn="0" w:lastRowFirstColumn="0" w:lastRowLastColumn="0"/>
                          <w:wBefore w:w="135" w:type="dxa"/>
                          <w:wAfter w:w="75" w:type="dxa"/>
                          <w:trHeight w:val="403"/>
                        </w:trPr>
                        <w:tc>
                          <w:tcPr>
                            <w:cnfStyle w:val="001000000000" w:firstRow="0" w:lastRow="0" w:firstColumn="1" w:lastColumn="0" w:oddVBand="0" w:evenVBand="0" w:oddHBand="0" w:evenHBand="0" w:firstRowFirstColumn="0" w:firstRowLastColumn="0" w:lastRowFirstColumn="0" w:lastRowLastColumn="0"/>
                            <w:tcW w:w="4635" w:type="dxa"/>
                            <w:gridSpan w:val="3"/>
                            <w:tcBorders>
                              <w:left w:val="double" w:sz="4" w:space="0" w:color="C0504D" w:themeColor="accent2"/>
                              <w:bottom w:val="double" w:sz="4" w:space="0" w:color="C0504D" w:themeColor="accent2"/>
                            </w:tcBorders>
                            <w:vAlign w:val="center"/>
                          </w:tcPr>
                          <w:p w:rsidR="003A37E7" w:rsidRPr="008644AC" w:rsidRDefault="003A37E7" w:rsidP="00936337">
                            <w:pPr>
                              <w:jc w:val="center"/>
                            </w:pPr>
                            <w:r w:rsidRPr="008644AC">
                              <w:t xml:space="preserve">TOTAL </w:t>
                            </w:r>
                            <w:r>
                              <w:rPr>
                                <w:b w:val="0"/>
                              </w:rPr>
                              <w:t>CREDIT HOURS</w:t>
                            </w:r>
                          </w:p>
                        </w:tc>
                        <w:tc>
                          <w:tcPr>
                            <w:tcW w:w="1620" w:type="dxa"/>
                            <w:gridSpan w:val="2"/>
                            <w:tcBorders>
                              <w:bottom w:val="double" w:sz="4" w:space="0" w:color="C0504D" w:themeColor="accent2"/>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t>22</w:t>
                            </w:r>
                          </w:p>
                        </w:tc>
                      </w:tr>
                      <w:tr w:rsidR="003A37E7" w:rsidRPr="000B5525"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65" w:type="dxa"/>
                            <w:gridSpan w:val="7"/>
                            <w:tcBorders>
                              <w:top w:val="single" w:sz="36" w:space="0" w:color="auto"/>
                              <w:left w:val="single" w:sz="36" w:space="0" w:color="auto"/>
                              <w:bottom w:val="double" w:sz="4" w:space="0" w:color="C0504D" w:themeColor="accent2"/>
                              <w:right w:val="single" w:sz="36" w:space="0" w:color="auto"/>
                            </w:tcBorders>
                            <w:vAlign w:val="center"/>
                          </w:tcPr>
                          <w:p w:rsidR="003A37E7" w:rsidRPr="000B5525" w:rsidRDefault="003A37E7" w:rsidP="000B0813">
                            <w:pPr>
                              <w:jc w:val="center"/>
                              <w:rPr>
                                <w:color w:val="FF0000"/>
                              </w:rPr>
                            </w:pPr>
                            <w:r>
                              <w:rPr>
                                <w:color w:val="FF0000"/>
                              </w:rPr>
                              <w:t>BUSINESS MANAGEMENT</w:t>
                            </w:r>
                          </w:p>
                        </w:tc>
                      </w:tr>
                      <w:tr w:rsidR="003A37E7" w:rsidRPr="000B5525" w:rsidTr="004B18E5">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465" w:type="dxa"/>
                            <w:gridSpan w:val="7"/>
                            <w:tcBorders>
                              <w:top w:val="double" w:sz="4" w:space="0" w:color="C0504D" w:themeColor="accent2"/>
                              <w:left w:val="double" w:sz="4" w:space="0" w:color="C0504D" w:themeColor="accent2"/>
                              <w:righ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FRESHMEN – SEMESTER 1</w:t>
                            </w:r>
                          </w:p>
                        </w:tc>
                      </w:tr>
                      <w:tr w:rsidR="003A37E7" w:rsidRPr="000B5525" w:rsidTr="004B18E5">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COURSE CODE</w:t>
                            </w:r>
                          </w:p>
                        </w:tc>
                        <w:tc>
                          <w:tcPr>
                            <w:tcW w:w="3723" w:type="dxa"/>
                            <w:gridSpan w:val="2"/>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b/>
                                <w:sz w:val="20"/>
                                <w:szCs w:val="20"/>
                              </w:rPr>
                              <w:t>COURSE TITLE</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b/>
                                <w:sz w:val="20"/>
                                <w:szCs w:val="20"/>
                              </w:rPr>
                              <w:t>CREDIT UNIT</w:t>
                            </w:r>
                          </w:p>
                        </w:tc>
                      </w:tr>
                      <w:tr w:rsidR="003A37E7" w:rsidRPr="000B5525" w:rsidTr="004B18E5">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ACC: 101</w:t>
                            </w:r>
                          </w:p>
                        </w:tc>
                        <w:tc>
                          <w:tcPr>
                            <w:tcW w:w="3723" w:type="dxa"/>
                            <w:gridSpan w:val="2"/>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b/>
                                <w:sz w:val="20"/>
                                <w:szCs w:val="20"/>
                              </w:rPr>
                              <w:t>INTRODUCTION TO ACCOUNTING</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sz w:val="20"/>
                                <w:szCs w:val="20"/>
                              </w:rPr>
                              <w:t>3</w:t>
                            </w:r>
                          </w:p>
                        </w:tc>
                      </w:tr>
                      <w:tr w:rsidR="003A37E7" w:rsidRPr="000B5525" w:rsidTr="004B18E5">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FREN 101</w:t>
                            </w:r>
                          </w:p>
                        </w:tc>
                        <w:tc>
                          <w:tcPr>
                            <w:tcW w:w="3723" w:type="dxa"/>
                            <w:gridSpan w:val="2"/>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b/>
                                <w:sz w:val="20"/>
                                <w:szCs w:val="20"/>
                              </w:rPr>
                              <w:t>FUNDAMENTALS OF FRENCH</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sz w:val="20"/>
                                <w:szCs w:val="20"/>
                              </w:rPr>
                              <w:t>2</w:t>
                            </w:r>
                          </w:p>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p>
                        </w:tc>
                      </w:tr>
                      <w:tr w:rsidR="003A37E7" w:rsidRPr="000B5525" w:rsidTr="004B18E5">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ECON 101</w:t>
                            </w:r>
                          </w:p>
                        </w:tc>
                        <w:tc>
                          <w:tcPr>
                            <w:tcW w:w="3723" w:type="dxa"/>
                            <w:gridSpan w:val="2"/>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b/>
                                <w:sz w:val="20"/>
                                <w:szCs w:val="20"/>
                              </w:rPr>
                              <w:t>INTRODUCTION TO MICRO ECONOMICS</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sz w:val="20"/>
                                <w:szCs w:val="20"/>
                              </w:rPr>
                              <w:t>3</w:t>
                            </w:r>
                          </w:p>
                        </w:tc>
                      </w:tr>
                      <w:tr w:rsidR="003A37E7" w:rsidRPr="000B5525" w:rsidTr="004B18E5">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CMP 101</w:t>
                            </w:r>
                          </w:p>
                        </w:tc>
                        <w:tc>
                          <w:tcPr>
                            <w:tcW w:w="3723" w:type="dxa"/>
                            <w:gridSpan w:val="2"/>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b/>
                                <w:sz w:val="20"/>
                                <w:szCs w:val="20"/>
                              </w:rPr>
                              <w:t>INTRODUCTION TO COMPUTER CONCEPT</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sz w:val="20"/>
                                <w:szCs w:val="20"/>
                              </w:rPr>
                              <w:t>3</w:t>
                            </w:r>
                          </w:p>
                        </w:tc>
                      </w:tr>
                      <w:tr w:rsidR="003A37E7" w:rsidRPr="000B5525" w:rsidTr="004B18E5">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SOS 101</w:t>
                            </w:r>
                          </w:p>
                        </w:tc>
                        <w:tc>
                          <w:tcPr>
                            <w:tcW w:w="3723" w:type="dxa"/>
                            <w:gridSpan w:val="2"/>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b/>
                                <w:sz w:val="20"/>
                                <w:szCs w:val="20"/>
                              </w:rPr>
                              <w:t>INTRODUCTION TO SOCIAL SCIENCES</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sz w:val="20"/>
                                <w:szCs w:val="20"/>
                              </w:rPr>
                              <w:t>3</w:t>
                            </w:r>
                          </w:p>
                        </w:tc>
                      </w:tr>
                      <w:tr w:rsidR="003A37E7" w:rsidRPr="000B5525" w:rsidTr="004B18E5">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ENG 101</w:t>
                            </w:r>
                          </w:p>
                        </w:tc>
                        <w:tc>
                          <w:tcPr>
                            <w:tcW w:w="3723" w:type="dxa"/>
                            <w:gridSpan w:val="2"/>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b/>
                                <w:sz w:val="20"/>
                                <w:szCs w:val="20"/>
                              </w:rPr>
                              <w:t>ENGLISH &amp; COMMUNICATION SKILLS</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sz w:val="20"/>
                                <w:szCs w:val="20"/>
                              </w:rPr>
                              <w:t>3</w:t>
                            </w:r>
                          </w:p>
                        </w:tc>
                      </w:tr>
                      <w:tr w:rsidR="003A37E7" w:rsidRPr="000B5525" w:rsidTr="004B18E5">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602" w:type="dxa"/>
                            <w:gridSpan w:val="3"/>
                            <w:tcBorders>
                              <w:left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MATH 101</w:t>
                            </w:r>
                          </w:p>
                        </w:tc>
                        <w:tc>
                          <w:tcPr>
                            <w:tcW w:w="3723" w:type="dxa"/>
                            <w:gridSpan w:val="2"/>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b/>
                                <w:sz w:val="20"/>
                                <w:szCs w:val="20"/>
                              </w:rPr>
                              <w:t>GENERAL MATHEMATICS</w:t>
                            </w:r>
                          </w:p>
                        </w:tc>
                        <w:tc>
                          <w:tcPr>
                            <w:tcW w:w="1140" w:type="dxa"/>
                            <w:gridSpan w:val="2"/>
                            <w:tcBorders>
                              <w:right w:val="double" w:sz="4" w:space="0" w:color="C0504D" w:themeColor="accent2"/>
                            </w:tcBorders>
                            <w:vAlign w:val="center"/>
                          </w:tcPr>
                          <w:p w:rsidR="003A37E7" w:rsidRPr="000B5525" w:rsidRDefault="003A37E7" w:rsidP="000B0813">
                            <w:pPr>
                              <w:jc w:val="center"/>
                              <w:cnfStyle w:val="000000100000" w:firstRow="0" w:lastRow="0" w:firstColumn="0" w:lastColumn="0" w:oddVBand="0" w:evenVBand="0" w:oddHBand="1" w:evenHBand="0" w:firstRowFirstColumn="0" w:firstRowLastColumn="0" w:lastRowFirstColumn="0" w:lastRowLastColumn="0"/>
                              <w:rPr>
                                <w:sz w:val="20"/>
                                <w:szCs w:val="20"/>
                              </w:rPr>
                            </w:pPr>
                            <w:r w:rsidRPr="000B5525">
                              <w:rPr>
                                <w:sz w:val="20"/>
                                <w:szCs w:val="20"/>
                              </w:rPr>
                              <w:t>3</w:t>
                            </w:r>
                          </w:p>
                        </w:tc>
                      </w:tr>
                      <w:tr w:rsidR="003A37E7" w:rsidRPr="000B5525" w:rsidTr="004B18E5">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325" w:type="dxa"/>
                            <w:gridSpan w:val="5"/>
                            <w:tcBorders>
                              <w:left w:val="double" w:sz="4" w:space="0" w:color="C0504D" w:themeColor="accent2"/>
                              <w:bottom w:val="double" w:sz="4" w:space="0" w:color="C0504D" w:themeColor="accent2"/>
                            </w:tcBorders>
                            <w:vAlign w:val="center"/>
                          </w:tcPr>
                          <w:p w:rsidR="003A37E7" w:rsidRPr="000B5525" w:rsidRDefault="003A37E7" w:rsidP="000B0813">
                            <w:pPr>
                              <w:jc w:val="center"/>
                              <w:rPr>
                                <w:sz w:val="20"/>
                                <w:szCs w:val="20"/>
                              </w:rPr>
                            </w:pPr>
                            <w:r w:rsidRPr="000B5525">
                              <w:rPr>
                                <w:sz w:val="20"/>
                                <w:szCs w:val="20"/>
                              </w:rPr>
                              <w:t>TOTAL CREDIT UNITS</w:t>
                            </w:r>
                          </w:p>
                        </w:tc>
                        <w:tc>
                          <w:tcPr>
                            <w:tcW w:w="1140" w:type="dxa"/>
                            <w:gridSpan w:val="2"/>
                            <w:tcBorders>
                              <w:bottom w:val="double" w:sz="4" w:space="0" w:color="C0504D" w:themeColor="accent2"/>
                              <w:right w:val="double" w:sz="4" w:space="0" w:color="C0504D" w:themeColor="accent2"/>
                            </w:tcBorders>
                            <w:vAlign w:val="center"/>
                          </w:tcPr>
                          <w:p w:rsidR="003A37E7" w:rsidRPr="000B5525" w:rsidRDefault="003A37E7" w:rsidP="000B0813">
                            <w:pPr>
                              <w:jc w:val="center"/>
                              <w:cnfStyle w:val="000000010000" w:firstRow="0" w:lastRow="0" w:firstColumn="0" w:lastColumn="0" w:oddVBand="0" w:evenVBand="0" w:oddHBand="0" w:evenHBand="1" w:firstRowFirstColumn="0" w:firstRowLastColumn="0" w:lastRowFirstColumn="0" w:lastRowLastColumn="0"/>
                              <w:rPr>
                                <w:sz w:val="20"/>
                                <w:szCs w:val="20"/>
                              </w:rPr>
                            </w:pPr>
                            <w:r w:rsidRPr="000B5525">
                              <w:rPr>
                                <w:sz w:val="20"/>
                                <w:szCs w:val="20"/>
                              </w:rPr>
                              <w:t>20</w:t>
                            </w:r>
                          </w:p>
                        </w:tc>
                      </w:tr>
                    </w:tbl>
                    <w:p w:rsidR="003A37E7" w:rsidRDefault="003A37E7"/>
                  </w:txbxContent>
                </v:textbox>
              </v:shape>
            </w:pict>
          </mc:Fallback>
        </mc:AlternateContent>
      </w:r>
      <w:r>
        <w:rPr>
          <w:noProof/>
        </w:rPr>
        <mc:AlternateContent>
          <mc:Choice Requires="wps">
            <w:drawing>
              <wp:anchor distT="0" distB="0" distL="114300" distR="114300" simplePos="0" relativeHeight="251791360" behindDoc="0" locked="0" layoutInCell="1" allowOverlap="1" wp14:anchorId="3725FE4D" wp14:editId="47999355">
                <wp:simplePos x="0" y="0"/>
                <wp:positionH relativeFrom="column">
                  <wp:posOffset>-682023</wp:posOffset>
                </wp:positionH>
                <wp:positionV relativeFrom="paragraph">
                  <wp:posOffset>-828675</wp:posOffset>
                </wp:positionV>
                <wp:extent cx="4511421" cy="572770"/>
                <wp:effectExtent l="57150" t="38100" r="80010" b="93980"/>
                <wp:wrapNone/>
                <wp:docPr id="8" name="Text Box 8"/>
                <wp:cNvGraphicFramePr/>
                <a:graphic xmlns:a="http://schemas.openxmlformats.org/drawingml/2006/main">
                  <a:graphicData uri="http://schemas.microsoft.com/office/word/2010/wordprocessingShape">
                    <wps:wsp>
                      <wps:cNvSpPr txBox="1"/>
                      <wps:spPr>
                        <a:xfrm>
                          <a:off x="0" y="0"/>
                          <a:ext cx="4511421" cy="572770"/>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E47AC6" w:rsidRDefault="003A37E7" w:rsidP="00BE5C33">
                            <w:pPr>
                              <w:pStyle w:val="NoSpacing"/>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BUSINESS AND SOCIALSCIENCES</w:t>
                            </w:r>
                          </w:p>
                          <w:p w:rsidR="003A37E7" w:rsidRPr="003E676F" w:rsidRDefault="003A37E7" w:rsidP="00BE5C33">
                            <w:pPr>
                              <w:pStyle w:val="NoSpacing"/>
                              <w:jc w:val="center"/>
                              <w:rPr>
                                <w:color w:val="FF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E676F">
                              <w:rPr>
                                <w:color w:val="FF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BUSINESS MANAGEMENT</w:t>
                            </w:r>
                          </w:p>
                          <w:p w:rsidR="003A37E7" w:rsidRPr="00E47AC6" w:rsidRDefault="003A37E7" w:rsidP="00BE5C33">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25FE4D" id="Text Box 8" o:spid="_x0000_s1068" type="#_x0000_t202" style="position:absolute;margin-left:-53.7pt;margin-top:-65.25pt;width:355.25pt;height:45.1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" fillcolor="#a7bfde [1620]" strokecolor="#4579b8 [3044]">
                <v:fill color2="#e4ecf5 [500]" rotate="t" angle="180" colors="0 #a3c4ff;22938f #bfd5ff;1 #e5eeff" focus="100%" type="gradient"/>
                <v:shadow on="t" color="black" opacity="24903f" origin=",.5" offset="0,.55556mm"/>
                <v:textbox>
                  <w:txbxContent>
                    <w:p w:rsidR="003A37E7" w:rsidRPr="00E47AC6" w:rsidRDefault="003A37E7" w:rsidP="00BE5C33">
                      <w:pPr>
                        <w:pStyle w:val="NoSpacing"/>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BUSINESS AND SOCIALSCIENCES</w:t>
                      </w:r>
                    </w:p>
                    <w:p w:rsidR="003A37E7" w:rsidRPr="003E676F" w:rsidRDefault="003A37E7" w:rsidP="00BE5C33">
                      <w:pPr>
                        <w:pStyle w:val="NoSpacing"/>
                        <w:jc w:val="center"/>
                        <w:rPr>
                          <w:color w:val="FF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E676F">
                        <w:rPr>
                          <w:color w:val="FF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BUSINESS MANAGEMENT</w:t>
                      </w:r>
                    </w:p>
                    <w:p w:rsidR="003A37E7" w:rsidRPr="00E47AC6" w:rsidRDefault="003A37E7" w:rsidP="00BE5C33">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177EF4">
        <w:rPr>
          <w:noProof/>
        </w:rPr>
        <mc:AlternateContent>
          <mc:Choice Requires="wps">
            <w:drawing>
              <wp:anchor distT="0" distB="0" distL="114300" distR="114300" simplePos="0" relativeHeight="251659264" behindDoc="0" locked="0" layoutInCell="1" allowOverlap="1" wp14:anchorId="6D9FD587" wp14:editId="27CF9D39">
                <wp:simplePos x="0" y="0"/>
                <wp:positionH relativeFrom="column">
                  <wp:posOffset>-11875</wp:posOffset>
                </wp:positionH>
                <wp:positionV relativeFrom="paragraph">
                  <wp:posOffset>5601</wp:posOffset>
                </wp:positionV>
                <wp:extent cx="3788228" cy="1674420"/>
                <wp:effectExtent l="0" t="0" r="3175" b="2540"/>
                <wp:wrapNone/>
                <wp:docPr id="2" name="Text Box 2"/>
                <wp:cNvGraphicFramePr/>
                <a:graphic xmlns:a="http://schemas.openxmlformats.org/drawingml/2006/main">
                  <a:graphicData uri="http://schemas.microsoft.com/office/word/2010/wordprocessingShape">
                    <wps:wsp>
                      <wps:cNvSpPr txBox="1"/>
                      <wps:spPr>
                        <a:xfrm>
                          <a:off x="0" y="0"/>
                          <a:ext cx="3788228" cy="16744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9FD587" id="Text Box 2" o:spid="_x0000_s1069" type="#_x0000_t202" style="position:absolute;margin-left:-.95pt;margin-top:.45pt;width:298.3pt;height:131.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" fillcolor="white [3201]" stroked="f" strokeweight=".5pt">
                <v:textbox>
                  <w:txbxContent>
                    <w:p w:rsidR="003A37E7" w:rsidRDefault="003A37E7"/>
                  </w:txbxContent>
                </v:textbox>
              </v:shape>
            </w:pict>
          </mc:Fallback>
        </mc:AlternateContent>
      </w:r>
    </w:p>
    <w:p w:rsidR="001669F5" w:rsidRDefault="001669F5" w:rsidP="00210426">
      <w:pPr>
        <w:pStyle w:val="Heading3"/>
      </w:pPr>
    </w:p>
    <w:tbl>
      <w:tblPr>
        <w:tblStyle w:val="TableGrid"/>
        <w:tblW w:w="0" w:type="auto"/>
        <w:tblLook w:val="04A0" w:firstRow="1" w:lastRow="0" w:firstColumn="1" w:lastColumn="0" w:noHBand="0" w:noVBand="1"/>
      </w:tblPr>
      <w:tblGrid>
        <w:gridCol w:w="1388"/>
        <w:gridCol w:w="1389"/>
        <w:gridCol w:w="1389"/>
      </w:tblGrid>
      <w:tr w:rsidR="00210426" w:rsidTr="00210426">
        <w:tc>
          <w:tcPr>
            <w:tcW w:w="1388" w:type="dxa"/>
          </w:tcPr>
          <w:p w:rsidR="00210426" w:rsidRDefault="00210426" w:rsidP="00412947">
            <w:pPr>
              <w:pStyle w:val="Heading3"/>
              <w:jc w:val="center"/>
              <w:outlineLvl w:val="2"/>
            </w:pPr>
            <w:r>
              <w:t>Table 1</w:t>
            </w:r>
          </w:p>
          <w:p w:rsidR="00210426" w:rsidRPr="00210426" w:rsidRDefault="00210426" w:rsidP="00210426"/>
        </w:tc>
        <w:tc>
          <w:tcPr>
            <w:tcW w:w="1389" w:type="dxa"/>
          </w:tcPr>
          <w:p w:rsidR="00210426" w:rsidRDefault="00210426" w:rsidP="00412947">
            <w:pPr>
              <w:pStyle w:val="Heading3"/>
              <w:jc w:val="center"/>
              <w:outlineLvl w:val="2"/>
            </w:pPr>
            <w:r>
              <w:t>Table2</w:t>
            </w:r>
          </w:p>
        </w:tc>
        <w:tc>
          <w:tcPr>
            <w:tcW w:w="1389" w:type="dxa"/>
          </w:tcPr>
          <w:p w:rsidR="00210426" w:rsidRDefault="00210426" w:rsidP="00412947">
            <w:pPr>
              <w:pStyle w:val="Heading3"/>
              <w:jc w:val="center"/>
              <w:outlineLvl w:val="2"/>
            </w:pPr>
            <w:r>
              <w:t>Table 3</w:t>
            </w:r>
          </w:p>
        </w:tc>
      </w:tr>
    </w:tbl>
    <w:p w:rsidR="001669F5" w:rsidRDefault="001669F5" w:rsidP="00412947">
      <w:pPr>
        <w:pStyle w:val="Heading3"/>
        <w:jc w:val="center"/>
      </w:pPr>
    </w:p>
    <w:p w:rsidR="001669F5" w:rsidRDefault="001669F5" w:rsidP="00412947">
      <w:pPr>
        <w:pStyle w:val="Heading3"/>
        <w:jc w:val="center"/>
      </w:pPr>
    </w:p>
    <w:p w:rsidR="001669F5" w:rsidRDefault="001669F5" w:rsidP="00412947">
      <w:pPr>
        <w:pStyle w:val="Heading3"/>
        <w:jc w:val="center"/>
      </w:pPr>
    </w:p>
    <w:p w:rsidR="001669F5" w:rsidRDefault="001669F5" w:rsidP="00412947">
      <w:pPr>
        <w:pStyle w:val="Heading3"/>
        <w:jc w:val="center"/>
      </w:pPr>
    </w:p>
    <w:p w:rsidR="001669F5" w:rsidRDefault="001669F5" w:rsidP="00412947">
      <w:pPr>
        <w:pStyle w:val="Heading3"/>
        <w:jc w:val="center"/>
      </w:pPr>
    </w:p>
    <w:p w:rsidR="001669F5" w:rsidRDefault="005275AD" w:rsidP="00412947">
      <w:pPr>
        <w:pStyle w:val="Heading3"/>
        <w:jc w:val="center"/>
      </w:pPr>
      <w:r>
        <w:rPr>
          <w:noProof/>
        </w:rPr>
        <mc:AlternateContent>
          <mc:Choice Requires="wps">
            <w:drawing>
              <wp:anchor distT="0" distB="0" distL="114300" distR="114300" simplePos="0" relativeHeight="251678720" behindDoc="0" locked="0" layoutInCell="1" allowOverlap="1" wp14:anchorId="7B10713D" wp14:editId="40D53A6E">
                <wp:simplePos x="0" y="0"/>
                <wp:positionH relativeFrom="page">
                  <wp:posOffset>372283</wp:posOffset>
                </wp:positionH>
                <wp:positionV relativeFrom="paragraph">
                  <wp:posOffset>357002</wp:posOffset>
                </wp:positionV>
                <wp:extent cx="4413250" cy="3425952"/>
                <wp:effectExtent l="0" t="0" r="6350" b="3175"/>
                <wp:wrapNone/>
                <wp:docPr id="24" name="Text Box 24"/>
                <wp:cNvGraphicFramePr/>
                <a:graphic xmlns:a="http://schemas.openxmlformats.org/drawingml/2006/main">
                  <a:graphicData uri="http://schemas.microsoft.com/office/word/2010/wordprocessingShape">
                    <wps:wsp>
                      <wps:cNvSpPr txBox="1"/>
                      <wps:spPr>
                        <a:xfrm>
                          <a:off x="0" y="0"/>
                          <a:ext cx="4413250" cy="342595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375" w:type="dxa"/>
                              <w:tblInd w:w="-105" w:type="dxa"/>
                              <w:tblLayout w:type="fixed"/>
                              <w:tblLook w:val="04A0" w:firstRow="1" w:lastRow="0" w:firstColumn="1" w:lastColumn="0" w:noHBand="0" w:noVBand="1"/>
                            </w:tblPr>
                            <w:tblGrid>
                              <w:gridCol w:w="15"/>
                              <w:gridCol w:w="1425"/>
                              <w:gridCol w:w="15"/>
                              <w:gridCol w:w="3240"/>
                              <w:gridCol w:w="630"/>
                              <w:gridCol w:w="975"/>
                              <w:gridCol w:w="75"/>
                            </w:tblGrid>
                            <w:tr w:rsidR="003A37E7" w:rsidRPr="00330B70" w:rsidTr="004B18E5">
                              <w:trPr>
                                <w:gridBefore w:val="1"/>
                                <w:gridAfter w:val="1"/>
                                <w:cnfStyle w:val="100000000000" w:firstRow="1" w:lastRow="0" w:firstColumn="0" w:lastColumn="0" w:oddVBand="0" w:evenVBand="0" w:oddHBand="0"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6285" w:type="dxa"/>
                                  <w:gridSpan w:val="5"/>
                                  <w:tcBorders>
                                    <w:top w:val="single" w:sz="48" w:space="0" w:color="auto"/>
                                    <w:left w:val="single" w:sz="48" w:space="0" w:color="auto"/>
                                    <w:bottom w:val="double" w:sz="4" w:space="0" w:color="C0504D" w:themeColor="accent2"/>
                                    <w:right w:val="single" w:sz="48" w:space="0" w:color="auto"/>
                                  </w:tcBorders>
                                </w:tcPr>
                                <w:p w:rsidR="003A37E7" w:rsidRPr="00330B70" w:rsidRDefault="003A37E7" w:rsidP="004B18E5">
                                  <w:pPr>
                                    <w:jc w:val="center"/>
                                    <w:rPr>
                                      <w:color w:val="FF0000"/>
                                    </w:rPr>
                                  </w:pPr>
                                  <w:r>
                                    <w:rPr>
                                      <w:color w:val="FF0000"/>
                                      <w:sz w:val="24"/>
                                      <w:szCs w:val="24"/>
                                    </w:rPr>
                                    <w:t>BBA -</w:t>
                                  </w:r>
                                  <w:r w:rsidRPr="002C30CC">
                                    <w:rPr>
                                      <w:color w:val="FF0000"/>
                                      <w:sz w:val="24"/>
                                      <w:szCs w:val="24"/>
                                    </w:rPr>
                                    <w:t>BUSINESS MANAGEMENT</w:t>
                                  </w:r>
                                </w:p>
                              </w:tc>
                            </w:tr>
                            <w:tr w:rsidR="003A37E7" w:rsidRPr="00330B70"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6285" w:type="dxa"/>
                                  <w:gridSpan w:val="5"/>
                                  <w:tcBorders>
                                    <w:top w:val="double" w:sz="4" w:space="0" w:color="C0504D" w:themeColor="accent2"/>
                                    <w:left w:val="double" w:sz="4" w:space="0" w:color="C0504D" w:themeColor="accent2"/>
                                    <w:right w:val="double" w:sz="4" w:space="0" w:color="C0504D" w:themeColor="accent2"/>
                                  </w:tcBorders>
                                  <w:vAlign w:val="center"/>
                                </w:tcPr>
                                <w:p w:rsidR="003A37E7" w:rsidRPr="00330B70" w:rsidRDefault="003A37E7" w:rsidP="004B18E5">
                                  <w:pPr>
                                    <w:jc w:val="center"/>
                                  </w:pPr>
                                  <w:r w:rsidRPr="00330B70">
                                    <w:rPr>
                                      <w:sz w:val="20"/>
                                      <w:szCs w:val="20"/>
                                    </w:rPr>
                                    <w:t>FRESHMEN YEAR (YEAR I) - SECOND SEMESTER</w:t>
                                  </w:r>
                                </w:p>
                              </w:tc>
                            </w:tr>
                            <w:tr w:rsidR="003A37E7" w:rsidRPr="00330B70"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pPr>
                                  <w:r w:rsidRPr="00330B70">
                                    <w:t>COURSE CODE</w:t>
                                  </w:r>
                                </w:p>
                              </w:tc>
                              <w:tc>
                                <w:tcPr>
                                  <w:tcW w:w="3240" w:type="dxa"/>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b/>
                                    </w:rPr>
                                    <w:t>COURSE TITLE</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b/>
                                    </w:rPr>
                                    <w:t>CREDIT HOURS</w:t>
                                  </w:r>
                                </w:p>
                              </w:tc>
                            </w:tr>
                            <w:tr w:rsidR="003A37E7" w:rsidRPr="00330B70"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pPr>
                                  <w:r w:rsidRPr="00330B70">
                                    <w:t>GEN. 102</w:t>
                                  </w:r>
                                </w:p>
                              </w:tc>
                              <w:tc>
                                <w:tcPr>
                                  <w:tcW w:w="3240" w:type="dxa"/>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b/>
                                      <w:sz w:val="24"/>
                                      <w:szCs w:val="24"/>
                                    </w:rPr>
                                    <w:t>LIFE IN CHRIST 2</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b/>
                                    </w:rPr>
                                    <w:t>2</w:t>
                                  </w:r>
                                </w:p>
                              </w:tc>
                            </w:tr>
                            <w:tr w:rsidR="003A37E7" w:rsidRPr="00330B70"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pPr>
                                  <w:r w:rsidRPr="00330B70">
                                    <w:rPr>
                                      <w:rFonts w:ascii="Bahnschrift" w:hAnsi="Bahnschrift"/>
                                    </w:rPr>
                                    <w:t>ACC: 102</w:t>
                                  </w:r>
                                </w:p>
                              </w:tc>
                              <w:tc>
                                <w:tcPr>
                                  <w:tcW w:w="3240" w:type="dxa"/>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rFonts w:ascii="Bahnschrift" w:hAnsi="Bahnschrift"/>
                                      <w:b/>
                                    </w:rPr>
                                    <w:t>INTRODUCTION TO ACCOUNTING II</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b/>
                                    </w:rPr>
                                    <w:t>3</w:t>
                                  </w:r>
                                </w:p>
                              </w:tc>
                            </w:tr>
                            <w:tr w:rsidR="003A37E7" w:rsidRPr="00330B70"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pPr>
                                  <w:r w:rsidRPr="00330B70">
                                    <w:rPr>
                                      <w:rFonts w:ascii="Bahnschrift" w:hAnsi="Bahnschrift"/>
                                    </w:rPr>
                                    <w:t>ECON 102</w:t>
                                  </w:r>
                                </w:p>
                              </w:tc>
                              <w:tc>
                                <w:tcPr>
                                  <w:tcW w:w="3240" w:type="dxa"/>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rFonts w:ascii="Bahnschrift" w:hAnsi="Bahnschrift"/>
                                      <w:b/>
                                    </w:rPr>
                                    <w:t>INTRO TO MACRO ECONOMICS</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b/>
                                    </w:rPr>
                                    <w:t>3</w:t>
                                  </w:r>
                                </w:p>
                              </w:tc>
                            </w:tr>
                            <w:tr w:rsidR="003A37E7" w:rsidRPr="00330B70"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rPr>
                                      <w:rFonts w:ascii="Bahnschrift" w:hAnsi="Bahnschrift"/>
                                    </w:rPr>
                                  </w:pPr>
                                  <w:r w:rsidRPr="00330B70">
                                    <w:rPr>
                                      <w:rFonts w:ascii="Bahnschrift" w:hAnsi="Bahnschrift"/>
                                    </w:rPr>
                                    <w:t>BUS 102</w:t>
                                  </w:r>
                                </w:p>
                              </w:tc>
                              <w:tc>
                                <w:tcPr>
                                  <w:tcW w:w="3240" w:type="dxa"/>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330B70">
                                    <w:rPr>
                                      <w:rFonts w:ascii="Bahnschrift" w:hAnsi="Bahnschrift"/>
                                      <w:b/>
                                    </w:rPr>
                                    <w:t>ENTERPRENEURSHIP</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b/>
                                    </w:rPr>
                                    <w:t>3</w:t>
                                  </w:r>
                                </w:p>
                              </w:tc>
                            </w:tr>
                            <w:tr w:rsidR="003A37E7" w:rsidRPr="00330B70"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rPr>
                                      <w:rFonts w:ascii="Bahnschrift" w:hAnsi="Bahnschrift"/>
                                    </w:rPr>
                                  </w:pPr>
                                  <w:r w:rsidRPr="00330B70">
                                    <w:rPr>
                                      <w:rFonts w:ascii="Bahnschrift" w:hAnsi="Bahnschrift"/>
                                    </w:rPr>
                                    <w:t>GEN 107</w:t>
                                  </w:r>
                                </w:p>
                              </w:tc>
                              <w:tc>
                                <w:tcPr>
                                  <w:tcW w:w="3240" w:type="dxa"/>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sidRPr="00330B70">
                                    <w:rPr>
                                      <w:rFonts w:ascii="Bahnschrift" w:hAnsi="Bahnschrift"/>
                                      <w:b/>
                                    </w:rPr>
                                    <w:t>CHRIATIAN ETHICS / MORAL VALUES</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b/>
                                    </w:rPr>
                                    <w:t>2</w:t>
                                  </w:r>
                                </w:p>
                              </w:tc>
                            </w:tr>
                            <w:tr w:rsidR="003A37E7" w:rsidRPr="00330B70"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Height w:val="375"/>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rPr>
                                      <w:rFonts w:ascii="Bahnschrift" w:hAnsi="Bahnschrift"/>
                                    </w:rPr>
                                  </w:pPr>
                                  <w:r w:rsidRPr="00330B70">
                                    <w:rPr>
                                      <w:rFonts w:ascii="Bahnschrift" w:hAnsi="Bahnschrift"/>
                                    </w:rPr>
                                    <w:t>SOS 102</w:t>
                                  </w:r>
                                </w:p>
                              </w:tc>
                              <w:tc>
                                <w:tcPr>
                                  <w:tcW w:w="3240" w:type="dxa"/>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rFonts w:ascii="Bahnschrift" w:hAnsi="Bahnschrift"/>
                                      <w:b/>
                                    </w:rPr>
                                    <w:t>LIBERIA SOCIETY</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b/>
                                    </w:rPr>
                                    <w:t>3</w:t>
                                  </w:r>
                                </w:p>
                              </w:tc>
                            </w:tr>
                            <w:tr w:rsidR="003A37E7" w:rsidRPr="00330B70"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pPr>
                                  <w:r w:rsidRPr="00330B70">
                                    <w:rPr>
                                      <w:rFonts w:ascii="Bahnschrift" w:hAnsi="Bahnschrift"/>
                                    </w:rPr>
                                    <w:t>MATH 102</w:t>
                                  </w:r>
                                </w:p>
                              </w:tc>
                              <w:tc>
                                <w:tcPr>
                                  <w:tcW w:w="3240" w:type="dxa"/>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rFonts w:ascii="Bahnschrift" w:hAnsi="Bahnschrift"/>
                                      <w:b/>
                                    </w:rPr>
                                    <w:t>MATHEMATICS FOR DECISION MAKING</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b/>
                                    </w:rPr>
                                    <w:t>3</w:t>
                                  </w:r>
                                </w:p>
                              </w:tc>
                            </w:tr>
                            <w:tr w:rsidR="003A37E7" w:rsidRPr="00330B70"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Height w:val="61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pPr>
                                  <w:r w:rsidRPr="00330B70">
                                    <w:rPr>
                                      <w:rFonts w:ascii="Bahnschrift" w:hAnsi="Bahnschrift"/>
                                    </w:rPr>
                                    <w:t>ENG 102</w:t>
                                  </w:r>
                                </w:p>
                              </w:tc>
                              <w:tc>
                                <w:tcPr>
                                  <w:tcW w:w="3240" w:type="dxa"/>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rFonts w:ascii="Bahnschrift" w:hAnsi="Bahnschrift"/>
                                      <w:b/>
                                    </w:rPr>
                                    <w:t>ENGLISH &amp; COMMUNICATION SKILLS II</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b/>
                                    </w:rPr>
                                    <w:t>3</w:t>
                                  </w:r>
                                </w:p>
                              </w:tc>
                            </w:tr>
                            <w:tr w:rsidR="003A37E7" w:rsidRPr="00330B70"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Height w:val="618"/>
                              </w:trPr>
                              <w:tc>
                                <w:tcPr>
                                  <w:cnfStyle w:val="001000000000" w:firstRow="0" w:lastRow="0" w:firstColumn="1" w:lastColumn="0" w:oddVBand="0" w:evenVBand="0" w:oddHBand="0" w:evenHBand="0" w:firstRowFirstColumn="0" w:firstRowLastColumn="0" w:lastRowFirstColumn="0" w:lastRowLastColumn="0"/>
                                  <w:tcW w:w="4680" w:type="dxa"/>
                                  <w:gridSpan w:val="3"/>
                                  <w:tcBorders>
                                    <w:left w:val="double" w:sz="4" w:space="0" w:color="C0504D" w:themeColor="accent2"/>
                                    <w:bottom w:val="double" w:sz="4" w:space="0" w:color="C0504D" w:themeColor="accent2"/>
                                  </w:tcBorders>
                                  <w:vAlign w:val="center"/>
                                </w:tcPr>
                                <w:p w:rsidR="003A37E7" w:rsidRPr="00330B70" w:rsidRDefault="003A37E7" w:rsidP="004B18E5">
                                  <w:pPr>
                                    <w:jc w:val="center"/>
                                  </w:pPr>
                                  <w:r w:rsidRPr="00330B70">
                                    <w:t>TOTAL CREDIT HOURS</w:t>
                                  </w:r>
                                </w:p>
                              </w:tc>
                              <w:tc>
                                <w:tcPr>
                                  <w:tcW w:w="1605" w:type="dxa"/>
                                  <w:gridSpan w:val="2"/>
                                  <w:tcBorders>
                                    <w:bottom w:val="double" w:sz="4" w:space="0" w:color="C0504D" w:themeColor="accent2"/>
                                    <w:right w:val="double" w:sz="4" w:space="0" w:color="C0504D" w:themeColor="accent2"/>
                                  </w:tcBorders>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b/>
                                    </w:rPr>
                                    <w:t>22</w:t>
                                  </w:r>
                                </w:p>
                              </w:tc>
                            </w:tr>
                            <w:tr w:rsidR="003A37E7" w:rsidRPr="00330B70"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75" w:type="dxa"/>
                                  <w:gridSpan w:val="7"/>
                                  <w:tcBorders>
                                    <w:top w:val="single" w:sz="36" w:space="0" w:color="auto"/>
                                    <w:left w:val="single" w:sz="36" w:space="0" w:color="auto"/>
                                    <w:bottom w:val="double" w:sz="4" w:space="0" w:color="C0504D" w:themeColor="accent2"/>
                                    <w:right w:val="single" w:sz="36" w:space="0" w:color="auto"/>
                                  </w:tcBorders>
                                  <w:vAlign w:val="center"/>
                                </w:tcPr>
                                <w:p w:rsidR="003A37E7" w:rsidRPr="00330B70" w:rsidRDefault="003A37E7" w:rsidP="000B0813">
                                  <w:pPr>
                                    <w:jc w:val="center"/>
                                    <w:rPr>
                                      <w:color w:val="FF0000"/>
                                    </w:rPr>
                                  </w:pPr>
                                  <w:r w:rsidRPr="00330B70">
                                    <w:rPr>
                                      <w:color w:val="FF0000"/>
                                    </w:rPr>
                                    <w:t>BUSINESS MANAGEMENT</w:t>
                                  </w:r>
                                </w:p>
                              </w:tc>
                            </w:tr>
                            <w:tr w:rsidR="003A37E7" w:rsidRPr="00330B70"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75" w:type="dxa"/>
                                  <w:gridSpan w:val="7"/>
                                  <w:tcBorders>
                                    <w:top w:val="double" w:sz="4" w:space="0" w:color="C0504D" w:themeColor="accent2"/>
                                    <w:left w:val="double" w:sz="4" w:space="0" w:color="C0504D" w:themeColor="accent2"/>
                                    <w:right w:val="double" w:sz="4" w:space="0" w:color="C0504D" w:themeColor="accent2"/>
                                  </w:tcBorders>
                                  <w:vAlign w:val="center"/>
                                </w:tcPr>
                                <w:p w:rsidR="003A37E7" w:rsidRPr="00330B70" w:rsidRDefault="003A37E7" w:rsidP="000B0813">
                                  <w:pPr>
                                    <w:jc w:val="center"/>
                                  </w:pPr>
                                  <w:r w:rsidRPr="00330B70">
                                    <w:t>FRESHMEN – SEMESTER 2</w:t>
                                  </w:r>
                                </w:p>
                              </w:tc>
                            </w:tr>
                            <w:tr w:rsidR="003A37E7" w:rsidRPr="00330B70"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pPr>
                                  <w:r w:rsidRPr="00330B70">
                                    <w:t>COURSE CODE</w:t>
                                  </w:r>
                                </w:p>
                              </w:tc>
                              <w:tc>
                                <w:tcPr>
                                  <w:tcW w:w="3885" w:type="dxa"/>
                                  <w:gridSpan w:val="3"/>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b/>
                                    </w:rPr>
                                    <w:t>COURSE TITLE</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b/>
                                    </w:rPr>
                                    <w:t>CREDIT UNIT</w:t>
                                  </w:r>
                                </w:p>
                              </w:tc>
                            </w:tr>
                            <w:tr w:rsidR="003A37E7" w:rsidRPr="00330B70"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pPr>
                                  <w:r w:rsidRPr="00330B70">
                                    <w:rPr>
                                      <w:rFonts w:ascii="Bahnschrift" w:hAnsi="Bahnschrift"/>
                                    </w:rPr>
                                    <w:t>ACC: 102</w:t>
                                  </w:r>
                                </w:p>
                              </w:tc>
                              <w:tc>
                                <w:tcPr>
                                  <w:tcW w:w="3885" w:type="dxa"/>
                                  <w:gridSpan w:val="3"/>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b/>
                                    </w:rPr>
                                  </w:pPr>
                                  <w:r w:rsidRPr="00330B70">
                                    <w:rPr>
                                      <w:rFonts w:ascii="Bahnschrift" w:hAnsi="Bahnschrift"/>
                                      <w:b/>
                                    </w:rPr>
                                    <w:t>INTRODUCTION TO ACCOUNTING II</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b/>
                                    </w:rPr>
                                  </w:pPr>
                                  <w:r w:rsidRPr="00330B70">
                                    <w:rPr>
                                      <w:b/>
                                    </w:rPr>
                                    <w:t>3</w:t>
                                  </w:r>
                                </w:p>
                              </w:tc>
                            </w:tr>
                            <w:tr w:rsidR="003A37E7" w:rsidRPr="00330B70"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pPr>
                                  <w:r w:rsidRPr="00330B70">
                                    <w:rPr>
                                      <w:rFonts w:ascii="Bahnschrift" w:hAnsi="Bahnschrift"/>
                                    </w:rPr>
                                    <w:t>ECON 102</w:t>
                                  </w:r>
                                </w:p>
                              </w:tc>
                              <w:tc>
                                <w:tcPr>
                                  <w:tcW w:w="3885" w:type="dxa"/>
                                  <w:gridSpan w:val="3"/>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rFonts w:ascii="Bahnschrift" w:hAnsi="Bahnschrift"/>
                                      <w:b/>
                                    </w:rPr>
                                    <w:t>INTRO TO MACRO ECONOMICS</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b/>
                                    </w:rPr>
                                    <w:t>3</w:t>
                                  </w:r>
                                </w:p>
                              </w:tc>
                            </w:tr>
                            <w:tr w:rsidR="003A37E7" w:rsidRPr="00330B70"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BUS 102</w:t>
                                  </w:r>
                                </w:p>
                              </w:tc>
                              <w:tc>
                                <w:tcPr>
                                  <w:tcW w:w="3885" w:type="dxa"/>
                                  <w:gridSpan w:val="3"/>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sidRPr="00330B70">
                                    <w:rPr>
                                      <w:rFonts w:ascii="Bahnschrift" w:hAnsi="Bahnschrift"/>
                                      <w:b/>
                                    </w:rPr>
                                    <w:t>ENTERPRENEURSHIP</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b/>
                                    </w:rPr>
                                  </w:pPr>
                                  <w:r w:rsidRPr="00330B70">
                                    <w:rPr>
                                      <w:b/>
                                    </w:rPr>
                                    <w:t>3</w:t>
                                  </w:r>
                                </w:p>
                              </w:tc>
                            </w:tr>
                            <w:tr w:rsidR="003A37E7" w:rsidRPr="00330B70"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GEN 107</w:t>
                                  </w:r>
                                </w:p>
                              </w:tc>
                              <w:tc>
                                <w:tcPr>
                                  <w:tcW w:w="3885" w:type="dxa"/>
                                  <w:gridSpan w:val="3"/>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330B70">
                                    <w:rPr>
                                      <w:rFonts w:ascii="Bahnschrift" w:hAnsi="Bahnschrift"/>
                                      <w:b/>
                                    </w:rPr>
                                    <w:t>CHRIATIAN ETHICS / MORAL VALUES</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b/>
                                    </w:rPr>
                                    <w:t>2</w:t>
                                  </w:r>
                                </w:p>
                              </w:tc>
                            </w:tr>
                            <w:tr w:rsidR="003A37E7" w:rsidRPr="00330B70"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SOS 102</w:t>
                                  </w:r>
                                </w:p>
                              </w:tc>
                              <w:tc>
                                <w:tcPr>
                                  <w:tcW w:w="3885" w:type="dxa"/>
                                  <w:gridSpan w:val="3"/>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b/>
                                    </w:rPr>
                                  </w:pPr>
                                  <w:r w:rsidRPr="00330B70">
                                    <w:rPr>
                                      <w:rFonts w:ascii="Bahnschrift" w:hAnsi="Bahnschrift"/>
                                      <w:b/>
                                    </w:rPr>
                                    <w:t>LIBERIA SOCIETY</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b/>
                                    </w:rPr>
                                  </w:pPr>
                                  <w:r w:rsidRPr="00330B70">
                                    <w:rPr>
                                      <w:b/>
                                    </w:rPr>
                                    <w:t>3</w:t>
                                  </w:r>
                                </w:p>
                              </w:tc>
                            </w:tr>
                            <w:tr w:rsidR="003A37E7" w:rsidRPr="00330B70"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pPr>
                                  <w:r w:rsidRPr="00330B70">
                                    <w:rPr>
                                      <w:rFonts w:ascii="Bahnschrift" w:hAnsi="Bahnschrift"/>
                                    </w:rPr>
                                    <w:t>MATH 102</w:t>
                                  </w:r>
                                </w:p>
                              </w:tc>
                              <w:tc>
                                <w:tcPr>
                                  <w:tcW w:w="3885" w:type="dxa"/>
                                  <w:gridSpan w:val="3"/>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rFonts w:ascii="Bahnschrift" w:hAnsi="Bahnschrift"/>
                                      <w:b/>
                                    </w:rPr>
                                    <w:t>MATHEMATICS FOR DECISION MAKING</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b/>
                                    </w:rPr>
                                    <w:t>3</w:t>
                                  </w:r>
                                </w:p>
                              </w:tc>
                            </w:tr>
                            <w:tr w:rsidR="003A37E7" w:rsidRPr="00330B70"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pPr>
                                  <w:r w:rsidRPr="00330B70">
                                    <w:rPr>
                                      <w:rFonts w:ascii="Bahnschrift" w:hAnsi="Bahnschrift"/>
                                    </w:rPr>
                                    <w:t>ENG 102</w:t>
                                  </w:r>
                                </w:p>
                              </w:tc>
                              <w:tc>
                                <w:tcPr>
                                  <w:tcW w:w="3885" w:type="dxa"/>
                                  <w:gridSpan w:val="3"/>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b/>
                                    </w:rPr>
                                  </w:pPr>
                                  <w:r w:rsidRPr="00330B70">
                                    <w:rPr>
                                      <w:rFonts w:ascii="Bahnschrift" w:hAnsi="Bahnschrift"/>
                                      <w:b/>
                                    </w:rPr>
                                    <w:t>ENGLISH &amp; COMMUNICATION SKILLS II</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b/>
                                    </w:rPr>
                                  </w:pPr>
                                  <w:r w:rsidRPr="00330B70">
                                    <w:rPr>
                                      <w:b/>
                                    </w:rPr>
                                    <w:t>3</w:t>
                                  </w:r>
                                </w:p>
                              </w:tc>
                            </w:tr>
                            <w:tr w:rsidR="003A37E7" w:rsidRPr="00330B70"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25" w:type="dxa"/>
                                  <w:gridSpan w:val="5"/>
                                  <w:tcBorders>
                                    <w:left w:val="double" w:sz="4" w:space="0" w:color="C0504D" w:themeColor="accent2"/>
                                    <w:bottom w:val="double" w:sz="4" w:space="0" w:color="C0504D" w:themeColor="accent2"/>
                                  </w:tcBorders>
                                  <w:vAlign w:val="center"/>
                                </w:tcPr>
                                <w:p w:rsidR="003A37E7" w:rsidRPr="00330B70" w:rsidRDefault="003A37E7" w:rsidP="000B0813">
                                  <w:pPr>
                                    <w:jc w:val="center"/>
                                  </w:pPr>
                                  <w:r w:rsidRPr="00330B70">
                                    <w:t>TOTAL CREDIT UNITS</w:t>
                                  </w:r>
                                </w:p>
                              </w:tc>
                              <w:tc>
                                <w:tcPr>
                                  <w:tcW w:w="1050" w:type="dxa"/>
                                  <w:gridSpan w:val="2"/>
                                  <w:tcBorders>
                                    <w:bottom w:val="double" w:sz="4" w:space="0" w:color="C0504D" w:themeColor="accent2"/>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b/>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10713D" id="Text Box 24" o:spid="_x0000_s1070" type="#_x0000_t202" style="position:absolute;left:0;text-align:left;margin-left:29.3pt;margin-top:28.1pt;width:347.5pt;height:269.75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" fillcolor="white [3201]" stroked="f" strokeweight=".5pt">
                <v:textbox>
                  <w:txbxContent>
                    <w:tbl>
                      <w:tblPr>
                        <w:tblStyle w:val="LightGrid"/>
                        <w:tblW w:w="6375" w:type="dxa"/>
                        <w:tblInd w:w="-105" w:type="dxa"/>
                        <w:tblLayout w:type="fixed"/>
                        <w:tblLook w:val="04A0" w:firstRow="1" w:lastRow="0" w:firstColumn="1" w:lastColumn="0" w:noHBand="0" w:noVBand="1"/>
                      </w:tblPr>
                      <w:tblGrid>
                        <w:gridCol w:w="15"/>
                        <w:gridCol w:w="1425"/>
                        <w:gridCol w:w="15"/>
                        <w:gridCol w:w="3240"/>
                        <w:gridCol w:w="630"/>
                        <w:gridCol w:w="975"/>
                        <w:gridCol w:w="75"/>
                      </w:tblGrid>
                      <w:tr w:rsidR="003A37E7" w:rsidRPr="00330B70" w:rsidTr="004B18E5">
                        <w:trPr>
                          <w:gridBefore w:val="1"/>
                          <w:gridAfter w:val="1"/>
                          <w:cnfStyle w:val="100000000000" w:firstRow="1" w:lastRow="0" w:firstColumn="0" w:lastColumn="0" w:oddVBand="0" w:evenVBand="0" w:oddHBand="0"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6285" w:type="dxa"/>
                            <w:gridSpan w:val="5"/>
                            <w:tcBorders>
                              <w:top w:val="single" w:sz="48" w:space="0" w:color="auto"/>
                              <w:left w:val="single" w:sz="48" w:space="0" w:color="auto"/>
                              <w:bottom w:val="double" w:sz="4" w:space="0" w:color="C0504D" w:themeColor="accent2"/>
                              <w:right w:val="single" w:sz="48" w:space="0" w:color="auto"/>
                            </w:tcBorders>
                          </w:tcPr>
                          <w:p w:rsidR="003A37E7" w:rsidRPr="00330B70" w:rsidRDefault="003A37E7" w:rsidP="004B18E5">
                            <w:pPr>
                              <w:jc w:val="center"/>
                              <w:rPr>
                                <w:color w:val="FF0000"/>
                              </w:rPr>
                            </w:pPr>
                            <w:r>
                              <w:rPr>
                                <w:color w:val="FF0000"/>
                                <w:sz w:val="24"/>
                                <w:szCs w:val="24"/>
                              </w:rPr>
                              <w:t>BBA -</w:t>
                            </w:r>
                            <w:r w:rsidRPr="002C30CC">
                              <w:rPr>
                                <w:color w:val="FF0000"/>
                                <w:sz w:val="24"/>
                                <w:szCs w:val="24"/>
                              </w:rPr>
                              <w:t>BUSINESS MANAGEMENT</w:t>
                            </w:r>
                          </w:p>
                        </w:tc>
                      </w:tr>
                      <w:tr w:rsidR="003A37E7" w:rsidRPr="00330B70"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6285" w:type="dxa"/>
                            <w:gridSpan w:val="5"/>
                            <w:tcBorders>
                              <w:top w:val="double" w:sz="4" w:space="0" w:color="C0504D" w:themeColor="accent2"/>
                              <w:left w:val="double" w:sz="4" w:space="0" w:color="C0504D" w:themeColor="accent2"/>
                              <w:right w:val="double" w:sz="4" w:space="0" w:color="C0504D" w:themeColor="accent2"/>
                            </w:tcBorders>
                            <w:vAlign w:val="center"/>
                          </w:tcPr>
                          <w:p w:rsidR="003A37E7" w:rsidRPr="00330B70" w:rsidRDefault="003A37E7" w:rsidP="004B18E5">
                            <w:pPr>
                              <w:jc w:val="center"/>
                            </w:pPr>
                            <w:r w:rsidRPr="00330B70">
                              <w:rPr>
                                <w:sz w:val="20"/>
                                <w:szCs w:val="20"/>
                              </w:rPr>
                              <w:t>FRESHMEN YEAR (YEAR I) - SECOND SEMESTER</w:t>
                            </w:r>
                          </w:p>
                        </w:tc>
                      </w:tr>
                      <w:tr w:rsidR="003A37E7" w:rsidRPr="00330B70"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pPr>
                            <w:r w:rsidRPr="00330B70">
                              <w:t>COURSE CODE</w:t>
                            </w:r>
                          </w:p>
                        </w:tc>
                        <w:tc>
                          <w:tcPr>
                            <w:tcW w:w="3240" w:type="dxa"/>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b/>
                              </w:rPr>
                              <w:t>COURSE TITLE</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b/>
                              </w:rPr>
                              <w:t>CREDIT HOURS</w:t>
                            </w:r>
                          </w:p>
                        </w:tc>
                      </w:tr>
                      <w:tr w:rsidR="003A37E7" w:rsidRPr="00330B70"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pPr>
                            <w:r w:rsidRPr="00330B70">
                              <w:t>GEN. 102</w:t>
                            </w:r>
                          </w:p>
                        </w:tc>
                        <w:tc>
                          <w:tcPr>
                            <w:tcW w:w="3240" w:type="dxa"/>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b/>
                                <w:sz w:val="24"/>
                                <w:szCs w:val="24"/>
                              </w:rPr>
                              <w:t>LIFE IN CHRIST 2</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b/>
                              </w:rPr>
                              <w:t>2</w:t>
                            </w:r>
                          </w:p>
                        </w:tc>
                      </w:tr>
                      <w:tr w:rsidR="003A37E7" w:rsidRPr="00330B70"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pPr>
                            <w:r w:rsidRPr="00330B70">
                              <w:rPr>
                                <w:rFonts w:ascii="Bahnschrift" w:hAnsi="Bahnschrift"/>
                              </w:rPr>
                              <w:t>ACC: 102</w:t>
                            </w:r>
                          </w:p>
                        </w:tc>
                        <w:tc>
                          <w:tcPr>
                            <w:tcW w:w="3240" w:type="dxa"/>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rFonts w:ascii="Bahnschrift" w:hAnsi="Bahnschrift"/>
                                <w:b/>
                              </w:rPr>
                              <w:t>INTRODUCTION TO ACCOUNTING II</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b/>
                              </w:rPr>
                              <w:t>3</w:t>
                            </w:r>
                          </w:p>
                        </w:tc>
                      </w:tr>
                      <w:tr w:rsidR="003A37E7" w:rsidRPr="00330B70"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pPr>
                            <w:r w:rsidRPr="00330B70">
                              <w:rPr>
                                <w:rFonts w:ascii="Bahnschrift" w:hAnsi="Bahnschrift"/>
                              </w:rPr>
                              <w:t>ECON 102</w:t>
                            </w:r>
                          </w:p>
                        </w:tc>
                        <w:tc>
                          <w:tcPr>
                            <w:tcW w:w="3240" w:type="dxa"/>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rFonts w:ascii="Bahnschrift" w:hAnsi="Bahnschrift"/>
                                <w:b/>
                              </w:rPr>
                              <w:t>INTRO TO MACRO ECONOMICS</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b/>
                              </w:rPr>
                              <w:t>3</w:t>
                            </w:r>
                          </w:p>
                        </w:tc>
                      </w:tr>
                      <w:tr w:rsidR="003A37E7" w:rsidRPr="00330B70"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rPr>
                                <w:rFonts w:ascii="Bahnschrift" w:hAnsi="Bahnschrift"/>
                              </w:rPr>
                            </w:pPr>
                            <w:r w:rsidRPr="00330B70">
                              <w:rPr>
                                <w:rFonts w:ascii="Bahnschrift" w:hAnsi="Bahnschrift"/>
                              </w:rPr>
                              <w:t>BUS 102</w:t>
                            </w:r>
                          </w:p>
                        </w:tc>
                        <w:tc>
                          <w:tcPr>
                            <w:tcW w:w="3240" w:type="dxa"/>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330B70">
                              <w:rPr>
                                <w:rFonts w:ascii="Bahnschrift" w:hAnsi="Bahnschrift"/>
                                <w:b/>
                              </w:rPr>
                              <w:t>ENTERPRENEURSHIP</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b/>
                              </w:rPr>
                              <w:t>3</w:t>
                            </w:r>
                          </w:p>
                        </w:tc>
                      </w:tr>
                      <w:tr w:rsidR="003A37E7" w:rsidRPr="00330B70"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rPr>
                                <w:rFonts w:ascii="Bahnschrift" w:hAnsi="Bahnschrift"/>
                              </w:rPr>
                            </w:pPr>
                            <w:r w:rsidRPr="00330B70">
                              <w:rPr>
                                <w:rFonts w:ascii="Bahnschrift" w:hAnsi="Bahnschrift"/>
                              </w:rPr>
                              <w:t>GEN 107</w:t>
                            </w:r>
                          </w:p>
                        </w:tc>
                        <w:tc>
                          <w:tcPr>
                            <w:tcW w:w="3240" w:type="dxa"/>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sidRPr="00330B70">
                              <w:rPr>
                                <w:rFonts w:ascii="Bahnschrift" w:hAnsi="Bahnschrift"/>
                                <w:b/>
                              </w:rPr>
                              <w:t>CHRIATIAN ETHICS / MORAL VALUES</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b/>
                              </w:rPr>
                              <w:t>2</w:t>
                            </w:r>
                          </w:p>
                        </w:tc>
                      </w:tr>
                      <w:tr w:rsidR="003A37E7" w:rsidRPr="00330B70"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Height w:val="375"/>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rPr>
                                <w:rFonts w:ascii="Bahnschrift" w:hAnsi="Bahnschrift"/>
                              </w:rPr>
                            </w:pPr>
                            <w:r w:rsidRPr="00330B70">
                              <w:rPr>
                                <w:rFonts w:ascii="Bahnschrift" w:hAnsi="Bahnschrift"/>
                              </w:rPr>
                              <w:t>SOS 102</w:t>
                            </w:r>
                          </w:p>
                        </w:tc>
                        <w:tc>
                          <w:tcPr>
                            <w:tcW w:w="3240" w:type="dxa"/>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rFonts w:ascii="Bahnschrift" w:hAnsi="Bahnschrift"/>
                                <w:b/>
                              </w:rPr>
                              <w:t>LIBERIA SOCIETY</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b/>
                              </w:rPr>
                              <w:t>3</w:t>
                            </w:r>
                          </w:p>
                        </w:tc>
                      </w:tr>
                      <w:tr w:rsidR="003A37E7" w:rsidRPr="00330B70"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pPr>
                            <w:r w:rsidRPr="00330B70">
                              <w:rPr>
                                <w:rFonts w:ascii="Bahnschrift" w:hAnsi="Bahnschrift"/>
                              </w:rPr>
                              <w:t>MATH 102</w:t>
                            </w:r>
                          </w:p>
                        </w:tc>
                        <w:tc>
                          <w:tcPr>
                            <w:tcW w:w="3240" w:type="dxa"/>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rFonts w:ascii="Bahnschrift" w:hAnsi="Bahnschrift"/>
                                <w:b/>
                              </w:rPr>
                              <w:t>MATHEMATICS FOR DECISION MAKING</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b/>
                              </w:rPr>
                              <w:t>3</w:t>
                            </w:r>
                          </w:p>
                        </w:tc>
                      </w:tr>
                      <w:tr w:rsidR="003A37E7" w:rsidRPr="00330B70"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75" w:type="dxa"/>
                          <w:trHeight w:val="61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4B18E5">
                            <w:pPr>
                              <w:jc w:val="center"/>
                            </w:pPr>
                            <w:r w:rsidRPr="00330B70">
                              <w:rPr>
                                <w:rFonts w:ascii="Bahnschrift" w:hAnsi="Bahnschrift"/>
                              </w:rPr>
                              <w:t>ENG 102</w:t>
                            </w:r>
                          </w:p>
                        </w:tc>
                        <w:tc>
                          <w:tcPr>
                            <w:tcW w:w="3240" w:type="dxa"/>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rFonts w:ascii="Bahnschrift" w:hAnsi="Bahnschrift"/>
                                <w:b/>
                              </w:rPr>
                              <w:t>ENGLISH &amp; COMMUNICATION SKILLS II</w:t>
                            </w:r>
                          </w:p>
                        </w:tc>
                        <w:tc>
                          <w:tcPr>
                            <w:tcW w:w="1605" w:type="dxa"/>
                            <w:gridSpan w:val="2"/>
                            <w:tcBorders>
                              <w:right w:val="double" w:sz="4" w:space="0" w:color="C0504D" w:themeColor="accent2"/>
                            </w:tcBorders>
                            <w:vAlign w:val="center"/>
                          </w:tcPr>
                          <w:p w:rsidR="003A37E7" w:rsidRPr="00330B70" w:rsidRDefault="003A37E7" w:rsidP="004B18E5">
                            <w:pPr>
                              <w:jc w:val="center"/>
                              <w:cnfStyle w:val="000000010000" w:firstRow="0" w:lastRow="0" w:firstColumn="0" w:lastColumn="0" w:oddVBand="0" w:evenVBand="0" w:oddHBand="0" w:evenHBand="1" w:firstRowFirstColumn="0" w:firstRowLastColumn="0" w:lastRowFirstColumn="0" w:lastRowLastColumn="0"/>
                              <w:rPr>
                                <w:b/>
                              </w:rPr>
                            </w:pPr>
                            <w:r w:rsidRPr="00330B70">
                              <w:rPr>
                                <w:b/>
                              </w:rPr>
                              <w:t>3</w:t>
                            </w:r>
                          </w:p>
                        </w:tc>
                      </w:tr>
                      <w:tr w:rsidR="003A37E7" w:rsidRPr="00330B70"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75" w:type="dxa"/>
                          <w:trHeight w:val="618"/>
                        </w:trPr>
                        <w:tc>
                          <w:tcPr>
                            <w:cnfStyle w:val="001000000000" w:firstRow="0" w:lastRow="0" w:firstColumn="1" w:lastColumn="0" w:oddVBand="0" w:evenVBand="0" w:oddHBand="0" w:evenHBand="0" w:firstRowFirstColumn="0" w:firstRowLastColumn="0" w:lastRowFirstColumn="0" w:lastRowLastColumn="0"/>
                            <w:tcW w:w="4680" w:type="dxa"/>
                            <w:gridSpan w:val="3"/>
                            <w:tcBorders>
                              <w:left w:val="double" w:sz="4" w:space="0" w:color="C0504D" w:themeColor="accent2"/>
                              <w:bottom w:val="double" w:sz="4" w:space="0" w:color="C0504D" w:themeColor="accent2"/>
                            </w:tcBorders>
                            <w:vAlign w:val="center"/>
                          </w:tcPr>
                          <w:p w:rsidR="003A37E7" w:rsidRPr="00330B70" w:rsidRDefault="003A37E7" w:rsidP="004B18E5">
                            <w:pPr>
                              <w:jc w:val="center"/>
                            </w:pPr>
                            <w:r w:rsidRPr="00330B70">
                              <w:t>TOTAL CREDIT HOURS</w:t>
                            </w:r>
                          </w:p>
                        </w:tc>
                        <w:tc>
                          <w:tcPr>
                            <w:tcW w:w="1605" w:type="dxa"/>
                            <w:gridSpan w:val="2"/>
                            <w:tcBorders>
                              <w:bottom w:val="double" w:sz="4" w:space="0" w:color="C0504D" w:themeColor="accent2"/>
                              <w:right w:val="double" w:sz="4" w:space="0" w:color="C0504D" w:themeColor="accent2"/>
                            </w:tcBorders>
                            <w:vAlign w:val="center"/>
                          </w:tcPr>
                          <w:p w:rsidR="003A37E7" w:rsidRPr="00330B70" w:rsidRDefault="003A37E7" w:rsidP="004B18E5">
                            <w:pPr>
                              <w:jc w:val="center"/>
                              <w:cnfStyle w:val="000000100000" w:firstRow="0" w:lastRow="0" w:firstColumn="0" w:lastColumn="0" w:oddVBand="0" w:evenVBand="0" w:oddHBand="1" w:evenHBand="0" w:firstRowFirstColumn="0" w:firstRowLastColumn="0" w:lastRowFirstColumn="0" w:lastRowLastColumn="0"/>
                              <w:rPr>
                                <w:b/>
                              </w:rPr>
                            </w:pPr>
                            <w:r w:rsidRPr="00330B70">
                              <w:rPr>
                                <w:b/>
                              </w:rPr>
                              <w:t>22</w:t>
                            </w:r>
                          </w:p>
                        </w:tc>
                      </w:tr>
                      <w:tr w:rsidR="003A37E7" w:rsidRPr="00330B70"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75" w:type="dxa"/>
                            <w:gridSpan w:val="7"/>
                            <w:tcBorders>
                              <w:top w:val="single" w:sz="36" w:space="0" w:color="auto"/>
                              <w:left w:val="single" w:sz="36" w:space="0" w:color="auto"/>
                              <w:bottom w:val="double" w:sz="4" w:space="0" w:color="C0504D" w:themeColor="accent2"/>
                              <w:right w:val="single" w:sz="36" w:space="0" w:color="auto"/>
                            </w:tcBorders>
                            <w:vAlign w:val="center"/>
                          </w:tcPr>
                          <w:p w:rsidR="003A37E7" w:rsidRPr="00330B70" w:rsidRDefault="003A37E7" w:rsidP="000B0813">
                            <w:pPr>
                              <w:jc w:val="center"/>
                              <w:rPr>
                                <w:color w:val="FF0000"/>
                              </w:rPr>
                            </w:pPr>
                            <w:r w:rsidRPr="00330B70">
                              <w:rPr>
                                <w:color w:val="FF0000"/>
                              </w:rPr>
                              <w:t>BUSINESS MANAGEMENT</w:t>
                            </w:r>
                          </w:p>
                        </w:tc>
                      </w:tr>
                      <w:tr w:rsidR="003A37E7" w:rsidRPr="00330B70"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75" w:type="dxa"/>
                            <w:gridSpan w:val="7"/>
                            <w:tcBorders>
                              <w:top w:val="double" w:sz="4" w:space="0" w:color="C0504D" w:themeColor="accent2"/>
                              <w:left w:val="double" w:sz="4" w:space="0" w:color="C0504D" w:themeColor="accent2"/>
                              <w:right w:val="double" w:sz="4" w:space="0" w:color="C0504D" w:themeColor="accent2"/>
                            </w:tcBorders>
                            <w:vAlign w:val="center"/>
                          </w:tcPr>
                          <w:p w:rsidR="003A37E7" w:rsidRPr="00330B70" w:rsidRDefault="003A37E7" w:rsidP="000B0813">
                            <w:pPr>
                              <w:jc w:val="center"/>
                            </w:pPr>
                            <w:r w:rsidRPr="00330B70">
                              <w:t>FRESHMEN – SEMESTER 2</w:t>
                            </w:r>
                          </w:p>
                        </w:tc>
                      </w:tr>
                      <w:tr w:rsidR="003A37E7" w:rsidRPr="00330B70"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pPr>
                            <w:r w:rsidRPr="00330B70">
                              <w:t>COURSE CODE</w:t>
                            </w:r>
                          </w:p>
                        </w:tc>
                        <w:tc>
                          <w:tcPr>
                            <w:tcW w:w="3885" w:type="dxa"/>
                            <w:gridSpan w:val="3"/>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b/>
                              </w:rPr>
                              <w:t>COURSE TITLE</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b/>
                              </w:rPr>
                              <w:t>CREDIT UNIT</w:t>
                            </w:r>
                          </w:p>
                        </w:tc>
                      </w:tr>
                      <w:tr w:rsidR="003A37E7" w:rsidRPr="00330B70"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pPr>
                            <w:r w:rsidRPr="00330B70">
                              <w:rPr>
                                <w:rFonts w:ascii="Bahnschrift" w:hAnsi="Bahnschrift"/>
                              </w:rPr>
                              <w:t>ACC: 102</w:t>
                            </w:r>
                          </w:p>
                        </w:tc>
                        <w:tc>
                          <w:tcPr>
                            <w:tcW w:w="3885" w:type="dxa"/>
                            <w:gridSpan w:val="3"/>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b/>
                              </w:rPr>
                            </w:pPr>
                            <w:r w:rsidRPr="00330B70">
                              <w:rPr>
                                <w:rFonts w:ascii="Bahnschrift" w:hAnsi="Bahnschrift"/>
                                <w:b/>
                              </w:rPr>
                              <w:t>INTRODUCTION TO ACCOUNTING II</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b/>
                              </w:rPr>
                            </w:pPr>
                            <w:r w:rsidRPr="00330B70">
                              <w:rPr>
                                <w:b/>
                              </w:rPr>
                              <w:t>3</w:t>
                            </w:r>
                          </w:p>
                        </w:tc>
                      </w:tr>
                      <w:tr w:rsidR="003A37E7" w:rsidRPr="00330B70"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pPr>
                            <w:r w:rsidRPr="00330B70">
                              <w:rPr>
                                <w:rFonts w:ascii="Bahnschrift" w:hAnsi="Bahnschrift"/>
                              </w:rPr>
                              <w:t>ECON 102</w:t>
                            </w:r>
                          </w:p>
                        </w:tc>
                        <w:tc>
                          <w:tcPr>
                            <w:tcW w:w="3885" w:type="dxa"/>
                            <w:gridSpan w:val="3"/>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rFonts w:ascii="Bahnschrift" w:hAnsi="Bahnschrift"/>
                                <w:b/>
                              </w:rPr>
                              <w:t>INTRO TO MACRO ECONOMICS</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b/>
                              </w:rPr>
                              <w:t>3</w:t>
                            </w:r>
                          </w:p>
                        </w:tc>
                      </w:tr>
                      <w:tr w:rsidR="003A37E7" w:rsidRPr="00330B70"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BUS 102</w:t>
                            </w:r>
                          </w:p>
                        </w:tc>
                        <w:tc>
                          <w:tcPr>
                            <w:tcW w:w="3885" w:type="dxa"/>
                            <w:gridSpan w:val="3"/>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sidRPr="00330B70">
                              <w:rPr>
                                <w:rFonts w:ascii="Bahnschrift" w:hAnsi="Bahnschrift"/>
                                <w:b/>
                              </w:rPr>
                              <w:t>ENTERPRENEURSHIP</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b/>
                              </w:rPr>
                            </w:pPr>
                            <w:r w:rsidRPr="00330B70">
                              <w:rPr>
                                <w:b/>
                              </w:rPr>
                              <w:t>3</w:t>
                            </w:r>
                          </w:p>
                        </w:tc>
                      </w:tr>
                      <w:tr w:rsidR="003A37E7" w:rsidRPr="00330B70"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GEN 107</w:t>
                            </w:r>
                          </w:p>
                        </w:tc>
                        <w:tc>
                          <w:tcPr>
                            <w:tcW w:w="3885" w:type="dxa"/>
                            <w:gridSpan w:val="3"/>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330B70">
                              <w:rPr>
                                <w:rFonts w:ascii="Bahnschrift" w:hAnsi="Bahnschrift"/>
                                <w:b/>
                              </w:rPr>
                              <w:t>CHRIATIAN ETHICS / MORAL VALUES</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b/>
                              </w:rPr>
                              <w:t>2</w:t>
                            </w:r>
                          </w:p>
                        </w:tc>
                      </w:tr>
                      <w:tr w:rsidR="003A37E7" w:rsidRPr="00330B70"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rPr>
                                <w:rFonts w:ascii="Bahnschrift" w:hAnsi="Bahnschrift"/>
                              </w:rPr>
                            </w:pPr>
                            <w:r w:rsidRPr="00330B70">
                              <w:rPr>
                                <w:rFonts w:ascii="Bahnschrift" w:hAnsi="Bahnschrift"/>
                              </w:rPr>
                              <w:t>SOS 102</w:t>
                            </w:r>
                          </w:p>
                        </w:tc>
                        <w:tc>
                          <w:tcPr>
                            <w:tcW w:w="3885" w:type="dxa"/>
                            <w:gridSpan w:val="3"/>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b/>
                              </w:rPr>
                            </w:pPr>
                            <w:r w:rsidRPr="00330B70">
                              <w:rPr>
                                <w:rFonts w:ascii="Bahnschrift" w:hAnsi="Bahnschrift"/>
                                <w:b/>
                              </w:rPr>
                              <w:t>LIBERIA SOCIETY</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b/>
                              </w:rPr>
                            </w:pPr>
                            <w:r w:rsidRPr="00330B70">
                              <w:rPr>
                                <w:b/>
                              </w:rPr>
                              <w:t>3</w:t>
                            </w:r>
                          </w:p>
                        </w:tc>
                      </w:tr>
                      <w:tr w:rsidR="003A37E7" w:rsidRPr="00330B70"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pPr>
                            <w:r w:rsidRPr="00330B70">
                              <w:rPr>
                                <w:rFonts w:ascii="Bahnschrift" w:hAnsi="Bahnschrift"/>
                              </w:rPr>
                              <w:t>MATH 102</w:t>
                            </w:r>
                          </w:p>
                        </w:tc>
                        <w:tc>
                          <w:tcPr>
                            <w:tcW w:w="3885" w:type="dxa"/>
                            <w:gridSpan w:val="3"/>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rFonts w:ascii="Bahnschrift" w:hAnsi="Bahnschrift"/>
                                <w:b/>
                              </w:rPr>
                              <w:t>MATHEMATICS FOR DECISION MAKING</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b/>
                              </w:rPr>
                              <w:t>3</w:t>
                            </w:r>
                          </w:p>
                        </w:tc>
                      </w:tr>
                      <w:tr w:rsidR="003A37E7" w:rsidRPr="00330B70"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330B70" w:rsidRDefault="003A37E7" w:rsidP="000B0813">
                            <w:pPr>
                              <w:jc w:val="center"/>
                            </w:pPr>
                            <w:r w:rsidRPr="00330B70">
                              <w:rPr>
                                <w:rFonts w:ascii="Bahnschrift" w:hAnsi="Bahnschrift"/>
                              </w:rPr>
                              <w:t>ENG 102</w:t>
                            </w:r>
                          </w:p>
                        </w:tc>
                        <w:tc>
                          <w:tcPr>
                            <w:tcW w:w="3885" w:type="dxa"/>
                            <w:gridSpan w:val="3"/>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b/>
                              </w:rPr>
                            </w:pPr>
                            <w:r w:rsidRPr="00330B70">
                              <w:rPr>
                                <w:rFonts w:ascii="Bahnschrift" w:hAnsi="Bahnschrift"/>
                                <w:b/>
                              </w:rPr>
                              <w:t>ENGLISH &amp; COMMUNICATION SKILLS II</w:t>
                            </w:r>
                          </w:p>
                        </w:tc>
                        <w:tc>
                          <w:tcPr>
                            <w:tcW w:w="1050" w:type="dxa"/>
                            <w:gridSpan w:val="2"/>
                            <w:tcBorders>
                              <w:right w:val="double" w:sz="4" w:space="0" w:color="C0504D" w:themeColor="accent2"/>
                            </w:tcBorders>
                            <w:vAlign w:val="center"/>
                          </w:tcPr>
                          <w:p w:rsidR="003A37E7" w:rsidRPr="00330B70" w:rsidRDefault="003A37E7" w:rsidP="000B0813">
                            <w:pPr>
                              <w:jc w:val="center"/>
                              <w:cnfStyle w:val="000000100000" w:firstRow="0" w:lastRow="0" w:firstColumn="0" w:lastColumn="0" w:oddVBand="0" w:evenVBand="0" w:oddHBand="1" w:evenHBand="0" w:firstRowFirstColumn="0" w:firstRowLastColumn="0" w:lastRowFirstColumn="0" w:lastRowLastColumn="0"/>
                              <w:rPr>
                                <w:b/>
                              </w:rPr>
                            </w:pPr>
                            <w:r w:rsidRPr="00330B70">
                              <w:rPr>
                                <w:b/>
                              </w:rPr>
                              <w:t>3</w:t>
                            </w:r>
                          </w:p>
                        </w:tc>
                      </w:tr>
                      <w:tr w:rsidR="003A37E7" w:rsidRPr="00330B70"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25" w:type="dxa"/>
                            <w:gridSpan w:val="5"/>
                            <w:tcBorders>
                              <w:left w:val="double" w:sz="4" w:space="0" w:color="C0504D" w:themeColor="accent2"/>
                              <w:bottom w:val="double" w:sz="4" w:space="0" w:color="C0504D" w:themeColor="accent2"/>
                            </w:tcBorders>
                            <w:vAlign w:val="center"/>
                          </w:tcPr>
                          <w:p w:rsidR="003A37E7" w:rsidRPr="00330B70" w:rsidRDefault="003A37E7" w:rsidP="000B0813">
                            <w:pPr>
                              <w:jc w:val="center"/>
                            </w:pPr>
                            <w:r w:rsidRPr="00330B70">
                              <w:t>TOTAL CREDIT UNITS</w:t>
                            </w:r>
                          </w:p>
                        </w:tc>
                        <w:tc>
                          <w:tcPr>
                            <w:tcW w:w="1050" w:type="dxa"/>
                            <w:gridSpan w:val="2"/>
                            <w:tcBorders>
                              <w:bottom w:val="double" w:sz="4" w:space="0" w:color="C0504D" w:themeColor="accent2"/>
                              <w:right w:val="double" w:sz="4" w:space="0" w:color="C0504D" w:themeColor="accent2"/>
                            </w:tcBorders>
                            <w:vAlign w:val="center"/>
                          </w:tcPr>
                          <w:p w:rsidR="003A37E7" w:rsidRPr="00330B70" w:rsidRDefault="003A37E7" w:rsidP="000B0813">
                            <w:pPr>
                              <w:jc w:val="center"/>
                              <w:cnfStyle w:val="000000010000" w:firstRow="0" w:lastRow="0" w:firstColumn="0" w:lastColumn="0" w:oddVBand="0" w:evenVBand="0" w:oddHBand="0" w:evenHBand="1" w:firstRowFirstColumn="0" w:firstRowLastColumn="0" w:lastRowFirstColumn="0" w:lastRowLastColumn="0"/>
                              <w:rPr>
                                <w:b/>
                              </w:rPr>
                            </w:pPr>
                            <w:r w:rsidRPr="00330B70">
                              <w:rPr>
                                <w:b/>
                              </w:rPr>
                              <w:t>20</w:t>
                            </w:r>
                          </w:p>
                        </w:tc>
                      </w:tr>
                    </w:tbl>
                    <w:p w:rsidR="003A37E7" w:rsidRDefault="003A37E7"/>
                  </w:txbxContent>
                </v:textbox>
                <w10:wrap anchorx="page"/>
              </v:shape>
            </w:pict>
          </mc:Fallback>
        </mc:AlternateContent>
      </w:r>
    </w:p>
    <w:p w:rsidR="001669F5" w:rsidRDefault="001669F5" w:rsidP="00412947">
      <w:pPr>
        <w:pStyle w:val="Heading3"/>
        <w:jc w:val="center"/>
      </w:pPr>
    </w:p>
    <w:p w:rsidR="001669F5" w:rsidRDefault="001669F5" w:rsidP="00412947">
      <w:pPr>
        <w:pStyle w:val="Heading3"/>
        <w:jc w:val="center"/>
      </w:pPr>
    </w:p>
    <w:p w:rsidR="001669F5" w:rsidRDefault="001669F5" w:rsidP="00412947">
      <w:pPr>
        <w:pStyle w:val="Heading3"/>
        <w:jc w:val="center"/>
      </w:pPr>
    </w:p>
    <w:p w:rsidR="00961325" w:rsidRDefault="00961325" w:rsidP="00412947">
      <w:pPr>
        <w:jc w:val="center"/>
      </w:pPr>
    </w:p>
    <w:p w:rsidR="00961325" w:rsidRDefault="00961325" w:rsidP="00412947">
      <w:pPr>
        <w:jc w:val="center"/>
      </w:pPr>
    </w:p>
    <w:p w:rsidR="00961325" w:rsidRDefault="00961325" w:rsidP="00412947">
      <w:pPr>
        <w:jc w:val="center"/>
      </w:pPr>
    </w:p>
    <w:p w:rsidR="00C542BD" w:rsidRDefault="00C542BD" w:rsidP="00981D66"/>
    <w:p w:rsidR="00C542BD" w:rsidRDefault="005275AD" w:rsidP="00412947">
      <w:pPr>
        <w:jc w:val="center"/>
      </w:pPr>
      <w:r>
        <w:rPr>
          <w:noProof/>
        </w:rPr>
        <w:lastRenderedPageBreak/>
        <mc:AlternateContent>
          <mc:Choice Requires="wps">
            <w:drawing>
              <wp:anchor distT="0" distB="0" distL="114300" distR="114300" simplePos="0" relativeHeight="251827200" behindDoc="0" locked="0" layoutInCell="1" allowOverlap="1">
                <wp:simplePos x="0" y="0"/>
                <wp:positionH relativeFrom="column">
                  <wp:posOffset>-1139240</wp:posOffset>
                </wp:positionH>
                <wp:positionV relativeFrom="paragraph">
                  <wp:posOffset>-840740</wp:posOffset>
                </wp:positionV>
                <wp:extent cx="4376928" cy="2828544"/>
                <wp:effectExtent l="0" t="0" r="5080" b="0"/>
                <wp:wrapNone/>
                <wp:docPr id="155" name="Text Box 155"/>
                <wp:cNvGraphicFramePr/>
                <a:graphic xmlns:a="http://schemas.openxmlformats.org/drawingml/2006/main">
                  <a:graphicData uri="http://schemas.microsoft.com/office/word/2010/wordprocessingShape">
                    <wps:wsp>
                      <wps:cNvSpPr txBox="1"/>
                      <wps:spPr>
                        <a:xfrm>
                          <a:off x="0" y="0"/>
                          <a:ext cx="4376928" cy="282854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555" w:type="dxa"/>
                              <w:tblInd w:w="-60" w:type="dxa"/>
                              <w:tblLook w:val="04A0" w:firstRow="1" w:lastRow="0" w:firstColumn="1" w:lastColumn="0" w:noHBand="0" w:noVBand="1"/>
                            </w:tblPr>
                            <w:tblGrid>
                              <w:gridCol w:w="1413"/>
                              <w:gridCol w:w="3992"/>
                              <w:gridCol w:w="1150"/>
                            </w:tblGrid>
                            <w:tr w:rsidR="003A37E7" w:rsidRPr="00EF6368" w:rsidTr="00B93D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5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EF6368" w:rsidRDefault="003A37E7" w:rsidP="005275AD">
                                  <w:pPr>
                                    <w:jc w:val="center"/>
                                    <w:rPr>
                                      <w:color w:val="FF0000"/>
                                    </w:rPr>
                                  </w:pPr>
                                  <w:r>
                                    <w:rPr>
                                      <w:color w:val="FF0000"/>
                                      <w:sz w:val="24"/>
                                      <w:szCs w:val="24"/>
                                    </w:rPr>
                                    <w:t>BBA -</w:t>
                                  </w:r>
                                  <w:r w:rsidRPr="002C30CC">
                                    <w:rPr>
                                      <w:color w:val="FF0000"/>
                                      <w:sz w:val="24"/>
                                      <w:szCs w:val="24"/>
                                    </w:rPr>
                                    <w:t>BUSINESS MANAGEMENT</w:t>
                                  </w:r>
                                </w:p>
                              </w:tc>
                            </w:tr>
                            <w:tr w:rsidR="003A37E7" w:rsidRPr="00EF6368" w:rsidTr="00B93D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5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EF6368" w:rsidRDefault="003A37E7" w:rsidP="005275AD">
                                  <w:pPr>
                                    <w:jc w:val="center"/>
                                  </w:pPr>
                                  <w:r>
                                    <w:rPr>
                                      <w:sz w:val="20"/>
                                      <w:szCs w:val="20"/>
                                    </w:rPr>
                                    <w:t>SOPHOMORE YEAR (YEAR II</w:t>
                                  </w:r>
                                  <w:r w:rsidRPr="009B29F2">
                                    <w:rPr>
                                      <w:sz w:val="20"/>
                                      <w:szCs w:val="20"/>
                                    </w:rPr>
                                    <w:t>) - FIRST SEMESTER</w:t>
                                  </w:r>
                                </w:p>
                              </w:tc>
                            </w:tr>
                            <w:tr w:rsidR="003A37E7" w:rsidRPr="00EF6368" w:rsidTr="00B93D4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COURSE CODE</w:t>
                                  </w:r>
                                </w:p>
                              </w:tc>
                              <w:tc>
                                <w:tcPr>
                                  <w:tcW w:w="3992" w:type="dxa"/>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EF6368">
                                    <w:rPr>
                                      <w:b/>
                                    </w:rPr>
                                    <w:t>COURSE TITLE</w:t>
                                  </w:r>
                                </w:p>
                              </w:tc>
                              <w:tc>
                                <w:tcPr>
                                  <w:tcW w:w="1150" w:type="dxa"/>
                                  <w:tcBorders>
                                    <w:right w:val="double" w:sz="4" w:space="0" w:color="C0504D" w:themeColor="accent2"/>
                                  </w:tcBorders>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330B70">
                                    <w:t>CREDIT HOURS</w:t>
                                  </w:r>
                                </w:p>
                              </w:tc>
                            </w:tr>
                            <w:tr w:rsidR="003A37E7" w:rsidRPr="00EF6368" w:rsidTr="00B93D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GEN 107</w:t>
                                  </w:r>
                                </w:p>
                              </w:tc>
                              <w:tc>
                                <w:tcPr>
                                  <w:tcW w:w="3992" w:type="dxa"/>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rPr>
                                      <w:b/>
                                    </w:rPr>
                                  </w:pPr>
                                  <w:r w:rsidRPr="00EF6368">
                                    <w:t>DISCIPLESHIP  1</w:t>
                                  </w:r>
                                </w:p>
                              </w:tc>
                              <w:tc>
                                <w:tcPr>
                                  <w:tcW w:w="1150" w:type="dxa"/>
                                  <w:tcBorders>
                                    <w:right w:val="double" w:sz="4" w:space="0" w:color="C0504D" w:themeColor="accent2"/>
                                  </w:tcBorders>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rPr>
                                      <w:b/>
                                    </w:rPr>
                                  </w:pPr>
                                  <w:r w:rsidRPr="00EF6368">
                                    <w:rPr>
                                      <w:b/>
                                    </w:rPr>
                                    <w:t>2</w:t>
                                  </w:r>
                                </w:p>
                              </w:tc>
                            </w:tr>
                            <w:tr w:rsidR="003A37E7" w:rsidRPr="00EF6368" w:rsidTr="00B93D4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HRM 202</w:t>
                                  </w:r>
                                </w:p>
                              </w:tc>
                              <w:tc>
                                <w:tcPr>
                                  <w:tcW w:w="3992" w:type="dxa"/>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EF6368">
                                    <w:t>RECRUITMENT AND SELECTION</w:t>
                                  </w:r>
                                </w:p>
                              </w:tc>
                              <w:tc>
                                <w:tcPr>
                                  <w:tcW w:w="1150" w:type="dxa"/>
                                  <w:tcBorders>
                                    <w:right w:val="double" w:sz="4" w:space="0" w:color="C0504D" w:themeColor="accent2"/>
                                  </w:tcBorders>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EF6368">
                                    <w:t>3</w:t>
                                  </w:r>
                                </w:p>
                              </w:tc>
                            </w:tr>
                            <w:tr w:rsidR="003A37E7" w:rsidRPr="00EF6368" w:rsidTr="00B93D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HRM 205</w:t>
                                  </w:r>
                                </w:p>
                              </w:tc>
                              <w:tc>
                                <w:tcPr>
                                  <w:tcW w:w="3992" w:type="dxa"/>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pPr>
                                  <w:r w:rsidRPr="00EF6368">
                                    <w:rPr>
                                      <w:b/>
                                    </w:rPr>
                                    <w:t>ORGANIZATION BEHAVIOR</w:t>
                                  </w:r>
                                </w:p>
                              </w:tc>
                              <w:tc>
                                <w:tcPr>
                                  <w:tcW w:w="1150" w:type="dxa"/>
                                  <w:tcBorders>
                                    <w:right w:val="double" w:sz="4" w:space="0" w:color="C0504D" w:themeColor="accent2"/>
                                  </w:tcBorders>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pPr>
                                  <w:r w:rsidRPr="00EF6368">
                                    <w:t>2</w:t>
                                  </w:r>
                                </w:p>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pPr>
                                </w:p>
                              </w:tc>
                            </w:tr>
                            <w:tr w:rsidR="003A37E7" w:rsidRPr="00EF6368" w:rsidTr="00B93D4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ENG 201</w:t>
                                  </w:r>
                                </w:p>
                              </w:tc>
                              <w:tc>
                                <w:tcPr>
                                  <w:tcW w:w="3992" w:type="dxa"/>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EF6368">
                                    <w:rPr>
                                      <w:b/>
                                    </w:rPr>
                                    <w:t>SOPHOMORE ENGLISH</w:t>
                                  </w:r>
                                </w:p>
                              </w:tc>
                              <w:tc>
                                <w:tcPr>
                                  <w:tcW w:w="1150" w:type="dxa"/>
                                  <w:tcBorders>
                                    <w:right w:val="double" w:sz="4" w:space="0" w:color="C0504D" w:themeColor="accent2"/>
                                  </w:tcBorders>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EF6368">
                                    <w:t>3</w:t>
                                  </w:r>
                                </w:p>
                              </w:tc>
                            </w:tr>
                            <w:tr w:rsidR="003A37E7" w:rsidRPr="00EF6368" w:rsidTr="00B93D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BUS 201</w:t>
                                  </w:r>
                                </w:p>
                              </w:tc>
                              <w:tc>
                                <w:tcPr>
                                  <w:tcW w:w="3992" w:type="dxa"/>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pPr>
                                  <w:r w:rsidRPr="00EF6368">
                                    <w:rPr>
                                      <w:b/>
                                    </w:rPr>
                                    <w:t>PRINCIPLE OF MANAGEMENT I</w:t>
                                  </w:r>
                                </w:p>
                              </w:tc>
                              <w:tc>
                                <w:tcPr>
                                  <w:tcW w:w="1150" w:type="dxa"/>
                                  <w:tcBorders>
                                    <w:right w:val="double" w:sz="4" w:space="0" w:color="C0504D" w:themeColor="accent2"/>
                                  </w:tcBorders>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pPr>
                                  <w:r w:rsidRPr="00EF6368">
                                    <w:t>3</w:t>
                                  </w:r>
                                </w:p>
                              </w:tc>
                            </w:tr>
                            <w:tr w:rsidR="003A37E7" w:rsidRPr="00EF6368" w:rsidTr="00B93D4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ECON 203</w:t>
                                  </w:r>
                                </w:p>
                              </w:tc>
                              <w:tc>
                                <w:tcPr>
                                  <w:tcW w:w="3992" w:type="dxa"/>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EF6368">
                                    <w:rPr>
                                      <w:b/>
                                    </w:rPr>
                                    <w:t>CALCULUS FOR NON SCIENCE MAJOR</w:t>
                                  </w:r>
                                </w:p>
                              </w:tc>
                              <w:tc>
                                <w:tcPr>
                                  <w:tcW w:w="1150" w:type="dxa"/>
                                  <w:tcBorders>
                                    <w:right w:val="double" w:sz="4" w:space="0" w:color="C0504D" w:themeColor="accent2"/>
                                  </w:tcBorders>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EF6368">
                                    <w:t>3</w:t>
                                  </w:r>
                                </w:p>
                              </w:tc>
                            </w:tr>
                            <w:tr w:rsidR="003A37E7" w:rsidRPr="00EF6368" w:rsidTr="00B93D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HRM 215</w:t>
                                  </w:r>
                                </w:p>
                              </w:tc>
                              <w:tc>
                                <w:tcPr>
                                  <w:tcW w:w="3992" w:type="dxa"/>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pPr>
                                  <w:r w:rsidRPr="00EF6368">
                                    <w:rPr>
                                      <w:b/>
                                    </w:rPr>
                                    <w:t>DISCIPLINE AND EMPLOYEE RIGHTS</w:t>
                                  </w:r>
                                </w:p>
                              </w:tc>
                              <w:tc>
                                <w:tcPr>
                                  <w:tcW w:w="1150" w:type="dxa"/>
                                  <w:tcBorders>
                                    <w:right w:val="double" w:sz="4" w:space="0" w:color="C0504D" w:themeColor="accent2"/>
                                  </w:tcBorders>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pPr>
                                  <w:r w:rsidRPr="00EF6368">
                                    <w:t>3</w:t>
                                  </w:r>
                                </w:p>
                              </w:tc>
                            </w:tr>
                            <w:tr w:rsidR="003A37E7" w:rsidRPr="00EF6368" w:rsidTr="00B93D4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5" w:type="dxa"/>
                                  <w:gridSpan w:val="2"/>
                                  <w:tcBorders>
                                    <w:left w:val="double" w:sz="4" w:space="0" w:color="C0504D" w:themeColor="accent2"/>
                                    <w:bottom w:val="double" w:sz="4" w:space="0" w:color="C0504D" w:themeColor="accent2"/>
                                  </w:tcBorders>
                                  <w:vAlign w:val="center"/>
                                </w:tcPr>
                                <w:p w:rsidR="003A37E7" w:rsidRPr="00EF6368" w:rsidRDefault="003A37E7" w:rsidP="005275AD">
                                  <w:pPr>
                                    <w:jc w:val="center"/>
                                  </w:pPr>
                                  <w:r w:rsidRPr="00EF6368">
                                    <w:t xml:space="preserve">TOTAL </w:t>
                                  </w:r>
                                  <w:r w:rsidRPr="00330B70">
                                    <w:t>CREDIT HOURS</w:t>
                                  </w:r>
                                </w:p>
                              </w:tc>
                              <w:tc>
                                <w:tcPr>
                                  <w:tcW w:w="1150" w:type="dxa"/>
                                  <w:tcBorders>
                                    <w:bottom w:val="double" w:sz="4" w:space="0" w:color="C0504D" w:themeColor="accent2"/>
                                    <w:right w:val="double" w:sz="4" w:space="0" w:color="C0504D" w:themeColor="accent2"/>
                                  </w:tcBorders>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t>19</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55" o:spid="_x0000_s1071" type="#_x0000_t202" style="position:absolute;left:0;text-align:left;margin-left:-89.7pt;margin-top:-66.2pt;width:344.65pt;height:222.7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" fillcolor="white [3201]" stroked="f" strokeweight=".5pt">
                <v:textbox>
                  <w:txbxContent>
                    <w:tbl>
                      <w:tblPr>
                        <w:tblStyle w:val="LightGrid"/>
                        <w:tblW w:w="6555" w:type="dxa"/>
                        <w:tblInd w:w="-60" w:type="dxa"/>
                        <w:tblLook w:val="04A0" w:firstRow="1" w:lastRow="0" w:firstColumn="1" w:lastColumn="0" w:noHBand="0" w:noVBand="1"/>
                      </w:tblPr>
                      <w:tblGrid>
                        <w:gridCol w:w="1413"/>
                        <w:gridCol w:w="3992"/>
                        <w:gridCol w:w="1150"/>
                      </w:tblGrid>
                      <w:tr w:rsidR="003A37E7" w:rsidRPr="00EF6368" w:rsidTr="00B93D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5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EF6368" w:rsidRDefault="003A37E7" w:rsidP="005275AD">
                            <w:pPr>
                              <w:jc w:val="center"/>
                              <w:rPr>
                                <w:color w:val="FF0000"/>
                              </w:rPr>
                            </w:pPr>
                            <w:r>
                              <w:rPr>
                                <w:color w:val="FF0000"/>
                                <w:sz w:val="24"/>
                                <w:szCs w:val="24"/>
                              </w:rPr>
                              <w:t>BBA -</w:t>
                            </w:r>
                            <w:r w:rsidRPr="002C30CC">
                              <w:rPr>
                                <w:color w:val="FF0000"/>
                                <w:sz w:val="24"/>
                                <w:szCs w:val="24"/>
                              </w:rPr>
                              <w:t>BUSINESS MANAGEMENT</w:t>
                            </w:r>
                          </w:p>
                        </w:tc>
                      </w:tr>
                      <w:tr w:rsidR="003A37E7" w:rsidRPr="00EF6368" w:rsidTr="00B93D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5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EF6368" w:rsidRDefault="003A37E7" w:rsidP="005275AD">
                            <w:pPr>
                              <w:jc w:val="center"/>
                            </w:pPr>
                            <w:r>
                              <w:rPr>
                                <w:sz w:val="20"/>
                                <w:szCs w:val="20"/>
                              </w:rPr>
                              <w:t>SOPHOMORE YEAR (YEAR II</w:t>
                            </w:r>
                            <w:r w:rsidRPr="009B29F2">
                              <w:rPr>
                                <w:sz w:val="20"/>
                                <w:szCs w:val="20"/>
                              </w:rPr>
                              <w:t>) - FIRST SEMESTER</w:t>
                            </w:r>
                          </w:p>
                        </w:tc>
                      </w:tr>
                      <w:tr w:rsidR="003A37E7" w:rsidRPr="00EF6368" w:rsidTr="00B93D4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COURSE CODE</w:t>
                            </w:r>
                          </w:p>
                        </w:tc>
                        <w:tc>
                          <w:tcPr>
                            <w:tcW w:w="3992" w:type="dxa"/>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EF6368">
                              <w:rPr>
                                <w:b/>
                              </w:rPr>
                              <w:t>COURSE TITLE</w:t>
                            </w:r>
                          </w:p>
                        </w:tc>
                        <w:tc>
                          <w:tcPr>
                            <w:tcW w:w="1150" w:type="dxa"/>
                            <w:tcBorders>
                              <w:right w:val="double" w:sz="4" w:space="0" w:color="C0504D" w:themeColor="accent2"/>
                            </w:tcBorders>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330B70">
                              <w:t>CREDIT HOURS</w:t>
                            </w:r>
                          </w:p>
                        </w:tc>
                      </w:tr>
                      <w:tr w:rsidR="003A37E7" w:rsidRPr="00EF6368" w:rsidTr="00B93D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GEN 107</w:t>
                            </w:r>
                          </w:p>
                        </w:tc>
                        <w:tc>
                          <w:tcPr>
                            <w:tcW w:w="3992" w:type="dxa"/>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rPr>
                                <w:b/>
                              </w:rPr>
                            </w:pPr>
                            <w:r w:rsidRPr="00EF6368">
                              <w:t>DISCIPLESHIP  1</w:t>
                            </w:r>
                          </w:p>
                        </w:tc>
                        <w:tc>
                          <w:tcPr>
                            <w:tcW w:w="1150" w:type="dxa"/>
                            <w:tcBorders>
                              <w:right w:val="double" w:sz="4" w:space="0" w:color="C0504D" w:themeColor="accent2"/>
                            </w:tcBorders>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rPr>
                                <w:b/>
                              </w:rPr>
                            </w:pPr>
                            <w:r w:rsidRPr="00EF6368">
                              <w:rPr>
                                <w:b/>
                              </w:rPr>
                              <w:t>2</w:t>
                            </w:r>
                          </w:p>
                        </w:tc>
                      </w:tr>
                      <w:tr w:rsidR="003A37E7" w:rsidRPr="00EF6368" w:rsidTr="00B93D4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HRM 202</w:t>
                            </w:r>
                          </w:p>
                        </w:tc>
                        <w:tc>
                          <w:tcPr>
                            <w:tcW w:w="3992" w:type="dxa"/>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EF6368">
                              <w:t>RECRUITMENT AND SELECTION</w:t>
                            </w:r>
                          </w:p>
                        </w:tc>
                        <w:tc>
                          <w:tcPr>
                            <w:tcW w:w="1150" w:type="dxa"/>
                            <w:tcBorders>
                              <w:right w:val="double" w:sz="4" w:space="0" w:color="C0504D" w:themeColor="accent2"/>
                            </w:tcBorders>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EF6368">
                              <w:t>3</w:t>
                            </w:r>
                          </w:p>
                        </w:tc>
                      </w:tr>
                      <w:tr w:rsidR="003A37E7" w:rsidRPr="00EF6368" w:rsidTr="00B93D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HRM 205</w:t>
                            </w:r>
                          </w:p>
                        </w:tc>
                        <w:tc>
                          <w:tcPr>
                            <w:tcW w:w="3992" w:type="dxa"/>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pPr>
                            <w:r w:rsidRPr="00EF6368">
                              <w:rPr>
                                <w:b/>
                              </w:rPr>
                              <w:t>ORGANIZATION BEHAVIOR</w:t>
                            </w:r>
                          </w:p>
                        </w:tc>
                        <w:tc>
                          <w:tcPr>
                            <w:tcW w:w="1150" w:type="dxa"/>
                            <w:tcBorders>
                              <w:right w:val="double" w:sz="4" w:space="0" w:color="C0504D" w:themeColor="accent2"/>
                            </w:tcBorders>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pPr>
                            <w:r w:rsidRPr="00EF6368">
                              <w:t>2</w:t>
                            </w:r>
                          </w:p>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pPr>
                          </w:p>
                        </w:tc>
                      </w:tr>
                      <w:tr w:rsidR="003A37E7" w:rsidRPr="00EF6368" w:rsidTr="00B93D4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ENG 201</w:t>
                            </w:r>
                          </w:p>
                        </w:tc>
                        <w:tc>
                          <w:tcPr>
                            <w:tcW w:w="3992" w:type="dxa"/>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EF6368">
                              <w:rPr>
                                <w:b/>
                              </w:rPr>
                              <w:t>SOPHOMORE ENGLISH</w:t>
                            </w:r>
                          </w:p>
                        </w:tc>
                        <w:tc>
                          <w:tcPr>
                            <w:tcW w:w="1150" w:type="dxa"/>
                            <w:tcBorders>
                              <w:right w:val="double" w:sz="4" w:space="0" w:color="C0504D" w:themeColor="accent2"/>
                            </w:tcBorders>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EF6368">
                              <w:t>3</w:t>
                            </w:r>
                          </w:p>
                        </w:tc>
                      </w:tr>
                      <w:tr w:rsidR="003A37E7" w:rsidRPr="00EF6368" w:rsidTr="00B93D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BUS 201</w:t>
                            </w:r>
                          </w:p>
                        </w:tc>
                        <w:tc>
                          <w:tcPr>
                            <w:tcW w:w="3992" w:type="dxa"/>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pPr>
                            <w:r w:rsidRPr="00EF6368">
                              <w:rPr>
                                <w:b/>
                              </w:rPr>
                              <w:t>PRINCIPLE OF MANAGEMENT I</w:t>
                            </w:r>
                          </w:p>
                        </w:tc>
                        <w:tc>
                          <w:tcPr>
                            <w:tcW w:w="1150" w:type="dxa"/>
                            <w:tcBorders>
                              <w:right w:val="double" w:sz="4" w:space="0" w:color="C0504D" w:themeColor="accent2"/>
                            </w:tcBorders>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pPr>
                            <w:r w:rsidRPr="00EF6368">
                              <w:t>3</w:t>
                            </w:r>
                          </w:p>
                        </w:tc>
                      </w:tr>
                      <w:tr w:rsidR="003A37E7" w:rsidRPr="00EF6368" w:rsidTr="00B93D4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ECON 203</w:t>
                            </w:r>
                          </w:p>
                        </w:tc>
                        <w:tc>
                          <w:tcPr>
                            <w:tcW w:w="3992" w:type="dxa"/>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EF6368">
                              <w:rPr>
                                <w:b/>
                              </w:rPr>
                              <w:t>CALCULUS FOR NON SCIENCE MAJOR</w:t>
                            </w:r>
                          </w:p>
                        </w:tc>
                        <w:tc>
                          <w:tcPr>
                            <w:tcW w:w="1150" w:type="dxa"/>
                            <w:tcBorders>
                              <w:right w:val="double" w:sz="4" w:space="0" w:color="C0504D" w:themeColor="accent2"/>
                            </w:tcBorders>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rsidRPr="00EF6368">
                              <w:t>3</w:t>
                            </w:r>
                          </w:p>
                        </w:tc>
                      </w:tr>
                      <w:tr w:rsidR="003A37E7" w:rsidRPr="00EF6368" w:rsidTr="00B93D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double" w:sz="4" w:space="0" w:color="C0504D" w:themeColor="accent2"/>
                            </w:tcBorders>
                            <w:vAlign w:val="center"/>
                          </w:tcPr>
                          <w:p w:rsidR="003A37E7" w:rsidRPr="00EF6368" w:rsidRDefault="003A37E7" w:rsidP="005275AD">
                            <w:pPr>
                              <w:jc w:val="center"/>
                            </w:pPr>
                            <w:r w:rsidRPr="00EF6368">
                              <w:t>HRM 215</w:t>
                            </w:r>
                          </w:p>
                        </w:tc>
                        <w:tc>
                          <w:tcPr>
                            <w:tcW w:w="3992" w:type="dxa"/>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pPr>
                            <w:r w:rsidRPr="00EF6368">
                              <w:rPr>
                                <w:b/>
                              </w:rPr>
                              <w:t>DISCIPLINE AND EMPLOYEE RIGHTS</w:t>
                            </w:r>
                          </w:p>
                        </w:tc>
                        <w:tc>
                          <w:tcPr>
                            <w:tcW w:w="1150" w:type="dxa"/>
                            <w:tcBorders>
                              <w:right w:val="double" w:sz="4" w:space="0" w:color="C0504D" w:themeColor="accent2"/>
                            </w:tcBorders>
                            <w:vAlign w:val="center"/>
                          </w:tcPr>
                          <w:p w:rsidR="003A37E7" w:rsidRPr="00EF6368" w:rsidRDefault="003A37E7" w:rsidP="005275AD">
                            <w:pPr>
                              <w:jc w:val="center"/>
                              <w:cnfStyle w:val="000000100000" w:firstRow="0" w:lastRow="0" w:firstColumn="0" w:lastColumn="0" w:oddVBand="0" w:evenVBand="0" w:oddHBand="1" w:evenHBand="0" w:firstRowFirstColumn="0" w:firstRowLastColumn="0" w:lastRowFirstColumn="0" w:lastRowLastColumn="0"/>
                            </w:pPr>
                            <w:r w:rsidRPr="00EF6368">
                              <w:t>3</w:t>
                            </w:r>
                          </w:p>
                        </w:tc>
                      </w:tr>
                      <w:tr w:rsidR="003A37E7" w:rsidRPr="00EF6368" w:rsidTr="00B93D4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05" w:type="dxa"/>
                            <w:gridSpan w:val="2"/>
                            <w:tcBorders>
                              <w:left w:val="double" w:sz="4" w:space="0" w:color="C0504D" w:themeColor="accent2"/>
                              <w:bottom w:val="double" w:sz="4" w:space="0" w:color="C0504D" w:themeColor="accent2"/>
                            </w:tcBorders>
                            <w:vAlign w:val="center"/>
                          </w:tcPr>
                          <w:p w:rsidR="003A37E7" w:rsidRPr="00EF6368" w:rsidRDefault="003A37E7" w:rsidP="005275AD">
                            <w:pPr>
                              <w:jc w:val="center"/>
                            </w:pPr>
                            <w:r w:rsidRPr="00EF6368">
                              <w:t xml:space="preserve">TOTAL </w:t>
                            </w:r>
                            <w:r w:rsidRPr="00330B70">
                              <w:t>CREDIT HOURS</w:t>
                            </w:r>
                          </w:p>
                        </w:tc>
                        <w:tc>
                          <w:tcPr>
                            <w:tcW w:w="1150" w:type="dxa"/>
                            <w:tcBorders>
                              <w:bottom w:val="double" w:sz="4" w:space="0" w:color="C0504D" w:themeColor="accent2"/>
                              <w:right w:val="double" w:sz="4" w:space="0" w:color="C0504D" w:themeColor="accent2"/>
                            </w:tcBorders>
                            <w:vAlign w:val="center"/>
                          </w:tcPr>
                          <w:p w:rsidR="003A37E7" w:rsidRPr="00EF6368" w:rsidRDefault="003A37E7" w:rsidP="005275AD">
                            <w:pPr>
                              <w:jc w:val="center"/>
                              <w:cnfStyle w:val="000000010000" w:firstRow="0" w:lastRow="0" w:firstColumn="0" w:lastColumn="0" w:oddVBand="0" w:evenVBand="0" w:oddHBand="0" w:evenHBand="1" w:firstRowFirstColumn="0" w:firstRowLastColumn="0" w:lastRowFirstColumn="0" w:lastRowLastColumn="0"/>
                            </w:pPr>
                            <w:r>
                              <w:t>19</w:t>
                            </w:r>
                          </w:p>
                        </w:tc>
                      </w:tr>
                    </w:tbl>
                    <w:p w:rsidR="003A37E7" w:rsidRDefault="003A37E7"/>
                  </w:txbxContent>
                </v:textbox>
              </v:shape>
            </w:pict>
          </mc:Fallback>
        </mc:AlternateContent>
      </w:r>
    </w:p>
    <w:p w:rsidR="00C542BD" w:rsidRDefault="00C542BD" w:rsidP="00412947">
      <w:pPr>
        <w:jc w:val="center"/>
      </w:pPr>
    </w:p>
    <w:p w:rsidR="00C542BD" w:rsidRDefault="00C542BD" w:rsidP="00981D66"/>
    <w:p w:rsidR="00C542BD" w:rsidRDefault="00C542BD" w:rsidP="00412947">
      <w:pPr>
        <w:jc w:val="center"/>
      </w:pPr>
    </w:p>
    <w:p w:rsidR="005275AD" w:rsidRDefault="005275AD" w:rsidP="00412947">
      <w:pPr>
        <w:jc w:val="center"/>
      </w:pPr>
    </w:p>
    <w:p w:rsidR="005275AD" w:rsidRDefault="00BC65CE" w:rsidP="00412947">
      <w:pPr>
        <w:jc w:val="center"/>
      </w:pPr>
      <w:r>
        <w:rPr>
          <w:noProof/>
        </w:rPr>
        <mc:AlternateContent>
          <mc:Choice Requires="wps">
            <w:drawing>
              <wp:anchor distT="0" distB="0" distL="114300" distR="114300" simplePos="0" relativeHeight="251681792" behindDoc="0" locked="0" layoutInCell="1" allowOverlap="1" wp14:anchorId="2E736BEC" wp14:editId="1D001959">
                <wp:simplePos x="0" y="0"/>
                <wp:positionH relativeFrom="margin">
                  <wp:posOffset>-1148327</wp:posOffset>
                </wp:positionH>
                <wp:positionV relativeFrom="paragraph">
                  <wp:posOffset>462280</wp:posOffset>
                </wp:positionV>
                <wp:extent cx="4376420" cy="3925824"/>
                <wp:effectExtent l="0" t="0" r="5080" b="0"/>
                <wp:wrapNone/>
                <wp:docPr id="29" name="Text Box 29"/>
                <wp:cNvGraphicFramePr/>
                <a:graphic xmlns:a="http://schemas.openxmlformats.org/drawingml/2006/main">
                  <a:graphicData uri="http://schemas.microsoft.com/office/word/2010/wordprocessingShape">
                    <wps:wsp>
                      <wps:cNvSpPr txBox="1"/>
                      <wps:spPr>
                        <a:xfrm>
                          <a:off x="0" y="0"/>
                          <a:ext cx="4376420" cy="392582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0" w:type="auto"/>
                              <w:tblInd w:w="-120" w:type="dxa"/>
                              <w:tblLook w:val="04A0" w:firstRow="1" w:lastRow="0" w:firstColumn="1" w:lastColumn="0" w:noHBand="0" w:noVBand="1"/>
                            </w:tblPr>
                            <w:tblGrid>
                              <w:gridCol w:w="1465"/>
                              <w:gridCol w:w="3947"/>
                              <w:gridCol w:w="1083"/>
                            </w:tblGrid>
                            <w:tr w:rsidR="003A37E7" w:rsidRPr="00B97764" w:rsidTr="00996B2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49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B97764" w:rsidRDefault="003A37E7" w:rsidP="00B370AD">
                                  <w:pPr>
                                    <w:jc w:val="center"/>
                                    <w:rPr>
                                      <w:color w:val="FF0000"/>
                                    </w:rPr>
                                  </w:pPr>
                                  <w:r>
                                    <w:rPr>
                                      <w:color w:val="FF0000"/>
                                      <w:sz w:val="24"/>
                                      <w:szCs w:val="24"/>
                                    </w:rPr>
                                    <w:t>BBA -</w:t>
                                  </w:r>
                                  <w:r w:rsidRPr="002C30CC">
                                    <w:rPr>
                                      <w:color w:val="FF0000"/>
                                      <w:sz w:val="24"/>
                                      <w:szCs w:val="24"/>
                                    </w:rPr>
                                    <w:t>BUSINESS MANAGEMENT</w:t>
                                  </w:r>
                                </w:p>
                              </w:tc>
                            </w:tr>
                            <w:tr w:rsidR="003A37E7" w:rsidRPr="00B97764" w:rsidTr="00996B2A">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649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B97764" w:rsidRDefault="003A37E7" w:rsidP="00B370AD">
                                  <w:pPr>
                                    <w:jc w:val="center"/>
                                  </w:pPr>
                                  <w:r>
                                    <w:rPr>
                                      <w:sz w:val="20"/>
                                      <w:szCs w:val="20"/>
                                    </w:rPr>
                                    <w:t>SOPHOMORE YEAR (YEARII) - SECOND</w:t>
                                  </w:r>
                                  <w:r w:rsidRPr="009B29F2">
                                    <w:rPr>
                                      <w:sz w:val="20"/>
                                      <w:szCs w:val="20"/>
                                    </w:rPr>
                                    <w:t xml:space="preserve"> SEMESTER</w:t>
                                  </w:r>
                                </w:p>
                              </w:tc>
                            </w:tr>
                            <w:tr w:rsidR="003A37E7" w:rsidRPr="00B97764" w:rsidTr="00996B2A">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B370AD">
                                  <w:pPr>
                                    <w:jc w:val="center"/>
                                  </w:pPr>
                                  <w:r w:rsidRPr="00B97764">
                                    <w:t>COURSE CODE</w:t>
                                  </w:r>
                                </w:p>
                              </w:tc>
                              <w:tc>
                                <w:tcPr>
                                  <w:tcW w:w="3947" w:type="dxa"/>
                                  <w:vAlign w:val="center"/>
                                </w:tcPr>
                                <w:p w:rsidR="003A37E7" w:rsidRPr="00B97764" w:rsidRDefault="003A37E7" w:rsidP="00B370AD">
                                  <w:pPr>
                                    <w:jc w:val="center"/>
                                    <w:cnfStyle w:val="000000010000" w:firstRow="0" w:lastRow="0" w:firstColumn="0" w:lastColumn="0" w:oddVBand="0" w:evenVBand="0" w:oddHBand="0" w:evenHBand="1" w:firstRowFirstColumn="0" w:firstRowLastColumn="0" w:lastRowFirstColumn="0" w:lastRowLastColumn="0"/>
                                  </w:pPr>
                                  <w:r w:rsidRPr="00B97764">
                                    <w:rPr>
                                      <w:b/>
                                    </w:rPr>
                                    <w:t>COURSE TITLE</w:t>
                                  </w:r>
                                </w:p>
                              </w:tc>
                              <w:tc>
                                <w:tcPr>
                                  <w:tcW w:w="1083" w:type="dxa"/>
                                  <w:tcBorders>
                                    <w:right w:val="double" w:sz="4" w:space="0" w:color="C0504D" w:themeColor="accent2"/>
                                  </w:tcBorders>
                                  <w:vAlign w:val="center"/>
                                </w:tcPr>
                                <w:p w:rsidR="003A37E7" w:rsidRPr="00B97764" w:rsidRDefault="003A37E7" w:rsidP="00B370AD">
                                  <w:pPr>
                                    <w:jc w:val="center"/>
                                    <w:cnfStyle w:val="000000010000" w:firstRow="0" w:lastRow="0" w:firstColumn="0" w:lastColumn="0" w:oddVBand="0" w:evenVBand="0" w:oddHBand="0" w:evenHBand="1" w:firstRowFirstColumn="0" w:firstRowLastColumn="0" w:lastRowFirstColumn="0" w:lastRowLastColumn="0"/>
                                  </w:pPr>
                                  <w:r>
                                    <w:rPr>
                                      <w:sz w:val="24"/>
                                      <w:szCs w:val="24"/>
                                    </w:rPr>
                                    <w:t>CREDIT HOURS</w:t>
                                  </w:r>
                                </w:p>
                              </w:tc>
                            </w:tr>
                            <w:tr w:rsidR="003A37E7" w:rsidRPr="00B97764" w:rsidTr="00996B2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t>GEN 108</w:t>
                                  </w:r>
                                </w:p>
                              </w:tc>
                              <w:tc>
                                <w:tcPr>
                                  <w:tcW w:w="3947" w:type="dxa"/>
                                  <w:vAlign w:val="center"/>
                                </w:tcPr>
                                <w:p w:rsidR="003A37E7" w:rsidRDefault="003A37E7" w:rsidP="00996B2A">
                                  <w:pPr>
                                    <w:jc w:val="center"/>
                                    <w:cnfStyle w:val="000000100000" w:firstRow="0" w:lastRow="0" w:firstColumn="0" w:lastColumn="0" w:oddVBand="0" w:evenVBand="0" w:oddHBand="1" w:evenHBand="0" w:firstRowFirstColumn="0" w:firstRowLastColumn="0" w:lastRowFirstColumn="0" w:lastRowLastColumn="0"/>
                                  </w:pPr>
                                  <w:r>
                                    <w:t>DISCIPLESHIP  2</w:t>
                                  </w:r>
                                </w:p>
                              </w:tc>
                              <w:tc>
                                <w:tcPr>
                                  <w:tcW w:w="1083" w:type="dxa"/>
                                  <w:tcBorders>
                                    <w:right w:val="double" w:sz="4" w:space="0" w:color="C0504D" w:themeColor="accent2"/>
                                  </w:tcBorders>
                                  <w:vAlign w:val="center"/>
                                </w:tcPr>
                                <w:p w:rsidR="003A37E7" w:rsidRDefault="003A37E7" w:rsidP="00996B2A">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2</w:t>
                                  </w:r>
                                </w:p>
                              </w:tc>
                            </w:tr>
                            <w:tr w:rsidR="003A37E7" w:rsidRPr="00B97764" w:rsidTr="00996B2A">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rsidRPr="00B97764">
                                    <w:t>BUS 200</w:t>
                                  </w:r>
                                </w:p>
                              </w:tc>
                              <w:tc>
                                <w:tcPr>
                                  <w:tcW w:w="3947" w:type="dxa"/>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t>ENTERPRENEURSHIP II</w:t>
                                  </w:r>
                                </w:p>
                              </w:tc>
                              <w:tc>
                                <w:tcPr>
                                  <w:tcW w:w="1083" w:type="dxa"/>
                                  <w:tcBorders>
                                    <w:right w:val="double" w:sz="4" w:space="0" w:color="C0504D" w:themeColor="accent2"/>
                                  </w:tcBorders>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t>3</w:t>
                                  </w:r>
                                </w:p>
                              </w:tc>
                            </w:tr>
                            <w:tr w:rsidR="003A37E7" w:rsidRPr="00B97764" w:rsidTr="00996B2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rsidRPr="00B97764">
                                    <w:t>BUS 218</w:t>
                                  </w:r>
                                </w:p>
                              </w:tc>
                              <w:tc>
                                <w:tcPr>
                                  <w:tcW w:w="3947" w:type="dxa"/>
                                  <w:vAlign w:val="center"/>
                                </w:tcPr>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B97764">
                                    <w:rPr>
                                      <w:b/>
                                    </w:rPr>
                                    <w:t>MARKETING MANAGEMENT</w:t>
                                  </w:r>
                                </w:p>
                              </w:tc>
                              <w:tc>
                                <w:tcPr>
                                  <w:tcW w:w="1083" w:type="dxa"/>
                                  <w:tcBorders>
                                    <w:right w:val="double" w:sz="4" w:space="0" w:color="C0504D" w:themeColor="accent2"/>
                                  </w:tcBorders>
                                  <w:vAlign w:val="center"/>
                                </w:tcPr>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B97764">
                                    <w:t>3</w:t>
                                  </w:r>
                                </w:p>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pPr>
                                </w:p>
                              </w:tc>
                            </w:tr>
                            <w:tr w:rsidR="003A37E7" w:rsidRPr="00B97764" w:rsidTr="00996B2A">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rsidRPr="00B97764">
                                    <w:t>BUS 211</w:t>
                                  </w:r>
                                </w:p>
                              </w:tc>
                              <w:tc>
                                <w:tcPr>
                                  <w:tcW w:w="3947" w:type="dxa"/>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rPr>
                                      <w:b/>
                                    </w:rPr>
                                    <w:t>MANAGEMENT INTEGRATION SYSTEM</w:t>
                                  </w:r>
                                </w:p>
                              </w:tc>
                              <w:tc>
                                <w:tcPr>
                                  <w:tcW w:w="1083" w:type="dxa"/>
                                  <w:tcBorders>
                                    <w:right w:val="double" w:sz="4" w:space="0" w:color="C0504D" w:themeColor="accent2"/>
                                  </w:tcBorders>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t>3</w:t>
                                  </w:r>
                                </w:p>
                              </w:tc>
                            </w:tr>
                            <w:tr w:rsidR="003A37E7" w:rsidRPr="00B97764" w:rsidTr="00996B2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rsidRPr="00B97764">
                                    <w:t>BUS 212</w:t>
                                  </w:r>
                                </w:p>
                              </w:tc>
                              <w:tc>
                                <w:tcPr>
                                  <w:tcW w:w="3947" w:type="dxa"/>
                                  <w:vAlign w:val="center"/>
                                </w:tcPr>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B97764">
                                    <w:rPr>
                                      <w:b/>
                                    </w:rPr>
                                    <w:t>PROCUREMENT AND SUPPLY CHAIN MANAGENT</w:t>
                                  </w:r>
                                </w:p>
                              </w:tc>
                              <w:tc>
                                <w:tcPr>
                                  <w:tcW w:w="1083" w:type="dxa"/>
                                  <w:tcBorders>
                                    <w:right w:val="double" w:sz="4" w:space="0" w:color="C0504D" w:themeColor="accent2"/>
                                  </w:tcBorders>
                                  <w:vAlign w:val="center"/>
                                </w:tcPr>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B97764">
                                    <w:t>3</w:t>
                                  </w:r>
                                </w:p>
                              </w:tc>
                            </w:tr>
                            <w:tr w:rsidR="003A37E7" w:rsidRPr="00B97764" w:rsidTr="00996B2A">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rsidRPr="00B97764">
                                    <w:t>BUS 215</w:t>
                                  </w:r>
                                </w:p>
                              </w:tc>
                              <w:tc>
                                <w:tcPr>
                                  <w:tcW w:w="3947" w:type="dxa"/>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rPr>
                                      <w:b/>
                                    </w:rPr>
                                    <w:t>PRINCIPLE OF MANAGEMENT</w:t>
                                  </w:r>
                                </w:p>
                              </w:tc>
                              <w:tc>
                                <w:tcPr>
                                  <w:tcW w:w="1083" w:type="dxa"/>
                                  <w:tcBorders>
                                    <w:right w:val="double" w:sz="4" w:space="0" w:color="C0504D" w:themeColor="accent2"/>
                                  </w:tcBorders>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t>3</w:t>
                                  </w:r>
                                </w:p>
                              </w:tc>
                            </w:tr>
                            <w:tr w:rsidR="003A37E7" w:rsidRPr="00B97764" w:rsidTr="00996B2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t>ENTR 2</w:t>
                                  </w:r>
                                  <w:r w:rsidRPr="00B97764">
                                    <w:t>01</w:t>
                                  </w:r>
                                </w:p>
                              </w:tc>
                              <w:tc>
                                <w:tcPr>
                                  <w:tcW w:w="3947" w:type="dxa"/>
                                  <w:vAlign w:val="center"/>
                                </w:tcPr>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rPr>
                                      <w:b/>
                                    </w:rPr>
                                  </w:pPr>
                                  <w:r w:rsidRPr="00B97764">
                                    <w:rPr>
                                      <w:b/>
                                    </w:rPr>
                                    <w:t>ENTREPRENEURSHIP IN EDUCATION I</w:t>
                                  </w:r>
                                </w:p>
                              </w:tc>
                              <w:tc>
                                <w:tcPr>
                                  <w:tcW w:w="1083" w:type="dxa"/>
                                  <w:tcBorders>
                                    <w:right w:val="double" w:sz="4" w:space="0" w:color="C0504D" w:themeColor="accent2"/>
                                  </w:tcBorders>
                                  <w:vAlign w:val="center"/>
                                </w:tcPr>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B97764">
                                    <w:t>1</w:t>
                                  </w:r>
                                </w:p>
                              </w:tc>
                            </w:tr>
                            <w:tr w:rsidR="003A37E7" w:rsidRPr="00B97764" w:rsidTr="00996B2A">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rsidRPr="00B97764">
                                    <w:t>TCM 111</w:t>
                                  </w:r>
                                </w:p>
                              </w:tc>
                              <w:tc>
                                <w:tcPr>
                                  <w:tcW w:w="3947" w:type="dxa"/>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rPr>
                                      <w:b/>
                                    </w:rPr>
                                    <w:t>TOTAL MEANS CONCEPT</w:t>
                                  </w:r>
                                </w:p>
                              </w:tc>
                              <w:tc>
                                <w:tcPr>
                                  <w:tcW w:w="1083" w:type="dxa"/>
                                  <w:tcBorders>
                                    <w:right w:val="double" w:sz="4" w:space="0" w:color="C0504D" w:themeColor="accent2"/>
                                  </w:tcBorders>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t>1</w:t>
                                  </w:r>
                                </w:p>
                              </w:tc>
                            </w:tr>
                            <w:tr w:rsidR="003A37E7" w:rsidRPr="00B97764" w:rsidTr="00996B2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412" w:type="dxa"/>
                                  <w:gridSpan w:val="2"/>
                                  <w:tcBorders>
                                    <w:left w:val="double" w:sz="4" w:space="0" w:color="C0504D" w:themeColor="accent2"/>
                                    <w:bottom w:val="double" w:sz="4" w:space="0" w:color="C0504D" w:themeColor="accent2"/>
                                  </w:tcBorders>
                                  <w:vAlign w:val="center"/>
                                </w:tcPr>
                                <w:p w:rsidR="003A37E7" w:rsidRPr="00B97764" w:rsidRDefault="003A37E7" w:rsidP="00996B2A">
                                  <w:pPr>
                                    <w:jc w:val="center"/>
                                  </w:pPr>
                                  <w:r w:rsidRPr="00B97764">
                                    <w:t xml:space="preserve">TOTAL </w:t>
                                  </w:r>
                                  <w:r>
                                    <w:rPr>
                                      <w:sz w:val="24"/>
                                      <w:szCs w:val="24"/>
                                    </w:rPr>
                                    <w:t>CREDIT HOURS</w:t>
                                  </w:r>
                                </w:p>
                              </w:tc>
                              <w:tc>
                                <w:tcPr>
                                  <w:tcW w:w="1083" w:type="dxa"/>
                                  <w:tcBorders>
                                    <w:bottom w:val="double" w:sz="4" w:space="0" w:color="C0504D" w:themeColor="accent2"/>
                                    <w:right w:val="double" w:sz="4" w:space="0" w:color="C0504D" w:themeColor="accent2"/>
                                  </w:tcBorders>
                                  <w:vAlign w:val="center"/>
                                </w:tcPr>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pPr>
                                  <w:r>
                                    <w:t>19</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736BEC" id="Text Box 29" o:spid="_x0000_s1072" type="#_x0000_t202" style="position:absolute;left:0;text-align:left;margin-left:-90.4pt;margin-top:36.4pt;width:344.6pt;height:309.1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" fillcolor="white [3201]" stroked="f" strokeweight=".5pt">
                <v:textbox>
                  <w:txbxContent>
                    <w:tbl>
                      <w:tblPr>
                        <w:tblStyle w:val="LightGrid"/>
                        <w:tblW w:w="0" w:type="auto"/>
                        <w:tblInd w:w="-120" w:type="dxa"/>
                        <w:tblLook w:val="04A0" w:firstRow="1" w:lastRow="0" w:firstColumn="1" w:lastColumn="0" w:noHBand="0" w:noVBand="1"/>
                      </w:tblPr>
                      <w:tblGrid>
                        <w:gridCol w:w="1465"/>
                        <w:gridCol w:w="3947"/>
                        <w:gridCol w:w="1083"/>
                      </w:tblGrid>
                      <w:tr w:rsidR="003A37E7" w:rsidRPr="00B97764" w:rsidTr="00996B2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49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B97764" w:rsidRDefault="003A37E7" w:rsidP="00B370AD">
                            <w:pPr>
                              <w:jc w:val="center"/>
                              <w:rPr>
                                <w:color w:val="FF0000"/>
                              </w:rPr>
                            </w:pPr>
                            <w:r>
                              <w:rPr>
                                <w:color w:val="FF0000"/>
                                <w:sz w:val="24"/>
                                <w:szCs w:val="24"/>
                              </w:rPr>
                              <w:t>BBA -</w:t>
                            </w:r>
                            <w:r w:rsidRPr="002C30CC">
                              <w:rPr>
                                <w:color w:val="FF0000"/>
                                <w:sz w:val="24"/>
                                <w:szCs w:val="24"/>
                              </w:rPr>
                              <w:t>BUSINESS MANAGEMENT</w:t>
                            </w:r>
                          </w:p>
                        </w:tc>
                      </w:tr>
                      <w:tr w:rsidR="003A37E7" w:rsidRPr="00B97764" w:rsidTr="00996B2A">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649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B97764" w:rsidRDefault="003A37E7" w:rsidP="00B370AD">
                            <w:pPr>
                              <w:jc w:val="center"/>
                            </w:pPr>
                            <w:r>
                              <w:rPr>
                                <w:sz w:val="20"/>
                                <w:szCs w:val="20"/>
                              </w:rPr>
                              <w:t>SOPHOMORE YEAR (YEARII) - SECOND</w:t>
                            </w:r>
                            <w:r w:rsidRPr="009B29F2">
                              <w:rPr>
                                <w:sz w:val="20"/>
                                <w:szCs w:val="20"/>
                              </w:rPr>
                              <w:t xml:space="preserve"> SEMESTER</w:t>
                            </w:r>
                          </w:p>
                        </w:tc>
                      </w:tr>
                      <w:tr w:rsidR="003A37E7" w:rsidRPr="00B97764" w:rsidTr="00996B2A">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B370AD">
                            <w:pPr>
                              <w:jc w:val="center"/>
                            </w:pPr>
                            <w:r w:rsidRPr="00B97764">
                              <w:t>COURSE CODE</w:t>
                            </w:r>
                          </w:p>
                        </w:tc>
                        <w:tc>
                          <w:tcPr>
                            <w:tcW w:w="3947" w:type="dxa"/>
                            <w:vAlign w:val="center"/>
                          </w:tcPr>
                          <w:p w:rsidR="003A37E7" w:rsidRPr="00B97764" w:rsidRDefault="003A37E7" w:rsidP="00B370AD">
                            <w:pPr>
                              <w:jc w:val="center"/>
                              <w:cnfStyle w:val="000000010000" w:firstRow="0" w:lastRow="0" w:firstColumn="0" w:lastColumn="0" w:oddVBand="0" w:evenVBand="0" w:oddHBand="0" w:evenHBand="1" w:firstRowFirstColumn="0" w:firstRowLastColumn="0" w:lastRowFirstColumn="0" w:lastRowLastColumn="0"/>
                            </w:pPr>
                            <w:r w:rsidRPr="00B97764">
                              <w:rPr>
                                <w:b/>
                              </w:rPr>
                              <w:t>COURSE TITLE</w:t>
                            </w:r>
                          </w:p>
                        </w:tc>
                        <w:tc>
                          <w:tcPr>
                            <w:tcW w:w="1083" w:type="dxa"/>
                            <w:tcBorders>
                              <w:right w:val="double" w:sz="4" w:space="0" w:color="C0504D" w:themeColor="accent2"/>
                            </w:tcBorders>
                            <w:vAlign w:val="center"/>
                          </w:tcPr>
                          <w:p w:rsidR="003A37E7" w:rsidRPr="00B97764" w:rsidRDefault="003A37E7" w:rsidP="00B370AD">
                            <w:pPr>
                              <w:jc w:val="center"/>
                              <w:cnfStyle w:val="000000010000" w:firstRow="0" w:lastRow="0" w:firstColumn="0" w:lastColumn="0" w:oddVBand="0" w:evenVBand="0" w:oddHBand="0" w:evenHBand="1" w:firstRowFirstColumn="0" w:firstRowLastColumn="0" w:lastRowFirstColumn="0" w:lastRowLastColumn="0"/>
                            </w:pPr>
                            <w:r>
                              <w:rPr>
                                <w:sz w:val="24"/>
                                <w:szCs w:val="24"/>
                              </w:rPr>
                              <w:t>CREDIT HOURS</w:t>
                            </w:r>
                          </w:p>
                        </w:tc>
                      </w:tr>
                      <w:tr w:rsidR="003A37E7" w:rsidRPr="00B97764" w:rsidTr="00996B2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t>GEN 108</w:t>
                            </w:r>
                          </w:p>
                        </w:tc>
                        <w:tc>
                          <w:tcPr>
                            <w:tcW w:w="3947" w:type="dxa"/>
                            <w:vAlign w:val="center"/>
                          </w:tcPr>
                          <w:p w:rsidR="003A37E7" w:rsidRDefault="003A37E7" w:rsidP="00996B2A">
                            <w:pPr>
                              <w:jc w:val="center"/>
                              <w:cnfStyle w:val="000000100000" w:firstRow="0" w:lastRow="0" w:firstColumn="0" w:lastColumn="0" w:oddVBand="0" w:evenVBand="0" w:oddHBand="1" w:evenHBand="0" w:firstRowFirstColumn="0" w:firstRowLastColumn="0" w:lastRowFirstColumn="0" w:lastRowLastColumn="0"/>
                            </w:pPr>
                            <w:r>
                              <w:t>DISCIPLESHIP  2</w:t>
                            </w:r>
                          </w:p>
                        </w:tc>
                        <w:tc>
                          <w:tcPr>
                            <w:tcW w:w="1083" w:type="dxa"/>
                            <w:tcBorders>
                              <w:right w:val="double" w:sz="4" w:space="0" w:color="C0504D" w:themeColor="accent2"/>
                            </w:tcBorders>
                            <w:vAlign w:val="center"/>
                          </w:tcPr>
                          <w:p w:rsidR="003A37E7" w:rsidRDefault="003A37E7" w:rsidP="00996B2A">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2</w:t>
                            </w:r>
                          </w:p>
                        </w:tc>
                      </w:tr>
                      <w:tr w:rsidR="003A37E7" w:rsidRPr="00B97764" w:rsidTr="00996B2A">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rsidRPr="00B97764">
                              <w:t>BUS 200</w:t>
                            </w:r>
                          </w:p>
                        </w:tc>
                        <w:tc>
                          <w:tcPr>
                            <w:tcW w:w="3947" w:type="dxa"/>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t>ENTERPRENEURSHIP II</w:t>
                            </w:r>
                          </w:p>
                        </w:tc>
                        <w:tc>
                          <w:tcPr>
                            <w:tcW w:w="1083" w:type="dxa"/>
                            <w:tcBorders>
                              <w:right w:val="double" w:sz="4" w:space="0" w:color="C0504D" w:themeColor="accent2"/>
                            </w:tcBorders>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t>3</w:t>
                            </w:r>
                          </w:p>
                        </w:tc>
                      </w:tr>
                      <w:tr w:rsidR="003A37E7" w:rsidRPr="00B97764" w:rsidTr="00996B2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rsidRPr="00B97764">
                              <w:t>BUS 218</w:t>
                            </w:r>
                          </w:p>
                        </w:tc>
                        <w:tc>
                          <w:tcPr>
                            <w:tcW w:w="3947" w:type="dxa"/>
                            <w:vAlign w:val="center"/>
                          </w:tcPr>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B97764">
                              <w:rPr>
                                <w:b/>
                              </w:rPr>
                              <w:t>MARKETING MANAGEMENT</w:t>
                            </w:r>
                          </w:p>
                        </w:tc>
                        <w:tc>
                          <w:tcPr>
                            <w:tcW w:w="1083" w:type="dxa"/>
                            <w:tcBorders>
                              <w:right w:val="double" w:sz="4" w:space="0" w:color="C0504D" w:themeColor="accent2"/>
                            </w:tcBorders>
                            <w:vAlign w:val="center"/>
                          </w:tcPr>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B97764">
                              <w:t>3</w:t>
                            </w:r>
                          </w:p>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pPr>
                          </w:p>
                        </w:tc>
                      </w:tr>
                      <w:tr w:rsidR="003A37E7" w:rsidRPr="00B97764" w:rsidTr="00996B2A">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rsidRPr="00B97764">
                              <w:t>BUS 211</w:t>
                            </w:r>
                          </w:p>
                        </w:tc>
                        <w:tc>
                          <w:tcPr>
                            <w:tcW w:w="3947" w:type="dxa"/>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rPr>
                                <w:b/>
                              </w:rPr>
                              <w:t>MANAGEMENT INTEGRATION SYSTEM</w:t>
                            </w:r>
                          </w:p>
                        </w:tc>
                        <w:tc>
                          <w:tcPr>
                            <w:tcW w:w="1083" w:type="dxa"/>
                            <w:tcBorders>
                              <w:right w:val="double" w:sz="4" w:space="0" w:color="C0504D" w:themeColor="accent2"/>
                            </w:tcBorders>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t>3</w:t>
                            </w:r>
                          </w:p>
                        </w:tc>
                      </w:tr>
                      <w:tr w:rsidR="003A37E7" w:rsidRPr="00B97764" w:rsidTr="00996B2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rsidRPr="00B97764">
                              <w:t>BUS 212</w:t>
                            </w:r>
                          </w:p>
                        </w:tc>
                        <w:tc>
                          <w:tcPr>
                            <w:tcW w:w="3947" w:type="dxa"/>
                            <w:vAlign w:val="center"/>
                          </w:tcPr>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B97764">
                              <w:rPr>
                                <w:b/>
                              </w:rPr>
                              <w:t>PROCUREMENT AND SUPPLY CHAIN MANAGENT</w:t>
                            </w:r>
                          </w:p>
                        </w:tc>
                        <w:tc>
                          <w:tcPr>
                            <w:tcW w:w="1083" w:type="dxa"/>
                            <w:tcBorders>
                              <w:right w:val="double" w:sz="4" w:space="0" w:color="C0504D" w:themeColor="accent2"/>
                            </w:tcBorders>
                            <w:vAlign w:val="center"/>
                          </w:tcPr>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B97764">
                              <w:t>3</w:t>
                            </w:r>
                          </w:p>
                        </w:tc>
                      </w:tr>
                      <w:tr w:rsidR="003A37E7" w:rsidRPr="00B97764" w:rsidTr="00996B2A">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rsidRPr="00B97764">
                              <w:t>BUS 215</w:t>
                            </w:r>
                          </w:p>
                        </w:tc>
                        <w:tc>
                          <w:tcPr>
                            <w:tcW w:w="3947" w:type="dxa"/>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rPr>
                                <w:b/>
                              </w:rPr>
                              <w:t>PRINCIPLE OF MANAGEMENT</w:t>
                            </w:r>
                          </w:p>
                        </w:tc>
                        <w:tc>
                          <w:tcPr>
                            <w:tcW w:w="1083" w:type="dxa"/>
                            <w:tcBorders>
                              <w:right w:val="double" w:sz="4" w:space="0" w:color="C0504D" w:themeColor="accent2"/>
                            </w:tcBorders>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t>3</w:t>
                            </w:r>
                          </w:p>
                        </w:tc>
                      </w:tr>
                      <w:tr w:rsidR="003A37E7" w:rsidRPr="00B97764" w:rsidTr="00996B2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t>ENTR 2</w:t>
                            </w:r>
                            <w:r w:rsidRPr="00B97764">
                              <w:t>01</w:t>
                            </w:r>
                          </w:p>
                        </w:tc>
                        <w:tc>
                          <w:tcPr>
                            <w:tcW w:w="3947" w:type="dxa"/>
                            <w:vAlign w:val="center"/>
                          </w:tcPr>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rPr>
                                <w:b/>
                              </w:rPr>
                            </w:pPr>
                            <w:r w:rsidRPr="00B97764">
                              <w:rPr>
                                <w:b/>
                              </w:rPr>
                              <w:t>ENTREPRENEURSHIP IN EDUCATION I</w:t>
                            </w:r>
                          </w:p>
                        </w:tc>
                        <w:tc>
                          <w:tcPr>
                            <w:tcW w:w="1083" w:type="dxa"/>
                            <w:tcBorders>
                              <w:right w:val="double" w:sz="4" w:space="0" w:color="C0504D" w:themeColor="accent2"/>
                            </w:tcBorders>
                            <w:vAlign w:val="center"/>
                          </w:tcPr>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B97764">
                              <w:t>1</w:t>
                            </w:r>
                          </w:p>
                        </w:tc>
                      </w:tr>
                      <w:tr w:rsidR="003A37E7" w:rsidRPr="00B97764" w:rsidTr="00996B2A">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B97764" w:rsidRDefault="003A37E7" w:rsidP="00996B2A">
                            <w:pPr>
                              <w:jc w:val="center"/>
                            </w:pPr>
                            <w:r w:rsidRPr="00B97764">
                              <w:t>TCM 111</w:t>
                            </w:r>
                          </w:p>
                        </w:tc>
                        <w:tc>
                          <w:tcPr>
                            <w:tcW w:w="3947" w:type="dxa"/>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rPr>
                                <w:b/>
                              </w:rPr>
                              <w:t>TOTAL MEANS CONCEPT</w:t>
                            </w:r>
                          </w:p>
                        </w:tc>
                        <w:tc>
                          <w:tcPr>
                            <w:tcW w:w="1083" w:type="dxa"/>
                            <w:tcBorders>
                              <w:right w:val="double" w:sz="4" w:space="0" w:color="C0504D" w:themeColor="accent2"/>
                            </w:tcBorders>
                            <w:vAlign w:val="center"/>
                          </w:tcPr>
                          <w:p w:rsidR="003A37E7" w:rsidRPr="00B97764"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B97764">
                              <w:t>1</w:t>
                            </w:r>
                          </w:p>
                        </w:tc>
                      </w:tr>
                      <w:tr w:rsidR="003A37E7" w:rsidRPr="00B97764" w:rsidTr="00996B2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412" w:type="dxa"/>
                            <w:gridSpan w:val="2"/>
                            <w:tcBorders>
                              <w:left w:val="double" w:sz="4" w:space="0" w:color="C0504D" w:themeColor="accent2"/>
                              <w:bottom w:val="double" w:sz="4" w:space="0" w:color="C0504D" w:themeColor="accent2"/>
                            </w:tcBorders>
                            <w:vAlign w:val="center"/>
                          </w:tcPr>
                          <w:p w:rsidR="003A37E7" w:rsidRPr="00B97764" w:rsidRDefault="003A37E7" w:rsidP="00996B2A">
                            <w:pPr>
                              <w:jc w:val="center"/>
                            </w:pPr>
                            <w:r w:rsidRPr="00B97764">
                              <w:t xml:space="preserve">TOTAL </w:t>
                            </w:r>
                            <w:r>
                              <w:rPr>
                                <w:sz w:val="24"/>
                                <w:szCs w:val="24"/>
                              </w:rPr>
                              <w:t>CREDIT HOURS</w:t>
                            </w:r>
                          </w:p>
                        </w:tc>
                        <w:tc>
                          <w:tcPr>
                            <w:tcW w:w="1083" w:type="dxa"/>
                            <w:tcBorders>
                              <w:bottom w:val="double" w:sz="4" w:space="0" w:color="C0504D" w:themeColor="accent2"/>
                              <w:right w:val="double" w:sz="4" w:space="0" w:color="C0504D" w:themeColor="accent2"/>
                            </w:tcBorders>
                            <w:vAlign w:val="center"/>
                          </w:tcPr>
                          <w:p w:rsidR="003A37E7" w:rsidRPr="00B97764" w:rsidRDefault="003A37E7" w:rsidP="00996B2A">
                            <w:pPr>
                              <w:jc w:val="center"/>
                              <w:cnfStyle w:val="000000100000" w:firstRow="0" w:lastRow="0" w:firstColumn="0" w:lastColumn="0" w:oddVBand="0" w:evenVBand="0" w:oddHBand="1" w:evenHBand="0" w:firstRowFirstColumn="0" w:firstRowLastColumn="0" w:lastRowFirstColumn="0" w:lastRowLastColumn="0"/>
                            </w:pPr>
                            <w:r>
                              <w:t>19</w:t>
                            </w:r>
                          </w:p>
                        </w:tc>
                      </w:tr>
                    </w:tbl>
                    <w:p w:rsidR="003A37E7" w:rsidRDefault="003A37E7"/>
                  </w:txbxContent>
                </v:textbox>
                <w10:wrap anchorx="margin"/>
              </v:shape>
            </w:pict>
          </mc:Fallback>
        </mc:AlternateContent>
      </w:r>
    </w:p>
    <w:p w:rsidR="005275AD" w:rsidRDefault="005275AD" w:rsidP="00412947">
      <w:pPr>
        <w:jc w:val="center"/>
      </w:pPr>
    </w:p>
    <w:p w:rsidR="005275AD" w:rsidRDefault="005275AD" w:rsidP="00412947">
      <w:pPr>
        <w:jc w:val="center"/>
      </w:pPr>
    </w:p>
    <w:p w:rsidR="005275AD" w:rsidRDefault="005275AD" w:rsidP="00412947">
      <w:pPr>
        <w:jc w:val="center"/>
      </w:pPr>
    </w:p>
    <w:p w:rsidR="005275AD" w:rsidRDefault="005275AD" w:rsidP="00412947">
      <w:pPr>
        <w:jc w:val="center"/>
      </w:pPr>
    </w:p>
    <w:p w:rsidR="005275AD" w:rsidRDefault="005275AD" w:rsidP="00412947">
      <w:pPr>
        <w:jc w:val="center"/>
      </w:pPr>
    </w:p>
    <w:p w:rsidR="005275AD" w:rsidRDefault="005275AD" w:rsidP="00412947">
      <w:pPr>
        <w:jc w:val="center"/>
      </w:pPr>
    </w:p>
    <w:p w:rsidR="005275AD" w:rsidRDefault="005275AD" w:rsidP="00412947">
      <w:pPr>
        <w:jc w:val="center"/>
      </w:pPr>
    </w:p>
    <w:p w:rsidR="005275AD" w:rsidRDefault="005275AD" w:rsidP="00412947">
      <w:pPr>
        <w:jc w:val="center"/>
      </w:pPr>
    </w:p>
    <w:p w:rsidR="005275AD" w:rsidRDefault="005275AD" w:rsidP="00412947">
      <w:pPr>
        <w:jc w:val="center"/>
      </w:pPr>
    </w:p>
    <w:p w:rsidR="005275AD" w:rsidRDefault="005275AD" w:rsidP="00412947">
      <w:pPr>
        <w:jc w:val="center"/>
      </w:pPr>
    </w:p>
    <w:p w:rsidR="005275AD" w:rsidRDefault="005275AD" w:rsidP="00412947">
      <w:pPr>
        <w:jc w:val="center"/>
      </w:pPr>
    </w:p>
    <w:p w:rsidR="005275AD" w:rsidRDefault="005275AD" w:rsidP="00412947">
      <w:pPr>
        <w:jc w:val="center"/>
      </w:pPr>
    </w:p>
    <w:p w:rsidR="00C542BD" w:rsidRDefault="00C542BD" w:rsidP="00B97764"/>
    <w:p w:rsidR="00C542BD" w:rsidRDefault="002C30CC" w:rsidP="00412947">
      <w:pPr>
        <w:jc w:val="center"/>
      </w:pPr>
      <w:r>
        <w:rPr>
          <w:noProof/>
        </w:rPr>
        <w:lastRenderedPageBreak/>
        <mc:AlternateContent>
          <mc:Choice Requires="wps">
            <w:drawing>
              <wp:anchor distT="0" distB="0" distL="114300" distR="114300" simplePos="0" relativeHeight="251682816" behindDoc="0" locked="0" layoutInCell="1" allowOverlap="1" wp14:anchorId="65B4F308" wp14:editId="69DC5FA8">
                <wp:simplePos x="0" y="0"/>
                <wp:positionH relativeFrom="page">
                  <wp:posOffset>462455</wp:posOffset>
                </wp:positionH>
                <wp:positionV relativeFrom="paragraph">
                  <wp:posOffset>-872359</wp:posOffset>
                </wp:positionV>
                <wp:extent cx="4255008" cy="3668111"/>
                <wp:effectExtent l="0" t="0" r="0" b="8890"/>
                <wp:wrapNone/>
                <wp:docPr id="30" name="Text Box 30"/>
                <wp:cNvGraphicFramePr/>
                <a:graphic xmlns:a="http://schemas.openxmlformats.org/drawingml/2006/main">
                  <a:graphicData uri="http://schemas.microsoft.com/office/word/2010/wordprocessingShape">
                    <wps:wsp>
                      <wps:cNvSpPr txBox="1"/>
                      <wps:spPr>
                        <a:xfrm>
                          <a:off x="0" y="0"/>
                          <a:ext cx="4255008" cy="366811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225" w:type="dxa"/>
                              <w:tblInd w:w="-90" w:type="dxa"/>
                              <w:tblLook w:val="04A0" w:firstRow="1" w:lastRow="0" w:firstColumn="1" w:lastColumn="0" w:noHBand="0" w:noVBand="1"/>
                            </w:tblPr>
                            <w:tblGrid>
                              <w:gridCol w:w="1465"/>
                              <w:gridCol w:w="3677"/>
                              <w:gridCol w:w="1083"/>
                            </w:tblGrid>
                            <w:tr w:rsidR="003A37E7" w:rsidRPr="00996B2A" w:rsidTr="00B93D41">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22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996B2A" w:rsidRDefault="003A37E7" w:rsidP="00265149">
                                  <w:pPr>
                                    <w:jc w:val="center"/>
                                    <w:rPr>
                                      <w:color w:val="FF0000"/>
                                    </w:rPr>
                                  </w:pPr>
                                  <w:r>
                                    <w:rPr>
                                      <w:color w:val="FF0000"/>
                                      <w:sz w:val="24"/>
                                      <w:szCs w:val="24"/>
                                    </w:rPr>
                                    <w:t>BBA -</w:t>
                                  </w:r>
                                  <w:r w:rsidRPr="002C30CC">
                                    <w:rPr>
                                      <w:color w:val="FF0000"/>
                                      <w:sz w:val="24"/>
                                      <w:szCs w:val="24"/>
                                    </w:rPr>
                                    <w:t>BUSINESS MANAGEMENT</w:t>
                                  </w:r>
                                </w:p>
                              </w:tc>
                            </w:tr>
                            <w:tr w:rsidR="003A37E7" w:rsidRPr="00996B2A" w:rsidTr="00B93D41">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22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996B2A" w:rsidRDefault="003A37E7" w:rsidP="00265149">
                                  <w:pPr>
                                    <w:jc w:val="center"/>
                                  </w:pPr>
                                  <w:r>
                                    <w:rPr>
                                      <w:sz w:val="20"/>
                                      <w:szCs w:val="20"/>
                                    </w:rPr>
                                    <w:t>JUNIOR YEAR (YEARIII) - FIRST</w:t>
                                  </w:r>
                                  <w:r w:rsidRPr="009B29F2">
                                    <w:rPr>
                                      <w:sz w:val="20"/>
                                      <w:szCs w:val="20"/>
                                    </w:rPr>
                                    <w:t xml:space="preserve"> SEMESTER</w:t>
                                  </w:r>
                                </w:p>
                              </w:tc>
                            </w:tr>
                            <w:tr w:rsidR="003A37E7" w:rsidRPr="00996B2A" w:rsidTr="00B93D41">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996B2A" w:rsidRDefault="003A37E7" w:rsidP="00265149">
                                  <w:pPr>
                                    <w:jc w:val="center"/>
                                  </w:pPr>
                                  <w:r w:rsidRPr="00996B2A">
                                    <w:t>COURSE CODE</w:t>
                                  </w:r>
                                </w:p>
                              </w:tc>
                              <w:tc>
                                <w:tcPr>
                                  <w:tcW w:w="3677" w:type="dxa"/>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rPr>
                                      <w:b/>
                                    </w:rPr>
                                    <w:t>COURSE TITLE</w:t>
                                  </w:r>
                                </w:p>
                              </w:tc>
                              <w:tc>
                                <w:tcPr>
                                  <w:tcW w:w="1083" w:type="dxa"/>
                                  <w:tcBorders>
                                    <w:right w:val="double" w:sz="4" w:space="0" w:color="C0504D" w:themeColor="accent2"/>
                                  </w:tcBorders>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t>CREDIT HOURS</w:t>
                                  </w:r>
                                </w:p>
                              </w:tc>
                            </w:tr>
                            <w:tr w:rsidR="003A37E7" w:rsidRPr="00996B2A" w:rsidTr="00B93D41">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996B2A" w:rsidRDefault="003A37E7" w:rsidP="00265149">
                                  <w:pPr>
                                    <w:jc w:val="center"/>
                                  </w:pPr>
                                  <w:r>
                                    <w:t>GEN 107</w:t>
                                  </w:r>
                                </w:p>
                              </w:tc>
                              <w:tc>
                                <w:tcPr>
                                  <w:tcW w:w="3677" w:type="dxa"/>
                                  <w:vAlign w:val="center"/>
                                </w:tcPr>
                                <w:p w:rsidR="003A37E7" w:rsidRPr="00996B2A" w:rsidRDefault="003A37E7" w:rsidP="00265149">
                                  <w:pPr>
                                    <w:jc w:val="center"/>
                                    <w:cnfStyle w:val="000000100000" w:firstRow="0" w:lastRow="0" w:firstColumn="0" w:lastColumn="0" w:oddVBand="0" w:evenVBand="0" w:oddHBand="1" w:evenHBand="0" w:firstRowFirstColumn="0" w:firstRowLastColumn="0" w:lastRowFirstColumn="0" w:lastRowLastColumn="0"/>
                                    <w:rPr>
                                      <w:b/>
                                    </w:rPr>
                                  </w:pPr>
                                  <w:r w:rsidRPr="00996B2A">
                                    <w:rPr>
                                      <w:b/>
                                    </w:rPr>
                                    <w:t>DYNAMIC OF FAITH 1</w:t>
                                  </w:r>
                                </w:p>
                              </w:tc>
                              <w:tc>
                                <w:tcPr>
                                  <w:tcW w:w="1083" w:type="dxa"/>
                                  <w:tcBorders>
                                    <w:right w:val="double" w:sz="4" w:space="0" w:color="C0504D" w:themeColor="accent2"/>
                                  </w:tcBorders>
                                  <w:vAlign w:val="center"/>
                                </w:tcPr>
                                <w:p w:rsidR="003A37E7" w:rsidRPr="00996B2A" w:rsidRDefault="003A37E7" w:rsidP="00265149">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996B2A" w:rsidTr="00B93D41">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996B2A" w:rsidRDefault="003A37E7" w:rsidP="00265149">
                                  <w:pPr>
                                    <w:jc w:val="center"/>
                                  </w:pPr>
                                  <w:r w:rsidRPr="00996B2A">
                                    <w:t>BUS 314</w:t>
                                  </w:r>
                                </w:p>
                              </w:tc>
                              <w:tc>
                                <w:tcPr>
                                  <w:tcW w:w="3677" w:type="dxa"/>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t>SOCIAL SCIENCE STATISTICS</w:t>
                                  </w:r>
                                </w:p>
                              </w:tc>
                              <w:tc>
                                <w:tcPr>
                                  <w:tcW w:w="1083" w:type="dxa"/>
                                  <w:tcBorders>
                                    <w:right w:val="double" w:sz="4" w:space="0" w:color="C0504D" w:themeColor="accent2"/>
                                  </w:tcBorders>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t>3</w:t>
                                  </w:r>
                                </w:p>
                              </w:tc>
                            </w:tr>
                            <w:tr w:rsidR="003A37E7" w:rsidRPr="00996B2A" w:rsidTr="00B93D41">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996B2A" w:rsidRDefault="003A37E7" w:rsidP="00265149">
                                  <w:pPr>
                                    <w:jc w:val="center"/>
                                  </w:pPr>
                                  <w:r w:rsidRPr="00996B2A">
                                    <w:t>MGT 307</w:t>
                                  </w:r>
                                </w:p>
                              </w:tc>
                              <w:tc>
                                <w:tcPr>
                                  <w:tcW w:w="3677" w:type="dxa"/>
                                  <w:vAlign w:val="center"/>
                                </w:tcPr>
                                <w:p w:rsidR="003A37E7" w:rsidRPr="00996B2A" w:rsidRDefault="003A37E7" w:rsidP="00265149">
                                  <w:pPr>
                                    <w:jc w:val="center"/>
                                    <w:cnfStyle w:val="000000100000" w:firstRow="0" w:lastRow="0" w:firstColumn="0" w:lastColumn="0" w:oddVBand="0" w:evenVBand="0" w:oddHBand="1" w:evenHBand="0" w:firstRowFirstColumn="0" w:firstRowLastColumn="0" w:lastRowFirstColumn="0" w:lastRowLastColumn="0"/>
                                  </w:pPr>
                                  <w:r w:rsidRPr="00996B2A">
                                    <w:rPr>
                                      <w:b/>
                                    </w:rPr>
                                    <w:t>ADVERTISING MANAGEMENT</w:t>
                                  </w:r>
                                </w:p>
                              </w:tc>
                              <w:tc>
                                <w:tcPr>
                                  <w:tcW w:w="1083" w:type="dxa"/>
                                  <w:tcBorders>
                                    <w:right w:val="double" w:sz="4" w:space="0" w:color="C0504D" w:themeColor="accent2"/>
                                  </w:tcBorders>
                                  <w:vAlign w:val="center"/>
                                </w:tcPr>
                                <w:p w:rsidR="003A37E7" w:rsidRPr="00996B2A" w:rsidRDefault="003A37E7" w:rsidP="00265149">
                                  <w:pPr>
                                    <w:jc w:val="center"/>
                                    <w:cnfStyle w:val="000000100000" w:firstRow="0" w:lastRow="0" w:firstColumn="0" w:lastColumn="0" w:oddVBand="0" w:evenVBand="0" w:oddHBand="1" w:evenHBand="0" w:firstRowFirstColumn="0" w:firstRowLastColumn="0" w:lastRowFirstColumn="0" w:lastRowLastColumn="0"/>
                                  </w:pPr>
                                  <w:r w:rsidRPr="00996B2A">
                                    <w:t>3</w:t>
                                  </w:r>
                                </w:p>
                                <w:p w:rsidR="003A37E7" w:rsidRPr="00996B2A" w:rsidRDefault="003A37E7" w:rsidP="00265149">
                                  <w:pPr>
                                    <w:jc w:val="center"/>
                                    <w:cnfStyle w:val="000000100000" w:firstRow="0" w:lastRow="0" w:firstColumn="0" w:lastColumn="0" w:oddVBand="0" w:evenVBand="0" w:oddHBand="1" w:evenHBand="0" w:firstRowFirstColumn="0" w:firstRowLastColumn="0" w:lastRowFirstColumn="0" w:lastRowLastColumn="0"/>
                                  </w:pPr>
                                </w:p>
                              </w:tc>
                            </w:tr>
                            <w:tr w:rsidR="003A37E7" w:rsidRPr="00996B2A" w:rsidTr="00B93D41">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996B2A" w:rsidRDefault="003A37E7" w:rsidP="00265149">
                                  <w:pPr>
                                    <w:jc w:val="center"/>
                                  </w:pPr>
                                  <w:r w:rsidRPr="00996B2A">
                                    <w:t>BUS 303</w:t>
                                  </w:r>
                                </w:p>
                              </w:tc>
                              <w:tc>
                                <w:tcPr>
                                  <w:tcW w:w="3677" w:type="dxa"/>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rPr>
                                      <w:b/>
                                    </w:rPr>
                                    <w:t>BUSINESS AND CORPORATE LAW I</w:t>
                                  </w:r>
                                </w:p>
                              </w:tc>
                              <w:tc>
                                <w:tcPr>
                                  <w:tcW w:w="1083" w:type="dxa"/>
                                  <w:tcBorders>
                                    <w:right w:val="double" w:sz="4" w:space="0" w:color="C0504D" w:themeColor="accent2"/>
                                  </w:tcBorders>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t>3</w:t>
                                  </w:r>
                                </w:p>
                              </w:tc>
                            </w:tr>
                            <w:tr w:rsidR="003A37E7" w:rsidRPr="00996B2A" w:rsidTr="00B93D41">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996B2A" w:rsidRDefault="003A37E7" w:rsidP="00265149">
                                  <w:pPr>
                                    <w:jc w:val="center"/>
                                  </w:pPr>
                                  <w:r w:rsidRPr="00996B2A">
                                    <w:t>BUS 313</w:t>
                                  </w:r>
                                </w:p>
                              </w:tc>
                              <w:tc>
                                <w:tcPr>
                                  <w:tcW w:w="3677" w:type="dxa"/>
                                  <w:vAlign w:val="center"/>
                                </w:tcPr>
                                <w:p w:rsidR="003A37E7" w:rsidRPr="00996B2A" w:rsidRDefault="003A37E7" w:rsidP="00265149">
                                  <w:pPr>
                                    <w:jc w:val="center"/>
                                    <w:cnfStyle w:val="000000100000" w:firstRow="0" w:lastRow="0" w:firstColumn="0" w:lastColumn="0" w:oddVBand="0" w:evenVBand="0" w:oddHBand="1" w:evenHBand="0" w:firstRowFirstColumn="0" w:firstRowLastColumn="0" w:lastRowFirstColumn="0" w:lastRowLastColumn="0"/>
                                  </w:pPr>
                                  <w:r w:rsidRPr="00996B2A">
                                    <w:rPr>
                                      <w:b/>
                                    </w:rPr>
                                    <w:t>QUANTATITIVE TECHNIQUES</w:t>
                                  </w:r>
                                </w:p>
                              </w:tc>
                              <w:tc>
                                <w:tcPr>
                                  <w:tcW w:w="1083" w:type="dxa"/>
                                  <w:tcBorders>
                                    <w:right w:val="double" w:sz="4" w:space="0" w:color="C0504D" w:themeColor="accent2"/>
                                  </w:tcBorders>
                                  <w:vAlign w:val="center"/>
                                </w:tcPr>
                                <w:p w:rsidR="003A37E7" w:rsidRPr="00996B2A" w:rsidRDefault="003A37E7" w:rsidP="00265149">
                                  <w:pPr>
                                    <w:jc w:val="center"/>
                                    <w:cnfStyle w:val="000000100000" w:firstRow="0" w:lastRow="0" w:firstColumn="0" w:lastColumn="0" w:oddVBand="0" w:evenVBand="0" w:oddHBand="1" w:evenHBand="0" w:firstRowFirstColumn="0" w:firstRowLastColumn="0" w:lastRowFirstColumn="0" w:lastRowLastColumn="0"/>
                                  </w:pPr>
                                  <w:r w:rsidRPr="00996B2A">
                                    <w:t>3</w:t>
                                  </w:r>
                                </w:p>
                              </w:tc>
                            </w:tr>
                            <w:tr w:rsidR="003A37E7" w:rsidRPr="00996B2A" w:rsidTr="003A2B0A">
                              <w:trPr>
                                <w:cnfStyle w:val="000000010000" w:firstRow="0" w:lastRow="0" w:firstColumn="0" w:lastColumn="0" w:oddVBand="0" w:evenVBand="0" w:oddHBand="0" w:evenHBand="1"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996B2A" w:rsidRDefault="003A37E7" w:rsidP="00265149">
                                  <w:pPr>
                                    <w:jc w:val="center"/>
                                  </w:pPr>
                                  <w:r w:rsidRPr="00996B2A">
                                    <w:t>MGT 308</w:t>
                                  </w:r>
                                </w:p>
                              </w:tc>
                              <w:tc>
                                <w:tcPr>
                                  <w:tcW w:w="3677" w:type="dxa"/>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rPr>
                                      <w:b/>
                                    </w:rPr>
                                    <w:t>INTERNATIONAL BUSINESS</w:t>
                                  </w:r>
                                </w:p>
                              </w:tc>
                              <w:tc>
                                <w:tcPr>
                                  <w:tcW w:w="1083" w:type="dxa"/>
                                  <w:tcBorders>
                                    <w:right w:val="double" w:sz="4" w:space="0" w:color="C0504D" w:themeColor="accent2"/>
                                  </w:tcBorders>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t>3</w:t>
                                  </w:r>
                                </w:p>
                              </w:tc>
                            </w:tr>
                            <w:tr w:rsidR="003A2B0A" w:rsidRPr="00996B2A" w:rsidTr="003A2B0A">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2B0A" w:rsidRPr="00996B2A" w:rsidRDefault="003A2B0A" w:rsidP="00265149">
                                  <w:pPr>
                                    <w:jc w:val="center"/>
                                  </w:pPr>
                                  <w:r>
                                    <w:t xml:space="preserve">MINOR </w:t>
                                  </w:r>
                                </w:p>
                              </w:tc>
                              <w:tc>
                                <w:tcPr>
                                  <w:tcW w:w="3677" w:type="dxa"/>
                                  <w:vAlign w:val="center"/>
                                </w:tcPr>
                                <w:p w:rsidR="003A2B0A" w:rsidRPr="00996B2A" w:rsidRDefault="003A2B0A" w:rsidP="00265149">
                                  <w:pPr>
                                    <w:jc w:val="center"/>
                                    <w:cnfStyle w:val="000000100000" w:firstRow="0" w:lastRow="0" w:firstColumn="0" w:lastColumn="0" w:oddVBand="0" w:evenVBand="0" w:oddHBand="1" w:evenHBand="0" w:firstRowFirstColumn="0" w:firstRowLastColumn="0" w:lastRowFirstColumn="0" w:lastRowLastColumn="0"/>
                                    <w:rPr>
                                      <w:b/>
                                    </w:rPr>
                                  </w:pPr>
                                </w:p>
                              </w:tc>
                              <w:tc>
                                <w:tcPr>
                                  <w:tcW w:w="1083" w:type="dxa"/>
                                  <w:tcBorders>
                                    <w:right w:val="double" w:sz="4" w:space="0" w:color="C0504D" w:themeColor="accent2"/>
                                  </w:tcBorders>
                                  <w:vAlign w:val="center"/>
                                </w:tcPr>
                                <w:p w:rsidR="003A2B0A" w:rsidRPr="00996B2A" w:rsidRDefault="003A2B0A" w:rsidP="00265149">
                                  <w:pPr>
                                    <w:jc w:val="center"/>
                                    <w:cnfStyle w:val="000000100000" w:firstRow="0" w:lastRow="0" w:firstColumn="0" w:lastColumn="0" w:oddVBand="0" w:evenVBand="0" w:oddHBand="1" w:evenHBand="0" w:firstRowFirstColumn="0" w:firstRowLastColumn="0" w:lastRowFirstColumn="0" w:lastRowLastColumn="0"/>
                                  </w:pPr>
                                  <w:r>
                                    <w:t>3</w:t>
                                  </w:r>
                                </w:p>
                              </w:tc>
                            </w:tr>
                            <w:tr w:rsidR="003A2B0A" w:rsidRPr="00996B2A" w:rsidTr="003A2B0A">
                              <w:trPr>
                                <w:cnfStyle w:val="000000010000" w:firstRow="0" w:lastRow="0" w:firstColumn="0" w:lastColumn="0" w:oddVBand="0" w:evenVBand="0" w:oddHBand="0" w:evenHBand="1"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2B0A" w:rsidRDefault="003A2B0A" w:rsidP="00265149">
                                  <w:pPr>
                                    <w:jc w:val="center"/>
                                  </w:pPr>
                                  <w:r>
                                    <w:t>MINOR</w:t>
                                  </w:r>
                                </w:p>
                              </w:tc>
                              <w:tc>
                                <w:tcPr>
                                  <w:tcW w:w="3677" w:type="dxa"/>
                                  <w:vAlign w:val="center"/>
                                </w:tcPr>
                                <w:p w:rsidR="003A2B0A" w:rsidRPr="00996B2A" w:rsidRDefault="003A2B0A" w:rsidP="00265149">
                                  <w:pPr>
                                    <w:jc w:val="center"/>
                                    <w:cnfStyle w:val="000000010000" w:firstRow="0" w:lastRow="0" w:firstColumn="0" w:lastColumn="0" w:oddVBand="0" w:evenVBand="0" w:oddHBand="0" w:evenHBand="1" w:firstRowFirstColumn="0" w:firstRowLastColumn="0" w:lastRowFirstColumn="0" w:lastRowLastColumn="0"/>
                                    <w:rPr>
                                      <w:b/>
                                    </w:rPr>
                                  </w:pPr>
                                </w:p>
                              </w:tc>
                              <w:tc>
                                <w:tcPr>
                                  <w:tcW w:w="1083" w:type="dxa"/>
                                  <w:tcBorders>
                                    <w:right w:val="double" w:sz="4" w:space="0" w:color="C0504D" w:themeColor="accent2"/>
                                  </w:tcBorders>
                                  <w:vAlign w:val="center"/>
                                </w:tcPr>
                                <w:p w:rsidR="003A2B0A" w:rsidRDefault="003A2B0A" w:rsidP="00265149">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996B2A" w:rsidTr="00B93D41">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142" w:type="dxa"/>
                                  <w:gridSpan w:val="2"/>
                                  <w:tcBorders>
                                    <w:left w:val="double" w:sz="4" w:space="0" w:color="C0504D" w:themeColor="accent2"/>
                                    <w:bottom w:val="double" w:sz="4" w:space="0" w:color="C0504D" w:themeColor="accent2"/>
                                  </w:tcBorders>
                                  <w:vAlign w:val="center"/>
                                </w:tcPr>
                                <w:p w:rsidR="003A37E7" w:rsidRPr="00996B2A" w:rsidRDefault="003A37E7" w:rsidP="00265149">
                                  <w:pPr>
                                    <w:jc w:val="center"/>
                                  </w:pPr>
                                  <w:r w:rsidRPr="00996B2A">
                                    <w:t>TOTAL CREDIT HOURS</w:t>
                                  </w:r>
                                </w:p>
                              </w:tc>
                              <w:tc>
                                <w:tcPr>
                                  <w:tcW w:w="1083" w:type="dxa"/>
                                  <w:tcBorders>
                                    <w:bottom w:val="double" w:sz="4" w:space="0" w:color="C0504D" w:themeColor="accent2"/>
                                    <w:right w:val="double" w:sz="4" w:space="0" w:color="C0504D" w:themeColor="accent2"/>
                                  </w:tcBorders>
                                  <w:vAlign w:val="center"/>
                                </w:tcPr>
                                <w:p w:rsidR="003A37E7" w:rsidRPr="00996B2A" w:rsidRDefault="003A2B0A" w:rsidP="00265149">
                                  <w:pPr>
                                    <w:jc w:val="center"/>
                                    <w:cnfStyle w:val="000000100000" w:firstRow="0" w:lastRow="0" w:firstColumn="0" w:lastColumn="0" w:oddVBand="0" w:evenVBand="0" w:oddHBand="1" w:evenHBand="0" w:firstRowFirstColumn="0" w:firstRowLastColumn="0" w:lastRowFirstColumn="0" w:lastRowLastColumn="0"/>
                                  </w:pPr>
                                  <w:r>
                                    <w:t>23</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B4F308" id="Text Box 30" o:spid="_x0000_s1073" type="#_x0000_t202" style="position:absolute;left:0;text-align:left;margin-left:36.4pt;margin-top:-68.7pt;width:335.05pt;height:288.85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" fillcolor="white [3201]" stroked="f" strokeweight=".5pt">
                <v:textbox>
                  <w:txbxContent>
                    <w:tbl>
                      <w:tblPr>
                        <w:tblStyle w:val="LightGrid"/>
                        <w:tblW w:w="6225" w:type="dxa"/>
                        <w:tblInd w:w="-90" w:type="dxa"/>
                        <w:tblLook w:val="04A0" w:firstRow="1" w:lastRow="0" w:firstColumn="1" w:lastColumn="0" w:noHBand="0" w:noVBand="1"/>
                      </w:tblPr>
                      <w:tblGrid>
                        <w:gridCol w:w="1465"/>
                        <w:gridCol w:w="3677"/>
                        <w:gridCol w:w="1083"/>
                      </w:tblGrid>
                      <w:tr w:rsidR="003A37E7" w:rsidRPr="00996B2A" w:rsidTr="00B93D41">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22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996B2A" w:rsidRDefault="003A37E7" w:rsidP="00265149">
                            <w:pPr>
                              <w:jc w:val="center"/>
                              <w:rPr>
                                <w:color w:val="FF0000"/>
                              </w:rPr>
                            </w:pPr>
                            <w:r>
                              <w:rPr>
                                <w:color w:val="FF0000"/>
                                <w:sz w:val="24"/>
                                <w:szCs w:val="24"/>
                              </w:rPr>
                              <w:t>BBA -</w:t>
                            </w:r>
                            <w:r w:rsidRPr="002C30CC">
                              <w:rPr>
                                <w:color w:val="FF0000"/>
                                <w:sz w:val="24"/>
                                <w:szCs w:val="24"/>
                              </w:rPr>
                              <w:t>BUSINESS MANAGEMENT</w:t>
                            </w:r>
                          </w:p>
                        </w:tc>
                      </w:tr>
                      <w:tr w:rsidR="003A37E7" w:rsidRPr="00996B2A" w:rsidTr="00B93D41">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22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996B2A" w:rsidRDefault="003A37E7" w:rsidP="00265149">
                            <w:pPr>
                              <w:jc w:val="center"/>
                            </w:pPr>
                            <w:r>
                              <w:rPr>
                                <w:sz w:val="20"/>
                                <w:szCs w:val="20"/>
                              </w:rPr>
                              <w:t>JUNIOR YEAR (YEARIII) - FIRST</w:t>
                            </w:r>
                            <w:r w:rsidRPr="009B29F2">
                              <w:rPr>
                                <w:sz w:val="20"/>
                                <w:szCs w:val="20"/>
                              </w:rPr>
                              <w:t xml:space="preserve"> SEMESTER</w:t>
                            </w:r>
                          </w:p>
                        </w:tc>
                      </w:tr>
                      <w:tr w:rsidR="003A37E7" w:rsidRPr="00996B2A" w:rsidTr="00B93D41">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996B2A" w:rsidRDefault="003A37E7" w:rsidP="00265149">
                            <w:pPr>
                              <w:jc w:val="center"/>
                            </w:pPr>
                            <w:r w:rsidRPr="00996B2A">
                              <w:t>COURSE CODE</w:t>
                            </w:r>
                          </w:p>
                        </w:tc>
                        <w:tc>
                          <w:tcPr>
                            <w:tcW w:w="3677" w:type="dxa"/>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rPr>
                                <w:b/>
                              </w:rPr>
                              <w:t>COURSE TITLE</w:t>
                            </w:r>
                          </w:p>
                        </w:tc>
                        <w:tc>
                          <w:tcPr>
                            <w:tcW w:w="1083" w:type="dxa"/>
                            <w:tcBorders>
                              <w:right w:val="double" w:sz="4" w:space="0" w:color="C0504D" w:themeColor="accent2"/>
                            </w:tcBorders>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t>CREDIT HOURS</w:t>
                            </w:r>
                          </w:p>
                        </w:tc>
                      </w:tr>
                      <w:tr w:rsidR="003A37E7" w:rsidRPr="00996B2A" w:rsidTr="00B93D41">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996B2A" w:rsidRDefault="003A37E7" w:rsidP="00265149">
                            <w:pPr>
                              <w:jc w:val="center"/>
                            </w:pPr>
                            <w:r>
                              <w:t>GEN 107</w:t>
                            </w:r>
                          </w:p>
                        </w:tc>
                        <w:tc>
                          <w:tcPr>
                            <w:tcW w:w="3677" w:type="dxa"/>
                            <w:vAlign w:val="center"/>
                          </w:tcPr>
                          <w:p w:rsidR="003A37E7" w:rsidRPr="00996B2A" w:rsidRDefault="003A37E7" w:rsidP="00265149">
                            <w:pPr>
                              <w:jc w:val="center"/>
                              <w:cnfStyle w:val="000000100000" w:firstRow="0" w:lastRow="0" w:firstColumn="0" w:lastColumn="0" w:oddVBand="0" w:evenVBand="0" w:oddHBand="1" w:evenHBand="0" w:firstRowFirstColumn="0" w:firstRowLastColumn="0" w:lastRowFirstColumn="0" w:lastRowLastColumn="0"/>
                              <w:rPr>
                                <w:b/>
                              </w:rPr>
                            </w:pPr>
                            <w:r w:rsidRPr="00996B2A">
                              <w:rPr>
                                <w:b/>
                              </w:rPr>
                              <w:t>DYNAMIC OF FAITH 1</w:t>
                            </w:r>
                          </w:p>
                        </w:tc>
                        <w:tc>
                          <w:tcPr>
                            <w:tcW w:w="1083" w:type="dxa"/>
                            <w:tcBorders>
                              <w:right w:val="double" w:sz="4" w:space="0" w:color="C0504D" w:themeColor="accent2"/>
                            </w:tcBorders>
                            <w:vAlign w:val="center"/>
                          </w:tcPr>
                          <w:p w:rsidR="003A37E7" w:rsidRPr="00996B2A" w:rsidRDefault="003A37E7" w:rsidP="00265149">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996B2A" w:rsidTr="00B93D41">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996B2A" w:rsidRDefault="003A37E7" w:rsidP="00265149">
                            <w:pPr>
                              <w:jc w:val="center"/>
                            </w:pPr>
                            <w:r w:rsidRPr="00996B2A">
                              <w:t>BUS 314</w:t>
                            </w:r>
                          </w:p>
                        </w:tc>
                        <w:tc>
                          <w:tcPr>
                            <w:tcW w:w="3677" w:type="dxa"/>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t>SOCIAL SCIENCE STATISTICS</w:t>
                            </w:r>
                          </w:p>
                        </w:tc>
                        <w:tc>
                          <w:tcPr>
                            <w:tcW w:w="1083" w:type="dxa"/>
                            <w:tcBorders>
                              <w:right w:val="double" w:sz="4" w:space="0" w:color="C0504D" w:themeColor="accent2"/>
                            </w:tcBorders>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t>3</w:t>
                            </w:r>
                          </w:p>
                        </w:tc>
                      </w:tr>
                      <w:tr w:rsidR="003A37E7" w:rsidRPr="00996B2A" w:rsidTr="00B93D41">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996B2A" w:rsidRDefault="003A37E7" w:rsidP="00265149">
                            <w:pPr>
                              <w:jc w:val="center"/>
                            </w:pPr>
                            <w:r w:rsidRPr="00996B2A">
                              <w:t>MGT 307</w:t>
                            </w:r>
                          </w:p>
                        </w:tc>
                        <w:tc>
                          <w:tcPr>
                            <w:tcW w:w="3677" w:type="dxa"/>
                            <w:vAlign w:val="center"/>
                          </w:tcPr>
                          <w:p w:rsidR="003A37E7" w:rsidRPr="00996B2A" w:rsidRDefault="003A37E7" w:rsidP="00265149">
                            <w:pPr>
                              <w:jc w:val="center"/>
                              <w:cnfStyle w:val="000000100000" w:firstRow="0" w:lastRow="0" w:firstColumn="0" w:lastColumn="0" w:oddVBand="0" w:evenVBand="0" w:oddHBand="1" w:evenHBand="0" w:firstRowFirstColumn="0" w:firstRowLastColumn="0" w:lastRowFirstColumn="0" w:lastRowLastColumn="0"/>
                            </w:pPr>
                            <w:r w:rsidRPr="00996B2A">
                              <w:rPr>
                                <w:b/>
                              </w:rPr>
                              <w:t>ADVERTISING MANAGEMENT</w:t>
                            </w:r>
                          </w:p>
                        </w:tc>
                        <w:tc>
                          <w:tcPr>
                            <w:tcW w:w="1083" w:type="dxa"/>
                            <w:tcBorders>
                              <w:right w:val="double" w:sz="4" w:space="0" w:color="C0504D" w:themeColor="accent2"/>
                            </w:tcBorders>
                            <w:vAlign w:val="center"/>
                          </w:tcPr>
                          <w:p w:rsidR="003A37E7" w:rsidRPr="00996B2A" w:rsidRDefault="003A37E7" w:rsidP="00265149">
                            <w:pPr>
                              <w:jc w:val="center"/>
                              <w:cnfStyle w:val="000000100000" w:firstRow="0" w:lastRow="0" w:firstColumn="0" w:lastColumn="0" w:oddVBand="0" w:evenVBand="0" w:oddHBand="1" w:evenHBand="0" w:firstRowFirstColumn="0" w:firstRowLastColumn="0" w:lastRowFirstColumn="0" w:lastRowLastColumn="0"/>
                            </w:pPr>
                            <w:r w:rsidRPr="00996B2A">
                              <w:t>3</w:t>
                            </w:r>
                          </w:p>
                          <w:p w:rsidR="003A37E7" w:rsidRPr="00996B2A" w:rsidRDefault="003A37E7" w:rsidP="00265149">
                            <w:pPr>
                              <w:jc w:val="center"/>
                              <w:cnfStyle w:val="000000100000" w:firstRow="0" w:lastRow="0" w:firstColumn="0" w:lastColumn="0" w:oddVBand="0" w:evenVBand="0" w:oddHBand="1" w:evenHBand="0" w:firstRowFirstColumn="0" w:firstRowLastColumn="0" w:lastRowFirstColumn="0" w:lastRowLastColumn="0"/>
                            </w:pPr>
                          </w:p>
                        </w:tc>
                      </w:tr>
                      <w:tr w:rsidR="003A37E7" w:rsidRPr="00996B2A" w:rsidTr="00B93D41">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996B2A" w:rsidRDefault="003A37E7" w:rsidP="00265149">
                            <w:pPr>
                              <w:jc w:val="center"/>
                            </w:pPr>
                            <w:r w:rsidRPr="00996B2A">
                              <w:t>BUS 303</w:t>
                            </w:r>
                          </w:p>
                        </w:tc>
                        <w:tc>
                          <w:tcPr>
                            <w:tcW w:w="3677" w:type="dxa"/>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rPr>
                                <w:b/>
                              </w:rPr>
                              <w:t>BUSINESS AND CORPORATE LAW I</w:t>
                            </w:r>
                          </w:p>
                        </w:tc>
                        <w:tc>
                          <w:tcPr>
                            <w:tcW w:w="1083" w:type="dxa"/>
                            <w:tcBorders>
                              <w:right w:val="double" w:sz="4" w:space="0" w:color="C0504D" w:themeColor="accent2"/>
                            </w:tcBorders>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t>3</w:t>
                            </w:r>
                          </w:p>
                        </w:tc>
                      </w:tr>
                      <w:tr w:rsidR="003A37E7" w:rsidRPr="00996B2A" w:rsidTr="00B93D41">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996B2A" w:rsidRDefault="003A37E7" w:rsidP="00265149">
                            <w:pPr>
                              <w:jc w:val="center"/>
                            </w:pPr>
                            <w:r w:rsidRPr="00996B2A">
                              <w:t>BUS 313</w:t>
                            </w:r>
                          </w:p>
                        </w:tc>
                        <w:tc>
                          <w:tcPr>
                            <w:tcW w:w="3677" w:type="dxa"/>
                            <w:vAlign w:val="center"/>
                          </w:tcPr>
                          <w:p w:rsidR="003A37E7" w:rsidRPr="00996B2A" w:rsidRDefault="003A37E7" w:rsidP="00265149">
                            <w:pPr>
                              <w:jc w:val="center"/>
                              <w:cnfStyle w:val="000000100000" w:firstRow="0" w:lastRow="0" w:firstColumn="0" w:lastColumn="0" w:oddVBand="0" w:evenVBand="0" w:oddHBand="1" w:evenHBand="0" w:firstRowFirstColumn="0" w:firstRowLastColumn="0" w:lastRowFirstColumn="0" w:lastRowLastColumn="0"/>
                            </w:pPr>
                            <w:r w:rsidRPr="00996B2A">
                              <w:rPr>
                                <w:b/>
                              </w:rPr>
                              <w:t>QUANTATITIVE TECHNIQUES</w:t>
                            </w:r>
                          </w:p>
                        </w:tc>
                        <w:tc>
                          <w:tcPr>
                            <w:tcW w:w="1083" w:type="dxa"/>
                            <w:tcBorders>
                              <w:right w:val="double" w:sz="4" w:space="0" w:color="C0504D" w:themeColor="accent2"/>
                            </w:tcBorders>
                            <w:vAlign w:val="center"/>
                          </w:tcPr>
                          <w:p w:rsidR="003A37E7" w:rsidRPr="00996B2A" w:rsidRDefault="003A37E7" w:rsidP="00265149">
                            <w:pPr>
                              <w:jc w:val="center"/>
                              <w:cnfStyle w:val="000000100000" w:firstRow="0" w:lastRow="0" w:firstColumn="0" w:lastColumn="0" w:oddVBand="0" w:evenVBand="0" w:oddHBand="1" w:evenHBand="0" w:firstRowFirstColumn="0" w:firstRowLastColumn="0" w:lastRowFirstColumn="0" w:lastRowLastColumn="0"/>
                            </w:pPr>
                            <w:r w:rsidRPr="00996B2A">
                              <w:t>3</w:t>
                            </w:r>
                          </w:p>
                        </w:tc>
                      </w:tr>
                      <w:tr w:rsidR="003A37E7" w:rsidRPr="00996B2A" w:rsidTr="003A2B0A">
                        <w:trPr>
                          <w:cnfStyle w:val="000000010000" w:firstRow="0" w:lastRow="0" w:firstColumn="0" w:lastColumn="0" w:oddVBand="0" w:evenVBand="0" w:oddHBand="0" w:evenHBand="1"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996B2A" w:rsidRDefault="003A37E7" w:rsidP="00265149">
                            <w:pPr>
                              <w:jc w:val="center"/>
                            </w:pPr>
                            <w:r w:rsidRPr="00996B2A">
                              <w:t>MGT 308</w:t>
                            </w:r>
                          </w:p>
                        </w:tc>
                        <w:tc>
                          <w:tcPr>
                            <w:tcW w:w="3677" w:type="dxa"/>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rPr>
                                <w:b/>
                              </w:rPr>
                              <w:t>INTERNATIONAL BUSINESS</w:t>
                            </w:r>
                          </w:p>
                        </w:tc>
                        <w:tc>
                          <w:tcPr>
                            <w:tcW w:w="1083" w:type="dxa"/>
                            <w:tcBorders>
                              <w:right w:val="double" w:sz="4" w:space="0" w:color="C0504D" w:themeColor="accent2"/>
                            </w:tcBorders>
                            <w:vAlign w:val="center"/>
                          </w:tcPr>
                          <w:p w:rsidR="003A37E7" w:rsidRPr="00996B2A"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996B2A">
                              <w:t>3</w:t>
                            </w:r>
                          </w:p>
                        </w:tc>
                      </w:tr>
                      <w:tr w:rsidR="003A2B0A" w:rsidRPr="00996B2A" w:rsidTr="003A2B0A">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2B0A" w:rsidRPr="00996B2A" w:rsidRDefault="003A2B0A" w:rsidP="00265149">
                            <w:pPr>
                              <w:jc w:val="center"/>
                            </w:pPr>
                            <w:r>
                              <w:t xml:space="preserve">MINOR </w:t>
                            </w:r>
                          </w:p>
                        </w:tc>
                        <w:tc>
                          <w:tcPr>
                            <w:tcW w:w="3677" w:type="dxa"/>
                            <w:vAlign w:val="center"/>
                          </w:tcPr>
                          <w:p w:rsidR="003A2B0A" w:rsidRPr="00996B2A" w:rsidRDefault="003A2B0A" w:rsidP="00265149">
                            <w:pPr>
                              <w:jc w:val="center"/>
                              <w:cnfStyle w:val="000000100000" w:firstRow="0" w:lastRow="0" w:firstColumn="0" w:lastColumn="0" w:oddVBand="0" w:evenVBand="0" w:oddHBand="1" w:evenHBand="0" w:firstRowFirstColumn="0" w:firstRowLastColumn="0" w:lastRowFirstColumn="0" w:lastRowLastColumn="0"/>
                              <w:rPr>
                                <w:b/>
                              </w:rPr>
                            </w:pPr>
                          </w:p>
                        </w:tc>
                        <w:tc>
                          <w:tcPr>
                            <w:tcW w:w="1083" w:type="dxa"/>
                            <w:tcBorders>
                              <w:right w:val="double" w:sz="4" w:space="0" w:color="C0504D" w:themeColor="accent2"/>
                            </w:tcBorders>
                            <w:vAlign w:val="center"/>
                          </w:tcPr>
                          <w:p w:rsidR="003A2B0A" w:rsidRPr="00996B2A" w:rsidRDefault="003A2B0A" w:rsidP="00265149">
                            <w:pPr>
                              <w:jc w:val="center"/>
                              <w:cnfStyle w:val="000000100000" w:firstRow="0" w:lastRow="0" w:firstColumn="0" w:lastColumn="0" w:oddVBand="0" w:evenVBand="0" w:oddHBand="1" w:evenHBand="0" w:firstRowFirstColumn="0" w:firstRowLastColumn="0" w:lastRowFirstColumn="0" w:lastRowLastColumn="0"/>
                            </w:pPr>
                            <w:r>
                              <w:t>3</w:t>
                            </w:r>
                          </w:p>
                        </w:tc>
                      </w:tr>
                      <w:tr w:rsidR="003A2B0A" w:rsidRPr="00996B2A" w:rsidTr="003A2B0A">
                        <w:trPr>
                          <w:cnfStyle w:val="000000010000" w:firstRow="0" w:lastRow="0" w:firstColumn="0" w:lastColumn="0" w:oddVBand="0" w:evenVBand="0" w:oddHBand="0" w:evenHBand="1"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2B0A" w:rsidRDefault="003A2B0A" w:rsidP="00265149">
                            <w:pPr>
                              <w:jc w:val="center"/>
                            </w:pPr>
                            <w:r>
                              <w:t>MINOR</w:t>
                            </w:r>
                          </w:p>
                        </w:tc>
                        <w:tc>
                          <w:tcPr>
                            <w:tcW w:w="3677" w:type="dxa"/>
                            <w:vAlign w:val="center"/>
                          </w:tcPr>
                          <w:p w:rsidR="003A2B0A" w:rsidRPr="00996B2A" w:rsidRDefault="003A2B0A" w:rsidP="00265149">
                            <w:pPr>
                              <w:jc w:val="center"/>
                              <w:cnfStyle w:val="000000010000" w:firstRow="0" w:lastRow="0" w:firstColumn="0" w:lastColumn="0" w:oddVBand="0" w:evenVBand="0" w:oddHBand="0" w:evenHBand="1" w:firstRowFirstColumn="0" w:firstRowLastColumn="0" w:lastRowFirstColumn="0" w:lastRowLastColumn="0"/>
                              <w:rPr>
                                <w:b/>
                              </w:rPr>
                            </w:pPr>
                          </w:p>
                        </w:tc>
                        <w:tc>
                          <w:tcPr>
                            <w:tcW w:w="1083" w:type="dxa"/>
                            <w:tcBorders>
                              <w:right w:val="double" w:sz="4" w:space="0" w:color="C0504D" w:themeColor="accent2"/>
                            </w:tcBorders>
                            <w:vAlign w:val="center"/>
                          </w:tcPr>
                          <w:p w:rsidR="003A2B0A" w:rsidRDefault="003A2B0A" w:rsidP="00265149">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996B2A" w:rsidTr="00B93D41">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142" w:type="dxa"/>
                            <w:gridSpan w:val="2"/>
                            <w:tcBorders>
                              <w:left w:val="double" w:sz="4" w:space="0" w:color="C0504D" w:themeColor="accent2"/>
                              <w:bottom w:val="double" w:sz="4" w:space="0" w:color="C0504D" w:themeColor="accent2"/>
                            </w:tcBorders>
                            <w:vAlign w:val="center"/>
                          </w:tcPr>
                          <w:p w:rsidR="003A37E7" w:rsidRPr="00996B2A" w:rsidRDefault="003A37E7" w:rsidP="00265149">
                            <w:pPr>
                              <w:jc w:val="center"/>
                            </w:pPr>
                            <w:r w:rsidRPr="00996B2A">
                              <w:t>TOTAL CREDIT HOURS</w:t>
                            </w:r>
                          </w:p>
                        </w:tc>
                        <w:tc>
                          <w:tcPr>
                            <w:tcW w:w="1083" w:type="dxa"/>
                            <w:tcBorders>
                              <w:bottom w:val="double" w:sz="4" w:space="0" w:color="C0504D" w:themeColor="accent2"/>
                              <w:right w:val="double" w:sz="4" w:space="0" w:color="C0504D" w:themeColor="accent2"/>
                            </w:tcBorders>
                            <w:vAlign w:val="center"/>
                          </w:tcPr>
                          <w:p w:rsidR="003A37E7" w:rsidRPr="00996B2A" w:rsidRDefault="003A2B0A" w:rsidP="00265149">
                            <w:pPr>
                              <w:jc w:val="center"/>
                              <w:cnfStyle w:val="000000100000" w:firstRow="0" w:lastRow="0" w:firstColumn="0" w:lastColumn="0" w:oddVBand="0" w:evenVBand="0" w:oddHBand="1" w:evenHBand="0" w:firstRowFirstColumn="0" w:firstRowLastColumn="0" w:lastRowFirstColumn="0" w:lastRowLastColumn="0"/>
                            </w:pPr>
                            <w:r>
                              <w:t>23</w:t>
                            </w:r>
                          </w:p>
                        </w:tc>
                      </w:tr>
                    </w:tbl>
                    <w:p w:rsidR="003A37E7" w:rsidRDefault="003A37E7"/>
                  </w:txbxContent>
                </v:textbox>
                <w10:wrap anchorx="page"/>
              </v:shape>
            </w:pict>
          </mc:Fallback>
        </mc:AlternateContent>
      </w:r>
    </w:p>
    <w:p w:rsidR="00C542BD" w:rsidRDefault="00C542BD" w:rsidP="00412947">
      <w:pPr>
        <w:jc w:val="center"/>
      </w:pPr>
    </w:p>
    <w:p w:rsidR="00C542BD" w:rsidRDefault="00C542BD" w:rsidP="00412947">
      <w:pPr>
        <w:jc w:val="center"/>
      </w:pPr>
    </w:p>
    <w:p w:rsidR="00C542BD" w:rsidRDefault="00C542BD" w:rsidP="00412947">
      <w:pPr>
        <w:jc w:val="center"/>
      </w:pPr>
    </w:p>
    <w:p w:rsidR="00C542BD" w:rsidRDefault="00C542BD" w:rsidP="00412947">
      <w:pPr>
        <w:jc w:val="center"/>
      </w:pPr>
    </w:p>
    <w:p w:rsidR="00C542BD" w:rsidRDefault="00C542BD" w:rsidP="00412947">
      <w:pPr>
        <w:jc w:val="center"/>
      </w:pPr>
    </w:p>
    <w:p w:rsidR="00961325" w:rsidRDefault="00961325" w:rsidP="00412947">
      <w:pPr>
        <w:jc w:val="center"/>
      </w:pPr>
    </w:p>
    <w:p w:rsidR="00DD4684" w:rsidRDefault="00DD4684" w:rsidP="00412947">
      <w:pPr>
        <w:jc w:val="center"/>
      </w:pPr>
    </w:p>
    <w:p w:rsidR="00DD4684" w:rsidRDefault="002C30CC" w:rsidP="00412947">
      <w:pPr>
        <w:jc w:val="center"/>
      </w:pPr>
      <w:r>
        <w:rPr>
          <w:noProof/>
        </w:rPr>
        <mc:AlternateContent>
          <mc:Choice Requires="wps">
            <w:drawing>
              <wp:anchor distT="0" distB="0" distL="114300" distR="114300" simplePos="0" relativeHeight="251683840" behindDoc="0" locked="0" layoutInCell="1" allowOverlap="1" wp14:anchorId="3901862B" wp14:editId="0A84F305">
                <wp:simplePos x="0" y="0"/>
                <wp:positionH relativeFrom="page">
                  <wp:posOffset>504497</wp:posOffset>
                </wp:positionH>
                <wp:positionV relativeFrom="paragraph">
                  <wp:posOffset>279312</wp:posOffset>
                </wp:positionV>
                <wp:extent cx="4254500" cy="4014952"/>
                <wp:effectExtent l="0" t="0" r="0" b="5080"/>
                <wp:wrapNone/>
                <wp:docPr id="32" name="Text Box 32"/>
                <wp:cNvGraphicFramePr/>
                <a:graphic xmlns:a="http://schemas.openxmlformats.org/drawingml/2006/main">
                  <a:graphicData uri="http://schemas.microsoft.com/office/word/2010/wordprocessingShape">
                    <wps:wsp>
                      <wps:cNvSpPr txBox="1"/>
                      <wps:spPr>
                        <a:xfrm>
                          <a:off x="0" y="0"/>
                          <a:ext cx="4254500" cy="401495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0" w:type="auto"/>
                              <w:tblInd w:w="-120" w:type="dxa"/>
                              <w:tblLook w:val="04A0" w:firstRow="1" w:lastRow="0" w:firstColumn="1" w:lastColumn="0" w:noHBand="0" w:noVBand="1"/>
                            </w:tblPr>
                            <w:tblGrid>
                              <w:gridCol w:w="1441"/>
                              <w:gridCol w:w="3584"/>
                              <w:gridCol w:w="1140"/>
                            </w:tblGrid>
                            <w:tr w:rsidR="003A37E7" w:rsidRPr="00A04D47" w:rsidTr="00B93D41">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16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A04D47" w:rsidRDefault="003A37E7" w:rsidP="00265149">
                                  <w:pPr>
                                    <w:jc w:val="center"/>
                                    <w:rPr>
                                      <w:color w:val="FF0000"/>
                                    </w:rPr>
                                  </w:pPr>
                                  <w:r>
                                    <w:rPr>
                                      <w:color w:val="FF0000"/>
                                      <w:sz w:val="24"/>
                                      <w:szCs w:val="24"/>
                                    </w:rPr>
                                    <w:t>BBA -</w:t>
                                  </w:r>
                                  <w:r w:rsidRPr="002C30CC">
                                    <w:rPr>
                                      <w:color w:val="FF0000"/>
                                      <w:sz w:val="24"/>
                                      <w:szCs w:val="24"/>
                                    </w:rPr>
                                    <w:t>BUSINESS MANAGEMENT</w:t>
                                  </w:r>
                                </w:p>
                              </w:tc>
                            </w:tr>
                            <w:tr w:rsidR="003A37E7" w:rsidRPr="00A04D47" w:rsidTr="00B93D41">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16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A04D47" w:rsidRDefault="003A37E7" w:rsidP="00265149">
                                  <w:pPr>
                                    <w:jc w:val="center"/>
                                  </w:pPr>
                                  <w:r>
                                    <w:rPr>
                                      <w:sz w:val="20"/>
                                      <w:szCs w:val="20"/>
                                    </w:rPr>
                                    <w:t>JUNIOR YEAR (YEARIII) - SECOND</w:t>
                                  </w:r>
                                  <w:r w:rsidRPr="009B29F2">
                                    <w:rPr>
                                      <w:sz w:val="20"/>
                                      <w:szCs w:val="20"/>
                                    </w:rPr>
                                    <w:t xml:space="preserve"> SEMESTER</w:t>
                                  </w:r>
                                </w:p>
                              </w:tc>
                            </w:tr>
                            <w:tr w:rsidR="003A37E7" w:rsidRPr="00A04D47"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3A37E7" w:rsidRPr="00A04D47" w:rsidRDefault="003A37E7" w:rsidP="00265149">
                                  <w:pPr>
                                    <w:jc w:val="center"/>
                                  </w:pPr>
                                  <w:r w:rsidRPr="00A04D47">
                                    <w:t>COURSE CODE</w:t>
                                  </w:r>
                                </w:p>
                              </w:tc>
                              <w:tc>
                                <w:tcPr>
                                  <w:tcW w:w="3584" w:type="dxa"/>
                                  <w:vAlign w:val="center"/>
                                </w:tcPr>
                                <w:p w:rsidR="003A37E7" w:rsidRPr="00A04D47"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A04D47">
                                    <w:rPr>
                                      <w:b/>
                                    </w:rPr>
                                    <w:t>COURSE TITLE</w:t>
                                  </w:r>
                                </w:p>
                              </w:tc>
                              <w:tc>
                                <w:tcPr>
                                  <w:tcW w:w="1140" w:type="dxa"/>
                                  <w:tcBorders>
                                    <w:right w:val="double" w:sz="4" w:space="0" w:color="C0504D" w:themeColor="accent2"/>
                                  </w:tcBorders>
                                  <w:vAlign w:val="center"/>
                                </w:tcPr>
                                <w:p w:rsidR="003A37E7" w:rsidRPr="00A04D47"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A04D47">
                                    <w:t>CREDIT HOURS</w:t>
                                  </w:r>
                                </w:p>
                              </w:tc>
                            </w:tr>
                            <w:tr w:rsidR="003A37E7" w:rsidRPr="00A04D47" w:rsidTr="00B93D41">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3A37E7" w:rsidRPr="00A04D47" w:rsidRDefault="003A37E7" w:rsidP="00265149">
                                  <w:pPr>
                                    <w:jc w:val="center"/>
                                  </w:pPr>
                                  <w:r>
                                    <w:t>GEN 108</w:t>
                                  </w:r>
                                </w:p>
                              </w:tc>
                              <w:tc>
                                <w:tcPr>
                                  <w:tcW w:w="3584" w:type="dxa"/>
                                  <w:vAlign w:val="center"/>
                                </w:tcPr>
                                <w:p w:rsidR="003A37E7" w:rsidRPr="00A04D47" w:rsidRDefault="003A37E7" w:rsidP="00265149">
                                  <w:pPr>
                                    <w:jc w:val="center"/>
                                    <w:cnfStyle w:val="000000100000" w:firstRow="0" w:lastRow="0" w:firstColumn="0" w:lastColumn="0" w:oddVBand="0" w:evenVBand="0" w:oddHBand="1" w:evenHBand="0" w:firstRowFirstColumn="0" w:firstRowLastColumn="0" w:lastRowFirstColumn="0" w:lastRowLastColumn="0"/>
                                    <w:rPr>
                                      <w:b/>
                                    </w:rPr>
                                  </w:pPr>
                                  <w:r>
                                    <w:rPr>
                                      <w:b/>
                                    </w:rPr>
                                    <w:t>DYNAMIC OF FAITH 2</w:t>
                                  </w:r>
                                </w:p>
                              </w:tc>
                              <w:tc>
                                <w:tcPr>
                                  <w:tcW w:w="1140" w:type="dxa"/>
                                  <w:tcBorders>
                                    <w:right w:val="double" w:sz="4" w:space="0" w:color="C0504D" w:themeColor="accent2"/>
                                  </w:tcBorders>
                                  <w:vAlign w:val="center"/>
                                </w:tcPr>
                                <w:p w:rsidR="003A37E7" w:rsidRPr="00A04D47" w:rsidRDefault="003A37E7" w:rsidP="00265149">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A04D47"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3A37E7" w:rsidRPr="00A04D47" w:rsidRDefault="003A37E7" w:rsidP="00265149">
                                  <w:pPr>
                                    <w:jc w:val="center"/>
                                  </w:pPr>
                                  <w:r w:rsidRPr="00A04D47">
                                    <w:t>MGT 310</w:t>
                                  </w:r>
                                </w:p>
                              </w:tc>
                              <w:tc>
                                <w:tcPr>
                                  <w:tcW w:w="3584" w:type="dxa"/>
                                  <w:vAlign w:val="center"/>
                                </w:tcPr>
                                <w:p w:rsidR="003A37E7" w:rsidRPr="00A04D47"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A04D47">
                                    <w:t>ORGANIZATIONAL BEHAVIOR</w:t>
                                  </w:r>
                                </w:p>
                              </w:tc>
                              <w:tc>
                                <w:tcPr>
                                  <w:tcW w:w="1140" w:type="dxa"/>
                                  <w:tcBorders>
                                    <w:right w:val="double" w:sz="4" w:space="0" w:color="C0504D" w:themeColor="accent2"/>
                                  </w:tcBorders>
                                  <w:vAlign w:val="center"/>
                                </w:tcPr>
                                <w:p w:rsidR="003A37E7" w:rsidRPr="00A04D47"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A04D47">
                                    <w:t>3</w:t>
                                  </w:r>
                                </w:p>
                              </w:tc>
                            </w:tr>
                            <w:tr w:rsidR="003A37E7" w:rsidRPr="00A04D47" w:rsidTr="00B93D41">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3A37E7" w:rsidRPr="00A04D47" w:rsidRDefault="003A37E7" w:rsidP="00265149">
                                  <w:pPr>
                                    <w:jc w:val="center"/>
                                  </w:pPr>
                                  <w:r w:rsidRPr="00A04D47">
                                    <w:t>MGT 314</w:t>
                                  </w:r>
                                </w:p>
                              </w:tc>
                              <w:tc>
                                <w:tcPr>
                                  <w:tcW w:w="3584" w:type="dxa"/>
                                  <w:vAlign w:val="center"/>
                                </w:tcPr>
                                <w:p w:rsidR="003A37E7" w:rsidRPr="00A04D47" w:rsidRDefault="003A37E7" w:rsidP="00265149">
                                  <w:pPr>
                                    <w:jc w:val="center"/>
                                    <w:cnfStyle w:val="000000100000" w:firstRow="0" w:lastRow="0" w:firstColumn="0" w:lastColumn="0" w:oddVBand="0" w:evenVBand="0" w:oddHBand="1" w:evenHBand="0" w:firstRowFirstColumn="0" w:firstRowLastColumn="0" w:lastRowFirstColumn="0" w:lastRowLastColumn="0"/>
                                  </w:pPr>
                                  <w:r w:rsidRPr="00A04D47">
                                    <w:t>CORPORATE SOCIAL RESPONSIBILITY</w:t>
                                  </w:r>
                                </w:p>
                              </w:tc>
                              <w:tc>
                                <w:tcPr>
                                  <w:tcW w:w="1140" w:type="dxa"/>
                                  <w:tcBorders>
                                    <w:right w:val="double" w:sz="4" w:space="0" w:color="C0504D" w:themeColor="accent2"/>
                                  </w:tcBorders>
                                  <w:vAlign w:val="center"/>
                                </w:tcPr>
                                <w:p w:rsidR="003A37E7" w:rsidRPr="00A04D47" w:rsidRDefault="003A37E7" w:rsidP="00265149">
                                  <w:pPr>
                                    <w:jc w:val="center"/>
                                    <w:cnfStyle w:val="000000100000" w:firstRow="0" w:lastRow="0" w:firstColumn="0" w:lastColumn="0" w:oddVBand="0" w:evenVBand="0" w:oddHBand="1" w:evenHBand="0" w:firstRowFirstColumn="0" w:firstRowLastColumn="0" w:lastRowFirstColumn="0" w:lastRowLastColumn="0"/>
                                  </w:pPr>
                                  <w:r w:rsidRPr="00A04D47">
                                    <w:t>3</w:t>
                                  </w:r>
                                </w:p>
                              </w:tc>
                            </w:tr>
                            <w:tr w:rsidR="003A37E7" w:rsidRPr="00A04D47" w:rsidTr="008165B0">
                              <w:trPr>
                                <w:cnfStyle w:val="000000010000" w:firstRow="0" w:lastRow="0" w:firstColumn="0" w:lastColumn="0" w:oddVBand="0" w:evenVBand="0" w:oddHBand="0" w:evenHBand="1" w:firstRowFirstColumn="0" w:firstRowLastColumn="0" w:lastRowFirstColumn="0" w:lastRowLastColumn="0"/>
                                <w:trHeight w:val="438"/>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3A37E7" w:rsidRPr="00A04D47" w:rsidRDefault="003A37E7" w:rsidP="00265149">
                                  <w:pPr>
                                    <w:jc w:val="center"/>
                                  </w:pPr>
                                  <w:r w:rsidRPr="00A04D47">
                                    <w:t>SVL 300</w:t>
                                  </w:r>
                                </w:p>
                              </w:tc>
                              <w:tc>
                                <w:tcPr>
                                  <w:tcW w:w="3584" w:type="dxa"/>
                                  <w:vAlign w:val="center"/>
                                </w:tcPr>
                                <w:p w:rsidR="003A37E7" w:rsidRPr="00A04D47"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A04D47">
                                    <w:t>SERVICE LEARNING</w:t>
                                  </w:r>
                                </w:p>
                              </w:tc>
                              <w:tc>
                                <w:tcPr>
                                  <w:tcW w:w="1140" w:type="dxa"/>
                                  <w:tcBorders>
                                    <w:right w:val="double" w:sz="4" w:space="0" w:color="C0504D" w:themeColor="accent2"/>
                                  </w:tcBorders>
                                  <w:vAlign w:val="center"/>
                                </w:tcPr>
                                <w:p w:rsidR="003A37E7" w:rsidRPr="00A04D47"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A04D47">
                                    <w:t>3</w:t>
                                  </w:r>
                                </w:p>
                              </w:tc>
                            </w:tr>
                            <w:tr w:rsidR="003A37E7" w:rsidRPr="00A04D47" w:rsidTr="00B93D41">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3A37E7" w:rsidRPr="00A04D47" w:rsidRDefault="003A37E7" w:rsidP="00265149">
                                  <w:pPr>
                                    <w:jc w:val="center"/>
                                  </w:pPr>
                                  <w:r w:rsidRPr="00A04D47">
                                    <w:t>BUS 339</w:t>
                                  </w:r>
                                </w:p>
                              </w:tc>
                              <w:tc>
                                <w:tcPr>
                                  <w:tcW w:w="3584" w:type="dxa"/>
                                  <w:vAlign w:val="center"/>
                                </w:tcPr>
                                <w:p w:rsidR="003A37E7" w:rsidRPr="00A04D47" w:rsidRDefault="008165B0" w:rsidP="00265149">
                                  <w:pPr>
                                    <w:jc w:val="center"/>
                                    <w:cnfStyle w:val="000000100000" w:firstRow="0" w:lastRow="0" w:firstColumn="0" w:lastColumn="0" w:oddVBand="0" w:evenVBand="0" w:oddHBand="1" w:evenHBand="0" w:firstRowFirstColumn="0" w:firstRowLastColumn="0" w:lastRowFirstColumn="0" w:lastRowLastColumn="0"/>
                                  </w:pPr>
                                  <w:r>
                                    <w:t>RESEARCH METHODOLOGY</w:t>
                                  </w:r>
                                </w:p>
                              </w:tc>
                              <w:tc>
                                <w:tcPr>
                                  <w:tcW w:w="1140" w:type="dxa"/>
                                  <w:tcBorders>
                                    <w:right w:val="double" w:sz="4" w:space="0" w:color="C0504D" w:themeColor="accent2"/>
                                  </w:tcBorders>
                                  <w:vAlign w:val="center"/>
                                </w:tcPr>
                                <w:p w:rsidR="003A37E7" w:rsidRPr="00A04D47" w:rsidRDefault="003A37E7" w:rsidP="00265149">
                                  <w:pPr>
                                    <w:jc w:val="center"/>
                                    <w:cnfStyle w:val="000000100000" w:firstRow="0" w:lastRow="0" w:firstColumn="0" w:lastColumn="0" w:oddVBand="0" w:evenVBand="0" w:oddHBand="1" w:evenHBand="0" w:firstRowFirstColumn="0" w:firstRowLastColumn="0" w:lastRowFirstColumn="0" w:lastRowLastColumn="0"/>
                                  </w:pPr>
                                  <w:r w:rsidRPr="00A04D47">
                                    <w:t>3</w:t>
                                  </w:r>
                                </w:p>
                              </w:tc>
                            </w:tr>
                            <w:tr w:rsidR="008165B0" w:rsidRPr="00A04D47"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8165B0" w:rsidRPr="00A04D47" w:rsidRDefault="008165B0" w:rsidP="00265149">
                                  <w:pPr>
                                    <w:jc w:val="center"/>
                                  </w:pPr>
                                  <w:r>
                                    <w:t>MINOR</w:t>
                                  </w:r>
                                </w:p>
                              </w:tc>
                              <w:tc>
                                <w:tcPr>
                                  <w:tcW w:w="3584" w:type="dxa"/>
                                  <w:vAlign w:val="center"/>
                                </w:tcPr>
                                <w:p w:rsidR="008165B0" w:rsidRDefault="008165B0" w:rsidP="00265149">
                                  <w:pPr>
                                    <w:jc w:val="center"/>
                                    <w:cnfStyle w:val="000000010000" w:firstRow="0" w:lastRow="0" w:firstColumn="0" w:lastColumn="0" w:oddVBand="0" w:evenVBand="0" w:oddHBand="0" w:evenHBand="1" w:firstRowFirstColumn="0" w:firstRowLastColumn="0" w:lastRowFirstColumn="0" w:lastRowLastColumn="0"/>
                                  </w:pPr>
                                </w:p>
                              </w:tc>
                              <w:tc>
                                <w:tcPr>
                                  <w:tcW w:w="1140" w:type="dxa"/>
                                  <w:tcBorders>
                                    <w:right w:val="double" w:sz="4" w:space="0" w:color="C0504D" w:themeColor="accent2"/>
                                  </w:tcBorders>
                                  <w:vAlign w:val="center"/>
                                </w:tcPr>
                                <w:p w:rsidR="008165B0" w:rsidRPr="00A04D47" w:rsidRDefault="008165B0" w:rsidP="00265149">
                                  <w:pPr>
                                    <w:jc w:val="center"/>
                                    <w:cnfStyle w:val="000000010000" w:firstRow="0" w:lastRow="0" w:firstColumn="0" w:lastColumn="0" w:oddVBand="0" w:evenVBand="0" w:oddHBand="0" w:evenHBand="1" w:firstRowFirstColumn="0" w:firstRowLastColumn="0" w:lastRowFirstColumn="0" w:lastRowLastColumn="0"/>
                                  </w:pPr>
                                  <w:r>
                                    <w:t>3</w:t>
                                  </w:r>
                                </w:p>
                              </w:tc>
                            </w:tr>
                            <w:tr w:rsidR="008165B0" w:rsidRPr="00A04D47" w:rsidTr="008165B0">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8165B0" w:rsidRPr="00A04D47" w:rsidRDefault="008165B0" w:rsidP="00265149">
                                  <w:pPr>
                                    <w:jc w:val="center"/>
                                  </w:pPr>
                                  <w:r>
                                    <w:t>MINOR</w:t>
                                  </w:r>
                                </w:p>
                              </w:tc>
                              <w:tc>
                                <w:tcPr>
                                  <w:tcW w:w="3584" w:type="dxa"/>
                                  <w:vAlign w:val="center"/>
                                </w:tcPr>
                                <w:p w:rsidR="008165B0" w:rsidRDefault="008165B0" w:rsidP="00265149">
                                  <w:pPr>
                                    <w:jc w:val="center"/>
                                    <w:cnfStyle w:val="000000100000" w:firstRow="0" w:lastRow="0" w:firstColumn="0" w:lastColumn="0" w:oddVBand="0" w:evenVBand="0" w:oddHBand="1" w:evenHBand="0" w:firstRowFirstColumn="0" w:firstRowLastColumn="0" w:lastRowFirstColumn="0" w:lastRowLastColumn="0"/>
                                  </w:pPr>
                                </w:p>
                              </w:tc>
                              <w:tc>
                                <w:tcPr>
                                  <w:tcW w:w="1140" w:type="dxa"/>
                                  <w:tcBorders>
                                    <w:right w:val="double" w:sz="4" w:space="0" w:color="C0504D" w:themeColor="accent2"/>
                                  </w:tcBorders>
                                  <w:vAlign w:val="center"/>
                                </w:tcPr>
                                <w:p w:rsidR="008165B0" w:rsidRPr="00A04D47" w:rsidRDefault="008165B0" w:rsidP="00265149">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A04D47"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5025" w:type="dxa"/>
                                  <w:gridSpan w:val="2"/>
                                  <w:tcBorders>
                                    <w:left w:val="double" w:sz="4" w:space="0" w:color="C0504D" w:themeColor="accent2"/>
                                    <w:bottom w:val="double" w:sz="4" w:space="0" w:color="C0504D" w:themeColor="accent2"/>
                                  </w:tcBorders>
                                  <w:vAlign w:val="center"/>
                                </w:tcPr>
                                <w:p w:rsidR="003A37E7" w:rsidRPr="00A04D47" w:rsidRDefault="003A37E7" w:rsidP="00265149">
                                  <w:pPr>
                                    <w:jc w:val="center"/>
                                  </w:pPr>
                                  <w:r w:rsidRPr="00A04D47">
                                    <w:t>TOTAL CREDIT HOURS</w:t>
                                  </w:r>
                                </w:p>
                              </w:tc>
                              <w:tc>
                                <w:tcPr>
                                  <w:tcW w:w="1140" w:type="dxa"/>
                                  <w:tcBorders>
                                    <w:bottom w:val="double" w:sz="4" w:space="0" w:color="C0504D" w:themeColor="accent2"/>
                                    <w:right w:val="double" w:sz="4" w:space="0" w:color="C0504D" w:themeColor="accent2"/>
                                  </w:tcBorders>
                                  <w:vAlign w:val="center"/>
                                </w:tcPr>
                                <w:p w:rsidR="003A37E7" w:rsidRPr="00A04D47" w:rsidRDefault="008165B0" w:rsidP="00265149">
                                  <w:pPr>
                                    <w:jc w:val="center"/>
                                    <w:cnfStyle w:val="000000010000" w:firstRow="0" w:lastRow="0" w:firstColumn="0" w:lastColumn="0" w:oddVBand="0" w:evenVBand="0" w:oddHBand="0" w:evenHBand="1" w:firstRowFirstColumn="0" w:firstRowLastColumn="0" w:lastRowFirstColumn="0" w:lastRowLastColumn="0"/>
                                  </w:pPr>
                                  <w: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01862B" id="Text Box 32" o:spid="_x0000_s1074" type="#_x0000_t202" style="position:absolute;left:0;text-align:left;margin-left:39.7pt;margin-top:22pt;width:335pt;height:316.15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" fillcolor="white [3201]" stroked="f" strokeweight=".5pt">
                <v:textbox>
                  <w:txbxContent>
                    <w:tbl>
                      <w:tblPr>
                        <w:tblStyle w:val="LightGrid"/>
                        <w:tblW w:w="0" w:type="auto"/>
                        <w:tblInd w:w="-120" w:type="dxa"/>
                        <w:tblLook w:val="04A0" w:firstRow="1" w:lastRow="0" w:firstColumn="1" w:lastColumn="0" w:noHBand="0" w:noVBand="1"/>
                      </w:tblPr>
                      <w:tblGrid>
                        <w:gridCol w:w="1441"/>
                        <w:gridCol w:w="3584"/>
                        <w:gridCol w:w="1140"/>
                      </w:tblGrid>
                      <w:tr w:rsidR="003A37E7" w:rsidRPr="00A04D47" w:rsidTr="00B93D41">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16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A04D47" w:rsidRDefault="003A37E7" w:rsidP="00265149">
                            <w:pPr>
                              <w:jc w:val="center"/>
                              <w:rPr>
                                <w:color w:val="FF0000"/>
                              </w:rPr>
                            </w:pPr>
                            <w:r>
                              <w:rPr>
                                <w:color w:val="FF0000"/>
                                <w:sz w:val="24"/>
                                <w:szCs w:val="24"/>
                              </w:rPr>
                              <w:t>BBA -</w:t>
                            </w:r>
                            <w:r w:rsidRPr="002C30CC">
                              <w:rPr>
                                <w:color w:val="FF0000"/>
                                <w:sz w:val="24"/>
                                <w:szCs w:val="24"/>
                              </w:rPr>
                              <w:t>BUSINESS MANAGEMENT</w:t>
                            </w:r>
                          </w:p>
                        </w:tc>
                      </w:tr>
                      <w:tr w:rsidR="003A37E7" w:rsidRPr="00A04D47" w:rsidTr="00B93D41">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16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A04D47" w:rsidRDefault="003A37E7" w:rsidP="00265149">
                            <w:pPr>
                              <w:jc w:val="center"/>
                            </w:pPr>
                            <w:r>
                              <w:rPr>
                                <w:sz w:val="20"/>
                                <w:szCs w:val="20"/>
                              </w:rPr>
                              <w:t>JUNIOR YEAR (YEARIII) - SECOND</w:t>
                            </w:r>
                            <w:r w:rsidRPr="009B29F2">
                              <w:rPr>
                                <w:sz w:val="20"/>
                                <w:szCs w:val="20"/>
                              </w:rPr>
                              <w:t xml:space="preserve"> SEMESTER</w:t>
                            </w:r>
                          </w:p>
                        </w:tc>
                      </w:tr>
                      <w:tr w:rsidR="003A37E7" w:rsidRPr="00A04D47"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3A37E7" w:rsidRPr="00A04D47" w:rsidRDefault="003A37E7" w:rsidP="00265149">
                            <w:pPr>
                              <w:jc w:val="center"/>
                            </w:pPr>
                            <w:r w:rsidRPr="00A04D47">
                              <w:t>COURSE CODE</w:t>
                            </w:r>
                          </w:p>
                        </w:tc>
                        <w:tc>
                          <w:tcPr>
                            <w:tcW w:w="3584" w:type="dxa"/>
                            <w:vAlign w:val="center"/>
                          </w:tcPr>
                          <w:p w:rsidR="003A37E7" w:rsidRPr="00A04D47"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A04D47">
                              <w:rPr>
                                <w:b/>
                              </w:rPr>
                              <w:t>COURSE TITLE</w:t>
                            </w:r>
                          </w:p>
                        </w:tc>
                        <w:tc>
                          <w:tcPr>
                            <w:tcW w:w="1140" w:type="dxa"/>
                            <w:tcBorders>
                              <w:right w:val="double" w:sz="4" w:space="0" w:color="C0504D" w:themeColor="accent2"/>
                            </w:tcBorders>
                            <w:vAlign w:val="center"/>
                          </w:tcPr>
                          <w:p w:rsidR="003A37E7" w:rsidRPr="00A04D47"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A04D47">
                              <w:t>CREDIT HOURS</w:t>
                            </w:r>
                          </w:p>
                        </w:tc>
                      </w:tr>
                      <w:tr w:rsidR="003A37E7" w:rsidRPr="00A04D47" w:rsidTr="00B93D41">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3A37E7" w:rsidRPr="00A04D47" w:rsidRDefault="003A37E7" w:rsidP="00265149">
                            <w:pPr>
                              <w:jc w:val="center"/>
                            </w:pPr>
                            <w:r>
                              <w:t>GEN 108</w:t>
                            </w:r>
                          </w:p>
                        </w:tc>
                        <w:tc>
                          <w:tcPr>
                            <w:tcW w:w="3584" w:type="dxa"/>
                            <w:vAlign w:val="center"/>
                          </w:tcPr>
                          <w:p w:rsidR="003A37E7" w:rsidRPr="00A04D47" w:rsidRDefault="003A37E7" w:rsidP="00265149">
                            <w:pPr>
                              <w:jc w:val="center"/>
                              <w:cnfStyle w:val="000000100000" w:firstRow="0" w:lastRow="0" w:firstColumn="0" w:lastColumn="0" w:oddVBand="0" w:evenVBand="0" w:oddHBand="1" w:evenHBand="0" w:firstRowFirstColumn="0" w:firstRowLastColumn="0" w:lastRowFirstColumn="0" w:lastRowLastColumn="0"/>
                              <w:rPr>
                                <w:b/>
                              </w:rPr>
                            </w:pPr>
                            <w:r>
                              <w:rPr>
                                <w:b/>
                              </w:rPr>
                              <w:t>DYNAMIC OF FAITH 2</w:t>
                            </w:r>
                          </w:p>
                        </w:tc>
                        <w:tc>
                          <w:tcPr>
                            <w:tcW w:w="1140" w:type="dxa"/>
                            <w:tcBorders>
                              <w:right w:val="double" w:sz="4" w:space="0" w:color="C0504D" w:themeColor="accent2"/>
                            </w:tcBorders>
                            <w:vAlign w:val="center"/>
                          </w:tcPr>
                          <w:p w:rsidR="003A37E7" w:rsidRPr="00A04D47" w:rsidRDefault="003A37E7" w:rsidP="00265149">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A04D47"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3A37E7" w:rsidRPr="00A04D47" w:rsidRDefault="003A37E7" w:rsidP="00265149">
                            <w:pPr>
                              <w:jc w:val="center"/>
                            </w:pPr>
                            <w:r w:rsidRPr="00A04D47">
                              <w:t>MGT 310</w:t>
                            </w:r>
                          </w:p>
                        </w:tc>
                        <w:tc>
                          <w:tcPr>
                            <w:tcW w:w="3584" w:type="dxa"/>
                            <w:vAlign w:val="center"/>
                          </w:tcPr>
                          <w:p w:rsidR="003A37E7" w:rsidRPr="00A04D47"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A04D47">
                              <w:t>ORGANIZATIONAL BEHAVIOR</w:t>
                            </w:r>
                          </w:p>
                        </w:tc>
                        <w:tc>
                          <w:tcPr>
                            <w:tcW w:w="1140" w:type="dxa"/>
                            <w:tcBorders>
                              <w:right w:val="double" w:sz="4" w:space="0" w:color="C0504D" w:themeColor="accent2"/>
                            </w:tcBorders>
                            <w:vAlign w:val="center"/>
                          </w:tcPr>
                          <w:p w:rsidR="003A37E7" w:rsidRPr="00A04D47"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A04D47">
                              <w:t>3</w:t>
                            </w:r>
                          </w:p>
                        </w:tc>
                      </w:tr>
                      <w:tr w:rsidR="003A37E7" w:rsidRPr="00A04D47" w:rsidTr="00B93D41">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3A37E7" w:rsidRPr="00A04D47" w:rsidRDefault="003A37E7" w:rsidP="00265149">
                            <w:pPr>
                              <w:jc w:val="center"/>
                            </w:pPr>
                            <w:r w:rsidRPr="00A04D47">
                              <w:t>MGT 314</w:t>
                            </w:r>
                          </w:p>
                        </w:tc>
                        <w:tc>
                          <w:tcPr>
                            <w:tcW w:w="3584" w:type="dxa"/>
                            <w:vAlign w:val="center"/>
                          </w:tcPr>
                          <w:p w:rsidR="003A37E7" w:rsidRPr="00A04D47" w:rsidRDefault="003A37E7" w:rsidP="00265149">
                            <w:pPr>
                              <w:jc w:val="center"/>
                              <w:cnfStyle w:val="000000100000" w:firstRow="0" w:lastRow="0" w:firstColumn="0" w:lastColumn="0" w:oddVBand="0" w:evenVBand="0" w:oddHBand="1" w:evenHBand="0" w:firstRowFirstColumn="0" w:firstRowLastColumn="0" w:lastRowFirstColumn="0" w:lastRowLastColumn="0"/>
                            </w:pPr>
                            <w:r w:rsidRPr="00A04D47">
                              <w:t>CORPORATE SOCIAL RESPONSIBILITY</w:t>
                            </w:r>
                          </w:p>
                        </w:tc>
                        <w:tc>
                          <w:tcPr>
                            <w:tcW w:w="1140" w:type="dxa"/>
                            <w:tcBorders>
                              <w:right w:val="double" w:sz="4" w:space="0" w:color="C0504D" w:themeColor="accent2"/>
                            </w:tcBorders>
                            <w:vAlign w:val="center"/>
                          </w:tcPr>
                          <w:p w:rsidR="003A37E7" w:rsidRPr="00A04D47" w:rsidRDefault="003A37E7" w:rsidP="00265149">
                            <w:pPr>
                              <w:jc w:val="center"/>
                              <w:cnfStyle w:val="000000100000" w:firstRow="0" w:lastRow="0" w:firstColumn="0" w:lastColumn="0" w:oddVBand="0" w:evenVBand="0" w:oddHBand="1" w:evenHBand="0" w:firstRowFirstColumn="0" w:firstRowLastColumn="0" w:lastRowFirstColumn="0" w:lastRowLastColumn="0"/>
                            </w:pPr>
                            <w:r w:rsidRPr="00A04D47">
                              <w:t>3</w:t>
                            </w:r>
                          </w:p>
                        </w:tc>
                      </w:tr>
                      <w:tr w:rsidR="003A37E7" w:rsidRPr="00A04D47" w:rsidTr="008165B0">
                        <w:trPr>
                          <w:cnfStyle w:val="000000010000" w:firstRow="0" w:lastRow="0" w:firstColumn="0" w:lastColumn="0" w:oddVBand="0" w:evenVBand="0" w:oddHBand="0" w:evenHBand="1" w:firstRowFirstColumn="0" w:firstRowLastColumn="0" w:lastRowFirstColumn="0" w:lastRowLastColumn="0"/>
                          <w:trHeight w:val="438"/>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3A37E7" w:rsidRPr="00A04D47" w:rsidRDefault="003A37E7" w:rsidP="00265149">
                            <w:pPr>
                              <w:jc w:val="center"/>
                            </w:pPr>
                            <w:r w:rsidRPr="00A04D47">
                              <w:t>SVL 300</w:t>
                            </w:r>
                          </w:p>
                        </w:tc>
                        <w:tc>
                          <w:tcPr>
                            <w:tcW w:w="3584" w:type="dxa"/>
                            <w:vAlign w:val="center"/>
                          </w:tcPr>
                          <w:p w:rsidR="003A37E7" w:rsidRPr="00A04D47"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A04D47">
                              <w:t>SERVICE LEARNING</w:t>
                            </w:r>
                          </w:p>
                        </w:tc>
                        <w:tc>
                          <w:tcPr>
                            <w:tcW w:w="1140" w:type="dxa"/>
                            <w:tcBorders>
                              <w:right w:val="double" w:sz="4" w:space="0" w:color="C0504D" w:themeColor="accent2"/>
                            </w:tcBorders>
                            <w:vAlign w:val="center"/>
                          </w:tcPr>
                          <w:p w:rsidR="003A37E7" w:rsidRPr="00A04D47" w:rsidRDefault="003A37E7" w:rsidP="00265149">
                            <w:pPr>
                              <w:jc w:val="center"/>
                              <w:cnfStyle w:val="000000010000" w:firstRow="0" w:lastRow="0" w:firstColumn="0" w:lastColumn="0" w:oddVBand="0" w:evenVBand="0" w:oddHBand="0" w:evenHBand="1" w:firstRowFirstColumn="0" w:firstRowLastColumn="0" w:lastRowFirstColumn="0" w:lastRowLastColumn="0"/>
                            </w:pPr>
                            <w:r w:rsidRPr="00A04D47">
                              <w:t>3</w:t>
                            </w:r>
                          </w:p>
                        </w:tc>
                      </w:tr>
                      <w:tr w:rsidR="003A37E7" w:rsidRPr="00A04D47" w:rsidTr="00B93D41">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3A37E7" w:rsidRPr="00A04D47" w:rsidRDefault="003A37E7" w:rsidP="00265149">
                            <w:pPr>
                              <w:jc w:val="center"/>
                            </w:pPr>
                            <w:r w:rsidRPr="00A04D47">
                              <w:t>BUS 339</w:t>
                            </w:r>
                          </w:p>
                        </w:tc>
                        <w:tc>
                          <w:tcPr>
                            <w:tcW w:w="3584" w:type="dxa"/>
                            <w:vAlign w:val="center"/>
                          </w:tcPr>
                          <w:p w:rsidR="003A37E7" w:rsidRPr="00A04D47" w:rsidRDefault="008165B0" w:rsidP="00265149">
                            <w:pPr>
                              <w:jc w:val="center"/>
                              <w:cnfStyle w:val="000000100000" w:firstRow="0" w:lastRow="0" w:firstColumn="0" w:lastColumn="0" w:oddVBand="0" w:evenVBand="0" w:oddHBand="1" w:evenHBand="0" w:firstRowFirstColumn="0" w:firstRowLastColumn="0" w:lastRowFirstColumn="0" w:lastRowLastColumn="0"/>
                            </w:pPr>
                            <w:r>
                              <w:t>RESEARCH METHODOLOGY</w:t>
                            </w:r>
                          </w:p>
                        </w:tc>
                        <w:tc>
                          <w:tcPr>
                            <w:tcW w:w="1140" w:type="dxa"/>
                            <w:tcBorders>
                              <w:right w:val="double" w:sz="4" w:space="0" w:color="C0504D" w:themeColor="accent2"/>
                            </w:tcBorders>
                            <w:vAlign w:val="center"/>
                          </w:tcPr>
                          <w:p w:rsidR="003A37E7" w:rsidRPr="00A04D47" w:rsidRDefault="003A37E7" w:rsidP="00265149">
                            <w:pPr>
                              <w:jc w:val="center"/>
                              <w:cnfStyle w:val="000000100000" w:firstRow="0" w:lastRow="0" w:firstColumn="0" w:lastColumn="0" w:oddVBand="0" w:evenVBand="0" w:oddHBand="1" w:evenHBand="0" w:firstRowFirstColumn="0" w:firstRowLastColumn="0" w:lastRowFirstColumn="0" w:lastRowLastColumn="0"/>
                            </w:pPr>
                            <w:r w:rsidRPr="00A04D47">
                              <w:t>3</w:t>
                            </w:r>
                          </w:p>
                        </w:tc>
                      </w:tr>
                      <w:tr w:rsidR="008165B0" w:rsidRPr="00A04D47"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8165B0" w:rsidRPr="00A04D47" w:rsidRDefault="008165B0" w:rsidP="00265149">
                            <w:pPr>
                              <w:jc w:val="center"/>
                            </w:pPr>
                            <w:r>
                              <w:t>MINOR</w:t>
                            </w:r>
                          </w:p>
                        </w:tc>
                        <w:tc>
                          <w:tcPr>
                            <w:tcW w:w="3584" w:type="dxa"/>
                            <w:vAlign w:val="center"/>
                          </w:tcPr>
                          <w:p w:rsidR="008165B0" w:rsidRDefault="008165B0" w:rsidP="00265149">
                            <w:pPr>
                              <w:jc w:val="center"/>
                              <w:cnfStyle w:val="000000010000" w:firstRow="0" w:lastRow="0" w:firstColumn="0" w:lastColumn="0" w:oddVBand="0" w:evenVBand="0" w:oddHBand="0" w:evenHBand="1" w:firstRowFirstColumn="0" w:firstRowLastColumn="0" w:lastRowFirstColumn="0" w:lastRowLastColumn="0"/>
                            </w:pPr>
                          </w:p>
                        </w:tc>
                        <w:tc>
                          <w:tcPr>
                            <w:tcW w:w="1140" w:type="dxa"/>
                            <w:tcBorders>
                              <w:right w:val="double" w:sz="4" w:space="0" w:color="C0504D" w:themeColor="accent2"/>
                            </w:tcBorders>
                            <w:vAlign w:val="center"/>
                          </w:tcPr>
                          <w:p w:rsidR="008165B0" w:rsidRPr="00A04D47" w:rsidRDefault="008165B0" w:rsidP="00265149">
                            <w:pPr>
                              <w:jc w:val="center"/>
                              <w:cnfStyle w:val="000000010000" w:firstRow="0" w:lastRow="0" w:firstColumn="0" w:lastColumn="0" w:oddVBand="0" w:evenVBand="0" w:oddHBand="0" w:evenHBand="1" w:firstRowFirstColumn="0" w:firstRowLastColumn="0" w:lastRowFirstColumn="0" w:lastRowLastColumn="0"/>
                            </w:pPr>
                            <w:r>
                              <w:t>3</w:t>
                            </w:r>
                          </w:p>
                        </w:tc>
                      </w:tr>
                      <w:tr w:rsidR="008165B0" w:rsidRPr="00A04D47" w:rsidTr="008165B0">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441" w:type="dxa"/>
                            <w:tcBorders>
                              <w:left w:val="double" w:sz="4" w:space="0" w:color="C0504D" w:themeColor="accent2"/>
                            </w:tcBorders>
                            <w:vAlign w:val="center"/>
                          </w:tcPr>
                          <w:p w:rsidR="008165B0" w:rsidRPr="00A04D47" w:rsidRDefault="008165B0" w:rsidP="00265149">
                            <w:pPr>
                              <w:jc w:val="center"/>
                            </w:pPr>
                            <w:r>
                              <w:t>MINOR</w:t>
                            </w:r>
                          </w:p>
                        </w:tc>
                        <w:tc>
                          <w:tcPr>
                            <w:tcW w:w="3584" w:type="dxa"/>
                            <w:vAlign w:val="center"/>
                          </w:tcPr>
                          <w:p w:rsidR="008165B0" w:rsidRDefault="008165B0" w:rsidP="00265149">
                            <w:pPr>
                              <w:jc w:val="center"/>
                              <w:cnfStyle w:val="000000100000" w:firstRow="0" w:lastRow="0" w:firstColumn="0" w:lastColumn="0" w:oddVBand="0" w:evenVBand="0" w:oddHBand="1" w:evenHBand="0" w:firstRowFirstColumn="0" w:firstRowLastColumn="0" w:lastRowFirstColumn="0" w:lastRowLastColumn="0"/>
                            </w:pPr>
                          </w:p>
                        </w:tc>
                        <w:tc>
                          <w:tcPr>
                            <w:tcW w:w="1140" w:type="dxa"/>
                            <w:tcBorders>
                              <w:right w:val="double" w:sz="4" w:space="0" w:color="C0504D" w:themeColor="accent2"/>
                            </w:tcBorders>
                            <w:vAlign w:val="center"/>
                          </w:tcPr>
                          <w:p w:rsidR="008165B0" w:rsidRPr="00A04D47" w:rsidRDefault="008165B0" w:rsidP="00265149">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A04D47"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5025" w:type="dxa"/>
                            <w:gridSpan w:val="2"/>
                            <w:tcBorders>
                              <w:left w:val="double" w:sz="4" w:space="0" w:color="C0504D" w:themeColor="accent2"/>
                              <w:bottom w:val="double" w:sz="4" w:space="0" w:color="C0504D" w:themeColor="accent2"/>
                            </w:tcBorders>
                            <w:vAlign w:val="center"/>
                          </w:tcPr>
                          <w:p w:rsidR="003A37E7" w:rsidRPr="00A04D47" w:rsidRDefault="003A37E7" w:rsidP="00265149">
                            <w:pPr>
                              <w:jc w:val="center"/>
                            </w:pPr>
                            <w:r w:rsidRPr="00A04D47">
                              <w:t>TOTAL CREDIT HOURS</w:t>
                            </w:r>
                          </w:p>
                        </w:tc>
                        <w:tc>
                          <w:tcPr>
                            <w:tcW w:w="1140" w:type="dxa"/>
                            <w:tcBorders>
                              <w:bottom w:val="double" w:sz="4" w:space="0" w:color="C0504D" w:themeColor="accent2"/>
                              <w:right w:val="double" w:sz="4" w:space="0" w:color="C0504D" w:themeColor="accent2"/>
                            </w:tcBorders>
                            <w:vAlign w:val="center"/>
                          </w:tcPr>
                          <w:p w:rsidR="003A37E7" w:rsidRPr="00A04D47" w:rsidRDefault="008165B0" w:rsidP="00265149">
                            <w:pPr>
                              <w:jc w:val="center"/>
                              <w:cnfStyle w:val="000000010000" w:firstRow="0" w:lastRow="0" w:firstColumn="0" w:lastColumn="0" w:oddVBand="0" w:evenVBand="0" w:oddHBand="0" w:evenHBand="1" w:firstRowFirstColumn="0" w:firstRowLastColumn="0" w:lastRowFirstColumn="0" w:lastRowLastColumn="0"/>
                            </w:pPr>
                            <w:r>
                              <w:t>20</w:t>
                            </w:r>
                          </w:p>
                        </w:tc>
                      </w:tr>
                    </w:tbl>
                    <w:p w:rsidR="003A37E7" w:rsidRDefault="003A37E7"/>
                  </w:txbxContent>
                </v:textbox>
                <w10:wrap anchorx="page"/>
              </v:shape>
            </w:pict>
          </mc:Fallback>
        </mc:AlternateContent>
      </w:r>
    </w:p>
    <w:p w:rsidR="00DD4684" w:rsidRDefault="00DD4684" w:rsidP="00412947">
      <w:pPr>
        <w:jc w:val="center"/>
      </w:pPr>
    </w:p>
    <w:p w:rsidR="00DD4684" w:rsidRDefault="00DD4684" w:rsidP="00412947">
      <w:pPr>
        <w:jc w:val="center"/>
      </w:pPr>
    </w:p>
    <w:p w:rsidR="00DD4684" w:rsidRDefault="00DD4684" w:rsidP="00412947">
      <w:pPr>
        <w:jc w:val="center"/>
      </w:pPr>
    </w:p>
    <w:p w:rsidR="00DD4684" w:rsidRDefault="00DD4684" w:rsidP="00412947">
      <w:pPr>
        <w:jc w:val="center"/>
      </w:pPr>
    </w:p>
    <w:p w:rsidR="00DD4684" w:rsidRDefault="00DD4684" w:rsidP="00412947">
      <w:pPr>
        <w:jc w:val="center"/>
      </w:pPr>
    </w:p>
    <w:p w:rsidR="00DD4684" w:rsidRDefault="00DD4684" w:rsidP="00412947">
      <w:pPr>
        <w:jc w:val="center"/>
      </w:pPr>
    </w:p>
    <w:p w:rsidR="00DD4684" w:rsidRDefault="00DD4684" w:rsidP="00412947">
      <w:pPr>
        <w:jc w:val="center"/>
      </w:pPr>
    </w:p>
    <w:p w:rsidR="00DD4684" w:rsidRDefault="00DD4684" w:rsidP="00412947">
      <w:pPr>
        <w:jc w:val="center"/>
      </w:pPr>
    </w:p>
    <w:p w:rsidR="00DD4684" w:rsidRDefault="00DD4684" w:rsidP="00412947">
      <w:pPr>
        <w:jc w:val="center"/>
      </w:pPr>
    </w:p>
    <w:p w:rsidR="00DD4684" w:rsidRDefault="00DD4684" w:rsidP="00412947">
      <w:pPr>
        <w:jc w:val="center"/>
      </w:pPr>
    </w:p>
    <w:p w:rsidR="00DD4684" w:rsidRDefault="002C30CC" w:rsidP="00412947">
      <w:pPr>
        <w:jc w:val="center"/>
      </w:pPr>
      <w:r>
        <w:rPr>
          <w:noProof/>
        </w:rPr>
        <w:lastRenderedPageBreak/>
        <mc:AlternateContent>
          <mc:Choice Requires="wps">
            <w:drawing>
              <wp:anchor distT="0" distB="0" distL="114300" distR="114300" simplePos="0" relativeHeight="251684864" behindDoc="0" locked="0" layoutInCell="1" allowOverlap="1" wp14:anchorId="636AE114" wp14:editId="1649B414">
                <wp:simplePos x="0" y="0"/>
                <wp:positionH relativeFrom="page">
                  <wp:posOffset>441434</wp:posOffset>
                </wp:positionH>
                <wp:positionV relativeFrom="paragraph">
                  <wp:posOffset>-767256</wp:posOffset>
                </wp:positionV>
                <wp:extent cx="4352544" cy="4130565"/>
                <wp:effectExtent l="0" t="0" r="0" b="3810"/>
                <wp:wrapNone/>
                <wp:docPr id="33" name="Text Box 33"/>
                <wp:cNvGraphicFramePr/>
                <a:graphic xmlns:a="http://schemas.openxmlformats.org/drawingml/2006/main">
                  <a:graphicData uri="http://schemas.microsoft.com/office/word/2010/wordprocessingShape">
                    <wps:wsp>
                      <wps:cNvSpPr txBox="1"/>
                      <wps:spPr>
                        <a:xfrm>
                          <a:off x="0" y="0"/>
                          <a:ext cx="4352544" cy="413056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0" w:type="auto"/>
                              <w:tblInd w:w="-70" w:type="dxa"/>
                              <w:tblLook w:val="04A0" w:firstRow="1" w:lastRow="0" w:firstColumn="1" w:lastColumn="0" w:noHBand="0" w:noVBand="1"/>
                            </w:tblPr>
                            <w:tblGrid>
                              <w:gridCol w:w="1447"/>
                              <w:gridCol w:w="3618"/>
                              <w:gridCol w:w="1315"/>
                            </w:tblGrid>
                            <w:tr w:rsidR="003A37E7" w:rsidRPr="002C30CC" w:rsidTr="00B93D41">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380" w:type="dxa"/>
                                  <w:gridSpan w:val="3"/>
                                  <w:tcBorders>
                                    <w:top w:val="single" w:sz="36" w:space="0" w:color="auto"/>
                                    <w:left w:val="single" w:sz="36" w:space="0" w:color="auto"/>
                                    <w:bottom w:val="single" w:sz="36" w:space="0" w:color="auto"/>
                                    <w:right w:val="single" w:sz="36" w:space="0" w:color="auto"/>
                                  </w:tcBorders>
                                  <w:vAlign w:val="center"/>
                                </w:tcPr>
                                <w:p w:rsidR="003A37E7" w:rsidRPr="002C30CC" w:rsidRDefault="003A37E7" w:rsidP="00A24081">
                                  <w:pPr>
                                    <w:jc w:val="center"/>
                                    <w:rPr>
                                      <w:color w:val="FF0000"/>
                                      <w:sz w:val="24"/>
                                      <w:szCs w:val="24"/>
                                    </w:rPr>
                                  </w:pPr>
                                  <w:r>
                                    <w:rPr>
                                      <w:color w:val="FF0000"/>
                                      <w:sz w:val="24"/>
                                      <w:szCs w:val="24"/>
                                    </w:rPr>
                                    <w:t>BBA -</w:t>
                                  </w:r>
                                  <w:r w:rsidRPr="002C30CC">
                                    <w:rPr>
                                      <w:color w:val="FF0000"/>
                                      <w:sz w:val="24"/>
                                      <w:szCs w:val="24"/>
                                    </w:rPr>
                                    <w:t>BUSINESS MANAGEMENT</w:t>
                                  </w:r>
                                </w:p>
                              </w:tc>
                            </w:tr>
                            <w:tr w:rsidR="003A37E7" w:rsidRPr="002C30CC" w:rsidTr="00E25CE9">
                              <w:trPr>
                                <w:cnfStyle w:val="000000100000" w:firstRow="0" w:lastRow="0" w:firstColumn="0" w:lastColumn="0" w:oddVBand="0" w:evenVBand="0" w:oddHBand="1" w:evenHBand="0" w:firstRowFirstColumn="0" w:firstRowLastColumn="0" w:lastRowFirstColumn="0" w:lastRowLastColumn="0"/>
                                <w:trHeight w:val="381"/>
                              </w:trPr>
                              <w:tc>
                                <w:tcPr>
                                  <w:cnfStyle w:val="001000000000" w:firstRow="0" w:lastRow="0" w:firstColumn="1" w:lastColumn="0" w:oddVBand="0" w:evenVBand="0" w:oddHBand="0" w:evenHBand="0" w:firstRowFirstColumn="0" w:firstRowLastColumn="0" w:lastRowFirstColumn="0" w:lastRowLastColumn="0"/>
                                  <w:tcW w:w="6380" w:type="dxa"/>
                                  <w:gridSpan w:val="3"/>
                                  <w:tcBorders>
                                    <w:top w:val="single" w:sz="36" w:space="0" w:color="auto"/>
                                  </w:tcBorders>
                                  <w:vAlign w:val="center"/>
                                </w:tcPr>
                                <w:p w:rsidR="003A37E7" w:rsidRPr="002C30CC" w:rsidRDefault="003A37E7" w:rsidP="00A24081">
                                  <w:pPr>
                                    <w:jc w:val="center"/>
                                    <w:rPr>
                                      <w:sz w:val="24"/>
                                      <w:szCs w:val="24"/>
                                    </w:rPr>
                                  </w:pPr>
                                  <w:r>
                                    <w:rPr>
                                      <w:sz w:val="20"/>
                                      <w:szCs w:val="20"/>
                                    </w:rPr>
                                    <w:t>SENIOR YEAR (YEARIV) - FIRST</w:t>
                                  </w:r>
                                  <w:r w:rsidRPr="009B29F2">
                                    <w:rPr>
                                      <w:sz w:val="20"/>
                                      <w:szCs w:val="20"/>
                                    </w:rPr>
                                    <w:t xml:space="preserve"> SEMESTER</w:t>
                                  </w:r>
                                </w:p>
                              </w:tc>
                            </w:tr>
                            <w:tr w:rsidR="003A37E7" w:rsidRPr="002C30CC"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7" w:type="dxa"/>
                                  <w:vAlign w:val="center"/>
                                </w:tcPr>
                                <w:p w:rsidR="003A37E7" w:rsidRPr="002C30CC" w:rsidRDefault="003A37E7" w:rsidP="00A24081">
                                  <w:pPr>
                                    <w:jc w:val="center"/>
                                    <w:rPr>
                                      <w:sz w:val="24"/>
                                      <w:szCs w:val="24"/>
                                    </w:rPr>
                                  </w:pPr>
                                  <w:r w:rsidRPr="002C30CC">
                                    <w:rPr>
                                      <w:sz w:val="24"/>
                                      <w:szCs w:val="24"/>
                                    </w:rPr>
                                    <w:t>COURSE CODE</w:t>
                                  </w:r>
                                </w:p>
                              </w:tc>
                              <w:tc>
                                <w:tcPr>
                                  <w:tcW w:w="3618" w:type="dxa"/>
                                  <w:vAlign w:val="center"/>
                                </w:tcPr>
                                <w:p w:rsidR="003A37E7" w:rsidRPr="002C30CC" w:rsidRDefault="003A37E7"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b/>
                                      <w:sz w:val="24"/>
                                      <w:szCs w:val="24"/>
                                    </w:rPr>
                                    <w:t>COURSE TITLE</w:t>
                                  </w:r>
                                </w:p>
                              </w:tc>
                              <w:tc>
                                <w:tcPr>
                                  <w:tcW w:w="1315" w:type="dxa"/>
                                  <w:vAlign w:val="center"/>
                                </w:tcPr>
                                <w:p w:rsidR="003A37E7" w:rsidRPr="002C30CC" w:rsidRDefault="003A37E7"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b/>
                                      <w:sz w:val="24"/>
                                      <w:szCs w:val="24"/>
                                    </w:rPr>
                                    <w:t>CREDIT HOURS</w:t>
                                  </w:r>
                                </w:p>
                              </w:tc>
                            </w:tr>
                            <w:tr w:rsidR="003A37E7" w:rsidRPr="002C30CC" w:rsidTr="00B93D41">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7" w:type="dxa"/>
                                  <w:vAlign w:val="center"/>
                                </w:tcPr>
                                <w:p w:rsidR="003A37E7" w:rsidRPr="002C30CC" w:rsidRDefault="003A37E7" w:rsidP="00A24081">
                                  <w:pPr>
                                    <w:jc w:val="center"/>
                                    <w:rPr>
                                      <w:sz w:val="24"/>
                                      <w:szCs w:val="24"/>
                                    </w:rPr>
                                  </w:pPr>
                                  <w:r w:rsidRPr="002C30CC">
                                    <w:rPr>
                                      <w:sz w:val="24"/>
                                      <w:szCs w:val="24"/>
                                    </w:rPr>
                                    <w:t>BUS 401</w:t>
                                  </w:r>
                                </w:p>
                              </w:tc>
                              <w:tc>
                                <w:tcPr>
                                  <w:tcW w:w="3618"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LEADERSHIP SKILLS TRAINING SEMINAR</w:t>
                                  </w:r>
                                  <w:r w:rsidR="00E25CE9">
                                    <w:rPr>
                                      <w:sz w:val="24"/>
                                      <w:szCs w:val="24"/>
                                    </w:rPr>
                                    <w:t>N I</w:t>
                                  </w:r>
                                </w:p>
                              </w:tc>
                              <w:tc>
                                <w:tcPr>
                                  <w:tcW w:w="1315"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2</w:t>
                                  </w:r>
                                </w:p>
                              </w:tc>
                            </w:tr>
                            <w:tr w:rsidR="008165B0" w:rsidRPr="002C30CC"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7" w:type="dxa"/>
                                  <w:vAlign w:val="center"/>
                                </w:tcPr>
                                <w:p w:rsidR="008165B0" w:rsidRPr="002C30CC" w:rsidRDefault="008165B0" w:rsidP="00A24081">
                                  <w:pPr>
                                    <w:jc w:val="center"/>
                                    <w:rPr>
                                      <w:sz w:val="24"/>
                                      <w:szCs w:val="24"/>
                                    </w:rPr>
                                  </w:pPr>
                                  <w:r>
                                    <w:rPr>
                                      <w:sz w:val="24"/>
                                      <w:szCs w:val="24"/>
                                    </w:rPr>
                                    <w:t>GEN 109</w:t>
                                  </w:r>
                                </w:p>
                              </w:tc>
                              <w:tc>
                                <w:tcPr>
                                  <w:tcW w:w="3618" w:type="dxa"/>
                                  <w:vAlign w:val="center"/>
                                </w:tcPr>
                                <w:p w:rsidR="008165B0" w:rsidRPr="002C30CC" w:rsidRDefault="008165B0"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Pr>
                                      <w:sz w:val="24"/>
                                      <w:szCs w:val="24"/>
                                    </w:rPr>
                                    <w:t>CHRISTIAN CHARACTER DEVELOMENT</w:t>
                                  </w:r>
                                </w:p>
                              </w:tc>
                              <w:tc>
                                <w:tcPr>
                                  <w:tcW w:w="1315" w:type="dxa"/>
                                  <w:vAlign w:val="center"/>
                                </w:tcPr>
                                <w:p w:rsidR="008165B0" w:rsidRPr="002C30CC" w:rsidRDefault="008165B0"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Pr>
                                      <w:sz w:val="24"/>
                                      <w:szCs w:val="24"/>
                                    </w:rPr>
                                    <w:t>2</w:t>
                                  </w:r>
                                </w:p>
                              </w:tc>
                            </w:tr>
                            <w:tr w:rsidR="003A37E7" w:rsidRPr="002C30CC" w:rsidTr="008165B0">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1447" w:type="dxa"/>
                                  <w:vAlign w:val="center"/>
                                </w:tcPr>
                                <w:p w:rsidR="003A37E7" w:rsidRPr="002C30CC" w:rsidRDefault="003A37E7" w:rsidP="00A24081">
                                  <w:pPr>
                                    <w:jc w:val="center"/>
                                    <w:rPr>
                                      <w:sz w:val="24"/>
                                      <w:szCs w:val="24"/>
                                    </w:rPr>
                                  </w:pPr>
                                  <w:r w:rsidRPr="002C30CC">
                                    <w:rPr>
                                      <w:sz w:val="24"/>
                                      <w:szCs w:val="24"/>
                                    </w:rPr>
                                    <w:t>BUS 403</w:t>
                                  </w:r>
                                </w:p>
                              </w:tc>
                              <w:tc>
                                <w:tcPr>
                                  <w:tcW w:w="3618"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FINANCIAL MANAGEMENT</w:t>
                                  </w:r>
                                </w:p>
                              </w:tc>
                              <w:tc>
                                <w:tcPr>
                                  <w:tcW w:w="1315"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3</w:t>
                                  </w:r>
                                </w:p>
                              </w:tc>
                            </w:tr>
                            <w:tr w:rsidR="003A37E7" w:rsidRPr="002C30CC"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7" w:type="dxa"/>
                                  <w:vAlign w:val="center"/>
                                </w:tcPr>
                                <w:p w:rsidR="003A37E7" w:rsidRPr="002C30CC" w:rsidRDefault="003A37E7" w:rsidP="00A24081">
                                  <w:pPr>
                                    <w:jc w:val="center"/>
                                    <w:rPr>
                                      <w:sz w:val="24"/>
                                      <w:szCs w:val="24"/>
                                    </w:rPr>
                                  </w:pPr>
                                  <w:r w:rsidRPr="002C30CC">
                                    <w:rPr>
                                      <w:sz w:val="24"/>
                                      <w:szCs w:val="24"/>
                                    </w:rPr>
                                    <w:t>BUS 404</w:t>
                                  </w:r>
                                </w:p>
                              </w:tc>
                              <w:tc>
                                <w:tcPr>
                                  <w:tcW w:w="3618" w:type="dxa"/>
                                  <w:vAlign w:val="center"/>
                                </w:tcPr>
                                <w:p w:rsidR="003A37E7" w:rsidRPr="002C30CC" w:rsidRDefault="003A37E7"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sz w:val="24"/>
                                      <w:szCs w:val="24"/>
                                    </w:rPr>
                                    <w:t>PROJECT MANAGEMENT</w:t>
                                  </w:r>
                                </w:p>
                              </w:tc>
                              <w:tc>
                                <w:tcPr>
                                  <w:tcW w:w="1315" w:type="dxa"/>
                                  <w:vAlign w:val="center"/>
                                </w:tcPr>
                                <w:p w:rsidR="003A37E7" w:rsidRPr="002C30CC" w:rsidRDefault="003A37E7"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sz w:val="24"/>
                                      <w:szCs w:val="24"/>
                                    </w:rPr>
                                    <w:t>3</w:t>
                                  </w:r>
                                </w:p>
                              </w:tc>
                            </w:tr>
                            <w:tr w:rsidR="003A37E7" w:rsidRPr="002C30CC" w:rsidTr="00E25CE9">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1447" w:type="dxa"/>
                                  <w:vAlign w:val="center"/>
                                </w:tcPr>
                                <w:p w:rsidR="003A37E7" w:rsidRPr="002C30CC" w:rsidRDefault="003A37E7" w:rsidP="00A24081">
                                  <w:pPr>
                                    <w:jc w:val="center"/>
                                    <w:rPr>
                                      <w:sz w:val="24"/>
                                      <w:szCs w:val="24"/>
                                    </w:rPr>
                                  </w:pPr>
                                  <w:r w:rsidRPr="002C30CC">
                                    <w:rPr>
                                      <w:sz w:val="24"/>
                                      <w:szCs w:val="24"/>
                                    </w:rPr>
                                    <w:t>MGT 403</w:t>
                                  </w:r>
                                </w:p>
                              </w:tc>
                              <w:tc>
                                <w:tcPr>
                                  <w:tcW w:w="3618"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STRATEGIC MANAGEMENT</w:t>
                                  </w:r>
                                </w:p>
                              </w:tc>
                              <w:tc>
                                <w:tcPr>
                                  <w:tcW w:w="1315"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3</w:t>
                                  </w:r>
                                </w:p>
                              </w:tc>
                            </w:tr>
                            <w:tr w:rsidR="003A37E7" w:rsidRPr="002C30CC"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7" w:type="dxa"/>
                                  <w:vAlign w:val="center"/>
                                </w:tcPr>
                                <w:p w:rsidR="003A37E7" w:rsidRPr="002C30CC" w:rsidRDefault="003A37E7" w:rsidP="00A24081">
                                  <w:pPr>
                                    <w:jc w:val="center"/>
                                    <w:rPr>
                                      <w:sz w:val="24"/>
                                      <w:szCs w:val="24"/>
                                    </w:rPr>
                                  </w:pPr>
                                  <w:r w:rsidRPr="002C30CC">
                                    <w:rPr>
                                      <w:sz w:val="24"/>
                                      <w:szCs w:val="24"/>
                                    </w:rPr>
                                    <w:t>MGT 406</w:t>
                                  </w:r>
                                </w:p>
                              </w:tc>
                              <w:tc>
                                <w:tcPr>
                                  <w:tcW w:w="3618" w:type="dxa"/>
                                  <w:vAlign w:val="center"/>
                                </w:tcPr>
                                <w:p w:rsidR="003A37E7" w:rsidRPr="002C30CC" w:rsidRDefault="003A37E7"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sz w:val="24"/>
                                      <w:szCs w:val="24"/>
                                    </w:rPr>
                                    <w:t>SMALL BUSINESS MANAGEMENT</w:t>
                                  </w:r>
                                </w:p>
                              </w:tc>
                              <w:tc>
                                <w:tcPr>
                                  <w:tcW w:w="1315" w:type="dxa"/>
                                  <w:vAlign w:val="center"/>
                                </w:tcPr>
                                <w:p w:rsidR="003A37E7" w:rsidRPr="002C30CC" w:rsidRDefault="003A37E7"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sz w:val="24"/>
                                      <w:szCs w:val="24"/>
                                    </w:rPr>
                                    <w:t>3</w:t>
                                  </w:r>
                                </w:p>
                              </w:tc>
                            </w:tr>
                            <w:tr w:rsidR="003A37E7" w:rsidRPr="002C30CC" w:rsidTr="00B93D41">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7" w:type="dxa"/>
                                  <w:vAlign w:val="center"/>
                                </w:tcPr>
                                <w:p w:rsidR="003A37E7" w:rsidRPr="002C30CC" w:rsidRDefault="003A37E7" w:rsidP="00A24081">
                                  <w:pPr>
                                    <w:jc w:val="center"/>
                                    <w:rPr>
                                      <w:sz w:val="24"/>
                                      <w:szCs w:val="24"/>
                                    </w:rPr>
                                  </w:pPr>
                                  <w:r w:rsidRPr="002C30CC">
                                    <w:rPr>
                                      <w:sz w:val="24"/>
                                      <w:szCs w:val="24"/>
                                    </w:rPr>
                                    <w:t>ENTR 402</w:t>
                                  </w:r>
                                </w:p>
                              </w:tc>
                              <w:tc>
                                <w:tcPr>
                                  <w:tcW w:w="3618"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ENTREPRENEURSHIP IN EDUCATION II</w:t>
                                  </w:r>
                                </w:p>
                              </w:tc>
                              <w:tc>
                                <w:tcPr>
                                  <w:tcW w:w="1315"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1</w:t>
                                  </w:r>
                                </w:p>
                              </w:tc>
                            </w:tr>
                            <w:tr w:rsidR="00E25CE9" w:rsidRPr="002C30CC" w:rsidTr="00E25CE9">
                              <w:trPr>
                                <w:cnfStyle w:val="000000010000" w:firstRow="0" w:lastRow="0" w:firstColumn="0" w:lastColumn="0" w:oddVBand="0" w:evenVBand="0" w:oddHBand="0" w:evenHBand="1"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1447" w:type="dxa"/>
                                  <w:vAlign w:val="center"/>
                                </w:tcPr>
                                <w:p w:rsidR="00E25CE9" w:rsidRPr="002C30CC" w:rsidRDefault="00E25CE9" w:rsidP="00A24081">
                                  <w:pPr>
                                    <w:jc w:val="center"/>
                                    <w:rPr>
                                      <w:sz w:val="24"/>
                                      <w:szCs w:val="24"/>
                                    </w:rPr>
                                  </w:pPr>
                                  <w:r>
                                    <w:rPr>
                                      <w:sz w:val="24"/>
                                      <w:szCs w:val="24"/>
                                    </w:rPr>
                                    <w:t>MINOR</w:t>
                                  </w:r>
                                </w:p>
                              </w:tc>
                              <w:tc>
                                <w:tcPr>
                                  <w:tcW w:w="3618" w:type="dxa"/>
                                  <w:vAlign w:val="center"/>
                                </w:tcPr>
                                <w:p w:rsidR="00E25CE9" w:rsidRPr="002C30CC" w:rsidRDefault="00E25CE9"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p>
                              </w:tc>
                              <w:tc>
                                <w:tcPr>
                                  <w:tcW w:w="1315" w:type="dxa"/>
                                  <w:vAlign w:val="center"/>
                                </w:tcPr>
                                <w:p w:rsidR="00E25CE9" w:rsidRPr="002C30CC" w:rsidRDefault="00E25CE9"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Pr>
                                      <w:sz w:val="24"/>
                                      <w:szCs w:val="24"/>
                                    </w:rPr>
                                    <w:t>3</w:t>
                                  </w:r>
                                </w:p>
                              </w:tc>
                            </w:tr>
                            <w:tr w:rsidR="003A37E7" w:rsidRPr="002C30CC" w:rsidTr="00E25CE9">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5065" w:type="dxa"/>
                                  <w:gridSpan w:val="2"/>
                                  <w:vAlign w:val="center"/>
                                </w:tcPr>
                                <w:p w:rsidR="003A37E7" w:rsidRPr="002C30CC" w:rsidRDefault="003A37E7" w:rsidP="00A24081">
                                  <w:pPr>
                                    <w:jc w:val="center"/>
                                    <w:rPr>
                                      <w:sz w:val="24"/>
                                      <w:szCs w:val="24"/>
                                    </w:rPr>
                                  </w:pPr>
                                  <w:r w:rsidRPr="002C30CC">
                                    <w:rPr>
                                      <w:sz w:val="24"/>
                                      <w:szCs w:val="24"/>
                                    </w:rPr>
                                    <w:t xml:space="preserve">TOTAL </w:t>
                                  </w:r>
                                  <w:r>
                                    <w:rPr>
                                      <w:sz w:val="24"/>
                                      <w:szCs w:val="24"/>
                                    </w:rPr>
                                    <w:t>CREDIT HOURS</w:t>
                                  </w:r>
                                </w:p>
                              </w:tc>
                              <w:tc>
                                <w:tcPr>
                                  <w:tcW w:w="1315" w:type="dxa"/>
                                  <w:vAlign w:val="center"/>
                                </w:tcPr>
                                <w:p w:rsidR="003A37E7" w:rsidRPr="002C30CC" w:rsidRDefault="00E25CE9"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6AE114" id="Text Box 33" o:spid="_x0000_s1075" type="#_x0000_t202" style="position:absolute;left:0;text-align:left;margin-left:34.75pt;margin-top:-60.4pt;width:342.7pt;height:325.2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" fillcolor="white [3201]" stroked="f" strokeweight=".5pt">
                <v:textbox>
                  <w:txbxContent>
                    <w:tbl>
                      <w:tblPr>
                        <w:tblStyle w:val="LightGrid"/>
                        <w:tblW w:w="0" w:type="auto"/>
                        <w:tblInd w:w="-70" w:type="dxa"/>
                        <w:tblLook w:val="04A0" w:firstRow="1" w:lastRow="0" w:firstColumn="1" w:lastColumn="0" w:noHBand="0" w:noVBand="1"/>
                      </w:tblPr>
                      <w:tblGrid>
                        <w:gridCol w:w="1447"/>
                        <w:gridCol w:w="3618"/>
                        <w:gridCol w:w="1315"/>
                      </w:tblGrid>
                      <w:tr w:rsidR="003A37E7" w:rsidRPr="002C30CC" w:rsidTr="00B93D41">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380" w:type="dxa"/>
                            <w:gridSpan w:val="3"/>
                            <w:tcBorders>
                              <w:top w:val="single" w:sz="36" w:space="0" w:color="auto"/>
                              <w:left w:val="single" w:sz="36" w:space="0" w:color="auto"/>
                              <w:bottom w:val="single" w:sz="36" w:space="0" w:color="auto"/>
                              <w:right w:val="single" w:sz="36" w:space="0" w:color="auto"/>
                            </w:tcBorders>
                            <w:vAlign w:val="center"/>
                          </w:tcPr>
                          <w:p w:rsidR="003A37E7" w:rsidRPr="002C30CC" w:rsidRDefault="003A37E7" w:rsidP="00A24081">
                            <w:pPr>
                              <w:jc w:val="center"/>
                              <w:rPr>
                                <w:color w:val="FF0000"/>
                                <w:sz w:val="24"/>
                                <w:szCs w:val="24"/>
                              </w:rPr>
                            </w:pPr>
                            <w:r>
                              <w:rPr>
                                <w:color w:val="FF0000"/>
                                <w:sz w:val="24"/>
                                <w:szCs w:val="24"/>
                              </w:rPr>
                              <w:t>BBA -</w:t>
                            </w:r>
                            <w:r w:rsidRPr="002C30CC">
                              <w:rPr>
                                <w:color w:val="FF0000"/>
                                <w:sz w:val="24"/>
                                <w:szCs w:val="24"/>
                              </w:rPr>
                              <w:t>BUSINESS MANAGEMENT</w:t>
                            </w:r>
                          </w:p>
                        </w:tc>
                      </w:tr>
                      <w:tr w:rsidR="003A37E7" w:rsidRPr="002C30CC" w:rsidTr="00E25CE9">
                        <w:trPr>
                          <w:cnfStyle w:val="000000100000" w:firstRow="0" w:lastRow="0" w:firstColumn="0" w:lastColumn="0" w:oddVBand="0" w:evenVBand="0" w:oddHBand="1" w:evenHBand="0" w:firstRowFirstColumn="0" w:firstRowLastColumn="0" w:lastRowFirstColumn="0" w:lastRowLastColumn="0"/>
                          <w:trHeight w:val="381"/>
                        </w:trPr>
                        <w:tc>
                          <w:tcPr>
                            <w:cnfStyle w:val="001000000000" w:firstRow="0" w:lastRow="0" w:firstColumn="1" w:lastColumn="0" w:oddVBand="0" w:evenVBand="0" w:oddHBand="0" w:evenHBand="0" w:firstRowFirstColumn="0" w:firstRowLastColumn="0" w:lastRowFirstColumn="0" w:lastRowLastColumn="0"/>
                            <w:tcW w:w="6380" w:type="dxa"/>
                            <w:gridSpan w:val="3"/>
                            <w:tcBorders>
                              <w:top w:val="single" w:sz="36" w:space="0" w:color="auto"/>
                            </w:tcBorders>
                            <w:vAlign w:val="center"/>
                          </w:tcPr>
                          <w:p w:rsidR="003A37E7" w:rsidRPr="002C30CC" w:rsidRDefault="003A37E7" w:rsidP="00A24081">
                            <w:pPr>
                              <w:jc w:val="center"/>
                              <w:rPr>
                                <w:sz w:val="24"/>
                                <w:szCs w:val="24"/>
                              </w:rPr>
                            </w:pPr>
                            <w:r>
                              <w:rPr>
                                <w:sz w:val="20"/>
                                <w:szCs w:val="20"/>
                              </w:rPr>
                              <w:t>SENIOR YEAR (YEARIV) - FIRST</w:t>
                            </w:r>
                            <w:r w:rsidRPr="009B29F2">
                              <w:rPr>
                                <w:sz w:val="20"/>
                                <w:szCs w:val="20"/>
                              </w:rPr>
                              <w:t xml:space="preserve"> SEMESTER</w:t>
                            </w:r>
                          </w:p>
                        </w:tc>
                      </w:tr>
                      <w:tr w:rsidR="003A37E7" w:rsidRPr="002C30CC"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7" w:type="dxa"/>
                            <w:vAlign w:val="center"/>
                          </w:tcPr>
                          <w:p w:rsidR="003A37E7" w:rsidRPr="002C30CC" w:rsidRDefault="003A37E7" w:rsidP="00A24081">
                            <w:pPr>
                              <w:jc w:val="center"/>
                              <w:rPr>
                                <w:sz w:val="24"/>
                                <w:szCs w:val="24"/>
                              </w:rPr>
                            </w:pPr>
                            <w:r w:rsidRPr="002C30CC">
                              <w:rPr>
                                <w:sz w:val="24"/>
                                <w:szCs w:val="24"/>
                              </w:rPr>
                              <w:t>COURSE CODE</w:t>
                            </w:r>
                          </w:p>
                        </w:tc>
                        <w:tc>
                          <w:tcPr>
                            <w:tcW w:w="3618" w:type="dxa"/>
                            <w:vAlign w:val="center"/>
                          </w:tcPr>
                          <w:p w:rsidR="003A37E7" w:rsidRPr="002C30CC" w:rsidRDefault="003A37E7"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b/>
                                <w:sz w:val="24"/>
                                <w:szCs w:val="24"/>
                              </w:rPr>
                              <w:t>COURSE TITLE</w:t>
                            </w:r>
                          </w:p>
                        </w:tc>
                        <w:tc>
                          <w:tcPr>
                            <w:tcW w:w="1315" w:type="dxa"/>
                            <w:vAlign w:val="center"/>
                          </w:tcPr>
                          <w:p w:rsidR="003A37E7" w:rsidRPr="002C30CC" w:rsidRDefault="003A37E7"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b/>
                                <w:sz w:val="24"/>
                                <w:szCs w:val="24"/>
                              </w:rPr>
                              <w:t>CREDIT HOURS</w:t>
                            </w:r>
                          </w:p>
                        </w:tc>
                      </w:tr>
                      <w:tr w:rsidR="003A37E7" w:rsidRPr="002C30CC" w:rsidTr="00B93D41">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7" w:type="dxa"/>
                            <w:vAlign w:val="center"/>
                          </w:tcPr>
                          <w:p w:rsidR="003A37E7" w:rsidRPr="002C30CC" w:rsidRDefault="003A37E7" w:rsidP="00A24081">
                            <w:pPr>
                              <w:jc w:val="center"/>
                              <w:rPr>
                                <w:sz w:val="24"/>
                                <w:szCs w:val="24"/>
                              </w:rPr>
                            </w:pPr>
                            <w:r w:rsidRPr="002C30CC">
                              <w:rPr>
                                <w:sz w:val="24"/>
                                <w:szCs w:val="24"/>
                              </w:rPr>
                              <w:t>BUS 401</w:t>
                            </w:r>
                          </w:p>
                        </w:tc>
                        <w:tc>
                          <w:tcPr>
                            <w:tcW w:w="3618"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LEADERSHIP SKILLS TRAINING SEMINAR</w:t>
                            </w:r>
                            <w:r w:rsidR="00E25CE9">
                              <w:rPr>
                                <w:sz w:val="24"/>
                                <w:szCs w:val="24"/>
                              </w:rPr>
                              <w:t>N I</w:t>
                            </w:r>
                          </w:p>
                        </w:tc>
                        <w:tc>
                          <w:tcPr>
                            <w:tcW w:w="1315"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2</w:t>
                            </w:r>
                          </w:p>
                        </w:tc>
                      </w:tr>
                      <w:tr w:rsidR="008165B0" w:rsidRPr="002C30CC"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7" w:type="dxa"/>
                            <w:vAlign w:val="center"/>
                          </w:tcPr>
                          <w:p w:rsidR="008165B0" w:rsidRPr="002C30CC" w:rsidRDefault="008165B0" w:rsidP="00A24081">
                            <w:pPr>
                              <w:jc w:val="center"/>
                              <w:rPr>
                                <w:sz w:val="24"/>
                                <w:szCs w:val="24"/>
                              </w:rPr>
                            </w:pPr>
                            <w:r>
                              <w:rPr>
                                <w:sz w:val="24"/>
                                <w:szCs w:val="24"/>
                              </w:rPr>
                              <w:t>GEN 109</w:t>
                            </w:r>
                          </w:p>
                        </w:tc>
                        <w:tc>
                          <w:tcPr>
                            <w:tcW w:w="3618" w:type="dxa"/>
                            <w:vAlign w:val="center"/>
                          </w:tcPr>
                          <w:p w:rsidR="008165B0" w:rsidRPr="002C30CC" w:rsidRDefault="008165B0"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Pr>
                                <w:sz w:val="24"/>
                                <w:szCs w:val="24"/>
                              </w:rPr>
                              <w:t>CHRISTIAN CHARACTER DEVELOMENT</w:t>
                            </w:r>
                          </w:p>
                        </w:tc>
                        <w:tc>
                          <w:tcPr>
                            <w:tcW w:w="1315" w:type="dxa"/>
                            <w:vAlign w:val="center"/>
                          </w:tcPr>
                          <w:p w:rsidR="008165B0" w:rsidRPr="002C30CC" w:rsidRDefault="008165B0"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Pr>
                                <w:sz w:val="24"/>
                                <w:szCs w:val="24"/>
                              </w:rPr>
                              <w:t>2</w:t>
                            </w:r>
                          </w:p>
                        </w:tc>
                      </w:tr>
                      <w:tr w:rsidR="003A37E7" w:rsidRPr="002C30CC" w:rsidTr="008165B0">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1447" w:type="dxa"/>
                            <w:vAlign w:val="center"/>
                          </w:tcPr>
                          <w:p w:rsidR="003A37E7" w:rsidRPr="002C30CC" w:rsidRDefault="003A37E7" w:rsidP="00A24081">
                            <w:pPr>
                              <w:jc w:val="center"/>
                              <w:rPr>
                                <w:sz w:val="24"/>
                                <w:szCs w:val="24"/>
                              </w:rPr>
                            </w:pPr>
                            <w:r w:rsidRPr="002C30CC">
                              <w:rPr>
                                <w:sz w:val="24"/>
                                <w:szCs w:val="24"/>
                              </w:rPr>
                              <w:t>BUS 403</w:t>
                            </w:r>
                          </w:p>
                        </w:tc>
                        <w:tc>
                          <w:tcPr>
                            <w:tcW w:w="3618"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FINANCIAL MANAGEMENT</w:t>
                            </w:r>
                          </w:p>
                        </w:tc>
                        <w:tc>
                          <w:tcPr>
                            <w:tcW w:w="1315"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3</w:t>
                            </w:r>
                          </w:p>
                        </w:tc>
                      </w:tr>
                      <w:tr w:rsidR="003A37E7" w:rsidRPr="002C30CC"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7" w:type="dxa"/>
                            <w:vAlign w:val="center"/>
                          </w:tcPr>
                          <w:p w:rsidR="003A37E7" w:rsidRPr="002C30CC" w:rsidRDefault="003A37E7" w:rsidP="00A24081">
                            <w:pPr>
                              <w:jc w:val="center"/>
                              <w:rPr>
                                <w:sz w:val="24"/>
                                <w:szCs w:val="24"/>
                              </w:rPr>
                            </w:pPr>
                            <w:r w:rsidRPr="002C30CC">
                              <w:rPr>
                                <w:sz w:val="24"/>
                                <w:szCs w:val="24"/>
                              </w:rPr>
                              <w:t>BUS 404</w:t>
                            </w:r>
                          </w:p>
                        </w:tc>
                        <w:tc>
                          <w:tcPr>
                            <w:tcW w:w="3618" w:type="dxa"/>
                            <w:vAlign w:val="center"/>
                          </w:tcPr>
                          <w:p w:rsidR="003A37E7" w:rsidRPr="002C30CC" w:rsidRDefault="003A37E7"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sz w:val="24"/>
                                <w:szCs w:val="24"/>
                              </w:rPr>
                              <w:t>PROJECT MANAGEMENT</w:t>
                            </w:r>
                          </w:p>
                        </w:tc>
                        <w:tc>
                          <w:tcPr>
                            <w:tcW w:w="1315" w:type="dxa"/>
                            <w:vAlign w:val="center"/>
                          </w:tcPr>
                          <w:p w:rsidR="003A37E7" w:rsidRPr="002C30CC" w:rsidRDefault="003A37E7"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sz w:val="24"/>
                                <w:szCs w:val="24"/>
                              </w:rPr>
                              <w:t>3</w:t>
                            </w:r>
                          </w:p>
                        </w:tc>
                      </w:tr>
                      <w:tr w:rsidR="003A37E7" w:rsidRPr="002C30CC" w:rsidTr="00E25CE9">
                        <w:trPr>
                          <w:cnfStyle w:val="000000100000" w:firstRow="0" w:lastRow="0" w:firstColumn="0" w:lastColumn="0" w:oddVBand="0" w:evenVBand="0" w:oddHBand="1" w:evenHBand="0" w:firstRowFirstColumn="0" w:firstRowLastColumn="0" w:lastRowFirstColumn="0" w:lastRowLastColumn="0"/>
                          <w:trHeight w:val="441"/>
                        </w:trPr>
                        <w:tc>
                          <w:tcPr>
                            <w:cnfStyle w:val="001000000000" w:firstRow="0" w:lastRow="0" w:firstColumn="1" w:lastColumn="0" w:oddVBand="0" w:evenVBand="0" w:oddHBand="0" w:evenHBand="0" w:firstRowFirstColumn="0" w:firstRowLastColumn="0" w:lastRowFirstColumn="0" w:lastRowLastColumn="0"/>
                            <w:tcW w:w="1447" w:type="dxa"/>
                            <w:vAlign w:val="center"/>
                          </w:tcPr>
                          <w:p w:rsidR="003A37E7" w:rsidRPr="002C30CC" w:rsidRDefault="003A37E7" w:rsidP="00A24081">
                            <w:pPr>
                              <w:jc w:val="center"/>
                              <w:rPr>
                                <w:sz w:val="24"/>
                                <w:szCs w:val="24"/>
                              </w:rPr>
                            </w:pPr>
                            <w:r w:rsidRPr="002C30CC">
                              <w:rPr>
                                <w:sz w:val="24"/>
                                <w:szCs w:val="24"/>
                              </w:rPr>
                              <w:t>MGT 403</w:t>
                            </w:r>
                          </w:p>
                        </w:tc>
                        <w:tc>
                          <w:tcPr>
                            <w:tcW w:w="3618"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STRATEGIC MANAGEMENT</w:t>
                            </w:r>
                          </w:p>
                        </w:tc>
                        <w:tc>
                          <w:tcPr>
                            <w:tcW w:w="1315"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3</w:t>
                            </w:r>
                          </w:p>
                        </w:tc>
                      </w:tr>
                      <w:tr w:rsidR="003A37E7" w:rsidRPr="002C30CC" w:rsidTr="00B93D41">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7" w:type="dxa"/>
                            <w:vAlign w:val="center"/>
                          </w:tcPr>
                          <w:p w:rsidR="003A37E7" w:rsidRPr="002C30CC" w:rsidRDefault="003A37E7" w:rsidP="00A24081">
                            <w:pPr>
                              <w:jc w:val="center"/>
                              <w:rPr>
                                <w:sz w:val="24"/>
                                <w:szCs w:val="24"/>
                              </w:rPr>
                            </w:pPr>
                            <w:r w:rsidRPr="002C30CC">
                              <w:rPr>
                                <w:sz w:val="24"/>
                                <w:szCs w:val="24"/>
                              </w:rPr>
                              <w:t>MGT 406</w:t>
                            </w:r>
                          </w:p>
                        </w:tc>
                        <w:tc>
                          <w:tcPr>
                            <w:tcW w:w="3618" w:type="dxa"/>
                            <w:vAlign w:val="center"/>
                          </w:tcPr>
                          <w:p w:rsidR="003A37E7" w:rsidRPr="002C30CC" w:rsidRDefault="003A37E7"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sz w:val="24"/>
                                <w:szCs w:val="24"/>
                              </w:rPr>
                              <w:t>SMALL BUSINESS MANAGEMENT</w:t>
                            </w:r>
                          </w:p>
                        </w:tc>
                        <w:tc>
                          <w:tcPr>
                            <w:tcW w:w="1315" w:type="dxa"/>
                            <w:vAlign w:val="center"/>
                          </w:tcPr>
                          <w:p w:rsidR="003A37E7" w:rsidRPr="002C30CC" w:rsidRDefault="003A37E7"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sz w:val="24"/>
                                <w:szCs w:val="24"/>
                              </w:rPr>
                              <w:t>3</w:t>
                            </w:r>
                          </w:p>
                        </w:tc>
                      </w:tr>
                      <w:tr w:rsidR="003A37E7" w:rsidRPr="002C30CC" w:rsidTr="00B93D41">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7" w:type="dxa"/>
                            <w:vAlign w:val="center"/>
                          </w:tcPr>
                          <w:p w:rsidR="003A37E7" w:rsidRPr="002C30CC" w:rsidRDefault="003A37E7" w:rsidP="00A24081">
                            <w:pPr>
                              <w:jc w:val="center"/>
                              <w:rPr>
                                <w:sz w:val="24"/>
                                <w:szCs w:val="24"/>
                              </w:rPr>
                            </w:pPr>
                            <w:r w:rsidRPr="002C30CC">
                              <w:rPr>
                                <w:sz w:val="24"/>
                                <w:szCs w:val="24"/>
                              </w:rPr>
                              <w:t>ENTR 402</w:t>
                            </w:r>
                          </w:p>
                        </w:tc>
                        <w:tc>
                          <w:tcPr>
                            <w:tcW w:w="3618"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ENTREPRENEURSHIP IN EDUCATION II</w:t>
                            </w:r>
                          </w:p>
                        </w:tc>
                        <w:tc>
                          <w:tcPr>
                            <w:tcW w:w="1315" w:type="dxa"/>
                            <w:vAlign w:val="center"/>
                          </w:tcPr>
                          <w:p w:rsidR="003A37E7" w:rsidRPr="002C30CC" w:rsidRDefault="003A37E7"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sidRPr="002C30CC">
                              <w:rPr>
                                <w:sz w:val="24"/>
                                <w:szCs w:val="24"/>
                              </w:rPr>
                              <w:t>1</w:t>
                            </w:r>
                          </w:p>
                        </w:tc>
                      </w:tr>
                      <w:tr w:rsidR="00E25CE9" w:rsidRPr="002C30CC" w:rsidTr="00E25CE9">
                        <w:trPr>
                          <w:cnfStyle w:val="000000010000" w:firstRow="0" w:lastRow="0" w:firstColumn="0" w:lastColumn="0" w:oddVBand="0" w:evenVBand="0" w:oddHBand="0" w:evenHBand="1"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1447" w:type="dxa"/>
                            <w:vAlign w:val="center"/>
                          </w:tcPr>
                          <w:p w:rsidR="00E25CE9" w:rsidRPr="002C30CC" w:rsidRDefault="00E25CE9" w:rsidP="00A24081">
                            <w:pPr>
                              <w:jc w:val="center"/>
                              <w:rPr>
                                <w:sz w:val="24"/>
                                <w:szCs w:val="24"/>
                              </w:rPr>
                            </w:pPr>
                            <w:r>
                              <w:rPr>
                                <w:sz w:val="24"/>
                                <w:szCs w:val="24"/>
                              </w:rPr>
                              <w:t>MINOR</w:t>
                            </w:r>
                          </w:p>
                        </w:tc>
                        <w:tc>
                          <w:tcPr>
                            <w:tcW w:w="3618" w:type="dxa"/>
                            <w:vAlign w:val="center"/>
                          </w:tcPr>
                          <w:p w:rsidR="00E25CE9" w:rsidRPr="002C30CC" w:rsidRDefault="00E25CE9"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p>
                        </w:tc>
                        <w:tc>
                          <w:tcPr>
                            <w:tcW w:w="1315" w:type="dxa"/>
                            <w:vAlign w:val="center"/>
                          </w:tcPr>
                          <w:p w:rsidR="00E25CE9" w:rsidRPr="002C30CC" w:rsidRDefault="00E25CE9" w:rsidP="00A24081">
                            <w:pPr>
                              <w:jc w:val="center"/>
                              <w:cnfStyle w:val="000000010000" w:firstRow="0" w:lastRow="0" w:firstColumn="0" w:lastColumn="0" w:oddVBand="0" w:evenVBand="0" w:oddHBand="0" w:evenHBand="1" w:firstRowFirstColumn="0" w:firstRowLastColumn="0" w:lastRowFirstColumn="0" w:lastRowLastColumn="0"/>
                              <w:rPr>
                                <w:sz w:val="24"/>
                                <w:szCs w:val="24"/>
                              </w:rPr>
                            </w:pPr>
                            <w:r>
                              <w:rPr>
                                <w:sz w:val="24"/>
                                <w:szCs w:val="24"/>
                              </w:rPr>
                              <w:t>3</w:t>
                            </w:r>
                          </w:p>
                        </w:tc>
                      </w:tr>
                      <w:tr w:rsidR="003A37E7" w:rsidRPr="002C30CC" w:rsidTr="00E25CE9">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5065" w:type="dxa"/>
                            <w:gridSpan w:val="2"/>
                            <w:vAlign w:val="center"/>
                          </w:tcPr>
                          <w:p w:rsidR="003A37E7" w:rsidRPr="002C30CC" w:rsidRDefault="003A37E7" w:rsidP="00A24081">
                            <w:pPr>
                              <w:jc w:val="center"/>
                              <w:rPr>
                                <w:sz w:val="24"/>
                                <w:szCs w:val="24"/>
                              </w:rPr>
                            </w:pPr>
                            <w:r w:rsidRPr="002C30CC">
                              <w:rPr>
                                <w:sz w:val="24"/>
                                <w:szCs w:val="24"/>
                              </w:rPr>
                              <w:t xml:space="preserve">TOTAL </w:t>
                            </w:r>
                            <w:r>
                              <w:rPr>
                                <w:sz w:val="24"/>
                                <w:szCs w:val="24"/>
                              </w:rPr>
                              <w:t>CREDIT HOURS</w:t>
                            </w:r>
                          </w:p>
                        </w:tc>
                        <w:tc>
                          <w:tcPr>
                            <w:tcW w:w="1315" w:type="dxa"/>
                            <w:vAlign w:val="center"/>
                          </w:tcPr>
                          <w:p w:rsidR="003A37E7" w:rsidRPr="002C30CC" w:rsidRDefault="00E25CE9" w:rsidP="00A24081">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20</w:t>
                            </w:r>
                          </w:p>
                        </w:tc>
                      </w:tr>
                    </w:tbl>
                    <w:p w:rsidR="003A37E7" w:rsidRDefault="003A37E7"/>
                  </w:txbxContent>
                </v:textbox>
                <w10:wrap anchorx="page"/>
              </v:shape>
            </w:pict>
          </mc:Fallback>
        </mc:AlternateContent>
      </w:r>
    </w:p>
    <w:p w:rsidR="00DD4684" w:rsidRDefault="00DD4684" w:rsidP="00412947">
      <w:pPr>
        <w:jc w:val="center"/>
      </w:pPr>
    </w:p>
    <w:p w:rsidR="00DD4684" w:rsidRDefault="00DD4684" w:rsidP="00412947">
      <w:pPr>
        <w:jc w:val="center"/>
      </w:pPr>
    </w:p>
    <w:p w:rsidR="001217A5" w:rsidRDefault="001217A5" w:rsidP="00412947">
      <w:pPr>
        <w:jc w:val="center"/>
      </w:pPr>
    </w:p>
    <w:p w:rsidR="00DD4684" w:rsidRDefault="00DD4684" w:rsidP="00412947">
      <w:pPr>
        <w:jc w:val="center"/>
      </w:pPr>
    </w:p>
    <w:p w:rsidR="00DD4684" w:rsidRDefault="00DD4684" w:rsidP="00412947">
      <w:pPr>
        <w:jc w:val="center"/>
      </w:pPr>
    </w:p>
    <w:p w:rsidR="002A2CC7" w:rsidRDefault="002A2CC7"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2C30CC" w:rsidP="00412947">
      <w:pPr>
        <w:jc w:val="center"/>
      </w:pPr>
      <w:r>
        <w:rPr>
          <w:noProof/>
        </w:rPr>
        <mc:AlternateContent>
          <mc:Choice Requires="wps">
            <w:drawing>
              <wp:anchor distT="0" distB="0" distL="114300" distR="114300" simplePos="0" relativeHeight="251685888" behindDoc="0" locked="0" layoutInCell="1" allowOverlap="1" wp14:anchorId="3922A044" wp14:editId="006B2095">
                <wp:simplePos x="0" y="0"/>
                <wp:positionH relativeFrom="margin">
                  <wp:posOffset>-1021606</wp:posOffset>
                </wp:positionH>
                <wp:positionV relativeFrom="paragraph">
                  <wp:posOffset>159954</wp:posOffset>
                </wp:positionV>
                <wp:extent cx="4352290" cy="2963918"/>
                <wp:effectExtent l="0" t="0" r="0" b="8255"/>
                <wp:wrapNone/>
                <wp:docPr id="34" name="Text Box 34"/>
                <wp:cNvGraphicFramePr/>
                <a:graphic xmlns:a="http://schemas.openxmlformats.org/drawingml/2006/main">
                  <a:graphicData uri="http://schemas.microsoft.com/office/word/2010/wordprocessingShape">
                    <wps:wsp>
                      <wps:cNvSpPr txBox="1"/>
                      <wps:spPr>
                        <a:xfrm>
                          <a:off x="0" y="0"/>
                          <a:ext cx="4352290" cy="296391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0" w:type="auto"/>
                              <w:tblInd w:w="-150" w:type="dxa"/>
                              <w:tblLook w:val="04A0" w:firstRow="1" w:lastRow="0" w:firstColumn="1" w:lastColumn="0" w:noHBand="0" w:noVBand="1"/>
                            </w:tblPr>
                            <w:tblGrid>
                              <w:gridCol w:w="1465"/>
                              <w:gridCol w:w="4007"/>
                              <w:gridCol w:w="1083"/>
                            </w:tblGrid>
                            <w:tr w:rsidR="003A37E7" w:rsidRPr="002C30CC" w:rsidTr="00D0335B">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55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2C30CC" w:rsidRDefault="003A37E7" w:rsidP="00D0335B">
                                  <w:pPr>
                                    <w:jc w:val="center"/>
                                    <w:rPr>
                                      <w:color w:val="FF0000"/>
                                      <w:sz w:val="24"/>
                                      <w:szCs w:val="24"/>
                                    </w:rPr>
                                  </w:pPr>
                                  <w:r>
                                    <w:rPr>
                                      <w:color w:val="FF0000"/>
                                      <w:sz w:val="24"/>
                                      <w:szCs w:val="24"/>
                                    </w:rPr>
                                    <w:t>BBA -</w:t>
                                  </w:r>
                                  <w:r w:rsidRPr="002C30CC">
                                    <w:rPr>
                                      <w:color w:val="FF0000"/>
                                      <w:sz w:val="24"/>
                                      <w:szCs w:val="24"/>
                                    </w:rPr>
                                    <w:t>BUSINESS MANAGEMENT</w:t>
                                  </w:r>
                                </w:p>
                              </w:tc>
                            </w:tr>
                            <w:tr w:rsidR="003A37E7" w:rsidRPr="002C30CC" w:rsidTr="00D0335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55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2C30CC" w:rsidRDefault="003A37E7" w:rsidP="00D0335B">
                                  <w:pPr>
                                    <w:jc w:val="center"/>
                                    <w:rPr>
                                      <w:sz w:val="24"/>
                                      <w:szCs w:val="24"/>
                                    </w:rPr>
                                  </w:pPr>
                                  <w:r>
                                    <w:rPr>
                                      <w:sz w:val="20"/>
                                      <w:szCs w:val="20"/>
                                    </w:rPr>
                                    <w:t>SENIOR YEAR (YEARIV) - SECOND</w:t>
                                  </w:r>
                                  <w:r w:rsidRPr="009B29F2">
                                    <w:rPr>
                                      <w:sz w:val="20"/>
                                      <w:szCs w:val="20"/>
                                    </w:rPr>
                                    <w:t xml:space="preserve"> SEMESTER</w:t>
                                  </w:r>
                                </w:p>
                              </w:tc>
                            </w:tr>
                            <w:tr w:rsidR="003A37E7" w:rsidRPr="002C30CC" w:rsidTr="00E25CE9">
                              <w:trPr>
                                <w:cnfStyle w:val="000000010000" w:firstRow="0" w:lastRow="0" w:firstColumn="0" w:lastColumn="0" w:oddVBand="0" w:evenVBand="0" w:oddHBand="0" w:evenHBand="1"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2C30CC" w:rsidRDefault="003A37E7" w:rsidP="00D0335B">
                                  <w:pPr>
                                    <w:jc w:val="center"/>
                                    <w:rPr>
                                      <w:sz w:val="24"/>
                                      <w:szCs w:val="24"/>
                                    </w:rPr>
                                  </w:pPr>
                                  <w:r w:rsidRPr="002C30CC">
                                    <w:rPr>
                                      <w:sz w:val="24"/>
                                      <w:szCs w:val="24"/>
                                    </w:rPr>
                                    <w:t>COURSE CODE</w:t>
                                  </w:r>
                                </w:p>
                              </w:tc>
                              <w:tc>
                                <w:tcPr>
                                  <w:tcW w:w="4007" w:type="dxa"/>
                                  <w:vAlign w:val="center"/>
                                </w:tcPr>
                                <w:p w:rsidR="003A37E7" w:rsidRPr="002C30CC" w:rsidRDefault="003A37E7" w:rsidP="00D0335B">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b/>
                                      <w:sz w:val="24"/>
                                      <w:szCs w:val="24"/>
                                    </w:rPr>
                                    <w:t>COURSE TITLE</w:t>
                                  </w:r>
                                </w:p>
                              </w:tc>
                              <w:tc>
                                <w:tcPr>
                                  <w:tcW w:w="1083" w:type="dxa"/>
                                  <w:tcBorders>
                                    <w:right w:val="double" w:sz="4" w:space="0" w:color="C0504D" w:themeColor="accent2"/>
                                  </w:tcBorders>
                                  <w:vAlign w:val="center"/>
                                </w:tcPr>
                                <w:p w:rsidR="003A37E7" w:rsidRPr="00B93D41" w:rsidRDefault="003A37E7" w:rsidP="00D0335B">
                                  <w:pPr>
                                    <w:jc w:val="center"/>
                                    <w:cnfStyle w:val="000000010000" w:firstRow="0" w:lastRow="0" w:firstColumn="0" w:lastColumn="0" w:oddVBand="0" w:evenVBand="0" w:oddHBand="0" w:evenHBand="1" w:firstRowFirstColumn="0" w:firstRowLastColumn="0" w:lastRowFirstColumn="0" w:lastRowLastColumn="0"/>
                                    <w:rPr>
                                      <w:sz w:val="24"/>
                                      <w:szCs w:val="24"/>
                                    </w:rPr>
                                  </w:pPr>
                                  <w:r w:rsidRPr="00B93D41">
                                    <w:rPr>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2C30CC" w:rsidTr="00D0335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2C30CC" w:rsidRDefault="00E25CE9" w:rsidP="00D0335B">
                                  <w:pPr>
                                    <w:jc w:val="center"/>
                                    <w:rPr>
                                      <w:sz w:val="24"/>
                                      <w:szCs w:val="24"/>
                                    </w:rPr>
                                  </w:pPr>
                                  <w:r>
                                    <w:rPr>
                                      <w:sz w:val="24"/>
                                      <w:szCs w:val="24"/>
                                    </w:rPr>
                                    <w:t>GEN 110</w:t>
                                  </w:r>
                                </w:p>
                              </w:tc>
                              <w:tc>
                                <w:tcPr>
                                  <w:tcW w:w="4007" w:type="dxa"/>
                                  <w:vAlign w:val="center"/>
                                </w:tcPr>
                                <w:p w:rsidR="003A37E7" w:rsidRPr="002C30CC" w:rsidRDefault="00E25CE9" w:rsidP="00D0335B">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CHRISTIAN CHARACTER DEVELOPMENT II</w:t>
                                  </w:r>
                                </w:p>
                              </w:tc>
                              <w:tc>
                                <w:tcPr>
                                  <w:tcW w:w="1083" w:type="dxa"/>
                                  <w:tcBorders>
                                    <w:right w:val="double" w:sz="4" w:space="0" w:color="C0504D" w:themeColor="accent2"/>
                                  </w:tcBorders>
                                  <w:vAlign w:val="center"/>
                                </w:tcPr>
                                <w:p w:rsidR="003A37E7" w:rsidRPr="002C30CC" w:rsidRDefault="00E25CE9" w:rsidP="00D0335B">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2</w:t>
                                  </w:r>
                                </w:p>
                              </w:tc>
                            </w:tr>
                            <w:tr w:rsidR="003A37E7" w:rsidRPr="002C30CC" w:rsidTr="00D0335B">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2C30CC" w:rsidRDefault="003A37E7" w:rsidP="00D0335B">
                                  <w:pPr>
                                    <w:jc w:val="center"/>
                                    <w:rPr>
                                      <w:sz w:val="24"/>
                                      <w:szCs w:val="24"/>
                                    </w:rPr>
                                  </w:pPr>
                                  <w:r>
                                    <w:rPr>
                                      <w:sz w:val="24"/>
                                      <w:szCs w:val="24"/>
                                    </w:rPr>
                                    <w:t>ELECTIVE</w:t>
                                  </w:r>
                                </w:p>
                              </w:tc>
                              <w:tc>
                                <w:tcPr>
                                  <w:tcW w:w="4007" w:type="dxa"/>
                                  <w:vAlign w:val="center"/>
                                </w:tcPr>
                                <w:p w:rsidR="003A37E7" w:rsidRPr="001F3AED" w:rsidRDefault="003A37E7" w:rsidP="00D0335B">
                                  <w:pPr>
                                    <w:pStyle w:val="Heading3"/>
                                    <w:jc w:val="center"/>
                                    <w:outlineLvl w:val="2"/>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1F3AED">
                                    <w:rPr>
                                      <w:rFonts w:ascii="Times New Roman" w:hAnsi="Times New Roman" w:cs="Times New Roman"/>
                                      <w:color w:val="auto"/>
                                    </w:rPr>
                                    <w:t>ETHICS IN GLOBAL BUSINESS</w:t>
                                  </w:r>
                                </w:p>
                              </w:tc>
                              <w:tc>
                                <w:tcPr>
                                  <w:tcW w:w="1083" w:type="dxa"/>
                                  <w:tcBorders>
                                    <w:right w:val="double" w:sz="4" w:space="0" w:color="C0504D" w:themeColor="accent2"/>
                                  </w:tcBorders>
                                  <w:vAlign w:val="center"/>
                                </w:tcPr>
                                <w:p w:rsidR="003A37E7" w:rsidRPr="002C30CC" w:rsidRDefault="003A37E7" w:rsidP="00D0335B">
                                  <w:pPr>
                                    <w:jc w:val="center"/>
                                    <w:cnfStyle w:val="000000010000" w:firstRow="0" w:lastRow="0" w:firstColumn="0" w:lastColumn="0" w:oddVBand="0" w:evenVBand="0" w:oddHBand="0" w:evenHBand="1" w:firstRowFirstColumn="0" w:firstRowLastColumn="0" w:lastRowFirstColumn="0" w:lastRowLastColumn="0"/>
                                    <w:rPr>
                                      <w:sz w:val="24"/>
                                      <w:szCs w:val="24"/>
                                    </w:rPr>
                                  </w:pPr>
                                  <w:r>
                                    <w:rPr>
                                      <w:sz w:val="24"/>
                                      <w:szCs w:val="24"/>
                                    </w:rPr>
                                    <w:t>3</w:t>
                                  </w:r>
                                </w:p>
                              </w:tc>
                            </w:tr>
                            <w:tr w:rsidR="003A37E7" w:rsidRPr="002C30CC" w:rsidTr="00D0335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2C30CC" w:rsidRDefault="003A37E7" w:rsidP="00D0335B">
                                  <w:pPr>
                                    <w:jc w:val="center"/>
                                    <w:rPr>
                                      <w:sz w:val="24"/>
                                      <w:szCs w:val="24"/>
                                    </w:rPr>
                                  </w:pPr>
                                  <w:r>
                                    <w:rPr>
                                      <w:sz w:val="24"/>
                                      <w:szCs w:val="24"/>
                                    </w:rPr>
                                    <w:t>ELECTIVE</w:t>
                                  </w:r>
                                </w:p>
                              </w:tc>
                              <w:tc>
                                <w:tcPr>
                                  <w:tcW w:w="4007" w:type="dxa"/>
                                  <w:vAlign w:val="center"/>
                                </w:tcPr>
                                <w:p w:rsidR="003A37E7" w:rsidRPr="001F3AED" w:rsidRDefault="003A37E7" w:rsidP="00D0335B">
                                  <w:pPr>
                                    <w:pStyle w:val="Heading3"/>
                                    <w:jc w:val="center"/>
                                    <w:outlineLvl w:val="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F3AED">
                                    <w:rPr>
                                      <w:rFonts w:ascii="Times New Roman" w:hAnsi="Times New Roman" w:cs="Times New Roman"/>
                                      <w:color w:val="auto"/>
                                    </w:rPr>
                                    <w:t>ORGANIZATIONS: STRUCTURE AND BEHAVIOR</w:t>
                                  </w:r>
                                </w:p>
                              </w:tc>
                              <w:tc>
                                <w:tcPr>
                                  <w:tcW w:w="1083" w:type="dxa"/>
                                  <w:tcBorders>
                                    <w:right w:val="double" w:sz="4" w:space="0" w:color="C0504D" w:themeColor="accent2"/>
                                  </w:tcBorders>
                                  <w:vAlign w:val="center"/>
                                </w:tcPr>
                                <w:p w:rsidR="003A37E7" w:rsidRPr="002C30CC" w:rsidRDefault="003A37E7" w:rsidP="00D0335B">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3</w:t>
                                  </w:r>
                                </w:p>
                              </w:tc>
                            </w:tr>
                            <w:tr w:rsidR="003A37E7" w:rsidRPr="002C30CC" w:rsidTr="00D0335B">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2C30CC" w:rsidRDefault="003A37E7" w:rsidP="00D0335B">
                                  <w:pPr>
                                    <w:jc w:val="center"/>
                                    <w:rPr>
                                      <w:sz w:val="24"/>
                                      <w:szCs w:val="24"/>
                                    </w:rPr>
                                  </w:pPr>
                                  <w:r w:rsidRPr="002C30CC">
                                    <w:rPr>
                                      <w:sz w:val="24"/>
                                      <w:szCs w:val="24"/>
                                    </w:rPr>
                                    <w:t>BUS 440</w:t>
                                  </w:r>
                                </w:p>
                              </w:tc>
                              <w:tc>
                                <w:tcPr>
                                  <w:tcW w:w="4007" w:type="dxa"/>
                                  <w:vAlign w:val="center"/>
                                </w:tcPr>
                                <w:p w:rsidR="003A37E7" w:rsidRPr="002C30CC" w:rsidRDefault="003A37E7" w:rsidP="00D0335B">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sz w:val="24"/>
                                      <w:szCs w:val="24"/>
                                    </w:rPr>
                                    <w:t>SENIOR RESEARCH PAPER</w:t>
                                  </w:r>
                                </w:p>
                              </w:tc>
                              <w:tc>
                                <w:tcPr>
                                  <w:tcW w:w="1083" w:type="dxa"/>
                                  <w:tcBorders>
                                    <w:right w:val="double" w:sz="4" w:space="0" w:color="C0504D" w:themeColor="accent2"/>
                                  </w:tcBorders>
                                  <w:vAlign w:val="center"/>
                                </w:tcPr>
                                <w:p w:rsidR="003A37E7" w:rsidRPr="002C30CC" w:rsidRDefault="003A37E7" w:rsidP="00D0335B">
                                  <w:pPr>
                                    <w:jc w:val="center"/>
                                    <w:cnfStyle w:val="000000010000" w:firstRow="0" w:lastRow="0" w:firstColumn="0" w:lastColumn="0" w:oddVBand="0" w:evenVBand="0" w:oddHBand="0" w:evenHBand="1" w:firstRowFirstColumn="0" w:firstRowLastColumn="0" w:lastRowFirstColumn="0" w:lastRowLastColumn="0"/>
                                    <w:rPr>
                                      <w:sz w:val="24"/>
                                      <w:szCs w:val="24"/>
                                    </w:rPr>
                                  </w:pPr>
                                  <w:r>
                                    <w:rPr>
                                      <w:sz w:val="24"/>
                                      <w:szCs w:val="24"/>
                                    </w:rPr>
                                    <w:t>6</w:t>
                                  </w:r>
                                </w:p>
                              </w:tc>
                            </w:tr>
                            <w:tr w:rsidR="00E25CE9" w:rsidRPr="002C30CC" w:rsidTr="00D0335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E25CE9" w:rsidRPr="002C30CC" w:rsidRDefault="00E25CE9" w:rsidP="00D0335B">
                                  <w:pPr>
                                    <w:jc w:val="center"/>
                                    <w:rPr>
                                      <w:sz w:val="24"/>
                                      <w:szCs w:val="24"/>
                                    </w:rPr>
                                  </w:pPr>
                                  <w:r>
                                    <w:rPr>
                                      <w:sz w:val="24"/>
                                      <w:szCs w:val="24"/>
                                    </w:rPr>
                                    <w:t>MINOR</w:t>
                                  </w:r>
                                </w:p>
                              </w:tc>
                              <w:tc>
                                <w:tcPr>
                                  <w:tcW w:w="4007" w:type="dxa"/>
                                  <w:vAlign w:val="center"/>
                                </w:tcPr>
                                <w:p w:rsidR="00E25CE9" w:rsidRPr="002C30CC" w:rsidRDefault="00E25CE9" w:rsidP="00D0335B">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083" w:type="dxa"/>
                                  <w:tcBorders>
                                    <w:right w:val="double" w:sz="4" w:space="0" w:color="C0504D" w:themeColor="accent2"/>
                                  </w:tcBorders>
                                  <w:vAlign w:val="center"/>
                                </w:tcPr>
                                <w:p w:rsidR="00E25CE9" w:rsidRDefault="00E25CE9" w:rsidP="00D0335B">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3</w:t>
                                  </w:r>
                                </w:p>
                              </w:tc>
                            </w:tr>
                            <w:tr w:rsidR="003A37E7" w:rsidRPr="002C30CC" w:rsidTr="00E25CE9">
                              <w:trPr>
                                <w:cnfStyle w:val="000000010000" w:firstRow="0" w:lastRow="0" w:firstColumn="0" w:lastColumn="0" w:oddVBand="0" w:evenVBand="0" w:oddHBand="0" w:evenHBand="1"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472" w:type="dxa"/>
                                  <w:gridSpan w:val="2"/>
                                  <w:tcBorders>
                                    <w:left w:val="double" w:sz="4" w:space="0" w:color="C0504D" w:themeColor="accent2"/>
                                    <w:bottom w:val="double" w:sz="4" w:space="0" w:color="C0504D" w:themeColor="accent2"/>
                                  </w:tcBorders>
                                  <w:vAlign w:val="center"/>
                                </w:tcPr>
                                <w:p w:rsidR="003A37E7" w:rsidRPr="002C30CC" w:rsidRDefault="003A37E7" w:rsidP="00D0335B">
                                  <w:pPr>
                                    <w:jc w:val="center"/>
                                    <w:rPr>
                                      <w:sz w:val="24"/>
                                      <w:szCs w:val="24"/>
                                    </w:rPr>
                                  </w:pPr>
                                  <w:r w:rsidRPr="002C30CC">
                                    <w:rPr>
                                      <w:sz w:val="24"/>
                                      <w:szCs w:val="24"/>
                                    </w:rPr>
                                    <w:t xml:space="preserve">TOTAL </w:t>
                                  </w:r>
                                  <w:r>
                                    <w:rPr>
                                      <w:sz w:val="24"/>
                                      <w:szCs w:val="24"/>
                                    </w:rPr>
                                    <w:t>CREDIT HOURS</w:t>
                                  </w:r>
                                </w:p>
                              </w:tc>
                              <w:tc>
                                <w:tcPr>
                                  <w:tcW w:w="1083" w:type="dxa"/>
                                  <w:tcBorders>
                                    <w:bottom w:val="double" w:sz="4" w:space="0" w:color="C0504D" w:themeColor="accent2"/>
                                    <w:right w:val="double" w:sz="4" w:space="0" w:color="C0504D" w:themeColor="accent2"/>
                                  </w:tcBorders>
                                  <w:vAlign w:val="center"/>
                                </w:tcPr>
                                <w:p w:rsidR="003A37E7" w:rsidRPr="002C30CC" w:rsidRDefault="00E25CE9" w:rsidP="00D0335B">
                                  <w:pPr>
                                    <w:jc w:val="center"/>
                                    <w:cnfStyle w:val="000000010000" w:firstRow="0" w:lastRow="0" w:firstColumn="0" w:lastColumn="0" w:oddVBand="0" w:evenVBand="0" w:oddHBand="0" w:evenHBand="1" w:firstRowFirstColumn="0" w:firstRowLastColumn="0" w:lastRowFirstColumn="0" w:lastRowLastColumn="0"/>
                                    <w:rPr>
                                      <w:sz w:val="24"/>
                                      <w:szCs w:val="24"/>
                                    </w:rPr>
                                  </w:pPr>
                                  <w:r>
                                    <w:rPr>
                                      <w:sz w:val="24"/>
                                      <w:szCs w:val="24"/>
                                    </w:rPr>
                                    <w:t>18</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22A044" id="Text Box 34" o:spid="_x0000_s1076" type="#_x0000_t202" style="position:absolute;left:0;text-align:left;margin-left:-80.45pt;margin-top:12.6pt;width:342.7pt;height:233.4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" fillcolor="white [3201]" stroked="f" strokeweight=".5pt">
                <v:textbox>
                  <w:txbxContent>
                    <w:tbl>
                      <w:tblPr>
                        <w:tblStyle w:val="LightGrid"/>
                        <w:tblW w:w="0" w:type="auto"/>
                        <w:tblInd w:w="-150" w:type="dxa"/>
                        <w:tblLook w:val="04A0" w:firstRow="1" w:lastRow="0" w:firstColumn="1" w:lastColumn="0" w:noHBand="0" w:noVBand="1"/>
                      </w:tblPr>
                      <w:tblGrid>
                        <w:gridCol w:w="1465"/>
                        <w:gridCol w:w="4007"/>
                        <w:gridCol w:w="1083"/>
                      </w:tblGrid>
                      <w:tr w:rsidR="003A37E7" w:rsidRPr="002C30CC" w:rsidTr="00D0335B">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55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2C30CC" w:rsidRDefault="003A37E7" w:rsidP="00D0335B">
                            <w:pPr>
                              <w:jc w:val="center"/>
                              <w:rPr>
                                <w:color w:val="FF0000"/>
                                <w:sz w:val="24"/>
                                <w:szCs w:val="24"/>
                              </w:rPr>
                            </w:pPr>
                            <w:r>
                              <w:rPr>
                                <w:color w:val="FF0000"/>
                                <w:sz w:val="24"/>
                                <w:szCs w:val="24"/>
                              </w:rPr>
                              <w:t>BBA -</w:t>
                            </w:r>
                            <w:r w:rsidRPr="002C30CC">
                              <w:rPr>
                                <w:color w:val="FF0000"/>
                                <w:sz w:val="24"/>
                                <w:szCs w:val="24"/>
                              </w:rPr>
                              <w:t>BUSINESS MANAGEMENT</w:t>
                            </w:r>
                          </w:p>
                        </w:tc>
                      </w:tr>
                      <w:tr w:rsidR="003A37E7" w:rsidRPr="002C30CC" w:rsidTr="00D0335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55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2C30CC" w:rsidRDefault="003A37E7" w:rsidP="00D0335B">
                            <w:pPr>
                              <w:jc w:val="center"/>
                              <w:rPr>
                                <w:sz w:val="24"/>
                                <w:szCs w:val="24"/>
                              </w:rPr>
                            </w:pPr>
                            <w:r>
                              <w:rPr>
                                <w:sz w:val="20"/>
                                <w:szCs w:val="20"/>
                              </w:rPr>
                              <w:t>SENIOR YEAR (YEARIV) - SECOND</w:t>
                            </w:r>
                            <w:r w:rsidRPr="009B29F2">
                              <w:rPr>
                                <w:sz w:val="20"/>
                                <w:szCs w:val="20"/>
                              </w:rPr>
                              <w:t xml:space="preserve"> SEMESTER</w:t>
                            </w:r>
                          </w:p>
                        </w:tc>
                      </w:tr>
                      <w:tr w:rsidR="003A37E7" w:rsidRPr="002C30CC" w:rsidTr="00E25CE9">
                        <w:trPr>
                          <w:cnfStyle w:val="000000010000" w:firstRow="0" w:lastRow="0" w:firstColumn="0" w:lastColumn="0" w:oddVBand="0" w:evenVBand="0" w:oddHBand="0" w:evenHBand="1"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2C30CC" w:rsidRDefault="003A37E7" w:rsidP="00D0335B">
                            <w:pPr>
                              <w:jc w:val="center"/>
                              <w:rPr>
                                <w:sz w:val="24"/>
                                <w:szCs w:val="24"/>
                              </w:rPr>
                            </w:pPr>
                            <w:r w:rsidRPr="002C30CC">
                              <w:rPr>
                                <w:sz w:val="24"/>
                                <w:szCs w:val="24"/>
                              </w:rPr>
                              <w:t>COURSE CODE</w:t>
                            </w:r>
                          </w:p>
                        </w:tc>
                        <w:tc>
                          <w:tcPr>
                            <w:tcW w:w="4007" w:type="dxa"/>
                            <w:vAlign w:val="center"/>
                          </w:tcPr>
                          <w:p w:rsidR="003A37E7" w:rsidRPr="002C30CC" w:rsidRDefault="003A37E7" w:rsidP="00D0335B">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b/>
                                <w:sz w:val="24"/>
                                <w:szCs w:val="24"/>
                              </w:rPr>
                              <w:t>COURSE TITLE</w:t>
                            </w:r>
                          </w:p>
                        </w:tc>
                        <w:tc>
                          <w:tcPr>
                            <w:tcW w:w="1083" w:type="dxa"/>
                            <w:tcBorders>
                              <w:right w:val="double" w:sz="4" w:space="0" w:color="C0504D" w:themeColor="accent2"/>
                            </w:tcBorders>
                            <w:vAlign w:val="center"/>
                          </w:tcPr>
                          <w:p w:rsidR="003A37E7" w:rsidRPr="00B93D41" w:rsidRDefault="003A37E7" w:rsidP="00D0335B">
                            <w:pPr>
                              <w:jc w:val="center"/>
                              <w:cnfStyle w:val="000000010000" w:firstRow="0" w:lastRow="0" w:firstColumn="0" w:lastColumn="0" w:oddVBand="0" w:evenVBand="0" w:oddHBand="0" w:evenHBand="1" w:firstRowFirstColumn="0" w:firstRowLastColumn="0" w:lastRowFirstColumn="0" w:lastRowLastColumn="0"/>
                              <w:rPr>
                                <w:sz w:val="24"/>
                                <w:szCs w:val="24"/>
                              </w:rPr>
                            </w:pPr>
                            <w:r w:rsidRPr="00B93D41">
                              <w:rPr>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2C30CC" w:rsidTr="00D0335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2C30CC" w:rsidRDefault="00E25CE9" w:rsidP="00D0335B">
                            <w:pPr>
                              <w:jc w:val="center"/>
                              <w:rPr>
                                <w:sz w:val="24"/>
                                <w:szCs w:val="24"/>
                              </w:rPr>
                            </w:pPr>
                            <w:r>
                              <w:rPr>
                                <w:sz w:val="24"/>
                                <w:szCs w:val="24"/>
                              </w:rPr>
                              <w:t>GEN 110</w:t>
                            </w:r>
                          </w:p>
                        </w:tc>
                        <w:tc>
                          <w:tcPr>
                            <w:tcW w:w="4007" w:type="dxa"/>
                            <w:vAlign w:val="center"/>
                          </w:tcPr>
                          <w:p w:rsidR="003A37E7" w:rsidRPr="002C30CC" w:rsidRDefault="00E25CE9" w:rsidP="00D0335B">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CHRISTIAN CHARACTER DEVELOPMENT II</w:t>
                            </w:r>
                          </w:p>
                        </w:tc>
                        <w:tc>
                          <w:tcPr>
                            <w:tcW w:w="1083" w:type="dxa"/>
                            <w:tcBorders>
                              <w:right w:val="double" w:sz="4" w:space="0" w:color="C0504D" w:themeColor="accent2"/>
                            </w:tcBorders>
                            <w:vAlign w:val="center"/>
                          </w:tcPr>
                          <w:p w:rsidR="003A37E7" w:rsidRPr="002C30CC" w:rsidRDefault="00E25CE9" w:rsidP="00D0335B">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2</w:t>
                            </w:r>
                          </w:p>
                        </w:tc>
                      </w:tr>
                      <w:tr w:rsidR="003A37E7" w:rsidRPr="002C30CC" w:rsidTr="00D0335B">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2C30CC" w:rsidRDefault="003A37E7" w:rsidP="00D0335B">
                            <w:pPr>
                              <w:jc w:val="center"/>
                              <w:rPr>
                                <w:sz w:val="24"/>
                                <w:szCs w:val="24"/>
                              </w:rPr>
                            </w:pPr>
                            <w:r>
                              <w:rPr>
                                <w:sz w:val="24"/>
                                <w:szCs w:val="24"/>
                              </w:rPr>
                              <w:t>ELECTIVE</w:t>
                            </w:r>
                          </w:p>
                        </w:tc>
                        <w:tc>
                          <w:tcPr>
                            <w:tcW w:w="4007" w:type="dxa"/>
                            <w:vAlign w:val="center"/>
                          </w:tcPr>
                          <w:p w:rsidR="003A37E7" w:rsidRPr="001F3AED" w:rsidRDefault="003A37E7" w:rsidP="00D0335B">
                            <w:pPr>
                              <w:pStyle w:val="Heading3"/>
                              <w:jc w:val="center"/>
                              <w:outlineLvl w:val="2"/>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1F3AED">
                              <w:rPr>
                                <w:rFonts w:ascii="Times New Roman" w:hAnsi="Times New Roman" w:cs="Times New Roman"/>
                                <w:color w:val="auto"/>
                              </w:rPr>
                              <w:t>ETHICS IN GLOBAL BUSINESS</w:t>
                            </w:r>
                          </w:p>
                        </w:tc>
                        <w:tc>
                          <w:tcPr>
                            <w:tcW w:w="1083" w:type="dxa"/>
                            <w:tcBorders>
                              <w:right w:val="double" w:sz="4" w:space="0" w:color="C0504D" w:themeColor="accent2"/>
                            </w:tcBorders>
                            <w:vAlign w:val="center"/>
                          </w:tcPr>
                          <w:p w:rsidR="003A37E7" w:rsidRPr="002C30CC" w:rsidRDefault="003A37E7" w:rsidP="00D0335B">
                            <w:pPr>
                              <w:jc w:val="center"/>
                              <w:cnfStyle w:val="000000010000" w:firstRow="0" w:lastRow="0" w:firstColumn="0" w:lastColumn="0" w:oddVBand="0" w:evenVBand="0" w:oddHBand="0" w:evenHBand="1" w:firstRowFirstColumn="0" w:firstRowLastColumn="0" w:lastRowFirstColumn="0" w:lastRowLastColumn="0"/>
                              <w:rPr>
                                <w:sz w:val="24"/>
                                <w:szCs w:val="24"/>
                              </w:rPr>
                            </w:pPr>
                            <w:r>
                              <w:rPr>
                                <w:sz w:val="24"/>
                                <w:szCs w:val="24"/>
                              </w:rPr>
                              <w:t>3</w:t>
                            </w:r>
                          </w:p>
                        </w:tc>
                      </w:tr>
                      <w:tr w:rsidR="003A37E7" w:rsidRPr="002C30CC" w:rsidTr="00D0335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2C30CC" w:rsidRDefault="003A37E7" w:rsidP="00D0335B">
                            <w:pPr>
                              <w:jc w:val="center"/>
                              <w:rPr>
                                <w:sz w:val="24"/>
                                <w:szCs w:val="24"/>
                              </w:rPr>
                            </w:pPr>
                            <w:r>
                              <w:rPr>
                                <w:sz w:val="24"/>
                                <w:szCs w:val="24"/>
                              </w:rPr>
                              <w:t>ELECTIVE</w:t>
                            </w:r>
                          </w:p>
                        </w:tc>
                        <w:tc>
                          <w:tcPr>
                            <w:tcW w:w="4007" w:type="dxa"/>
                            <w:vAlign w:val="center"/>
                          </w:tcPr>
                          <w:p w:rsidR="003A37E7" w:rsidRPr="001F3AED" w:rsidRDefault="003A37E7" w:rsidP="00D0335B">
                            <w:pPr>
                              <w:pStyle w:val="Heading3"/>
                              <w:jc w:val="center"/>
                              <w:outlineLvl w:val="2"/>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1F3AED">
                              <w:rPr>
                                <w:rFonts w:ascii="Times New Roman" w:hAnsi="Times New Roman" w:cs="Times New Roman"/>
                                <w:color w:val="auto"/>
                              </w:rPr>
                              <w:t>ORGANIZATIONS: STRUCTURE AND BEHAVIOR</w:t>
                            </w:r>
                          </w:p>
                        </w:tc>
                        <w:tc>
                          <w:tcPr>
                            <w:tcW w:w="1083" w:type="dxa"/>
                            <w:tcBorders>
                              <w:right w:val="double" w:sz="4" w:space="0" w:color="C0504D" w:themeColor="accent2"/>
                            </w:tcBorders>
                            <w:vAlign w:val="center"/>
                          </w:tcPr>
                          <w:p w:rsidR="003A37E7" w:rsidRPr="002C30CC" w:rsidRDefault="003A37E7" w:rsidP="00D0335B">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3</w:t>
                            </w:r>
                          </w:p>
                        </w:tc>
                      </w:tr>
                      <w:tr w:rsidR="003A37E7" w:rsidRPr="002C30CC" w:rsidTr="00D0335B">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3A37E7" w:rsidRPr="002C30CC" w:rsidRDefault="003A37E7" w:rsidP="00D0335B">
                            <w:pPr>
                              <w:jc w:val="center"/>
                              <w:rPr>
                                <w:sz w:val="24"/>
                                <w:szCs w:val="24"/>
                              </w:rPr>
                            </w:pPr>
                            <w:r w:rsidRPr="002C30CC">
                              <w:rPr>
                                <w:sz w:val="24"/>
                                <w:szCs w:val="24"/>
                              </w:rPr>
                              <w:t>BUS 440</w:t>
                            </w:r>
                          </w:p>
                        </w:tc>
                        <w:tc>
                          <w:tcPr>
                            <w:tcW w:w="4007" w:type="dxa"/>
                            <w:vAlign w:val="center"/>
                          </w:tcPr>
                          <w:p w:rsidR="003A37E7" w:rsidRPr="002C30CC" w:rsidRDefault="003A37E7" w:rsidP="00D0335B">
                            <w:pPr>
                              <w:jc w:val="center"/>
                              <w:cnfStyle w:val="000000010000" w:firstRow="0" w:lastRow="0" w:firstColumn="0" w:lastColumn="0" w:oddVBand="0" w:evenVBand="0" w:oddHBand="0" w:evenHBand="1" w:firstRowFirstColumn="0" w:firstRowLastColumn="0" w:lastRowFirstColumn="0" w:lastRowLastColumn="0"/>
                              <w:rPr>
                                <w:sz w:val="24"/>
                                <w:szCs w:val="24"/>
                              </w:rPr>
                            </w:pPr>
                            <w:r w:rsidRPr="002C30CC">
                              <w:rPr>
                                <w:sz w:val="24"/>
                                <w:szCs w:val="24"/>
                              </w:rPr>
                              <w:t>SENIOR RESEARCH PAPER</w:t>
                            </w:r>
                          </w:p>
                        </w:tc>
                        <w:tc>
                          <w:tcPr>
                            <w:tcW w:w="1083" w:type="dxa"/>
                            <w:tcBorders>
                              <w:right w:val="double" w:sz="4" w:space="0" w:color="C0504D" w:themeColor="accent2"/>
                            </w:tcBorders>
                            <w:vAlign w:val="center"/>
                          </w:tcPr>
                          <w:p w:rsidR="003A37E7" w:rsidRPr="002C30CC" w:rsidRDefault="003A37E7" w:rsidP="00D0335B">
                            <w:pPr>
                              <w:jc w:val="center"/>
                              <w:cnfStyle w:val="000000010000" w:firstRow="0" w:lastRow="0" w:firstColumn="0" w:lastColumn="0" w:oddVBand="0" w:evenVBand="0" w:oddHBand="0" w:evenHBand="1" w:firstRowFirstColumn="0" w:firstRowLastColumn="0" w:lastRowFirstColumn="0" w:lastRowLastColumn="0"/>
                              <w:rPr>
                                <w:sz w:val="24"/>
                                <w:szCs w:val="24"/>
                              </w:rPr>
                            </w:pPr>
                            <w:r>
                              <w:rPr>
                                <w:sz w:val="24"/>
                                <w:szCs w:val="24"/>
                              </w:rPr>
                              <w:t>6</w:t>
                            </w:r>
                          </w:p>
                        </w:tc>
                      </w:tr>
                      <w:tr w:rsidR="00E25CE9" w:rsidRPr="002C30CC" w:rsidTr="00D0335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65" w:type="dxa"/>
                            <w:tcBorders>
                              <w:left w:val="double" w:sz="4" w:space="0" w:color="C0504D" w:themeColor="accent2"/>
                            </w:tcBorders>
                            <w:vAlign w:val="center"/>
                          </w:tcPr>
                          <w:p w:rsidR="00E25CE9" w:rsidRPr="002C30CC" w:rsidRDefault="00E25CE9" w:rsidP="00D0335B">
                            <w:pPr>
                              <w:jc w:val="center"/>
                              <w:rPr>
                                <w:sz w:val="24"/>
                                <w:szCs w:val="24"/>
                              </w:rPr>
                            </w:pPr>
                            <w:r>
                              <w:rPr>
                                <w:sz w:val="24"/>
                                <w:szCs w:val="24"/>
                              </w:rPr>
                              <w:t>MINOR</w:t>
                            </w:r>
                          </w:p>
                        </w:tc>
                        <w:tc>
                          <w:tcPr>
                            <w:tcW w:w="4007" w:type="dxa"/>
                            <w:vAlign w:val="center"/>
                          </w:tcPr>
                          <w:p w:rsidR="00E25CE9" w:rsidRPr="002C30CC" w:rsidRDefault="00E25CE9" w:rsidP="00D0335B">
                            <w:pPr>
                              <w:jc w:val="center"/>
                              <w:cnfStyle w:val="000000100000" w:firstRow="0" w:lastRow="0" w:firstColumn="0" w:lastColumn="0" w:oddVBand="0" w:evenVBand="0" w:oddHBand="1" w:evenHBand="0" w:firstRowFirstColumn="0" w:firstRowLastColumn="0" w:lastRowFirstColumn="0" w:lastRowLastColumn="0"/>
                              <w:rPr>
                                <w:sz w:val="24"/>
                                <w:szCs w:val="24"/>
                              </w:rPr>
                            </w:pPr>
                          </w:p>
                        </w:tc>
                        <w:tc>
                          <w:tcPr>
                            <w:tcW w:w="1083" w:type="dxa"/>
                            <w:tcBorders>
                              <w:right w:val="double" w:sz="4" w:space="0" w:color="C0504D" w:themeColor="accent2"/>
                            </w:tcBorders>
                            <w:vAlign w:val="center"/>
                          </w:tcPr>
                          <w:p w:rsidR="00E25CE9" w:rsidRDefault="00E25CE9" w:rsidP="00D0335B">
                            <w:pPr>
                              <w:jc w:val="center"/>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3</w:t>
                            </w:r>
                          </w:p>
                        </w:tc>
                      </w:tr>
                      <w:tr w:rsidR="003A37E7" w:rsidRPr="002C30CC" w:rsidTr="00E25CE9">
                        <w:trPr>
                          <w:cnfStyle w:val="000000010000" w:firstRow="0" w:lastRow="0" w:firstColumn="0" w:lastColumn="0" w:oddVBand="0" w:evenVBand="0" w:oddHBand="0" w:evenHBand="1"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472" w:type="dxa"/>
                            <w:gridSpan w:val="2"/>
                            <w:tcBorders>
                              <w:left w:val="double" w:sz="4" w:space="0" w:color="C0504D" w:themeColor="accent2"/>
                              <w:bottom w:val="double" w:sz="4" w:space="0" w:color="C0504D" w:themeColor="accent2"/>
                            </w:tcBorders>
                            <w:vAlign w:val="center"/>
                          </w:tcPr>
                          <w:p w:rsidR="003A37E7" w:rsidRPr="002C30CC" w:rsidRDefault="003A37E7" w:rsidP="00D0335B">
                            <w:pPr>
                              <w:jc w:val="center"/>
                              <w:rPr>
                                <w:sz w:val="24"/>
                                <w:szCs w:val="24"/>
                              </w:rPr>
                            </w:pPr>
                            <w:r w:rsidRPr="002C30CC">
                              <w:rPr>
                                <w:sz w:val="24"/>
                                <w:szCs w:val="24"/>
                              </w:rPr>
                              <w:t xml:space="preserve">TOTAL </w:t>
                            </w:r>
                            <w:r>
                              <w:rPr>
                                <w:sz w:val="24"/>
                                <w:szCs w:val="24"/>
                              </w:rPr>
                              <w:t>CREDIT HOURS</w:t>
                            </w:r>
                          </w:p>
                        </w:tc>
                        <w:tc>
                          <w:tcPr>
                            <w:tcW w:w="1083" w:type="dxa"/>
                            <w:tcBorders>
                              <w:bottom w:val="double" w:sz="4" w:space="0" w:color="C0504D" w:themeColor="accent2"/>
                              <w:right w:val="double" w:sz="4" w:space="0" w:color="C0504D" w:themeColor="accent2"/>
                            </w:tcBorders>
                            <w:vAlign w:val="center"/>
                          </w:tcPr>
                          <w:p w:rsidR="003A37E7" w:rsidRPr="002C30CC" w:rsidRDefault="00E25CE9" w:rsidP="00D0335B">
                            <w:pPr>
                              <w:jc w:val="center"/>
                              <w:cnfStyle w:val="000000010000" w:firstRow="0" w:lastRow="0" w:firstColumn="0" w:lastColumn="0" w:oddVBand="0" w:evenVBand="0" w:oddHBand="0" w:evenHBand="1" w:firstRowFirstColumn="0" w:firstRowLastColumn="0" w:lastRowFirstColumn="0" w:lastRowLastColumn="0"/>
                              <w:rPr>
                                <w:sz w:val="24"/>
                                <w:szCs w:val="24"/>
                              </w:rPr>
                            </w:pPr>
                            <w:r>
                              <w:rPr>
                                <w:sz w:val="24"/>
                                <w:szCs w:val="24"/>
                              </w:rPr>
                              <w:t>18</w:t>
                            </w:r>
                          </w:p>
                        </w:tc>
                      </w:tr>
                    </w:tbl>
                    <w:p w:rsidR="003A37E7" w:rsidRDefault="003A37E7"/>
                  </w:txbxContent>
                </v:textbox>
                <w10:wrap anchorx="margin"/>
              </v:shape>
            </w:pict>
          </mc:Fallback>
        </mc:AlternateContent>
      </w: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2C30CC" w:rsidP="00412947">
      <w:pPr>
        <w:jc w:val="center"/>
      </w:pPr>
      <w:r>
        <w:rPr>
          <w:noProof/>
        </w:rPr>
        <mc:AlternateContent>
          <mc:Choice Requires="wps">
            <w:drawing>
              <wp:anchor distT="0" distB="0" distL="114300" distR="114300" simplePos="0" relativeHeight="251741184" behindDoc="0" locked="0" layoutInCell="1" allowOverlap="1" wp14:anchorId="0D98AE7C" wp14:editId="356A94DA">
                <wp:simplePos x="0" y="0"/>
                <wp:positionH relativeFrom="page">
                  <wp:align>center</wp:align>
                </wp:positionH>
                <wp:positionV relativeFrom="paragraph">
                  <wp:posOffset>584047</wp:posOffset>
                </wp:positionV>
                <wp:extent cx="3994785" cy="451104"/>
                <wp:effectExtent l="57150" t="38100" r="81915" b="101600"/>
                <wp:wrapNone/>
                <wp:docPr id="93" name="Text Box 93"/>
                <wp:cNvGraphicFramePr/>
                <a:graphic xmlns:a="http://schemas.openxmlformats.org/drawingml/2006/main">
                  <a:graphicData uri="http://schemas.microsoft.com/office/word/2010/wordprocessingShape">
                    <wps:wsp>
                      <wps:cNvSpPr txBox="1"/>
                      <wps:spPr>
                        <a:xfrm>
                          <a:off x="0" y="0"/>
                          <a:ext cx="3994785" cy="451104"/>
                        </a:xfrm>
                        <a:prstGeom prst="rect">
                          <a:avLst/>
                        </a:prstGeom>
                        <a:ln/>
                      </wps:spPr>
                      <wps:style>
                        <a:lnRef idx="1">
                          <a:schemeClr val="accent1"/>
                        </a:lnRef>
                        <a:fillRef idx="2">
                          <a:schemeClr val="accent1"/>
                        </a:fillRef>
                        <a:effectRef idx="1">
                          <a:schemeClr val="accent1"/>
                        </a:effectRef>
                        <a:fontRef idx="minor">
                          <a:schemeClr val="dk1"/>
                        </a:fontRef>
                      </wps:style>
                      <wps:txbx>
                        <w:txbxContent>
                          <w:tbl>
                            <w:tblPr>
                              <w:tblStyle w:val="TableGrid"/>
                              <w:tblW w:w="0" w:type="auto"/>
                              <w:tblLook w:val="04A0" w:firstRow="1" w:lastRow="0" w:firstColumn="1" w:lastColumn="0" w:noHBand="0" w:noVBand="1"/>
                            </w:tblPr>
                            <w:tblGrid>
                              <w:gridCol w:w="4215"/>
                              <w:gridCol w:w="1764"/>
                            </w:tblGrid>
                            <w:tr w:rsidR="003A37E7" w:rsidRPr="00E47AC6" w:rsidTr="00E47AC6">
                              <w:trPr>
                                <w:trHeight w:val="530"/>
                              </w:trPr>
                              <w:tc>
                                <w:tcPr>
                                  <w:tcW w:w="4215" w:type="dxa"/>
                                </w:tcPr>
                                <w:p w:rsidR="003A37E7" w:rsidRPr="00E47AC6"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1764" w:type="dxa"/>
                                  <w:vAlign w:val="center"/>
                                </w:tcPr>
                                <w:p w:rsidR="003A37E7" w:rsidRPr="00E47AC6" w:rsidRDefault="003A37E7" w:rsidP="002B7364">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143</w:t>
                                  </w:r>
                                </w:p>
                              </w:tc>
                            </w:tr>
                          </w:tbl>
                          <w:p w:rsidR="003A37E7" w:rsidRPr="00E47AC6"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D98AE7C" id="Text Box 93" o:spid="_x0000_s1077" type="#_x0000_t202" style="position:absolute;left:0;text-align:left;margin-left:0;margin-top:46pt;width:314.55pt;height:35.5pt;z-index:251741184;visibility:visible;mso-wrap-style:square;mso-height-percent:0;mso-wrap-distance-left:9pt;mso-wrap-distance-top:0;mso-wrap-distance-right:9pt;mso-wrap-distance-bottom:0;mso-position-horizontal:center;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" fillcolor="#a7bfde [1620]" strokecolor="#4579b8 [3044]">
                <v:fill color2="#e4ecf5 [500]" rotate="t" angle="180" colors="0 #a3c4ff;22938f #bfd5ff;1 #e5eeff" focus="100%" type="gradient"/>
                <v:shadow on="t" color="black" opacity="24903f" origin=",.5" offset="0,.55556mm"/>
                <v:textbox>
                  <w:txbxContent>
                    <w:tbl>
                      <w:tblPr>
                        <w:tblStyle w:val="TableGrid"/>
                        <w:tblW w:w="0" w:type="auto"/>
                        <w:tblLook w:val="04A0" w:firstRow="1" w:lastRow="0" w:firstColumn="1" w:lastColumn="0" w:noHBand="0" w:noVBand="1"/>
                      </w:tblPr>
                      <w:tblGrid>
                        <w:gridCol w:w="4215"/>
                        <w:gridCol w:w="1764"/>
                      </w:tblGrid>
                      <w:tr w:rsidR="003A37E7" w:rsidRPr="00E47AC6" w:rsidTr="00E47AC6">
                        <w:trPr>
                          <w:trHeight w:val="530"/>
                        </w:trPr>
                        <w:tc>
                          <w:tcPr>
                            <w:tcW w:w="4215" w:type="dxa"/>
                          </w:tcPr>
                          <w:p w:rsidR="003A37E7" w:rsidRPr="00E47AC6"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1764" w:type="dxa"/>
                            <w:vAlign w:val="center"/>
                          </w:tcPr>
                          <w:p w:rsidR="003A37E7" w:rsidRPr="00E47AC6" w:rsidRDefault="003A37E7" w:rsidP="002B7364">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143</w:t>
                            </w:r>
                          </w:p>
                        </w:tc>
                      </w:tr>
                    </w:tbl>
                    <w:p w:rsidR="003A37E7" w:rsidRPr="00E47AC6"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page"/>
              </v:shape>
            </w:pict>
          </mc:Fallback>
        </mc:AlternateContent>
      </w:r>
    </w:p>
    <w:p w:rsidR="00A24081" w:rsidRDefault="00BE5C33" w:rsidP="00412947">
      <w:pPr>
        <w:jc w:val="center"/>
      </w:pPr>
      <w:r>
        <w:rPr>
          <w:noProof/>
        </w:rPr>
        <w:lastRenderedPageBreak/>
        <mc:AlternateContent>
          <mc:Choice Requires="wps">
            <w:drawing>
              <wp:anchor distT="0" distB="0" distL="114300" distR="114300" simplePos="0" relativeHeight="251792384" behindDoc="0" locked="0" layoutInCell="1" allowOverlap="1" wp14:anchorId="29EC4D91" wp14:editId="696884BF">
                <wp:simplePos x="0" y="0"/>
                <wp:positionH relativeFrom="column">
                  <wp:posOffset>-692975</wp:posOffset>
                </wp:positionH>
                <wp:positionV relativeFrom="paragraph">
                  <wp:posOffset>-877570</wp:posOffset>
                </wp:positionV>
                <wp:extent cx="4389120" cy="682625"/>
                <wp:effectExtent l="57150" t="38100" r="68580" b="98425"/>
                <wp:wrapNone/>
                <wp:docPr id="45" name="Text Box 45"/>
                <wp:cNvGraphicFramePr/>
                <a:graphic xmlns:a="http://schemas.openxmlformats.org/drawingml/2006/main">
                  <a:graphicData uri="http://schemas.microsoft.com/office/word/2010/wordprocessingShape">
                    <wps:wsp>
                      <wps:cNvSpPr txBox="1"/>
                      <wps:spPr>
                        <a:xfrm>
                          <a:off x="0" y="0"/>
                          <a:ext cx="4389120" cy="682625"/>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E47AC6" w:rsidRDefault="003A37E7" w:rsidP="00B40A90">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BUSINESS &amp; SOCIAL SCIENCES</w:t>
                            </w:r>
                          </w:p>
                          <w:p w:rsidR="003A37E7" w:rsidRPr="00F742A4" w:rsidRDefault="003A37E7" w:rsidP="00B40A90">
                            <w:pPr>
                              <w:jc w:val="center"/>
                              <w:rPr>
                                <w:color w:val="FF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742A4">
                              <w:rPr>
                                <w:color w:val="FF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ACCOUNTING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soft" dir="t">
                            <a:rot lat="0" lon="0" rev="15600000"/>
                          </a:lightRig>
                        </a:scene3d>
                        <a:sp3d extrusionH="57150" prstMaterial="softEdge">
                          <a:bevelT w="25400" h="38100"/>
                        </a:sp3d>
                      </wps:bodyPr>
                    </wps:wsp>
                  </a:graphicData>
                </a:graphic>
                <wp14:sizeRelH relativeFrom="margin">
                  <wp14:pctWidth>0</wp14:pctWidth>
                </wp14:sizeRelH>
                <wp14:sizeRelV relativeFrom="margin">
                  <wp14:pctHeight>0</wp14:pctHeight>
                </wp14:sizeRelV>
              </wp:anchor>
            </w:drawing>
          </mc:Choice>
          <mc:Fallback>
            <w:pict>
              <v:shape w14:anchorId="29EC4D91" id="Text Box 45" o:spid="_x0000_s1078" type="#_x0000_t202" style="position:absolute;left:0;text-align:left;margin-left:-54.55pt;margin-top:-69.1pt;width:345.6pt;height:53.7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" fillcolor="#a7bfde [1620]" strokecolor="#4579b8 [3044]">
                <v:fill color2="#e4ecf5 [500]" rotate="t" angle="180" colors="0 #a3c4ff;22938f #bfd5ff;1 #e5eeff" focus="100%" type="gradient"/>
                <v:shadow on="t" color="black" opacity="24903f" origin=",.5" offset="0,.55556mm"/>
                <v:textbox>
                  <w:txbxContent>
                    <w:p w:rsidR="003A37E7" w:rsidRPr="00E47AC6" w:rsidRDefault="003A37E7" w:rsidP="00B40A90">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BUSINESS &amp; SOCIAL SCIENCES</w:t>
                      </w:r>
                    </w:p>
                    <w:p w:rsidR="003A37E7" w:rsidRPr="00F742A4" w:rsidRDefault="003A37E7" w:rsidP="00B40A90">
                      <w:pPr>
                        <w:jc w:val="center"/>
                        <w:rPr>
                          <w:color w:val="FF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742A4">
                        <w:rPr>
                          <w:color w:val="FF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ACCOUNTING</w:t>
                      </w:r>
                    </w:p>
                  </w:txbxContent>
                </v:textbox>
              </v:shape>
            </w:pict>
          </mc:Fallback>
        </mc:AlternateContent>
      </w:r>
      <w:r w:rsidR="00936337">
        <w:rPr>
          <w:noProof/>
        </w:rPr>
        <mc:AlternateContent>
          <mc:Choice Requires="wps">
            <w:drawing>
              <wp:anchor distT="0" distB="0" distL="114300" distR="114300" simplePos="0" relativeHeight="251687936" behindDoc="0" locked="0" layoutInCell="1" allowOverlap="1" wp14:anchorId="2E9B49EB" wp14:editId="166F82E2">
                <wp:simplePos x="0" y="0"/>
                <wp:positionH relativeFrom="page">
                  <wp:posOffset>438912</wp:posOffset>
                </wp:positionH>
                <wp:positionV relativeFrom="paragraph">
                  <wp:posOffset>-109727</wp:posOffset>
                </wp:positionV>
                <wp:extent cx="4352544" cy="3584448"/>
                <wp:effectExtent l="0" t="0" r="0" b="0"/>
                <wp:wrapNone/>
                <wp:docPr id="36" name="Text Box 36"/>
                <wp:cNvGraphicFramePr/>
                <a:graphic xmlns:a="http://schemas.openxmlformats.org/drawingml/2006/main">
                  <a:graphicData uri="http://schemas.microsoft.com/office/word/2010/wordprocessingShape">
                    <wps:wsp>
                      <wps:cNvSpPr txBox="1"/>
                      <wps:spPr>
                        <a:xfrm>
                          <a:off x="0" y="0"/>
                          <a:ext cx="4352544" cy="358444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390" w:type="dxa"/>
                              <w:tblInd w:w="-150" w:type="dxa"/>
                              <w:tblLook w:val="04A0" w:firstRow="1" w:lastRow="0" w:firstColumn="1" w:lastColumn="0" w:noHBand="0" w:noVBand="1"/>
                            </w:tblPr>
                            <w:tblGrid>
                              <w:gridCol w:w="135"/>
                              <w:gridCol w:w="1257"/>
                              <w:gridCol w:w="87"/>
                              <w:gridCol w:w="3291"/>
                              <w:gridCol w:w="432"/>
                              <w:gridCol w:w="1083"/>
                              <w:gridCol w:w="105"/>
                            </w:tblGrid>
                            <w:tr w:rsidR="003A37E7" w:rsidRPr="008644AC" w:rsidTr="00936337">
                              <w:trPr>
                                <w:gridBefore w:val="1"/>
                                <w:cnfStyle w:val="100000000000" w:firstRow="1" w:lastRow="0" w:firstColumn="0" w:lastColumn="0" w:oddVBand="0" w:evenVBand="0" w:oddHBand="0" w:evenHBand="0"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6255" w:type="dxa"/>
                                  <w:gridSpan w:val="6"/>
                                  <w:tcBorders>
                                    <w:top w:val="single" w:sz="48" w:space="0" w:color="auto"/>
                                    <w:left w:val="single" w:sz="48" w:space="0" w:color="auto"/>
                                    <w:bottom w:val="single" w:sz="48" w:space="0" w:color="auto"/>
                                    <w:right w:val="single" w:sz="48" w:space="0" w:color="auto"/>
                                  </w:tcBorders>
                                  <w:vAlign w:val="center"/>
                                </w:tcPr>
                                <w:p w:rsidR="003A37E7" w:rsidRPr="00CE35B5" w:rsidRDefault="003A37E7" w:rsidP="00936337">
                                  <w:pPr>
                                    <w:jc w:val="center"/>
                                    <w:rPr>
                                      <w:color w:val="FF0000"/>
                                      <w:sz w:val="24"/>
                                      <w:szCs w:val="24"/>
                                    </w:rPr>
                                  </w:pPr>
                                  <w:r w:rsidRPr="00CE35B5">
                                    <w:rPr>
                                      <w:color w:val="FF0000"/>
                                      <w:sz w:val="24"/>
                                      <w:szCs w:val="24"/>
                                    </w:rPr>
                                    <w:t>BSc-ACCOUTNG</w:t>
                                  </w:r>
                                </w:p>
                              </w:tc>
                            </w:tr>
                            <w:tr w:rsidR="003A37E7" w:rsidRPr="008644AC" w:rsidTr="00936337">
                              <w:trPr>
                                <w:gridBefore w:val="1"/>
                                <w:cnfStyle w:val="000000100000" w:firstRow="0" w:lastRow="0" w:firstColumn="0" w:lastColumn="0" w:oddVBand="0" w:evenVBand="0" w:oddHBand="1" w:evenHBand="0"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6255" w:type="dxa"/>
                                  <w:gridSpan w:val="6"/>
                                  <w:tcBorders>
                                    <w:top w:val="single" w:sz="48" w:space="0" w:color="auto"/>
                                    <w:left w:val="double" w:sz="4" w:space="0" w:color="C0504D" w:themeColor="accent2"/>
                                    <w:right w:val="double" w:sz="4" w:space="0" w:color="C0504D" w:themeColor="accent2"/>
                                  </w:tcBorders>
                                  <w:vAlign w:val="center"/>
                                </w:tcPr>
                                <w:p w:rsidR="003A37E7" w:rsidRPr="008644AC" w:rsidRDefault="003A37E7" w:rsidP="00936337">
                                  <w:pPr>
                                    <w:jc w:val="center"/>
                                  </w:pPr>
                                  <w:r>
                                    <w:rPr>
                                      <w:sz w:val="20"/>
                                      <w:szCs w:val="20"/>
                                    </w:rPr>
                                    <w:t>FRESHMEN YEAR (YEAR I</w:t>
                                  </w:r>
                                  <w:r w:rsidRPr="009B29F2">
                                    <w:rPr>
                                      <w:sz w:val="20"/>
                                      <w:szCs w:val="20"/>
                                    </w:rPr>
                                    <w:t>) - FIRST SEMESTER</w:t>
                                  </w:r>
                                </w:p>
                              </w:tc>
                            </w:tr>
                            <w:tr w:rsidR="003A37E7" w:rsidRPr="008644AC" w:rsidTr="00936337">
                              <w:trPr>
                                <w:gridBefore w:val="1"/>
                                <w:cnfStyle w:val="000000010000" w:firstRow="0" w:lastRow="0" w:firstColumn="0" w:lastColumn="0" w:oddVBand="0" w:evenVBand="0" w:oddHBand="0" w:evenHBand="1"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COURSE CODE</w:t>
                                  </w:r>
                                </w:p>
                              </w:tc>
                              <w:tc>
                                <w:tcPr>
                                  <w:tcW w:w="3291" w:type="dxa"/>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COURSE TITLE</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8644AC" w:rsidTr="00936337">
                              <w:trPr>
                                <w:gridBefore w:val="1"/>
                                <w:cnfStyle w:val="000000100000" w:firstRow="0" w:lastRow="0" w:firstColumn="0" w:lastColumn="0" w:oddVBand="0" w:evenVBand="0" w:oddHBand="1" w:evenHBand="0"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t>Gen 101</w:t>
                                  </w:r>
                                </w:p>
                              </w:tc>
                              <w:tc>
                                <w:tcPr>
                                  <w:tcW w:w="3291" w:type="dxa"/>
                                  <w:vAlign w:val="center"/>
                                </w:tcPr>
                                <w:p w:rsidR="003A37E7" w:rsidRPr="00936337"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936337">
                                    <w:rPr>
                                      <w:b/>
                                      <w:sz w:val="24"/>
                                      <w:szCs w:val="24"/>
                                    </w:rPr>
                                    <w:t xml:space="preserve">LIFE IN CHRIST </w:t>
                                  </w:r>
                                  <w:r>
                                    <w:rPr>
                                      <w:b/>
                                      <w:sz w:val="24"/>
                                      <w:szCs w:val="24"/>
                                    </w:rPr>
                                    <w:t>1</w:t>
                                  </w:r>
                                </w:p>
                              </w:tc>
                              <w:tc>
                                <w:tcPr>
                                  <w:tcW w:w="1620" w:type="dxa"/>
                                  <w:gridSpan w:val="3"/>
                                  <w:tcBorders>
                                    <w:right w:val="double" w:sz="4" w:space="0" w:color="C0504D" w:themeColor="accent2"/>
                                  </w:tcBorders>
                                  <w:vAlign w:val="center"/>
                                </w:tcPr>
                                <w:p w:rsidR="003A37E7" w:rsidRDefault="003A37E7" w:rsidP="00936337">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8644AC" w:rsidTr="00936337">
                              <w:trPr>
                                <w:gridBefore w:val="1"/>
                                <w:cnfStyle w:val="000000010000" w:firstRow="0" w:lastRow="0" w:firstColumn="0" w:lastColumn="0" w:oddVBand="0" w:evenVBand="0" w:oddHBand="0" w:evenHBand="1"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ACC: 101</w:t>
                                  </w:r>
                                </w:p>
                              </w:tc>
                              <w:tc>
                                <w:tcPr>
                                  <w:tcW w:w="3291" w:type="dxa"/>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ACCOUNTING</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936337">
                              <w:trPr>
                                <w:gridBefore w:val="1"/>
                                <w:cnfStyle w:val="000000100000" w:firstRow="0" w:lastRow="0" w:firstColumn="0" w:lastColumn="0" w:oddVBand="0" w:evenVBand="0" w:oddHBand="1" w:evenHBand="0"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FREN 101</w:t>
                                  </w:r>
                                </w:p>
                              </w:tc>
                              <w:tc>
                                <w:tcPr>
                                  <w:tcW w:w="3291" w:type="dxa"/>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rPr>
                                      <w:b/>
                                    </w:rPr>
                                    <w:t>FUNDAMENTALS OF FRENCH</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t>2</w:t>
                                  </w:r>
                                </w:p>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p>
                              </w:tc>
                            </w:tr>
                            <w:tr w:rsidR="003A37E7" w:rsidRPr="008644AC" w:rsidTr="00936337">
                              <w:trPr>
                                <w:gridBefore w:val="1"/>
                                <w:cnfStyle w:val="000000010000" w:firstRow="0" w:lastRow="0" w:firstColumn="0" w:lastColumn="0" w:oddVBand="0" w:evenVBand="0" w:oddHBand="0" w:evenHBand="1"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ECON 101</w:t>
                                  </w:r>
                                </w:p>
                              </w:tc>
                              <w:tc>
                                <w:tcPr>
                                  <w:tcW w:w="3291" w:type="dxa"/>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MICRO ECONOMICS</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936337">
                              <w:trPr>
                                <w:gridBefore w:val="1"/>
                                <w:cnfStyle w:val="000000100000" w:firstRow="0" w:lastRow="0" w:firstColumn="0" w:lastColumn="0" w:oddVBand="0" w:evenVBand="0" w:oddHBand="1" w:evenHBand="0"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CMP 101</w:t>
                                  </w:r>
                                </w:p>
                              </w:tc>
                              <w:tc>
                                <w:tcPr>
                                  <w:tcW w:w="3291" w:type="dxa"/>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rPr>
                                      <w:b/>
                                    </w:rPr>
                                    <w:t>INTRODUCTION TO COMPUTER CONCEPT</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t>3</w:t>
                                  </w:r>
                                </w:p>
                              </w:tc>
                            </w:tr>
                            <w:tr w:rsidR="003A37E7" w:rsidRPr="008644AC" w:rsidTr="00936337">
                              <w:trPr>
                                <w:gridBefore w:val="1"/>
                                <w:cnfStyle w:val="000000010000" w:firstRow="0" w:lastRow="0" w:firstColumn="0" w:lastColumn="0" w:oddVBand="0" w:evenVBand="0" w:oddHBand="0" w:evenHBand="1"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SOS 101</w:t>
                                  </w:r>
                                </w:p>
                              </w:tc>
                              <w:tc>
                                <w:tcPr>
                                  <w:tcW w:w="3291" w:type="dxa"/>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SOCIAL SCIENCES</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936337">
                              <w:trPr>
                                <w:gridBefore w:val="1"/>
                                <w:cnfStyle w:val="000000100000" w:firstRow="0" w:lastRow="0" w:firstColumn="0" w:lastColumn="0" w:oddVBand="0" w:evenVBand="0" w:oddHBand="1" w:evenHBand="0"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ENG 101</w:t>
                                  </w:r>
                                </w:p>
                              </w:tc>
                              <w:tc>
                                <w:tcPr>
                                  <w:tcW w:w="3291" w:type="dxa"/>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rPr>
                                      <w:b/>
                                    </w:rPr>
                                    <w:t>ENGLISH &amp; COMMUNICATION SKILLS</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t>3</w:t>
                                  </w:r>
                                </w:p>
                              </w:tc>
                            </w:tr>
                            <w:tr w:rsidR="003A37E7" w:rsidRPr="008644AC" w:rsidTr="00936337">
                              <w:trPr>
                                <w:gridBefore w:val="1"/>
                                <w:cnfStyle w:val="000000010000" w:firstRow="0" w:lastRow="0" w:firstColumn="0" w:lastColumn="0" w:oddVBand="0" w:evenVBand="0" w:oddHBand="0" w:evenHBand="1" w:firstRowFirstColumn="0" w:firstRowLastColumn="0" w:lastRowFirstColumn="0" w:lastRowLastColumn="0"/>
                                <w:wBefore w:w="135" w:type="dxa"/>
                                <w:trHeight w:val="313"/>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MATH 101</w:t>
                                  </w:r>
                                </w:p>
                              </w:tc>
                              <w:tc>
                                <w:tcPr>
                                  <w:tcW w:w="3291" w:type="dxa"/>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GENERAL MATHEMATICS</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936337">
                              <w:trPr>
                                <w:gridBefore w:val="1"/>
                                <w:cnfStyle w:val="000000100000" w:firstRow="0" w:lastRow="0" w:firstColumn="0" w:lastColumn="0" w:oddVBand="0" w:evenVBand="0" w:oddHBand="1" w:evenHBand="0" w:firstRowFirstColumn="0" w:firstRowLastColumn="0" w:lastRowFirstColumn="0" w:lastRowLastColumn="0"/>
                                <w:wBefore w:w="135" w:type="dxa"/>
                                <w:trHeight w:val="403"/>
                              </w:trPr>
                              <w:tc>
                                <w:tcPr>
                                  <w:cnfStyle w:val="001000000000" w:firstRow="0" w:lastRow="0" w:firstColumn="1" w:lastColumn="0" w:oddVBand="0" w:evenVBand="0" w:oddHBand="0" w:evenHBand="0" w:firstRowFirstColumn="0" w:firstRowLastColumn="0" w:lastRowFirstColumn="0" w:lastRowLastColumn="0"/>
                                  <w:tcW w:w="4635" w:type="dxa"/>
                                  <w:gridSpan w:val="3"/>
                                  <w:tcBorders>
                                    <w:left w:val="double" w:sz="4" w:space="0" w:color="C0504D" w:themeColor="accent2"/>
                                    <w:bottom w:val="double" w:sz="4" w:space="0" w:color="C0504D" w:themeColor="accent2"/>
                                  </w:tcBorders>
                                  <w:vAlign w:val="center"/>
                                </w:tcPr>
                                <w:p w:rsidR="003A37E7" w:rsidRPr="008644AC" w:rsidRDefault="003A37E7" w:rsidP="00936337">
                                  <w:pPr>
                                    <w:jc w:val="center"/>
                                  </w:pPr>
                                  <w:r w:rsidRPr="008644AC">
                                    <w:t xml:space="preserve">TOTAL </w:t>
                                  </w:r>
                                  <w:r>
                                    <w:rPr>
                                      <w:b w:val="0"/>
                                    </w:rPr>
                                    <w:t>CREDIT HOURS</w:t>
                                  </w:r>
                                </w:p>
                              </w:tc>
                              <w:tc>
                                <w:tcPr>
                                  <w:tcW w:w="1620" w:type="dxa"/>
                                  <w:gridSpan w:val="3"/>
                                  <w:tcBorders>
                                    <w:bottom w:val="double" w:sz="4" w:space="0" w:color="C0504D" w:themeColor="accent2"/>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t>22</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6285" w:type="dxa"/>
                                  <w:gridSpan w:val="6"/>
                                  <w:tcBorders>
                                    <w:top w:val="none" w:sz="0" w:space="0" w:color="auto"/>
                                    <w:left w:val="none" w:sz="0" w:space="0" w:color="auto"/>
                                    <w:bottom w:val="double" w:sz="4" w:space="0" w:color="C0504D" w:themeColor="accent2"/>
                                    <w:right w:val="none" w:sz="0" w:space="0" w:color="auto"/>
                                  </w:tcBorders>
                                  <w:vAlign w:val="center"/>
                                </w:tcPr>
                                <w:p w:rsidR="003A37E7" w:rsidRPr="002C30CC" w:rsidRDefault="003A37E7" w:rsidP="002C30CC">
                                  <w:pPr>
                                    <w:jc w:val="center"/>
                                    <w:rPr>
                                      <w:color w:val="FF0000"/>
                                    </w:rPr>
                                  </w:pPr>
                                  <w:r w:rsidRPr="002C30CC">
                                    <w:rPr>
                                      <w:color w:val="FF0000"/>
                                    </w:rPr>
                                    <w:t>BSc-ACCOUTNG</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6285" w:type="dxa"/>
                                  <w:gridSpan w:val="6"/>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FRESHMEN – SEMESTER 1</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105" w:type="dxa"/>
                                <w:trHeight w:val="67"/>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COURSE CODE</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rPr>
                                      <w:b/>
                                    </w:rPr>
                                    <w:t>COURSE TITLE</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Pr>
                                      <w:sz w:val="24"/>
                                      <w:szCs w:val="24"/>
                                    </w:rPr>
                                    <w:t>CREDIT HOURS</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ACC: 101</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rPr>
                                      <w:b/>
                                    </w:rPr>
                                    <w:t>INTRODUCTION TO ACCOUNTING</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t>3</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FREN 101</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rPr>
                                      <w:b/>
                                    </w:rPr>
                                    <w:t>FUNDAMENTALS OF FRENCH</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t>2</w:t>
                                  </w:r>
                                </w:p>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ECON 101</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rPr>
                                      <w:b/>
                                    </w:rPr>
                                    <w:t>INTRODUCTION TO MICRO ECONOMICS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t>3</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CMP 101</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rPr>
                                      <w:b/>
                                    </w:rPr>
                                    <w:t>INTRODUCTION TO COMPUTER CONCEPT</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t>3</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SOS 101</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rPr>
                                      <w:b/>
                                    </w:rPr>
                                    <w:t>INTRODUCTION TO SOCIAL SCIENCES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t>3</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ENG 101</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rPr>
                                      <w:b/>
                                    </w:rPr>
                                    <w:t>ENGLISH &amp; COMMUNICATION SKILLS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t>3</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MATH 101</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rPr>
                                      <w:b/>
                                    </w:rPr>
                                    <w:t>GENERAL MATHEMATICS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t>3</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105" w:type="dxa"/>
                                <w:trHeight w:val="424"/>
                              </w:trPr>
                              <w:tc>
                                <w:tcPr>
                                  <w:cnfStyle w:val="001000000000" w:firstRow="0" w:lastRow="0" w:firstColumn="1" w:lastColumn="0" w:oddVBand="0" w:evenVBand="0" w:oddHBand="0" w:evenHBand="0" w:firstRowFirstColumn="0" w:firstRowLastColumn="0" w:lastRowFirstColumn="0" w:lastRowLastColumn="0"/>
                                  <w:tcW w:w="5202" w:type="dxa"/>
                                  <w:gridSpan w:val="5"/>
                                  <w:tcBorders>
                                    <w:top w:val="double" w:sz="4" w:space="0" w:color="C0504D" w:themeColor="accent2"/>
                                    <w:left w:val="double" w:sz="4" w:space="0" w:color="C0504D" w:themeColor="accent2"/>
                                    <w:bottom w:val="double" w:sz="4" w:space="0" w:color="C0504D" w:themeColor="accent2"/>
                                    <w:right w:val="none" w:sz="0" w:space="0" w:color="auto"/>
                                  </w:tcBorders>
                                  <w:vAlign w:val="center"/>
                                </w:tcPr>
                                <w:p w:rsidR="003A37E7" w:rsidRPr="002C30CC" w:rsidRDefault="003A37E7" w:rsidP="002C30CC">
                                  <w:pPr>
                                    <w:jc w:val="center"/>
                                  </w:pPr>
                                  <w:r w:rsidRPr="002C30CC">
                                    <w:t xml:space="preserve">TOTAL </w:t>
                                  </w:r>
                                  <w:r>
                                    <w:rPr>
                                      <w:sz w:val="24"/>
                                      <w:szCs w:val="24"/>
                                    </w:rPr>
                                    <w:t>CREDIT HOURS</w:t>
                                  </w:r>
                                </w:p>
                              </w:tc>
                              <w:tc>
                                <w:tcPr>
                                  <w:tcW w:w="1083" w:type="dxa"/>
                                  <w:tcBorders>
                                    <w:top w:val="double" w:sz="4" w:space="0" w:color="C0504D" w:themeColor="accent2"/>
                                    <w:left w:val="none" w:sz="0" w:space="0" w:color="auto"/>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9B49EB" id="Text Box 36" o:spid="_x0000_s1079" type="#_x0000_t202" style="position:absolute;left:0;text-align:left;margin-left:34.55pt;margin-top:-8.65pt;width:342.7pt;height:282.25pt;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" fillcolor="white [3201]" stroked="f" strokeweight=".5pt">
                <v:textbox>
                  <w:txbxContent>
                    <w:tbl>
                      <w:tblPr>
                        <w:tblStyle w:val="LightGrid"/>
                        <w:tblW w:w="6390" w:type="dxa"/>
                        <w:tblInd w:w="-150" w:type="dxa"/>
                        <w:tblLook w:val="04A0" w:firstRow="1" w:lastRow="0" w:firstColumn="1" w:lastColumn="0" w:noHBand="0" w:noVBand="1"/>
                      </w:tblPr>
                      <w:tblGrid>
                        <w:gridCol w:w="135"/>
                        <w:gridCol w:w="1257"/>
                        <w:gridCol w:w="87"/>
                        <w:gridCol w:w="3291"/>
                        <w:gridCol w:w="432"/>
                        <w:gridCol w:w="1083"/>
                        <w:gridCol w:w="105"/>
                      </w:tblGrid>
                      <w:tr w:rsidR="003A37E7" w:rsidRPr="008644AC" w:rsidTr="00936337">
                        <w:trPr>
                          <w:gridBefore w:val="1"/>
                          <w:cnfStyle w:val="100000000000" w:firstRow="1" w:lastRow="0" w:firstColumn="0" w:lastColumn="0" w:oddVBand="0" w:evenVBand="0" w:oddHBand="0" w:evenHBand="0"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6255" w:type="dxa"/>
                            <w:gridSpan w:val="6"/>
                            <w:tcBorders>
                              <w:top w:val="single" w:sz="48" w:space="0" w:color="auto"/>
                              <w:left w:val="single" w:sz="48" w:space="0" w:color="auto"/>
                              <w:bottom w:val="single" w:sz="48" w:space="0" w:color="auto"/>
                              <w:right w:val="single" w:sz="48" w:space="0" w:color="auto"/>
                            </w:tcBorders>
                            <w:vAlign w:val="center"/>
                          </w:tcPr>
                          <w:p w:rsidR="003A37E7" w:rsidRPr="00CE35B5" w:rsidRDefault="003A37E7" w:rsidP="00936337">
                            <w:pPr>
                              <w:jc w:val="center"/>
                              <w:rPr>
                                <w:color w:val="FF0000"/>
                                <w:sz w:val="24"/>
                                <w:szCs w:val="24"/>
                              </w:rPr>
                            </w:pPr>
                            <w:r w:rsidRPr="00CE35B5">
                              <w:rPr>
                                <w:color w:val="FF0000"/>
                                <w:sz w:val="24"/>
                                <w:szCs w:val="24"/>
                              </w:rPr>
                              <w:t>BSc-ACCOUTNG</w:t>
                            </w:r>
                          </w:p>
                        </w:tc>
                      </w:tr>
                      <w:tr w:rsidR="003A37E7" w:rsidRPr="008644AC" w:rsidTr="00936337">
                        <w:trPr>
                          <w:gridBefore w:val="1"/>
                          <w:cnfStyle w:val="000000100000" w:firstRow="0" w:lastRow="0" w:firstColumn="0" w:lastColumn="0" w:oddVBand="0" w:evenVBand="0" w:oddHBand="1" w:evenHBand="0"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6255" w:type="dxa"/>
                            <w:gridSpan w:val="6"/>
                            <w:tcBorders>
                              <w:top w:val="single" w:sz="48" w:space="0" w:color="auto"/>
                              <w:left w:val="double" w:sz="4" w:space="0" w:color="C0504D" w:themeColor="accent2"/>
                              <w:right w:val="double" w:sz="4" w:space="0" w:color="C0504D" w:themeColor="accent2"/>
                            </w:tcBorders>
                            <w:vAlign w:val="center"/>
                          </w:tcPr>
                          <w:p w:rsidR="003A37E7" w:rsidRPr="008644AC" w:rsidRDefault="003A37E7" w:rsidP="00936337">
                            <w:pPr>
                              <w:jc w:val="center"/>
                            </w:pPr>
                            <w:r>
                              <w:rPr>
                                <w:sz w:val="20"/>
                                <w:szCs w:val="20"/>
                              </w:rPr>
                              <w:t>FRESHMEN YEAR (YEAR I</w:t>
                            </w:r>
                            <w:r w:rsidRPr="009B29F2">
                              <w:rPr>
                                <w:sz w:val="20"/>
                                <w:szCs w:val="20"/>
                              </w:rPr>
                              <w:t>) - FIRST SEMESTER</w:t>
                            </w:r>
                          </w:p>
                        </w:tc>
                      </w:tr>
                      <w:tr w:rsidR="003A37E7" w:rsidRPr="008644AC" w:rsidTr="00936337">
                        <w:trPr>
                          <w:gridBefore w:val="1"/>
                          <w:cnfStyle w:val="000000010000" w:firstRow="0" w:lastRow="0" w:firstColumn="0" w:lastColumn="0" w:oddVBand="0" w:evenVBand="0" w:oddHBand="0" w:evenHBand="1"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COURSE CODE</w:t>
                            </w:r>
                          </w:p>
                        </w:tc>
                        <w:tc>
                          <w:tcPr>
                            <w:tcW w:w="3291" w:type="dxa"/>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COURSE TITLE</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8644AC" w:rsidTr="00936337">
                        <w:trPr>
                          <w:gridBefore w:val="1"/>
                          <w:cnfStyle w:val="000000100000" w:firstRow="0" w:lastRow="0" w:firstColumn="0" w:lastColumn="0" w:oddVBand="0" w:evenVBand="0" w:oddHBand="1" w:evenHBand="0"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t>Gen 101</w:t>
                            </w:r>
                          </w:p>
                        </w:tc>
                        <w:tc>
                          <w:tcPr>
                            <w:tcW w:w="3291" w:type="dxa"/>
                            <w:vAlign w:val="center"/>
                          </w:tcPr>
                          <w:p w:rsidR="003A37E7" w:rsidRPr="00936337"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936337">
                              <w:rPr>
                                <w:b/>
                                <w:sz w:val="24"/>
                                <w:szCs w:val="24"/>
                              </w:rPr>
                              <w:t xml:space="preserve">LIFE IN CHRIST </w:t>
                            </w:r>
                            <w:r>
                              <w:rPr>
                                <w:b/>
                                <w:sz w:val="24"/>
                                <w:szCs w:val="24"/>
                              </w:rPr>
                              <w:t>1</w:t>
                            </w:r>
                          </w:p>
                        </w:tc>
                        <w:tc>
                          <w:tcPr>
                            <w:tcW w:w="1620" w:type="dxa"/>
                            <w:gridSpan w:val="3"/>
                            <w:tcBorders>
                              <w:right w:val="double" w:sz="4" w:space="0" w:color="C0504D" w:themeColor="accent2"/>
                            </w:tcBorders>
                            <w:vAlign w:val="center"/>
                          </w:tcPr>
                          <w:p w:rsidR="003A37E7" w:rsidRDefault="003A37E7" w:rsidP="00936337">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8644AC" w:rsidTr="00936337">
                        <w:trPr>
                          <w:gridBefore w:val="1"/>
                          <w:cnfStyle w:val="000000010000" w:firstRow="0" w:lastRow="0" w:firstColumn="0" w:lastColumn="0" w:oddVBand="0" w:evenVBand="0" w:oddHBand="0" w:evenHBand="1"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ACC: 101</w:t>
                            </w:r>
                          </w:p>
                        </w:tc>
                        <w:tc>
                          <w:tcPr>
                            <w:tcW w:w="3291" w:type="dxa"/>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ACCOUNTING</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936337">
                        <w:trPr>
                          <w:gridBefore w:val="1"/>
                          <w:cnfStyle w:val="000000100000" w:firstRow="0" w:lastRow="0" w:firstColumn="0" w:lastColumn="0" w:oddVBand="0" w:evenVBand="0" w:oddHBand="1" w:evenHBand="0"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FREN 101</w:t>
                            </w:r>
                          </w:p>
                        </w:tc>
                        <w:tc>
                          <w:tcPr>
                            <w:tcW w:w="3291" w:type="dxa"/>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rPr>
                                <w:b/>
                              </w:rPr>
                              <w:t>FUNDAMENTALS OF FRENCH</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t>2</w:t>
                            </w:r>
                          </w:p>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p>
                        </w:tc>
                      </w:tr>
                      <w:tr w:rsidR="003A37E7" w:rsidRPr="008644AC" w:rsidTr="00936337">
                        <w:trPr>
                          <w:gridBefore w:val="1"/>
                          <w:cnfStyle w:val="000000010000" w:firstRow="0" w:lastRow="0" w:firstColumn="0" w:lastColumn="0" w:oddVBand="0" w:evenVBand="0" w:oddHBand="0" w:evenHBand="1"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ECON 101</w:t>
                            </w:r>
                          </w:p>
                        </w:tc>
                        <w:tc>
                          <w:tcPr>
                            <w:tcW w:w="3291" w:type="dxa"/>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MICRO ECONOMICS</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936337">
                        <w:trPr>
                          <w:gridBefore w:val="1"/>
                          <w:cnfStyle w:val="000000100000" w:firstRow="0" w:lastRow="0" w:firstColumn="0" w:lastColumn="0" w:oddVBand="0" w:evenVBand="0" w:oddHBand="1" w:evenHBand="0"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CMP 101</w:t>
                            </w:r>
                          </w:p>
                        </w:tc>
                        <w:tc>
                          <w:tcPr>
                            <w:tcW w:w="3291" w:type="dxa"/>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rPr>
                                <w:b/>
                              </w:rPr>
                              <w:t>INTRODUCTION TO COMPUTER CONCEPT</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t>3</w:t>
                            </w:r>
                          </w:p>
                        </w:tc>
                      </w:tr>
                      <w:tr w:rsidR="003A37E7" w:rsidRPr="008644AC" w:rsidTr="00936337">
                        <w:trPr>
                          <w:gridBefore w:val="1"/>
                          <w:cnfStyle w:val="000000010000" w:firstRow="0" w:lastRow="0" w:firstColumn="0" w:lastColumn="0" w:oddVBand="0" w:evenVBand="0" w:oddHBand="0" w:evenHBand="1"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SOS 101</w:t>
                            </w:r>
                          </w:p>
                        </w:tc>
                        <w:tc>
                          <w:tcPr>
                            <w:tcW w:w="3291" w:type="dxa"/>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INTRODUCTION TO SOCIAL SCIENCES</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936337">
                        <w:trPr>
                          <w:gridBefore w:val="1"/>
                          <w:cnfStyle w:val="000000100000" w:firstRow="0" w:lastRow="0" w:firstColumn="0" w:lastColumn="0" w:oddVBand="0" w:evenVBand="0" w:oddHBand="1" w:evenHBand="0" w:firstRowFirstColumn="0" w:firstRowLastColumn="0" w:lastRowFirstColumn="0" w:lastRowLastColumn="0"/>
                          <w:wBefore w:w="135"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ENG 101</w:t>
                            </w:r>
                          </w:p>
                        </w:tc>
                        <w:tc>
                          <w:tcPr>
                            <w:tcW w:w="3291" w:type="dxa"/>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rPr>
                                <w:b/>
                              </w:rPr>
                              <w:t>ENGLISH &amp; COMMUNICATION SKILLS</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rsidRPr="008644AC">
                              <w:t>3</w:t>
                            </w:r>
                          </w:p>
                        </w:tc>
                      </w:tr>
                      <w:tr w:rsidR="003A37E7" w:rsidRPr="008644AC" w:rsidTr="00936337">
                        <w:trPr>
                          <w:gridBefore w:val="1"/>
                          <w:cnfStyle w:val="000000010000" w:firstRow="0" w:lastRow="0" w:firstColumn="0" w:lastColumn="0" w:oddVBand="0" w:evenVBand="0" w:oddHBand="0" w:evenHBand="1" w:firstRowFirstColumn="0" w:firstRowLastColumn="0" w:lastRowFirstColumn="0" w:lastRowLastColumn="0"/>
                          <w:wBefore w:w="135" w:type="dxa"/>
                          <w:trHeight w:val="313"/>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8644AC" w:rsidRDefault="003A37E7" w:rsidP="00936337">
                            <w:pPr>
                              <w:jc w:val="center"/>
                            </w:pPr>
                            <w:r w:rsidRPr="008644AC">
                              <w:t>MATH 101</w:t>
                            </w:r>
                          </w:p>
                        </w:tc>
                        <w:tc>
                          <w:tcPr>
                            <w:tcW w:w="3291" w:type="dxa"/>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rPr>
                                <w:b/>
                              </w:rPr>
                              <w:t>GENERAL MATHEMATICS</w:t>
                            </w:r>
                          </w:p>
                        </w:tc>
                        <w:tc>
                          <w:tcPr>
                            <w:tcW w:w="1620" w:type="dxa"/>
                            <w:gridSpan w:val="3"/>
                            <w:tcBorders>
                              <w:right w:val="double" w:sz="4" w:space="0" w:color="C0504D" w:themeColor="accent2"/>
                            </w:tcBorders>
                            <w:vAlign w:val="center"/>
                          </w:tcPr>
                          <w:p w:rsidR="003A37E7" w:rsidRPr="008644AC" w:rsidRDefault="003A37E7" w:rsidP="00936337">
                            <w:pPr>
                              <w:jc w:val="center"/>
                              <w:cnfStyle w:val="000000010000" w:firstRow="0" w:lastRow="0" w:firstColumn="0" w:lastColumn="0" w:oddVBand="0" w:evenVBand="0" w:oddHBand="0" w:evenHBand="1" w:firstRowFirstColumn="0" w:firstRowLastColumn="0" w:lastRowFirstColumn="0" w:lastRowLastColumn="0"/>
                            </w:pPr>
                            <w:r w:rsidRPr="008644AC">
                              <w:t>3</w:t>
                            </w:r>
                          </w:p>
                        </w:tc>
                      </w:tr>
                      <w:tr w:rsidR="003A37E7" w:rsidRPr="008644AC" w:rsidTr="00936337">
                        <w:trPr>
                          <w:gridBefore w:val="1"/>
                          <w:cnfStyle w:val="000000100000" w:firstRow="0" w:lastRow="0" w:firstColumn="0" w:lastColumn="0" w:oddVBand="0" w:evenVBand="0" w:oddHBand="1" w:evenHBand="0" w:firstRowFirstColumn="0" w:firstRowLastColumn="0" w:lastRowFirstColumn="0" w:lastRowLastColumn="0"/>
                          <w:wBefore w:w="135" w:type="dxa"/>
                          <w:trHeight w:val="403"/>
                        </w:trPr>
                        <w:tc>
                          <w:tcPr>
                            <w:cnfStyle w:val="001000000000" w:firstRow="0" w:lastRow="0" w:firstColumn="1" w:lastColumn="0" w:oddVBand="0" w:evenVBand="0" w:oddHBand="0" w:evenHBand="0" w:firstRowFirstColumn="0" w:firstRowLastColumn="0" w:lastRowFirstColumn="0" w:lastRowLastColumn="0"/>
                            <w:tcW w:w="4635" w:type="dxa"/>
                            <w:gridSpan w:val="3"/>
                            <w:tcBorders>
                              <w:left w:val="double" w:sz="4" w:space="0" w:color="C0504D" w:themeColor="accent2"/>
                              <w:bottom w:val="double" w:sz="4" w:space="0" w:color="C0504D" w:themeColor="accent2"/>
                            </w:tcBorders>
                            <w:vAlign w:val="center"/>
                          </w:tcPr>
                          <w:p w:rsidR="003A37E7" w:rsidRPr="008644AC" w:rsidRDefault="003A37E7" w:rsidP="00936337">
                            <w:pPr>
                              <w:jc w:val="center"/>
                            </w:pPr>
                            <w:r w:rsidRPr="008644AC">
                              <w:t xml:space="preserve">TOTAL </w:t>
                            </w:r>
                            <w:r>
                              <w:rPr>
                                <w:b w:val="0"/>
                              </w:rPr>
                              <w:t>CREDIT HOURS</w:t>
                            </w:r>
                          </w:p>
                        </w:tc>
                        <w:tc>
                          <w:tcPr>
                            <w:tcW w:w="1620" w:type="dxa"/>
                            <w:gridSpan w:val="3"/>
                            <w:tcBorders>
                              <w:bottom w:val="double" w:sz="4" w:space="0" w:color="C0504D" w:themeColor="accent2"/>
                              <w:right w:val="double" w:sz="4" w:space="0" w:color="C0504D" w:themeColor="accent2"/>
                            </w:tcBorders>
                            <w:vAlign w:val="center"/>
                          </w:tcPr>
                          <w:p w:rsidR="003A37E7" w:rsidRPr="008644AC" w:rsidRDefault="003A37E7" w:rsidP="00936337">
                            <w:pPr>
                              <w:jc w:val="center"/>
                              <w:cnfStyle w:val="000000100000" w:firstRow="0" w:lastRow="0" w:firstColumn="0" w:lastColumn="0" w:oddVBand="0" w:evenVBand="0" w:oddHBand="1" w:evenHBand="0" w:firstRowFirstColumn="0" w:firstRowLastColumn="0" w:lastRowFirstColumn="0" w:lastRowLastColumn="0"/>
                            </w:pPr>
                            <w:r>
                              <w:t>22</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6285" w:type="dxa"/>
                            <w:gridSpan w:val="6"/>
                            <w:tcBorders>
                              <w:top w:val="none" w:sz="0" w:space="0" w:color="auto"/>
                              <w:left w:val="none" w:sz="0" w:space="0" w:color="auto"/>
                              <w:bottom w:val="double" w:sz="4" w:space="0" w:color="C0504D" w:themeColor="accent2"/>
                              <w:right w:val="none" w:sz="0" w:space="0" w:color="auto"/>
                            </w:tcBorders>
                            <w:vAlign w:val="center"/>
                          </w:tcPr>
                          <w:p w:rsidR="003A37E7" w:rsidRPr="002C30CC" w:rsidRDefault="003A37E7" w:rsidP="002C30CC">
                            <w:pPr>
                              <w:jc w:val="center"/>
                              <w:rPr>
                                <w:color w:val="FF0000"/>
                              </w:rPr>
                            </w:pPr>
                            <w:r w:rsidRPr="002C30CC">
                              <w:rPr>
                                <w:color w:val="FF0000"/>
                              </w:rPr>
                              <w:t>BSc-ACCOUTNG</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6285" w:type="dxa"/>
                            <w:gridSpan w:val="6"/>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FRESHMEN – SEMESTER 1</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105" w:type="dxa"/>
                          <w:trHeight w:val="67"/>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COURSE CODE</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rPr>
                                <w:b/>
                              </w:rPr>
                              <w:t>COURSE TITLE</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Pr>
                                <w:sz w:val="24"/>
                                <w:szCs w:val="24"/>
                              </w:rPr>
                              <w:t>CREDIT HOURS</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ACC: 101</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rPr>
                                <w:b/>
                              </w:rPr>
                              <w:t>INTRODUCTION TO ACCOUNTING</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t>3</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FREN 101</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rPr>
                                <w:b/>
                              </w:rPr>
                              <w:t>FUNDAMENTALS OF FRENCH</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t>2</w:t>
                            </w:r>
                          </w:p>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ECON 101</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rPr>
                                <w:b/>
                              </w:rPr>
                              <w:t>INTRODUCTION TO MICRO ECONOMICS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t>3</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CMP 101</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rPr>
                                <w:b/>
                              </w:rPr>
                              <w:t>INTRODUCTION TO COMPUTER CONCEPT</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t>3</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SOS 101</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rPr>
                                <w:b/>
                              </w:rPr>
                              <w:t>INTRODUCTION TO SOCIAL SCIENCES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t>3</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ENG 101</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rPr>
                                <w:b/>
                              </w:rPr>
                              <w:t>ENGLISH &amp; COMMUNICATION SKILLS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t>3</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105" w:type="dxa"/>
                        </w:trPr>
                        <w:tc>
                          <w:tcPr>
                            <w:cnfStyle w:val="001000000000" w:firstRow="0" w:lastRow="0" w:firstColumn="1" w:lastColumn="0" w:oddVBand="0" w:evenVBand="0" w:oddHBand="0" w:evenHBand="0" w:firstRowFirstColumn="0" w:firstRowLastColumn="0" w:lastRowFirstColumn="0" w:lastRowLastColumn="0"/>
                            <w:tcW w:w="13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pPr>
                            <w:r w:rsidRPr="002C30CC">
                              <w:t>MATH 101</w:t>
                            </w:r>
                          </w:p>
                        </w:tc>
                        <w:tc>
                          <w:tcPr>
                            <w:tcW w:w="3810"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rPr>
                                <w:b/>
                              </w:rPr>
                              <w:t>GENERAL MATHEMATICS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C30CC" w:rsidRDefault="003A37E7" w:rsidP="002C30CC">
                            <w:pPr>
                              <w:jc w:val="center"/>
                              <w:cnfStyle w:val="000000100000" w:firstRow="0" w:lastRow="0" w:firstColumn="0" w:lastColumn="0" w:oddVBand="0" w:evenVBand="0" w:oddHBand="1" w:evenHBand="0" w:firstRowFirstColumn="0" w:firstRowLastColumn="0" w:lastRowFirstColumn="0" w:lastRowLastColumn="0"/>
                            </w:pPr>
                            <w:r w:rsidRPr="002C30CC">
                              <w:t>3</w:t>
                            </w:r>
                          </w:p>
                        </w:tc>
                      </w:tr>
                      <w:tr w:rsidR="003A37E7" w:rsidRPr="002C30CC"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105" w:type="dxa"/>
                          <w:trHeight w:val="424"/>
                        </w:trPr>
                        <w:tc>
                          <w:tcPr>
                            <w:cnfStyle w:val="001000000000" w:firstRow="0" w:lastRow="0" w:firstColumn="1" w:lastColumn="0" w:oddVBand="0" w:evenVBand="0" w:oddHBand="0" w:evenHBand="0" w:firstRowFirstColumn="0" w:firstRowLastColumn="0" w:lastRowFirstColumn="0" w:lastRowLastColumn="0"/>
                            <w:tcW w:w="5202" w:type="dxa"/>
                            <w:gridSpan w:val="5"/>
                            <w:tcBorders>
                              <w:top w:val="double" w:sz="4" w:space="0" w:color="C0504D" w:themeColor="accent2"/>
                              <w:left w:val="double" w:sz="4" w:space="0" w:color="C0504D" w:themeColor="accent2"/>
                              <w:bottom w:val="double" w:sz="4" w:space="0" w:color="C0504D" w:themeColor="accent2"/>
                              <w:right w:val="none" w:sz="0" w:space="0" w:color="auto"/>
                            </w:tcBorders>
                            <w:vAlign w:val="center"/>
                          </w:tcPr>
                          <w:p w:rsidR="003A37E7" w:rsidRPr="002C30CC" w:rsidRDefault="003A37E7" w:rsidP="002C30CC">
                            <w:pPr>
                              <w:jc w:val="center"/>
                            </w:pPr>
                            <w:r w:rsidRPr="002C30CC">
                              <w:t xml:space="preserve">TOTAL </w:t>
                            </w:r>
                            <w:r>
                              <w:rPr>
                                <w:sz w:val="24"/>
                                <w:szCs w:val="24"/>
                              </w:rPr>
                              <w:t>CREDIT HOURS</w:t>
                            </w:r>
                          </w:p>
                        </w:tc>
                        <w:tc>
                          <w:tcPr>
                            <w:tcW w:w="1083" w:type="dxa"/>
                            <w:tcBorders>
                              <w:top w:val="double" w:sz="4" w:space="0" w:color="C0504D" w:themeColor="accent2"/>
                              <w:left w:val="none" w:sz="0" w:space="0" w:color="auto"/>
                              <w:bottom w:val="double" w:sz="4" w:space="0" w:color="C0504D" w:themeColor="accent2"/>
                              <w:right w:val="double" w:sz="4" w:space="0" w:color="C0504D" w:themeColor="accent2"/>
                            </w:tcBorders>
                            <w:vAlign w:val="center"/>
                          </w:tcPr>
                          <w:p w:rsidR="003A37E7" w:rsidRPr="002C30CC" w:rsidRDefault="003A37E7" w:rsidP="002C30CC">
                            <w:pPr>
                              <w:jc w:val="center"/>
                              <w:cnfStyle w:val="000000010000" w:firstRow="0" w:lastRow="0" w:firstColumn="0" w:lastColumn="0" w:oddVBand="0" w:evenVBand="0" w:oddHBand="0" w:evenHBand="1" w:firstRowFirstColumn="0" w:firstRowLastColumn="0" w:lastRowFirstColumn="0" w:lastRowLastColumn="0"/>
                            </w:pPr>
                            <w:r w:rsidRPr="002C30CC">
                              <w:t>20</w:t>
                            </w:r>
                          </w:p>
                        </w:tc>
                      </w:tr>
                    </w:tbl>
                    <w:p w:rsidR="003A37E7" w:rsidRDefault="003A37E7"/>
                  </w:txbxContent>
                </v:textbox>
                <w10:wrap anchorx="page"/>
              </v:shape>
            </w:pict>
          </mc:Fallback>
        </mc:AlternateContent>
      </w: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r>
        <w:rPr>
          <w:noProof/>
        </w:rPr>
        <mc:AlternateContent>
          <mc:Choice Requires="wps">
            <w:drawing>
              <wp:anchor distT="0" distB="0" distL="114300" distR="114300" simplePos="0" relativeHeight="251686912" behindDoc="0" locked="0" layoutInCell="1" allowOverlap="1" wp14:anchorId="04D2C0A9" wp14:editId="2435C7EC">
                <wp:simplePos x="0" y="0"/>
                <wp:positionH relativeFrom="column">
                  <wp:posOffset>-225631</wp:posOffset>
                </wp:positionH>
                <wp:positionV relativeFrom="paragraph">
                  <wp:posOffset>-47501</wp:posOffset>
                </wp:positionV>
                <wp:extent cx="3930279" cy="486888"/>
                <wp:effectExtent l="0" t="0" r="0" b="8890"/>
                <wp:wrapNone/>
                <wp:docPr id="35" name="Text Box 35"/>
                <wp:cNvGraphicFramePr/>
                <a:graphic xmlns:a="http://schemas.openxmlformats.org/drawingml/2006/main">
                  <a:graphicData uri="http://schemas.microsoft.com/office/word/2010/wordprocessingShape">
                    <wps:wsp>
                      <wps:cNvSpPr txBox="1"/>
                      <wps:spPr>
                        <a:xfrm>
                          <a:off x="0" y="0"/>
                          <a:ext cx="3930279" cy="48688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D2C0A9" id="Text Box 35" o:spid="_x0000_s1080" type="#_x0000_t202" style="position:absolute;left:0;text-align:left;margin-left:-17.75pt;margin-top:-3.75pt;width:309.45pt;height:38.3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" fillcolor="white [3201]" stroked="f" strokeweight=".5pt">
                <v:textbox>
                  <w:txbxContent>
                    <w:p w:rsidR="003A37E7" w:rsidRDefault="003A37E7"/>
                  </w:txbxContent>
                </v:textbox>
              </v:shape>
            </w:pict>
          </mc:Fallback>
        </mc:AlternateContent>
      </w: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4B18E5" w:rsidP="00412947">
      <w:pPr>
        <w:jc w:val="center"/>
      </w:pPr>
      <w:r>
        <w:rPr>
          <w:noProof/>
        </w:rPr>
        <mc:AlternateContent>
          <mc:Choice Requires="wps">
            <w:drawing>
              <wp:anchor distT="0" distB="0" distL="114300" distR="114300" simplePos="0" relativeHeight="251688960" behindDoc="0" locked="0" layoutInCell="1" allowOverlap="1" wp14:anchorId="5C917970" wp14:editId="53ECA4A3">
                <wp:simplePos x="0" y="0"/>
                <wp:positionH relativeFrom="column">
                  <wp:posOffset>-441671</wp:posOffset>
                </wp:positionH>
                <wp:positionV relativeFrom="paragraph">
                  <wp:posOffset>313690</wp:posOffset>
                </wp:positionV>
                <wp:extent cx="4352290" cy="3304032"/>
                <wp:effectExtent l="0" t="0" r="0" b="0"/>
                <wp:wrapNone/>
                <wp:docPr id="37" name="Text Box 37"/>
                <wp:cNvGraphicFramePr/>
                <a:graphic xmlns:a="http://schemas.openxmlformats.org/drawingml/2006/main">
                  <a:graphicData uri="http://schemas.microsoft.com/office/word/2010/wordprocessingShape">
                    <wps:wsp>
                      <wps:cNvSpPr txBox="1"/>
                      <wps:spPr>
                        <a:xfrm>
                          <a:off x="0" y="0"/>
                          <a:ext cx="4352290" cy="330403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315" w:type="dxa"/>
                              <w:tblInd w:w="-105" w:type="dxa"/>
                              <w:tblLayout w:type="fixed"/>
                              <w:tblLook w:val="04A0" w:firstRow="1" w:lastRow="0" w:firstColumn="1" w:lastColumn="0" w:noHBand="0" w:noVBand="1"/>
                            </w:tblPr>
                            <w:tblGrid>
                              <w:gridCol w:w="15"/>
                              <w:gridCol w:w="1425"/>
                              <w:gridCol w:w="15"/>
                              <w:gridCol w:w="3225"/>
                              <w:gridCol w:w="15"/>
                              <w:gridCol w:w="1605"/>
                              <w:gridCol w:w="15"/>
                            </w:tblGrid>
                            <w:tr w:rsidR="003A37E7" w:rsidRPr="009B251F" w:rsidTr="004B18E5">
                              <w:trPr>
                                <w:gridBefore w:val="1"/>
                                <w:gridAfter w:val="1"/>
                                <w:cnfStyle w:val="100000000000" w:firstRow="1" w:lastRow="0" w:firstColumn="0" w:lastColumn="0" w:oddVBand="0" w:evenVBand="0" w:oddHBand="0" w:evenHBand="0"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6285" w:type="dxa"/>
                                  <w:gridSpan w:val="5"/>
                                  <w:tcBorders>
                                    <w:top w:val="single" w:sz="48" w:space="0" w:color="auto"/>
                                    <w:left w:val="single" w:sz="48" w:space="0" w:color="auto"/>
                                    <w:bottom w:val="double" w:sz="4" w:space="0" w:color="C0504D" w:themeColor="accent2"/>
                                    <w:right w:val="single" w:sz="48" w:space="0" w:color="auto"/>
                                  </w:tcBorders>
                                </w:tcPr>
                                <w:p w:rsidR="003A37E7" w:rsidRPr="009B251F" w:rsidRDefault="003A37E7" w:rsidP="004B18E5">
                                  <w:pPr>
                                    <w:jc w:val="center"/>
                                    <w:rPr>
                                      <w:rFonts w:cs="Times New Roman"/>
                                      <w:color w:val="FF0000"/>
                                      <w:sz w:val="20"/>
                                      <w:szCs w:val="20"/>
                                    </w:rPr>
                                  </w:pPr>
                                  <w:r w:rsidRPr="009B251F">
                                    <w:rPr>
                                      <w:rFonts w:cs="Times New Roman"/>
                                      <w:color w:val="FF0000"/>
                                      <w:sz w:val="20"/>
                                      <w:szCs w:val="20"/>
                                    </w:rPr>
                                    <w:t>BSC - ACCOUNTING</w:t>
                                  </w:r>
                                </w:p>
                              </w:tc>
                            </w:tr>
                            <w:tr w:rsidR="003A37E7" w:rsidRPr="009B251F"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6285" w:type="dxa"/>
                                  <w:gridSpan w:val="5"/>
                                  <w:tcBorders>
                                    <w:top w:val="double" w:sz="4" w:space="0" w:color="C0504D" w:themeColor="accent2"/>
                                    <w:left w:val="double" w:sz="4" w:space="0" w:color="C0504D" w:themeColor="accent2"/>
                                    <w:righ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FRESHMEN YEAR (YEAR I) - SECOND SEMESTER</w:t>
                                  </w:r>
                                </w:p>
                              </w:tc>
                            </w:tr>
                            <w:tr w:rsidR="003A37E7" w:rsidRPr="009B251F"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COURSE CODE</w:t>
                                  </w:r>
                                </w:p>
                              </w:tc>
                              <w:tc>
                                <w:tcPr>
                                  <w:tcW w:w="3240" w:type="dxa"/>
                                  <w:gridSpan w:val="2"/>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COURSE TITLE</w:t>
                                  </w:r>
                                </w:p>
                              </w:tc>
                              <w:tc>
                                <w:tcPr>
                                  <w:tcW w:w="1605" w:type="dxa"/>
                                  <w:tcBorders>
                                    <w:right w:val="double" w:sz="4" w:space="0" w:color="C0504D" w:themeColor="accent2"/>
                                  </w:tcBorders>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CREDIT HOURS</w:t>
                                  </w:r>
                                </w:p>
                              </w:tc>
                            </w:tr>
                            <w:tr w:rsidR="003A37E7" w:rsidRPr="009B251F"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GEN. 102</w:t>
                                  </w:r>
                                </w:p>
                              </w:tc>
                              <w:tc>
                                <w:tcPr>
                                  <w:tcW w:w="3240" w:type="dxa"/>
                                  <w:gridSpan w:val="2"/>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LIFE IN CHRIST 2</w:t>
                                  </w:r>
                                </w:p>
                              </w:tc>
                              <w:tc>
                                <w:tcPr>
                                  <w:tcW w:w="1605" w:type="dxa"/>
                                  <w:tcBorders>
                                    <w:right w:val="double" w:sz="4" w:space="0" w:color="C0504D" w:themeColor="accent2"/>
                                  </w:tcBorders>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2</w:t>
                                  </w:r>
                                </w:p>
                              </w:tc>
                            </w:tr>
                            <w:tr w:rsidR="003A37E7" w:rsidRPr="009B251F"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ACC: 102</w:t>
                                  </w:r>
                                </w:p>
                              </w:tc>
                              <w:tc>
                                <w:tcPr>
                                  <w:tcW w:w="3240" w:type="dxa"/>
                                  <w:gridSpan w:val="2"/>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INTRODUCTION TO ACCOUNTING II</w:t>
                                  </w:r>
                                </w:p>
                              </w:tc>
                              <w:tc>
                                <w:tcPr>
                                  <w:tcW w:w="1605" w:type="dxa"/>
                                  <w:tcBorders>
                                    <w:right w:val="double" w:sz="4" w:space="0" w:color="C0504D" w:themeColor="accent2"/>
                                  </w:tcBorders>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3</w:t>
                                  </w:r>
                                </w:p>
                              </w:tc>
                            </w:tr>
                            <w:tr w:rsidR="003A37E7" w:rsidRPr="009B251F"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ECON 102</w:t>
                                  </w:r>
                                </w:p>
                              </w:tc>
                              <w:tc>
                                <w:tcPr>
                                  <w:tcW w:w="3240" w:type="dxa"/>
                                  <w:gridSpan w:val="2"/>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INTRO TO MACRO ECONOMICS</w:t>
                                  </w:r>
                                </w:p>
                              </w:tc>
                              <w:tc>
                                <w:tcPr>
                                  <w:tcW w:w="1605" w:type="dxa"/>
                                  <w:tcBorders>
                                    <w:right w:val="double" w:sz="4" w:space="0" w:color="C0504D" w:themeColor="accent2"/>
                                  </w:tcBorders>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3</w:t>
                                  </w:r>
                                </w:p>
                              </w:tc>
                            </w:tr>
                            <w:tr w:rsidR="003A37E7" w:rsidRPr="009B251F"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BUS 102</w:t>
                                  </w:r>
                                </w:p>
                              </w:tc>
                              <w:tc>
                                <w:tcPr>
                                  <w:tcW w:w="3240" w:type="dxa"/>
                                  <w:gridSpan w:val="2"/>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ENTERPRENEURSHIP</w:t>
                                  </w:r>
                                </w:p>
                              </w:tc>
                              <w:tc>
                                <w:tcPr>
                                  <w:tcW w:w="1605" w:type="dxa"/>
                                  <w:tcBorders>
                                    <w:right w:val="double" w:sz="4" w:space="0" w:color="C0504D" w:themeColor="accent2"/>
                                  </w:tcBorders>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3</w:t>
                                  </w:r>
                                </w:p>
                              </w:tc>
                            </w:tr>
                            <w:tr w:rsidR="003A37E7" w:rsidRPr="009B251F"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GEN 107</w:t>
                                  </w:r>
                                </w:p>
                              </w:tc>
                              <w:tc>
                                <w:tcPr>
                                  <w:tcW w:w="3240" w:type="dxa"/>
                                  <w:gridSpan w:val="2"/>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CHRIATIAN ETHICS / MORAL VALUES</w:t>
                                  </w:r>
                                </w:p>
                              </w:tc>
                              <w:tc>
                                <w:tcPr>
                                  <w:tcW w:w="1605" w:type="dxa"/>
                                  <w:tcBorders>
                                    <w:right w:val="double" w:sz="4" w:space="0" w:color="C0504D" w:themeColor="accent2"/>
                                  </w:tcBorders>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2</w:t>
                                  </w:r>
                                </w:p>
                              </w:tc>
                            </w:tr>
                            <w:tr w:rsidR="003A37E7" w:rsidRPr="009B251F"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15" w:type="dxa"/>
                                <w:trHeight w:val="375"/>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SOS 102</w:t>
                                  </w:r>
                                </w:p>
                              </w:tc>
                              <w:tc>
                                <w:tcPr>
                                  <w:tcW w:w="3240" w:type="dxa"/>
                                  <w:gridSpan w:val="2"/>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LIBERIA SOCIETY</w:t>
                                  </w:r>
                                </w:p>
                              </w:tc>
                              <w:tc>
                                <w:tcPr>
                                  <w:tcW w:w="1605" w:type="dxa"/>
                                  <w:tcBorders>
                                    <w:right w:val="double" w:sz="4" w:space="0" w:color="C0504D" w:themeColor="accent2"/>
                                  </w:tcBorders>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3</w:t>
                                  </w:r>
                                </w:p>
                              </w:tc>
                            </w:tr>
                            <w:tr w:rsidR="003A37E7" w:rsidRPr="009B251F"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MATH 102</w:t>
                                  </w:r>
                                </w:p>
                              </w:tc>
                              <w:tc>
                                <w:tcPr>
                                  <w:tcW w:w="3240" w:type="dxa"/>
                                  <w:gridSpan w:val="2"/>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MATHEMATICS FOR DECISION MAKING</w:t>
                                  </w:r>
                                </w:p>
                              </w:tc>
                              <w:tc>
                                <w:tcPr>
                                  <w:tcW w:w="1605" w:type="dxa"/>
                                  <w:tcBorders>
                                    <w:right w:val="double" w:sz="4" w:space="0" w:color="C0504D" w:themeColor="accent2"/>
                                  </w:tcBorders>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3</w:t>
                                  </w:r>
                                </w:p>
                              </w:tc>
                            </w:tr>
                            <w:tr w:rsidR="003A37E7" w:rsidRPr="009B251F"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15" w:type="dxa"/>
                                <w:trHeight w:val="61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ENG 102</w:t>
                                  </w:r>
                                </w:p>
                              </w:tc>
                              <w:tc>
                                <w:tcPr>
                                  <w:tcW w:w="3240" w:type="dxa"/>
                                  <w:gridSpan w:val="2"/>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ENGLISH &amp; COMMUNICATION SKILLS II</w:t>
                                  </w:r>
                                </w:p>
                              </w:tc>
                              <w:tc>
                                <w:tcPr>
                                  <w:tcW w:w="1605" w:type="dxa"/>
                                  <w:tcBorders>
                                    <w:right w:val="double" w:sz="4" w:space="0" w:color="C0504D" w:themeColor="accent2"/>
                                  </w:tcBorders>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3</w:t>
                                  </w:r>
                                </w:p>
                              </w:tc>
                            </w:tr>
                            <w:tr w:rsidR="003A37E7" w:rsidRPr="009B251F"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15" w:type="dxa"/>
                                <w:trHeight w:val="618"/>
                              </w:trPr>
                              <w:tc>
                                <w:tcPr>
                                  <w:cnfStyle w:val="001000000000" w:firstRow="0" w:lastRow="0" w:firstColumn="1" w:lastColumn="0" w:oddVBand="0" w:evenVBand="0" w:oddHBand="0" w:evenHBand="0" w:firstRowFirstColumn="0" w:firstRowLastColumn="0" w:lastRowFirstColumn="0" w:lastRowLastColumn="0"/>
                                  <w:tcW w:w="4680" w:type="dxa"/>
                                  <w:gridSpan w:val="4"/>
                                  <w:tcBorders>
                                    <w:left w:val="double" w:sz="4" w:space="0" w:color="C0504D" w:themeColor="accent2"/>
                                    <w:bottom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TOTAL CREDIT HOURS</w:t>
                                  </w:r>
                                </w:p>
                              </w:tc>
                              <w:tc>
                                <w:tcPr>
                                  <w:tcW w:w="1605" w:type="dxa"/>
                                  <w:tcBorders>
                                    <w:bottom w:val="double" w:sz="4" w:space="0" w:color="C0504D" w:themeColor="accent2"/>
                                    <w:right w:val="double" w:sz="4" w:space="0" w:color="C0504D" w:themeColor="accent2"/>
                                  </w:tcBorders>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22</w:t>
                                  </w:r>
                                </w:p>
                              </w:tc>
                            </w:tr>
                            <w:tr w:rsidR="003A37E7" w:rsidRPr="009B251F"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15" w:type="dxa"/>
                                  <w:gridSpan w:val="7"/>
                                  <w:tcBorders>
                                    <w:top w:val="single" w:sz="36" w:space="0" w:color="auto"/>
                                    <w:left w:val="single" w:sz="36" w:space="0" w:color="auto"/>
                                    <w:bottom w:val="double" w:sz="4" w:space="0" w:color="C0504D" w:themeColor="accent2"/>
                                    <w:right w:val="single" w:sz="36" w:space="0" w:color="auto"/>
                                  </w:tcBorders>
                                  <w:vAlign w:val="center"/>
                                </w:tcPr>
                                <w:p w:rsidR="003A37E7" w:rsidRPr="009B251F" w:rsidRDefault="003A37E7" w:rsidP="00EC7D93">
                                  <w:pPr>
                                    <w:jc w:val="center"/>
                                    <w:rPr>
                                      <w:rFonts w:cs="Times New Roman"/>
                                      <w:color w:val="FF0000"/>
                                      <w:sz w:val="20"/>
                                      <w:szCs w:val="20"/>
                                    </w:rPr>
                                  </w:pPr>
                                  <w:r w:rsidRPr="009B251F">
                                    <w:rPr>
                                      <w:rFonts w:cs="Times New Roman"/>
                                      <w:color w:val="FF0000"/>
                                      <w:sz w:val="20"/>
                                      <w:szCs w:val="20"/>
                                    </w:rPr>
                                    <w:t>BSC-ACCOUTNG</w:t>
                                  </w:r>
                                </w:p>
                              </w:tc>
                            </w:tr>
                            <w:tr w:rsidR="003A37E7" w:rsidRPr="009B251F"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15" w:type="dxa"/>
                                  <w:gridSpan w:val="7"/>
                                  <w:tcBorders>
                                    <w:top w:val="double" w:sz="4" w:space="0" w:color="C0504D" w:themeColor="accent2"/>
                                    <w:left w:val="double" w:sz="4" w:space="0" w:color="C0504D" w:themeColor="accent2"/>
                                    <w:righ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FRESHMEN – SEMESTER 2</w:t>
                                  </w:r>
                                </w:p>
                              </w:tc>
                            </w:tr>
                            <w:tr w:rsidR="003A37E7" w:rsidRPr="009B251F"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COURSE CODE</w:t>
                                  </w:r>
                                </w:p>
                              </w:tc>
                              <w:tc>
                                <w:tcPr>
                                  <w:tcW w:w="3240" w:type="dxa"/>
                                  <w:gridSpan w:val="2"/>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COURSE TITLE</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CREDIT HOURS</w:t>
                                  </w:r>
                                </w:p>
                              </w:tc>
                            </w:tr>
                            <w:tr w:rsidR="003A37E7" w:rsidRPr="009B251F"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ACC: 102</w:t>
                                  </w:r>
                                </w:p>
                              </w:tc>
                              <w:tc>
                                <w:tcPr>
                                  <w:tcW w:w="3240" w:type="dxa"/>
                                  <w:gridSpan w:val="2"/>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INTRODUCTION TO ACCOUNTING II</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p>
                              </w:tc>
                            </w:tr>
                            <w:tr w:rsidR="003A37E7" w:rsidRPr="009B251F"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ECON 102</w:t>
                                  </w:r>
                                </w:p>
                              </w:tc>
                              <w:tc>
                                <w:tcPr>
                                  <w:tcW w:w="3240" w:type="dxa"/>
                                  <w:gridSpan w:val="2"/>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INTRO TO MACRO ECONOMICS</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p>
                              </w:tc>
                            </w:tr>
                            <w:tr w:rsidR="003A37E7" w:rsidRPr="009B251F"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BUS 102</w:t>
                                  </w:r>
                                </w:p>
                              </w:tc>
                              <w:tc>
                                <w:tcPr>
                                  <w:tcW w:w="3240" w:type="dxa"/>
                                  <w:gridSpan w:val="2"/>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ENTERPRENEURSHIP</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p>
                              </w:tc>
                            </w:tr>
                            <w:tr w:rsidR="003A37E7" w:rsidRPr="009B251F"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GEN 107</w:t>
                                  </w:r>
                                </w:p>
                              </w:tc>
                              <w:tc>
                                <w:tcPr>
                                  <w:tcW w:w="3240" w:type="dxa"/>
                                  <w:gridSpan w:val="2"/>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CHRIATIAN ETHICS / MORAL VALUES</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p>
                              </w:tc>
                            </w:tr>
                            <w:tr w:rsidR="003A37E7" w:rsidRPr="009B251F"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SOS 102</w:t>
                                  </w:r>
                                </w:p>
                              </w:tc>
                              <w:tc>
                                <w:tcPr>
                                  <w:tcW w:w="3240" w:type="dxa"/>
                                  <w:gridSpan w:val="2"/>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LIBERIA SOCIETY</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p>
                              </w:tc>
                            </w:tr>
                            <w:tr w:rsidR="003A37E7" w:rsidRPr="009B251F"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MATH 102</w:t>
                                  </w:r>
                                </w:p>
                              </w:tc>
                              <w:tc>
                                <w:tcPr>
                                  <w:tcW w:w="3240" w:type="dxa"/>
                                  <w:gridSpan w:val="2"/>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MATHEMATICS FOR DECISION MAKING</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p>
                              </w:tc>
                            </w:tr>
                            <w:tr w:rsidR="003A37E7" w:rsidRPr="009B251F"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ENG 102</w:t>
                                  </w:r>
                                </w:p>
                              </w:tc>
                              <w:tc>
                                <w:tcPr>
                                  <w:tcW w:w="3240" w:type="dxa"/>
                                  <w:gridSpan w:val="2"/>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ENGLISH &amp; COMMUNICATION SKILLS II</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p>
                              </w:tc>
                            </w:tr>
                            <w:tr w:rsidR="003A37E7" w:rsidRPr="009B251F" w:rsidTr="004B18E5">
                              <w:trPr>
                                <w:cnfStyle w:val="000000010000" w:firstRow="0" w:lastRow="0" w:firstColumn="0" w:lastColumn="0" w:oddVBand="0" w:evenVBand="0" w:oddHBand="0" w:evenHBand="1"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4680" w:type="dxa"/>
                                  <w:gridSpan w:val="4"/>
                                  <w:tcBorders>
                                    <w:left w:val="double" w:sz="4" w:space="0" w:color="C0504D" w:themeColor="accent2"/>
                                    <w:bottom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TOTAL CREDIT HOURS</w:t>
                                  </w:r>
                                </w:p>
                              </w:tc>
                              <w:tc>
                                <w:tcPr>
                                  <w:tcW w:w="1635" w:type="dxa"/>
                                  <w:gridSpan w:val="3"/>
                                  <w:tcBorders>
                                    <w:bottom w:val="double" w:sz="4" w:space="0" w:color="C0504D" w:themeColor="accent2"/>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917970" id="Text Box 37" o:spid="_x0000_s1081" type="#_x0000_t202" style="position:absolute;left:0;text-align:left;margin-left:-34.8pt;margin-top:24.7pt;width:342.7pt;height:260.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" fillcolor="white [3201]" stroked="f" strokeweight=".5pt">
                <v:textbox>
                  <w:txbxContent>
                    <w:tbl>
                      <w:tblPr>
                        <w:tblStyle w:val="LightGrid"/>
                        <w:tblW w:w="6315" w:type="dxa"/>
                        <w:tblInd w:w="-105" w:type="dxa"/>
                        <w:tblLayout w:type="fixed"/>
                        <w:tblLook w:val="04A0" w:firstRow="1" w:lastRow="0" w:firstColumn="1" w:lastColumn="0" w:noHBand="0" w:noVBand="1"/>
                      </w:tblPr>
                      <w:tblGrid>
                        <w:gridCol w:w="15"/>
                        <w:gridCol w:w="1425"/>
                        <w:gridCol w:w="15"/>
                        <w:gridCol w:w="3225"/>
                        <w:gridCol w:w="15"/>
                        <w:gridCol w:w="1605"/>
                        <w:gridCol w:w="15"/>
                      </w:tblGrid>
                      <w:tr w:rsidR="003A37E7" w:rsidRPr="009B251F" w:rsidTr="004B18E5">
                        <w:trPr>
                          <w:gridBefore w:val="1"/>
                          <w:gridAfter w:val="1"/>
                          <w:cnfStyle w:val="100000000000" w:firstRow="1" w:lastRow="0" w:firstColumn="0" w:lastColumn="0" w:oddVBand="0" w:evenVBand="0" w:oddHBand="0" w:evenHBand="0"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6285" w:type="dxa"/>
                            <w:gridSpan w:val="5"/>
                            <w:tcBorders>
                              <w:top w:val="single" w:sz="48" w:space="0" w:color="auto"/>
                              <w:left w:val="single" w:sz="48" w:space="0" w:color="auto"/>
                              <w:bottom w:val="double" w:sz="4" w:space="0" w:color="C0504D" w:themeColor="accent2"/>
                              <w:right w:val="single" w:sz="48" w:space="0" w:color="auto"/>
                            </w:tcBorders>
                          </w:tcPr>
                          <w:p w:rsidR="003A37E7" w:rsidRPr="009B251F" w:rsidRDefault="003A37E7" w:rsidP="004B18E5">
                            <w:pPr>
                              <w:jc w:val="center"/>
                              <w:rPr>
                                <w:rFonts w:cs="Times New Roman"/>
                                <w:color w:val="FF0000"/>
                                <w:sz w:val="20"/>
                                <w:szCs w:val="20"/>
                              </w:rPr>
                            </w:pPr>
                            <w:r w:rsidRPr="009B251F">
                              <w:rPr>
                                <w:rFonts w:cs="Times New Roman"/>
                                <w:color w:val="FF0000"/>
                                <w:sz w:val="20"/>
                                <w:szCs w:val="20"/>
                              </w:rPr>
                              <w:t>BSC - ACCOUNTING</w:t>
                            </w:r>
                          </w:p>
                        </w:tc>
                      </w:tr>
                      <w:tr w:rsidR="003A37E7" w:rsidRPr="009B251F"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6285" w:type="dxa"/>
                            <w:gridSpan w:val="5"/>
                            <w:tcBorders>
                              <w:top w:val="double" w:sz="4" w:space="0" w:color="C0504D" w:themeColor="accent2"/>
                              <w:left w:val="double" w:sz="4" w:space="0" w:color="C0504D" w:themeColor="accent2"/>
                              <w:righ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FRESHMEN YEAR (YEAR I) - SECOND SEMESTER</w:t>
                            </w:r>
                          </w:p>
                        </w:tc>
                      </w:tr>
                      <w:tr w:rsidR="003A37E7" w:rsidRPr="009B251F"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COURSE CODE</w:t>
                            </w:r>
                          </w:p>
                        </w:tc>
                        <w:tc>
                          <w:tcPr>
                            <w:tcW w:w="3240" w:type="dxa"/>
                            <w:gridSpan w:val="2"/>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COURSE TITLE</w:t>
                            </w:r>
                          </w:p>
                        </w:tc>
                        <w:tc>
                          <w:tcPr>
                            <w:tcW w:w="1605" w:type="dxa"/>
                            <w:tcBorders>
                              <w:right w:val="double" w:sz="4" w:space="0" w:color="C0504D" w:themeColor="accent2"/>
                            </w:tcBorders>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CREDIT HOURS</w:t>
                            </w:r>
                          </w:p>
                        </w:tc>
                      </w:tr>
                      <w:tr w:rsidR="003A37E7" w:rsidRPr="009B251F"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GEN. 102</w:t>
                            </w:r>
                          </w:p>
                        </w:tc>
                        <w:tc>
                          <w:tcPr>
                            <w:tcW w:w="3240" w:type="dxa"/>
                            <w:gridSpan w:val="2"/>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LIFE IN CHRIST 2</w:t>
                            </w:r>
                          </w:p>
                        </w:tc>
                        <w:tc>
                          <w:tcPr>
                            <w:tcW w:w="1605" w:type="dxa"/>
                            <w:tcBorders>
                              <w:right w:val="double" w:sz="4" w:space="0" w:color="C0504D" w:themeColor="accent2"/>
                            </w:tcBorders>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2</w:t>
                            </w:r>
                          </w:p>
                        </w:tc>
                      </w:tr>
                      <w:tr w:rsidR="003A37E7" w:rsidRPr="009B251F"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ACC: 102</w:t>
                            </w:r>
                          </w:p>
                        </w:tc>
                        <w:tc>
                          <w:tcPr>
                            <w:tcW w:w="3240" w:type="dxa"/>
                            <w:gridSpan w:val="2"/>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INTRODUCTION TO ACCOUNTING II</w:t>
                            </w:r>
                          </w:p>
                        </w:tc>
                        <w:tc>
                          <w:tcPr>
                            <w:tcW w:w="1605" w:type="dxa"/>
                            <w:tcBorders>
                              <w:right w:val="double" w:sz="4" w:space="0" w:color="C0504D" w:themeColor="accent2"/>
                            </w:tcBorders>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3</w:t>
                            </w:r>
                          </w:p>
                        </w:tc>
                      </w:tr>
                      <w:tr w:rsidR="003A37E7" w:rsidRPr="009B251F"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ECON 102</w:t>
                            </w:r>
                          </w:p>
                        </w:tc>
                        <w:tc>
                          <w:tcPr>
                            <w:tcW w:w="3240" w:type="dxa"/>
                            <w:gridSpan w:val="2"/>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INTRO TO MACRO ECONOMICS</w:t>
                            </w:r>
                          </w:p>
                        </w:tc>
                        <w:tc>
                          <w:tcPr>
                            <w:tcW w:w="1605" w:type="dxa"/>
                            <w:tcBorders>
                              <w:right w:val="double" w:sz="4" w:space="0" w:color="C0504D" w:themeColor="accent2"/>
                            </w:tcBorders>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3</w:t>
                            </w:r>
                          </w:p>
                        </w:tc>
                      </w:tr>
                      <w:tr w:rsidR="003A37E7" w:rsidRPr="009B251F"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BUS 102</w:t>
                            </w:r>
                          </w:p>
                        </w:tc>
                        <w:tc>
                          <w:tcPr>
                            <w:tcW w:w="3240" w:type="dxa"/>
                            <w:gridSpan w:val="2"/>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ENTERPRENEURSHIP</w:t>
                            </w:r>
                          </w:p>
                        </w:tc>
                        <w:tc>
                          <w:tcPr>
                            <w:tcW w:w="1605" w:type="dxa"/>
                            <w:tcBorders>
                              <w:right w:val="double" w:sz="4" w:space="0" w:color="C0504D" w:themeColor="accent2"/>
                            </w:tcBorders>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3</w:t>
                            </w:r>
                          </w:p>
                        </w:tc>
                      </w:tr>
                      <w:tr w:rsidR="003A37E7" w:rsidRPr="009B251F"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GEN 107</w:t>
                            </w:r>
                          </w:p>
                        </w:tc>
                        <w:tc>
                          <w:tcPr>
                            <w:tcW w:w="3240" w:type="dxa"/>
                            <w:gridSpan w:val="2"/>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CHRIATIAN ETHICS / MORAL VALUES</w:t>
                            </w:r>
                          </w:p>
                        </w:tc>
                        <w:tc>
                          <w:tcPr>
                            <w:tcW w:w="1605" w:type="dxa"/>
                            <w:tcBorders>
                              <w:right w:val="double" w:sz="4" w:space="0" w:color="C0504D" w:themeColor="accent2"/>
                            </w:tcBorders>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2</w:t>
                            </w:r>
                          </w:p>
                        </w:tc>
                      </w:tr>
                      <w:tr w:rsidR="003A37E7" w:rsidRPr="009B251F"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15" w:type="dxa"/>
                          <w:trHeight w:val="375"/>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SOS 102</w:t>
                            </w:r>
                          </w:p>
                        </w:tc>
                        <w:tc>
                          <w:tcPr>
                            <w:tcW w:w="3240" w:type="dxa"/>
                            <w:gridSpan w:val="2"/>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LIBERIA SOCIETY</w:t>
                            </w:r>
                          </w:p>
                        </w:tc>
                        <w:tc>
                          <w:tcPr>
                            <w:tcW w:w="1605" w:type="dxa"/>
                            <w:tcBorders>
                              <w:right w:val="double" w:sz="4" w:space="0" w:color="C0504D" w:themeColor="accent2"/>
                            </w:tcBorders>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3</w:t>
                            </w:r>
                          </w:p>
                        </w:tc>
                      </w:tr>
                      <w:tr w:rsidR="003A37E7" w:rsidRPr="009B251F"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MATH 102</w:t>
                            </w:r>
                          </w:p>
                        </w:tc>
                        <w:tc>
                          <w:tcPr>
                            <w:tcW w:w="3240" w:type="dxa"/>
                            <w:gridSpan w:val="2"/>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MATHEMATICS FOR DECISION MAKING</w:t>
                            </w:r>
                          </w:p>
                        </w:tc>
                        <w:tc>
                          <w:tcPr>
                            <w:tcW w:w="1605" w:type="dxa"/>
                            <w:tcBorders>
                              <w:right w:val="double" w:sz="4" w:space="0" w:color="C0504D" w:themeColor="accent2"/>
                            </w:tcBorders>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3</w:t>
                            </w:r>
                          </w:p>
                        </w:tc>
                      </w:tr>
                      <w:tr w:rsidR="003A37E7" w:rsidRPr="009B251F" w:rsidTr="004B18E5">
                        <w:trPr>
                          <w:gridBefore w:val="1"/>
                          <w:gridAfter w:val="1"/>
                          <w:cnfStyle w:val="000000010000" w:firstRow="0" w:lastRow="0" w:firstColumn="0" w:lastColumn="0" w:oddVBand="0" w:evenVBand="0" w:oddHBand="0" w:evenHBand="1" w:firstRowFirstColumn="0" w:firstRowLastColumn="0" w:lastRowFirstColumn="0" w:lastRowLastColumn="0"/>
                          <w:wBefore w:w="15" w:type="dxa"/>
                          <w:wAfter w:w="15" w:type="dxa"/>
                          <w:trHeight w:val="61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ENG 102</w:t>
                            </w:r>
                          </w:p>
                        </w:tc>
                        <w:tc>
                          <w:tcPr>
                            <w:tcW w:w="3240" w:type="dxa"/>
                            <w:gridSpan w:val="2"/>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ENGLISH &amp; COMMUNICATION SKILLS II</w:t>
                            </w:r>
                          </w:p>
                        </w:tc>
                        <w:tc>
                          <w:tcPr>
                            <w:tcW w:w="1605" w:type="dxa"/>
                            <w:tcBorders>
                              <w:right w:val="double" w:sz="4" w:space="0" w:color="C0504D" w:themeColor="accent2"/>
                            </w:tcBorders>
                            <w:vAlign w:val="center"/>
                          </w:tcPr>
                          <w:p w:rsidR="003A37E7" w:rsidRPr="009B251F"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3</w:t>
                            </w:r>
                          </w:p>
                        </w:tc>
                      </w:tr>
                      <w:tr w:rsidR="003A37E7" w:rsidRPr="009B251F" w:rsidTr="004B18E5">
                        <w:trPr>
                          <w:gridBefore w:val="1"/>
                          <w:gridAfter w:val="1"/>
                          <w:cnfStyle w:val="000000100000" w:firstRow="0" w:lastRow="0" w:firstColumn="0" w:lastColumn="0" w:oddVBand="0" w:evenVBand="0" w:oddHBand="1" w:evenHBand="0" w:firstRowFirstColumn="0" w:firstRowLastColumn="0" w:lastRowFirstColumn="0" w:lastRowLastColumn="0"/>
                          <w:wBefore w:w="15" w:type="dxa"/>
                          <w:wAfter w:w="15" w:type="dxa"/>
                          <w:trHeight w:val="618"/>
                        </w:trPr>
                        <w:tc>
                          <w:tcPr>
                            <w:cnfStyle w:val="001000000000" w:firstRow="0" w:lastRow="0" w:firstColumn="1" w:lastColumn="0" w:oddVBand="0" w:evenVBand="0" w:oddHBand="0" w:evenHBand="0" w:firstRowFirstColumn="0" w:firstRowLastColumn="0" w:lastRowFirstColumn="0" w:lastRowLastColumn="0"/>
                            <w:tcW w:w="4680" w:type="dxa"/>
                            <w:gridSpan w:val="4"/>
                            <w:tcBorders>
                              <w:left w:val="double" w:sz="4" w:space="0" w:color="C0504D" w:themeColor="accent2"/>
                              <w:bottom w:val="double" w:sz="4" w:space="0" w:color="C0504D" w:themeColor="accent2"/>
                            </w:tcBorders>
                            <w:vAlign w:val="center"/>
                          </w:tcPr>
                          <w:p w:rsidR="003A37E7" w:rsidRPr="009B251F" w:rsidRDefault="003A37E7" w:rsidP="004B18E5">
                            <w:pPr>
                              <w:jc w:val="center"/>
                              <w:rPr>
                                <w:rFonts w:cs="Times New Roman"/>
                                <w:sz w:val="20"/>
                                <w:szCs w:val="20"/>
                              </w:rPr>
                            </w:pPr>
                            <w:r w:rsidRPr="009B251F">
                              <w:rPr>
                                <w:rFonts w:cs="Times New Roman"/>
                                <w:sz w:val="20"/>
                                <w:szCs w:val="20"/>
                              </w:rPr>
                              <w:t>TOTAL CREDIT HOURS</w:t>
                            </w:r>
                          </w:p>
                        </w:tc>
                        <w:tc>
                          <w:tcPr>
                            <w:tcW w:w="1605" w:type="dxa"/>
                            <w:tcBorders>
                              <w:bottom w:val="double" w:sz="4" w:space="0" w:color="C0504D" w:themeColor="accent2"/>
                              <w:right w:val="double" w:sz="4" w:space="0" w:color="C0504D" w:themeColor="accent2"/>
                            </w:tcBorders>
                            <w:vAlign w:val="center"/>
                          </w:tcPr>
                          <w:p w:rsidR="003A37E7" w:rsidRPr="009B251F"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22</w:t>
                            </w:r>
                          </w:p>
                        </w:tc>
                      </w:tr>
                      <w:tr w:rsidR="003A37E7" w:rsidRPr="009B251F"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15" w:type="dxa"/>
                            <w:gridSpan w:val="7"/>
                            <w:tcBorders>
                              <w:top w:val="single" w:sz="36" w:space="0" w:color="auto"/>
                              <w:left w:val="single" w:sz="36" w:space="0" w:color="auto"/>
                              <w:bottom w:val="double" w:sz="4" w:space="0" w:color="C0504D" w:themeColor="accent2"/>
                              <w:right w:val="single" w:sz="36" w:space="0" w:color="auto"/>
                            </w:tcBorders>
                            <w:vAlign w:val="center"/>
                          </w:tcPr>
                          <w:p w:rsidR="003A37E7" w:rsidRPr="009B251F" w:rsidRDefault="003A37E7" w:rsidP="00EC7D93">
                            <w:pPr>
                              <w:jc w:val="center"/>
                              <w:rPr>
                                <w:rFonts w:cs="Times New Roman"/>
                                <w:color w:val="FF0000"/>
                                <w:sz w:val="20"/>
                                <w:szCs w:val="20"/>
                              </w:rPr>
                            </w:pPr>
                            <w:r w:rsidRPr="009B251F">
                              <w:rPr>
                                <w:rFonts w:cs="Times New Roman"/>
                                <w:color w:val="FF0000"/>
                                <w:sz w:val="20"/>
                                <w:szCs w:val="20"/>
                              </w:rPr>
                              <w:t>BSC-ACCOUTNG</w:t>
                            </w:r>
                          </w:p>
                        </w:tc>
                      </w:tr>
                      <w:tr w:rsidR="003A37E7" w:rsidRPr="009B251F"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15" w:type="dxa"/>
                            <w:gridSpan w:val="7"/>
                            <w:tcBorders>
                              <w:top w:val="double" w:sz="4" w:space="0" w:color="C0504D" w:themeColor="accent2"/>
                              <w:left w:val="double" w:sz="4" w:space="0" w:color="C0504D" w:themeColor="accent2"/>
                              <w:righ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FRESHMEN – SEMESTER 2</w:t>
                            </w:r>
                          </w:p>
                        </w:tc>
                      </w:tr>
                      <w:tr w:rsidR="003A37E7" w:rsidRPr="009B251F"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COURSE CODE</w:t>
                            </w:r>
                          </w:p>
                        </w:tc>
                        <w:tc>
                          <w:tcPr>
                            <w:tcW w:w="3240" w:type="dxa"/>
                            <w:gridSpan w:val="2"/>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COURSE TITLE</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CREDIT HOURS</w:t>
                            </w:r>
                          </w:p>
                        </w:tc>
                      </w:tr>
                      <w:tr w:rsidR="003A37E7" w:rsidRPr="009B251F"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ACC: 102</w:t>
                            </w:r>
                          </w:p>
                        </w:tc>
                        <w:tc>
                          <w:tcPr>
                            <w:tcW w:w="3240" w:type="dxa"/>
                            <w:gridSpan w:val="2"/>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INTRODUCTION TO ACCOUNTING II</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p>
                        </w:tc>
                      </w:tr>
                      <w:tr w:rsidR="003A37E7" w:rsidRPr="009B251F"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ECON 102</w:t>
                            </w:r>
                          </w:p>
                        </w:tc>
                        <w:tc>
                          <w:tcPr>
                            <w:tcW w:w="3240" w:type="dxa"/>
                            <w:gridSpan w:val="2"/>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INTRO TO MACRO ECONOMICS</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p>
                        </w:tc>
                      </w:tr>
                      <w:tr w:rsidR="003A37E7" w:rsidRPr="009B251F"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BUS 102</w:t>
                            </w:r>
                          </w:p>
                        </w:tc>
                        <w:tc>
                          <w:tcPr>
                            <w:tcW w:w="3240" w:type="dxa"/>
                            <w:gridSpan w:val="2"/>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ENTERPRENEURSHIP</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p>
                        </w:tc>
                      </w:tr>
                      <w:tr w:rsidR="003A37E7" w:rsidRPr="009B251F"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GEN 107</w:t>
                            </w:r>
                          </w:p>
                        </w:tc>
                        <w:tc>
                          <w:tcPr>
                            <w:tcW w:w="3240" w:type="dxa"/>
                            <w:gridSpan w:val="2"/>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CHRIATIAN ETHICS / MORAL VALUES</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p>
                        </w:tc>
                      </w:tr>
                      <w:tr w:rsidR="003A37E7" w:rsidRPr="009B251F"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SOS 102</w:t>
                            </w:r>
                          </w:p>
                        </w:tc>
                        <w:tc>
                          <w:tcPr>
                            <w:tcW w:w="3240" w:type="dxa"/>
                            <w:gridSpan w:val="2"/>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LIBERIA SOCIETY</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p>
                        </w:tc>
                      </w:tr>
                      <w:tr w:rsidR="003A37E7" w:rsidRPr="009B251F" w:rsidTr="004B18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MATH 102</w:t>
                            </w:r>
                          </w:p>
                        </w:tc>
                        <w:tc>
                          <w:tcPr>
                            <w:tcW w:w="3240" w:type="dxa"/>
                            <w:gridSpan w:val="2"/>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B251F">
                              <w:rPr>
                                <w:rFonts w:cs="Times New Roman"/>
                                <w:b/>
                                <w:sz w:val="20"/>
                                <w:szCs w:val="20"/>
                              </w:rPr>
                              <w:t>MATHEMATICS FOR DECISION MAKING</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p>
                        </w:tc>
                      </w:tr>
                      <w:tr w:rsidR="003A37E7" w:rsidRPr="009B251F" w:rsidTr="004B18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ENG 102</w:t>
                            </w:r>
                          </w:p>
                        </w:tc>
                        <w:tc>
                          <w:tcPr>
                            <w:tcW w:w="3240" w:type="dxa"/>
                            <w:gridSpan w:val="2"/>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B251F">
                              <w:rPr>
                                <w:rFonts w:cs="Times New Roman"/>
                                <w:b/>
                                <w:sz w:val="20"/>
                                <w:szCs w:val="20"/>
                              </w:rPr>
                              <w:t>ENGLISH &amp; COMMUNICATION SKILLS II</w:t>
                            </w:r>
                          </w:p>
                        </w:tc>
                        <w:tc>
                          <w:tcPr>
                            <w:tcW w:w="1635" w:type="dxa"/>
                            <w:gridSpan w:val="3"/>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p>
                        </w:tc>
                      </w:tr>
                      <w:tr w:rsidR="003A37E7" w:rsidRPr="009B251F" w:rsidTr="004B18E5">
                        <w:trPr>
                          <w:cnfStyle w:val="000000010000" w:firstRow="0" w:lastRow="0" w:firstColumn="0" w:lastColumn="0" w:oddVBand="0" w:evenVBand="0" w:oddHBand="0" w:evenHBand="1"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4680" w:type="dxa"/>
                            <w:gridSpan w:val="4"/>
                            <w:tcBorders>
                              <w:left w:val="double" w:sz="4" w:space="0" w:color="C0504D" w:themeColor="accent2"/>
                              <w:bottom w:val="double" w:sz="4" w:space="0" w:color="C0504D" w:themeColor="accent2"/>
                            </w:tcBorders>
                            <w:vAlign w:val="center"/>
                          </w:tcPr>
                          <w:p w:rsidR="003A37E7" w:rsidRPr="009B251F" w:rsidRDefault="003A37E7" w:rsidP="00F04C1D">
                            <w:pPr>
                              <w:jc w:val="center"/>
                              <w:rPr>
                                <w:rFonts w:cs="Times New Roman"/>
                                <w:sz w:val="20"/>
                                <w:szCs w:val="20"/>
                              </w:rPr>
                            </w:pPr>
                            <w:r w:rsidRPr="009B251F">
                              <w:rPr>
                                <w:rFonts w:cs="Times New Roman"/>
                                <w:sz w:val="20"/>
                                <w:szCs w:val="20"/>
                              </w:rPr>
                              <w:t>TOTAL CREDIT HOURS</w:t>
                            </w:r>
                          </w:p>
                        </w:tc>
                        <w:tc>
                          <w:tcPr>
                            <w:tcW w:w="1635" w:type="dxa"/>
                            <w:gridSpan w:val="3"/>
                            <w:tcBorders>
                              <w:bottom w:val="double" w:sz="4" w:space="0" w:color="C0504D" w:themeColor="accent2"/>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p>
                        </w:tc>
                      </w:tr>
                    </w:tbl>
                    <w:p w:rsidR="003A37E7" w:rsidRDefault="003A37E7"/>
                  </w:txbxContent>
                </v:textbox>
              </v:shape>
            </w:pict>
          </mc:Fallback>
        </mc:AlternateContent>
      </w: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2C30CC" w:rsidP="00412947">
      <w:pPr>
        <w:jc w:val="center"/>
      </w:pPr>
      <w:r>
        <w:rPr>
          <w:noProof/>
        </w:rPr>
        <w:lastRenderedPageBreak/>
        <mc:AlternateContent>
          <mc:Choice Requires="wps">
            <w:drawing>
              <wp:anchor distT="0" distB="0" distL="114300" distR="114300" simplePos="0" relativeHeight="251689984" behindDoc="0" locked="0" layoutInCell="1" allowOverlap="1" wp14:anchorId="033E832C" wp14:editId="103ADBCB">
                <wp:simplePos x="0" y="0"/>
                <wp:positionH relativeFrom="page">
                  <wp:posOffset>464499</wp:posOffset>
                </wp:positionH>
                <wp:positionV relativeFrom="paragraph">
                  <wp:posOffset>-828040</wp:posOffset>
                </wp:positionV>
                <wp:extent cx="3978234" cy="3450336"/>
                <wp:effectExtent l="0" t="0" r="3810" b="0"/>
                <wp:wrapNone/>
                <wp:docPr id="38" name="Text Box 38"/>
                <wp:cNvGraphicFramePr/>
                <a:graphic xmlns:a="http://schemas.openxmlformats.org/drawingml/2006/main">
                  <a:graphicData uri="http://schemas.microsoft.com/office/word/2010/wordprocessingShape">
                    <wps:wsp>
                      <wps:cNvSpPr txBox="1"/>
                      <wps:spPr>
                        <a:xfrm>
                          <a:off x="0" y="0"/>
                          <a:ext cx="3978234" cy="345033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135" w:type="dxa"/>
                              <w:tblInd w:w="-60" w:type="dxa"/>
                              <w:tblLayout w:type="fixed"/>
                              <w:tblLook w:val="04A0" w:firstRow="1" w:lastRow="0" w:firstColumn="1" w:lastColumn="0" w:noHBand="0" w:noVBand="1"/>
                            </w:tblPr>
                            <w:tblGrid>
                              <w:gridCol w:w="1440"/>
                              <w:gridCol w:w="3500"/>
                              <w:gridCol w:w="1195"/>
                            </w:tblGrid>
                            <w:tr w:rsidR="003A37E7" w:rsidRPr="009B251F" w:rsidTr="00C15C66">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13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9B251F" w:rsidRDefault="003A37E7" w:rsidP="00EC7D93">
                                  <w:pPr>
                                    <w:jc w:val="center"/>
                                    <w:rPr>
                                      <w:rFonts w:cs="Times New Roman"/>
                                      <w:color w:val="FF0000"/>
                                    </w:rPr>
                                  </w:pPr>
                                  <w:r w:rsidRPr="009B251F">
                                    <w:rPr>
                                      <w:rFonts w:cs="Times New Roman"/>
                                      <w:color w:val="FF0000"/>
                                    </w:rPr>
                                    <w:t>BSC-ACCOUTNG</w:t>
                                  </w:r>
                                </w:p>
                              </w:tc>
                            </w:tr>
                            <w:tr w:rsidR="003A37E7" w:rsidRPr="009B251F" w:rsidTr="00C15C6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13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sz w:val="20"/>
                                      <w:szCs w:val="20"/>
                                    </w:rPr>
                                    <w:t>SOPHOMRE YEAR (YEAR II) - FIRST SEMESTER</w:t>
                                  </w:r>
                                </w:p>
                              </w:tc>
                            </w:tr>
                            <w:tr w:rsidR="003A37E7" w:rsidRPr="009B251F" w:rsidTr="00C15C6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COURSE CODE</w:t>
                                  </w:r>
                                </w:p>
                              </w:tc>
                              <w:tc>
                                <w:tcPr>
                                  <w:tcW w:w="3500" w:type="dxa"/>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COURSE TITLE</w:t>
                                  </w:r>
                                </w:p>
                              </w:tc>
                              <w:tc>
                                <w:tcPr>
                                  <w:tcW w:w="1195" w:type="dxa"/>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CREDIT HOURS</w:t>
                                  </w:r>
                                </w:p>
                              </w:tc>
                            </w:tr>
                            <w:tr w:rsidR="003A37E7" w:rsidRPr="009B251F" w:rsidTr="00C15C6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GEN 107</w:t>
                                  </w:r>
                                </w:p>
                              </w:tc>
                              <w:tc>
                                <w:tcPr>
                                  <w:tcW w:w="3500" w:type="dxa"/>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DISCIPLESHIP  1</w:t>
                                  </w:r>
                                </w:p>
                              </w:tc>
                              <w:tc>
                                <w:tcPr>
                                  <w:tcW w:w="1195" w:type="dxa"/>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2</w:t>
                                  </w:r>
                                </w:p>
                              </w:tc>
                            </w:tr>
                            <w:tr w:rsidR="003A37E7" w:rsidRPr="009B251F" w:rsidTr="00C15C6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ACC: 201</w:t>
                                  </w:r>
                                </w:p>
                              </w:tc>
                              <w:tc>
                                <w:tcPr>
                                  <w:tcW w:w="3500" w:type="dxa"/>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PRINCIPLE OF ACCOUNTING</w:t>
                                  </w:r>
                                </w:p>
                              </w:tc>
                              <w:tc>
                                <w:tcPr>
                                  <w:tcW w:w="1195" w:type="dxa"/>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3</w:t>
                                  </w:r>
                                </w:p>
                              </w:tc>
                            </w:tr>
                            <w:tr w:rsidR="003A37E7" w:rsidRPr="009B251F" w:rsidTr="00C15C6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PADM 202</w:t>
                                  </w:r>
                                </w:p>
                              </w:tc>
                              <w:tc>
                                <w:tcPr>
                                  <w:tcW w:w="3500" w:type="dxa"/>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PUBLIC FINANCE</w:t>
                                  </w:r>
                                </w:p>
                              </w:tc>
                              <w:tc>
                                <w:tcPr>
                                  <w:tcW w:w="1195" w:type="dxa"/>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3</w:t>
                                  </w:r>
                                </w:p>
                              </w:tc>
                            </w:tr>
                            <w:tr w:rsidR="003A37E7" w:rsidRPr="009B251F" w:rsidTr="00C15C6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HRM 205</w:t>
                                  </w:r>
                                </w:p>
                              </w:tc>
                              <w:tc>
                                <w:tcPr>
                                  <w:tcW w:w="3500" w:type="dxa"/>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ORGANIZATION BEHAVIOR</w:t>
                                  </w:r>
                                </w:p>
                              </w:tc>
                              <w:tc>
                                <w:tcPr>
                                  <w:tcW w:w="1195" w:type="dxa"/>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3</w:t>
                                  </w:r>
                                </w:p>
                              </w:tc>
                            </w:tr>
                            <w:tr w:rsidR="003A37E7" w:rsidRPr="009B251F" w:rsidTr="00C15C6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BUS 201</w:t>
                                  </w:r>
                                </w:p>
                              </w:tc>
                              <w:tc>
                                <w:tcPr>
                                  <w:tcW w:w="3500" w:type="dxa"/>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PRINCIPLE OF MANAGEMENT I</w:t>
                                  </w:r>
                                </w:p>
                              </w:tc>
                              <w:tc>
                                <w:tcPr>
                                  <w:tcW w:w="1195" w:type="dxa"/>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3</w:t>
                                  </w:r>
                                </w:p>
                              </w:tc>
                            </w:tr>
                            <w:tr w:rsidR="003A37E7" w:rsidRPr="009B251F" w:rsidTr="00C15C6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ENG 201</w:t>
                                  </w:r>
                                </w:p>
                              </w:tc>
                              <w:tc>
                                <w:tcPr>
                                  <w:tcW w:w="3500" w:type="dxa"/>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SOPHOMORE ENGLISH</w:t>
                                  </w:r>
                                </w:p>
                              </w:tc>
                              <w:tc>
                                <w:tcPr>
                                  <w:tcW w:w="1195" w:type="dxa"/>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3</w:t>
                                  </w:r>
                                </w:p>
                              </w:tc>
                            </w:tr>
                            <w:tr w:rsidR="003A37E7" w:rsidRPr="009B251F" w:rsidTr="00C15C6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ECON 203</w:t>
                                  </w:r>
                                </w:p>
                              </w:tc>
                              <w:tc>
                                <w:tcPr>
                                  <w:tcW w:w="3500" w:type="dxa"/>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CALCULUS FOR NONE SCIENCE MAJOR</w:t>
                                  </w:r>
                                </w:p>
                              </w:tc>
                              <w:tc>
                                <w:tcPr>
                                  <w:tcW w:w="1195" w:type="dxa"/>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3</w:t>
                                  </w:r>
                                </w:p>
                              </w:tc>
                            </w:tr>
                            <w:tr w:rsidR="003A37E7" w:rsidRPr="009B251F" w:rsidTr="00C15C6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4940" w:type="dxa"/>
                                  <w:gridSpan w:val="2"/>
                                  <w:tcBorders>
                                    <w:left w:val="double" w:sz="4" w:space="0" w:color="C0504D" w:themeColor="accent2"/>
                                    <w:bottom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TOTAL CREDIT HOURS</w:t>
                                  </w:r>
                                </w:p>
                              </w:tc>
                              <w:tc>
                                <w:tcPr>
                                  <w:tcW w:w="1195" w:type="dxa"/>
                                  <w:tcBorders>
                                    <w:bottom w:val="double" w:sz="4" w:space="0" w:color="C0504D" w:themeColor="accent2"/>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3E832C" id="Text Box 38" o:spid="_x0000_s1082" type="#_x0000_t202" style="position:absolute;left:0;text-align:left;margin-left:36.55pt;margin-top:-65.2pt;width:313.25pt;height:271.7pt;z-index:251689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" fillcolor="white [3201]" stroked="f" strokeweight=".5pt">
                <v:textbox>
                  <w:txbxContent>
                    <w:tbl>
                      <w:tblPr>
                        <w:tblStyle w:val="LightGrid"/>
                        <w:tblW w:w="6135" w:type="dxa"/>
                        <w:tblInd w:w="-60" w:type="dxa"/>
                        <w:tblLayout w:type="fixed"/>
                        <w:tblLook w:val="04A0" w:firstRow="1" w:lastRow="0" w:firstColumn="1" w:lastColumn="0" w:noHBand="0" w:noVBand="1"/>
                      </w:tblPr>
                      <w:tblGrid>
                        <w:gridCol w:w="1440"/>
                        <w:gridCol w:w="3500"/>
                        <w:gridCol w:w="1195"/>
                      </w:tblGrid>
                      <w:tr w:rsidR="003A37E7" w:rsidRPr="009B251F" w:rsidTr="00C15C66">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135"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9B251F" w:rsidRDefault="003A37E7" w:rsidP="00EC7D93">
                            <w:pPr>
                              <w:jc w:val="center"/>
                              <w:rPr>
                                <w:rFonts w:cs="Times New Roman"/>
                                <w:color w:val="FF0000"/>
                              </w:rPr>
                            </w:pPr>
                            <w:r w:rsidRPr="009B251F">
                              <w:rPr>
                                <w:rFonts w:cs="Times New Roman"/>
                                <w:color w:val="FF0000"/>
                              </w:rPr>
                              <w:t>BSC-ACCOUTNG</w:t>
                            </w:r>
                          </w:p>
                        </w:tc>
                      </w:tr>
                      <w:tr w:rsidR="003A37E7" w:rsidRPr="009B251F" w:rsidTr="00C15C6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135"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sz w:val="20"/>
                                <w:szCs w:val="20"/>
                              </w:rPr>
                              <w:t>SOPHOMRE YEAR (YEAR II) - FIRST SEMESTER</w:t>
                            </w:r>
                          </w:p>
                        </w:tc>
                      </w:tr>
                      <w:tr w:rsidR="003A37E7" w:rsidRPr="009B251F" w:rsidTr="00C15C6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COURSE CODE</w:t>
                            </w:r>
                          </w:p>
                        </w:tc>
                        <w:tc>
                          <w:tcPr>
                            <w:tcW w:w="3500" w:type="dxa"/>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COURSE TITLE</w:t>
                            </w:r>
                          </w:p>
                        </w:tc>
                        <w:tc>
                          <w:tcPr>
                            <w:tcW w:w="1195" w:type="dxa"/>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CREDIT HOURS</w:t>
                            </w:r>
                          </w:p>
                        </w:tc>
                      </w:tr>
                      <w:tr w:rsidR="003A37E7" w:rsidRPr="009B251F" w:rsidTr="00C15C6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GEN 107</w:t>
                            </w:r>
                          </w:p>
                        </w:tc>
                        <w:tc>
                          <w:tcPr>
                            <w:tcW w:w="3500" w:type="dxa"/>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DISCIPLESHIP  1</w:t>
                            </w:r>
                          </w:p>
                        </w:tc>
                        <w:tc>
                          <w:tcPr>
                            <w:tcW w:w="1195" w:type="dxa"/>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2</w:t>
                            </w:r>
                          </w:p>
                        </w:tc>
                      </w:tr>
                      <w:tr w:rsidR="003A37E7" w:rsidRPr="009B251F" w:rsidTr="00C15C6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ACC: 201</w:t>
                            </w:r>
                          </w:p>
                        </w:tc>
                        <w:tc>
                          <w:tcPr>
                            <w:tcW w:w="3500" w:type="dxa"/>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PRINCIPLE OF ACCOUNTING</w:t>
                            </w:r>
                          </w:p>
                        </w:tc>
                        <w:tc>
                          <w:tcPr>
                            <w:tcW w:w="1195" w:type="dxa"/>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3</w:t>
                            </w:r>
                          </w:p>
                        </w:tc>
                      </w:tr>
                      <w:tr w:rsidR="003A37E7" w:rsidRPr="009B251F" w:rsidTr="00C15C6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PADM 202</w:t>
                            </w:r>
                          </w:p>
                        </w:tc>
                        <w:tc>
                          <w:tcPr>
                            <w:tcW w:w="3500" w:type="dxa"/>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PUBLIC FINANCE</w:t>
                            </w:r>
                          </w:p>
                        </w:tc>
                        <w:tc>
                          <w:tcPr>
                            <w:tcW w:w="1195" w:type="dxa"/>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3</w:t>
                            </w:r>
                          </w:p>
                        </w:tc>
                      </w:tr>
                      <w:tr w:rsidR="003A37E7" w:rsidRPr="009B251F" w:rsidTr="00C15C6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HRM 205</w:t>
                            </w:r>
                          </w:p>
                        </w:tc>
                        <w:tc>
                          <w:tcPr>
                            <w:tcW w:w="3500" w:type="dxa"/>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ORGANIZATION BEHAVIOR</w:t>
                            </w:r>
                          </w:p>
                        </w:tc>
                        <w:tc>
                          <w:tcPr>
                            <w:tcW w:w="1195" w:type="dxa"/>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3</w:t>
                            </w:r>
                          </w:p>
                        </w:tc>
                      </w:tr>
                      <w:tr w:rsidR="003A37E7" w:rsidRPr="009B251F" w:rsidTr="00C15C6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BUS 201</w:t>
                            </w:r>
                          </w:p>
                        </w:tc>
                        <w:tc>
                          <w:tcPr>
                            <w:tcW w:w="3500" w:type="dxa"/>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PRINCIPLE OF MANAGEMENT I</w:t>
                            </w:r>
                          </w:p>
                        </w:tc>
                        <w:tc>
                          <w:tcPr>
                            <w:tcW w:w="1195" w:type="dxa"/>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3</w:t>
                            </w:r>
                          </w:p>
                        </w:tc>
                      </w:tr>
                      <w:tr w:rsidR="003A37E7" w:rsidRPr="009B251F" w:rsidTr="00C15C6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ENG 201</w:t>
                            </w:r>
                          </w:p>
                        </w:tc>
                        <w:tc>
                          <w:tcPr>
                            <w:tcW w:w="3500" w:type="dxa"/>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SOPHOMORE ENGLISH</w:t>
                            </w:r>
                          </w:p>
                        </w:tc>
                        <w:tc>
                          <w:tcPr>
                            <w:tcW w:w="1195" w:type="dxa"/>
                            <w:tcBorders>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3</w:t>
                            </w:r>
                          </w:p>
                        </w:tc>
                      </w:tr>
                      <w:tr w:rsidR="003A37E7" w:rsidRPr="009B251F" w:rsidTr="00C15C66">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ECON 203</w:t>
                            </w:r>
                          </w:p>
                        </w:tc>
                        <w:tc>
                          <w:tcPr>
                            <w:tcW w:w="3500" w:type="dxa"/>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CALCULUS FOR NONE SCIENCE MAJOR</w:t>
                            </w:r>
                          </w:p>
                        </w:tc>
                        <w:tc>
                          <w:tcPr>
                            <w:tcW w:w="1195" w:type="dxa"/>
                            <w:tcBorders>
                              <w:right w:val="double" w:sz="4" w:space="0" w:color="C0504D" w:themeColor="accent2"/>
                            </w:tcBorders>
                            <w:vAlign w:val="center"/>
                          </w:tcPr>
                          <w:p w:rsidR="003A37E7" w:rsidRPr="009B251F" w:rsidRDefault="003A37E7" w:rsidP="00F04C1D">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3</w:t>
                            </w:r>
                          </w:p>
                        </w:tc>
                      </w:tr>
                      <w:tr w:rsidR="003A37E7" w:rsidRPr="009B251F" w:rsidTr="00C15C66">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4940" w:type="dxa"/>
                            <w:gridSpan w:val="2"/>
                            <w:tcBorders>
                              <w:left w:val="double" w:sz="4" w:space="0" w:color="C0504D" w:themeColor="accent2"/>
                              <w:bottom w:val="double" w:sz="4" w:space="0" w:color="C0504D" w:themeColor="accent2"/>
                            </w:tcBorders>
                            <w:vAlign w:val="center"/>
                          </w:tcPr>
                          <w:p w:rsidR="003A37E7" w:rsidRPr="009B251F" w:rsidRDefault="003A37E7" w:rsidP="00F04C1D">
                            <w:pPr>
                              <w:jc w:val="center"/>
                              <w:rPr>
                                <w:rFonts w:cs="Times New Roman"/>
                              </w:rPr>
                            </w:pPr>
                            <w:r w:rsidRPr="009B251F">
                              <w:rPr>
                                <w:rFonts w:cs="Times New Roman"/>
                              </w:rPr>
                              <w:t>TOTAL CREDIT HOURS</w:t>
                            </w:r>
                          </w:p>
                        </w:tc>
                        <w:tc>
                          <w:tcPr>
                            <w:tcW w:w="1195" w:type="dxa"/>
                            <w:tcBorders>
                              <w:bottom w:val="double" w:sz="4" w:space="0" w:color="C0504D" w:themeColor="accent2"/>
                              <w:right w:val="double" w:sz="4" w:space="0" w:color="C0504D" w:themeColor="accent2"/>
                            </w:tcBorders>
                            <w:vAlign w:val="center"/>
                          </w:tcPr>
                          <w:p w:rsidR="003A37E7" w:rsidRPr="009B251F" w:rsidRDefault="003A37E7" w:rsidP="00F04C1D">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20</w:t>
                            </w:r>
                          </w:p>
                        </w:tc>
                      </w:tr>
                    </w:tbl>
                    <w:p w:rsidR="003A37E7" w:rsidRDefault="003A37E7"/>
                  </w:txbxContent>
                </v:textbox>
                <w10:wrap anchorx="page"/>
              </v:shape>
            </w:pict>
          </mc:Fallback>
        </mc:AlternateContent>
      </w: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p>
    <w:p w:rsidR="00A24081" w:rsidRDefault="00A24081" w:rsidP="00412947">
      <w:pPr>
        <w:jc w:val="center"/>
      </w:pPr>
    </w:p>
    <w:p w:rsidR="00F04C1D" w:rsidRDefault="00F04C1D" w:rsidP="00412947">
      <w:pPr>
        <w:jc w:val="center"/>
      </w:pPr>
    </w:p>
    <w:p w:rsidR="00F04C1D" w:rsidRDefault="00C15C66" w:rsidP="00412947">
      <w:pPr>
        <w:jc w:val="center"/>
      </w:pPr>
      <w:r>
        <w:rPr>
          <w:noProof/>
        </w:rPr>
        <mc:AlternateContent>
          <mc:Choice Requires="wps">
            <w:drawing>
              <wp:anchor distT="0" distB="0" distL="114300" distR="114300" simplePos="0" relativeHeight="251691008" behindDoc="0" locked="0" layoutInCell="1" allowOverlap="1" wp14:anchorId="685CF8F4" wp14:editId="51C78C25">
                <wp:simplePos x="0" y="0"/>
                <wp:positionH relativeFrom="page">
                  <wp:posOffset>463296</wp:posOffset>
                </wp:positionH>
                <wp:positionV relativeFrom="paragraph">
                  <wp:posOffset>401320</wp:posOffset>
                </wp:positionV>
                <wp:extent cx="4346368" cy="4194048"/>
                <wp:effectExtent l="0" t="0" r="0" b="0"/>
                <wp:wrapNone/>
                <wp:docPr id="39" name="Text Box 39"/>
                <wp:cNvGraphicFramePr/>
                <a:graphic xmlns:a="http://schemas.openxmlformats.org/drawingml/2006/main">
                  <a:graphicData uri="http://schemas.microsoft.com/office/word/2010/wordprocessingShape">
                    <wps:wsp>
                      <wps:cNvSpPr txBox="1"/>
                      <wps:spPr>
                        <a:xfrm>
                          <a:off x="0" y="0"/>
                          <a:ext cx="4346368" cy="419404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110" w:type="dxa"/>
                              <w:tblInd w:w="-30" w:type="dxa"/>
                              <w:tblLayout w:type="fixed"/>
                              <w:tblLook w:val="04A0" w:firstRow="1" w:lastRow="0" w:firstColumn="1" w:lastColumn="0" w:noHBand="0" w:noVBand="1"/>
                            </w:tblPr>
                            <w:tblGrid>
                              <w:gridCol w:w="1440"/>
                              <w:gridCol w:w="3240"/>
                              <w:gridCol w:w="1430"/>
                            </w:tblGrid>
                            <w:tr w:rsidR="003A37E7" w:rsidRPr="00996B2A" w:rsidTr="00996B2A">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11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996B2A" w:rsidRDefault="003A37E7" w:rsidP="00B40A90">
                                  <w:pPr>
                                    <w:jc w:val="center"/>
                                    <w:rPr>
                                      <w:color w:val="FF0000"/>
                                    </w:rPr>
                                  </w:pPr>
                                  <w:r w:rsidRPr="00996B2A">
                                    <w:rPr>
                                      <w:color w:val="FF0000"/>
                                    </w:rPr>
                                    <w:t>BSc-ACCOUTNG</w:t>
                                  </w:r>
                                </w:p>
                              </w:tc>
                            </w:tr>
                            <w:tr w:rsidR="003A37E7" w:rsidRPr="00996B2A" w:rsidTr="00996B2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110"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996B2A" w:rsidRDefault="003A37E7" w:rsidP="00D65807">
                                  <w:pPr>
                                    <w:jc w:val="center"/>
                                  </w:pPr>
                                  <w:r>
                                    <w:rPr>
                                      <w:sz w:val="20"/>
                                      <w:szCs w:val="20"/>
                                    </w:rPr>
                                    <w:t>SOPHOMRE YEAR (YEAR II) - SECOND</w:t>
                                  </w:r>
                                  <w:r w:rsidRPr="009B29F2">
                                    <w:rPr>
                                      <w:sz w:val="20"/>
                                      <w:szCs w:val="20"/>
                                    </w:rPr>
                                    <w:t xml:space="preserve"> SEMESTER</w:t>
                                  </w:r>
                                </w:p>
                              </w:tc>
                            </w:tr>
                            <w:tr w:rsidR="003A37E7" w:rsidRPr="00996B2A" w:rsidTr="00996B2A">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D65807">
                                  <w:pPr>
                                    <w:jc w:val="center"/>
                                  </w:pPr>
                                  <w:r w:rsidRPr="00996B2A">
                                    <w:t>COURSE CODE</w:t>
                                  </w:r>
                                </w:p>
                              </w:tc>
                              <w:tc>
                                <w:tcPr>
                                  <w:tcW w:w="3240" w:type="dxa"/>
                                  <w:vAlign w:val="center"/>
                                </w:tcPr>
                                <w:p w:rsidR="003A37E7" w:rsidRPr="00996B2A"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996B2A">
                                    <w:rPr>
                                      <w:b/>
                                    </w:rPr>
                                    <w:t>COURSE TITLE</w:t>
                                  </w:r>
                                </w:p>
                              </w:tc>
                              <w:tc>
                                <w:tcPr>
                                  <w:tcW w:w="1430" w:type="dxa"/>
                                  <w:tcBorders>
                                    <w:right w:val="double" w:sz="4" w:space="0" w:color="C0504D" w:themeColor="accent2"/>
                                  </w:tcBorders>
                                  <w:vAlign w:val="center"/>
                                </w:tcPr>
                                <w:p w:rsidR="003A37E7" w:rsidRPr="00996B2A"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996B2A">
                                    <w:t>CREDIT HOURS</w:t>
                                  </w:r>
                                </w:p>
                              </w:tc>
                            </w:tr>
                            <w:tr w:rsidR="003A37E7" w:rsidRPr="00996B2A" w:rsidTr="00996B2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996B2A">
                                  <w:pPr>
                                    <w:jc w:val="center"/>
                                  </w:pPr>
                                  <w:r>
                                    <w:t>GEN 108</w:t>
                                  </w:r>
                                </w:p>
                              </w:tc>
                              <w:tc>
                                <w:tcPr>
                                  <w:tcW w:w="3240" w:type="dxa"/>
                                  <w:vAlign w:val="center"/>
                                </w:tcPr>
                                <w:p w:rsidR="003A37E7" w:rsidRDefault="003A37E7" w:rsidP="00996B2A">
                                  <w:pPr>
                                    <w:jc w:val="center"/>
                                    <w:cnfStyle w:val="000000100000" w:firstRow="0" w:lastRow="0" w:firstColumn="0" w:lastColumn="0" w:oddVBand="0" w:evenVBand="0" w:oddHBand="1" w:evenHBand="0" w:firstRowFirstColumn="0" w:firstRowLastColumn="0" w:lastRowFirstColumn="0" w:lastRowLastColumn="0"/>
                                  </w:pPr>
                                  <w:r>
                                    <w:t>DISCIPLESHIP  2</w:t>
                                  </w:r>
                                </w:p>
                              </w:tc>
                              <w:tc>
                                <w:tcPr>
                                  <w:tcW w:w="1430" w:type="dxa"/>
                                  <w:tcBorders>
                                    <w:right w:val="double" w:sz="4" w:space="0" w:color="C0504D" w:themeColor="accent2"/>
                                  </w:tcBorders>
                                  <w:vAlign w:val="center"/>
                                </w:tcPr>
                                <w:p w:rsidR="003A37E7" w:rsidRPr="00996B2A" w:rsidRDefault="003A37E7" w:rsidP="00996B2A">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996B2A" w:rsidTr="00996B2A">
                              <w:trPr>
                                <w:cnfStyle w:val="000000010000" w:firstRow="0" w:lastRow="0" w:firstColumn="0" w:lastColumn="0" w:oddVBand="0" w:evenVBand="0" w:oddHBand="0" w:evenHBand="1" w:firstRowFirstColumn="0" w:firstRowLastColumn="0" w:lastRowFirstColumn="0" w:lastRowLastColumn="0"/>
                                <w:trHeight w:val="36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996B2A">
                                  <w:pPr>
                                    <w:jc w:val="center"/>
                                  </w:pPr>
                                  <w:r w:rsidRPr="00996B2A">
                                    <w:rPr>
                                      <w:rFonts w:ascii="Bahnschrift" w:hAnsi="Bahnschrift"/>
                                    </w:rPr>
                                    <w:t>BUS 200</w:t>
                                  </w:r>
                                </w:p>
                              </w:tc>
                              <w:tc>
                                <w:tcPr>
                                  <w:tcW w:w="3240" w:type="dxa"/>
                                  <w:vAlign w:val="center"/>
                                </w:tcPr>
                                <w:p w:rsidR="003A37E7" w:rsidRPr="00996B2A"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996B2A">
                                    <w:rPr>
                                      <w:rFonts w:ascii="Bahnschrift" w:hAnsi="Bahnschrift"/>
                                    </w:rPr>
                                    <w:t>ENTERPRENEURSHIP II</w:t>
                                  </w:r>
                                </w:p>
                              </w:tc>
                              <w:tc>
                                <w:tcPr>
                                  <w:tcW w:w="1430" w:type="dxa"/>
                                  <w:tcBorders>
                                    <w:right w:val="double" w:sz="4" w:space="0" w:color="C0504D" w:themeColor="accent2"/>
                                  </w:tcBorders>
                                  <w:vAlign w:val="center"/>
                                </w:tcPr>
                                <w:p w:rsidR="003A37E7" w:rsidRPr="00996B2A"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996B2A">
                                    <w:t>3</w:t>
                                  </w:r>
                                </w:p>
                              </w:tc>
                            </w:tr>
                            <w:tr w:rsidR="003A37E7" w:rsidRPr="00996B2A" w:rsidTr="00996B2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996B2A">
                                  <w:pPr>
                                    <w:jc w:val="center"/>
                                  </w:pPr>
                                  <w:r w:rsidRPr="00996B2A">
                                    <w:rPr>
                                      <w:rFonts w:ascii="Bahnschrift" w:hAnsi="Bahnschrift"/>
                                    </w:rPr>
                                    <w:t>ACC 210</w:t>
                                  </w:r>
                                </w:p>
                              </w:tc>
                              <w:tc>
                                <w:tcPr>
                                  <w:tcW w:w="3240" w:type="dxa"/>
                                  <w:vAlign w:val="center"/>
                                </w:tcPr>
                                <w:p w:rsidR="003A37E7" w:rsidRPr="00996B2A"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996B2A">
                                    <w:rPr>
                                      <w:rFonts w:ascii="Bahnschrift" w:hAnsi="Bahnschrift"/>
                                    </w:rPr>
                                    <w:t>MANAGERIAL ACCOUNTING</w:t>
                                  </w:r>
                                </w:p>
                              </w:tc>
                              <w:tc>
                                <w:tcPr>
                                  <w:tcW w:w="1430" w:type="dxa"/>
                                  <w:tcBorders>
                                    <w:right w:val="double" w:sz="4" w:space="0" w:color="C0504D" w:themeColor="accent2"/>
                                  </w:tcBorders>
                                  <w:vAlign w:val="center"/>
                                </w:tcPr>
                                <w:p w:rsidR="003A37E7" w:rsidRPr="00996B2A"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996B2A">
                                    <w:t>3</w:t>
                                  </w:r>
                                </w:p>
                              </w:tc>
                            </w:tr>
                            <w:tr w:rsidR="003A37E7" w:rsidRPr="00996B2A" w:rsidTr="00996B2A">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996B2A">
                                  <w:pPr>
                                    <w:jc w:val="center"/>
                                    <w:rPr>
                                      <w:rFonts w:ascii="Bahnschrift" w:hAnsi="Bahnschrift"/>
                                    </w:rPr>
                                  </w:pPr>
                                  <w:r w:rsidRPr="00996B2A">
                                    <w:rPr>
                                      <w:rFonts w:ascii="Bahnschrift" w:hAnsi="Bahnschrift"/>
                                    </w:rPr>
                                    <w:t>ACC 202</w:t>
                                  </w:r>
                                </w:p>
                              </w:tc>
                              <w:tc>
                                <w:tcPr>
                                  <w:tcW w:w="3240" w:type="dxa"/>
                                  <w:vAlign w:val="center"/>
                                </w:tcPr>
                                <w:p w:rsidR="003A37E7" w:rsidRPr="00996B2A" w:rsidRDefault="003A37E7" w:rsidP="00996B2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rPr>
                                      <w:rFonts w:ascii="Bahnschrift" w:hAnsi="Bahnschrift"/>
                                    </w:rPr>
                                    <w:t>PRINCIPLE OF ACCOUNTING II</w:t>
                                  </w:r>
                                </w:p>
                              </w:tc>
                              <w:tc>
                                <w:tcPr>
                                  <w:tcW w:w="1430" w:type="dxa"/>
                                  <w:tcBorders>
                                    <w:right w:val="double" w:sz="4" w:space="0" w:color="C0504D" w:themeColor="accent2"/>
                                  </w:tcBorders>
                                  <w:vAlign w:val="center"/>
                                </w:tcPr>
                                <w:p w:rsidR="003A37E7" w:rsidRPr="00996B2A"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996B2A">
                                    <w:t>3</w:t>
                                  </w:r>
                                </w:p>
                              </w:tc>
                            </w:tr>
                            <w:tr w:rsidR="003A37E7" w:rsidRPr="00996B2A" w:rsidTr="00996B2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996B2A">
                                  <w:pPr>
                                    <w:jc w:val="center"/>
                                    <w:rPr>
                                      <w:rFonts w:ascii="Bahnschrift" w:hAnsi="Bahnschrift"/>
                                    </w:rPr>
                                  </w:pPr>
                                  <w:r w:rsidRPr="00996B2A">
                                    <w:rPr>
                                      <w:rFonts w:ascii="Bahnschrift" w:hAnsi="Bahnschrift"/>
                                    </w:rPr>
                                    <w:t>ACC 212</w:t>
                                  </w:r>
                                </w:p>
                              </w:tc>
                              <w:tc>
                                <w:tcPr>
                                  <w:tcW w:w="3240" w:type="dxa"/>
                                  <w:vAlign w:val="center"/>
                                </w:tcPr>
                                <w:p w:rsidR="003A37E7" w:rsidRPr="00996B2A" w:rsidRDefault="003A37E7" w:rsidP="00996B2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996B2A">
                                    <w:rPr>
                                      <w:rFonts w:ascii="Bahnschrift" w:hAnsi="Bahnschrift"/>
                                    </w:rPr>
                                    <w:t>COST ACCOUNTING</w:t>
                                  </w:r>
                                </w:p>
                              </w:tc>
                              <w:tc>
                                <w:tcPr>
                                  <w:tcW w:w="1430" w:type="dxa"/>
                                  <w:tcBorders>
                                    <w:right w:val="double" w:sz="4" w:space="0" w:color="C0504D" w:themeColor="accent2"/>
                                  </w:tcBorders>
                                  <w:vAlign w:val="center"/>
                                </w:tcPr>
                                <w:p w:rsidR="003A37E7" w:rsidRPr="00996B2A"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996B2A">
                                    <w:t>3</w:t>
                                  </w:r>
                                </w:p>
                              </w:tc>
                            </w:tr>
                            <w:tr w:rsidR="003A37E7" w:rsidRPr="00996B2A" w:rsidTr="00996B2A">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996B2A">
                                  <w:pPr>
                                    <w:jc w:val="center"/>
                                    <w:rPr>
                                      <w:rFonts w:ascii="Bahnschrift" w:hAnsi="Bahnschrift"/>
                                    </w:rPr>
                                  </w:pPr>
                                  <w:r w:rsidRPr="00996B2A">
                                    <w:rPr>
                                      <w:rFonts w:ascii="Bahnschrift" w:hAnsi="Bahnschrift"/>
                                    </w:rPr>
                                    <w:t>ACC 211</w:t>
                                  </w:r>
                                </w:p>
                              </w:tc>
                              <w:tc>
                                <w:tcPr>
                                  <w:tcW w:w="3240" w:type="dxa"/>
                                  <w:vAlign w:val="center"/>
                                </w:tcPr>
                                <w:p w:rsidR="003A37E7" w:rsidRPr="00996B2A" w:rsidRDefault="003A37E7" w:rsidP="00996B2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rPr>
                                      <w:rFonts w:ascii="Bahnschrift" w:hAnsi="Bahnschrift"/>
                                    </w:rPr>
                                    <w:t>INTERMEDIATE ACCOUNTING I</w:t>
                                  </w:r>
                                </w:p>
                              </w:tc>
                              <w:tc>
                                <w:tcPr>
                                  <w:tcW w:w="1430" w:type="dxa"/>
                                  <w:tcBorders>
                                    <w:right w:val="double" w:sz="4" w:space="0" w:color="C0504D" w:themeColor="accent2"/>
                                  </w:tcBorders>
                                  <w:vAlign w:val="center"/>
                                </w:tcPr>
                                <w:p w:rsidR="003A37E7" w:rsidRPr="00996B2A"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996B2A">
                                    <w:t>3</w:t>
                                  </w:r>
                                </w:p>
                              </w:tc>
                            </w:tr>
                            <w:tr w:rsidR="003A37E7" w:rsidRPr="00996B2A" w:rsidTr="00996B2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996B2A">
                                  <w:pPr>
                                    <w:jc w:val="center"/>
                                    <w:rPr>
                                      <w:rFonts w:ascii="Bahnschrift" w:hAnsi="Bahnschrift"/>
                                    </w:rPr>
                                  </w:pPr>
                                  <w:r w:rsidRPr="00996B2A">
                                    <w:rPr>
                                      <w:rFonts w:ascii="Bahnschrift" w:hAnsi="Bahnschrift"/>
                                    </w:rPr>
                                    <w:t>TCM 111</w:t>
                                  </w:r>
                                </w:p>
                              </w:tc>
                              <w:tc>
                                <w:tcPr>
                                  <w:tcW w:w="3240" w:type="dxa"/>
                                  <w:vAlign w:val="center"/>
                                </w:tcPr>
                                <w:p w:rsidR="003A37E7" w:rsidRPr="00996B2A"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996B2A">
                                    <w:rPr>
                                      <w:rFonts w:ascii="Bahnschrift" w:hAnsi="Bahnschrift"/>
                                    </w:rPr>
                                    <w:t>TOTAL MEANS CONCEPT</w:t>
                                  </w:r>
                                </w:p>
                              </w:tc>
                              <w:tc>
                                <w:tcPr>
                                  <w:tcW w:w="1430" w:type="dxa"/>
                                  <w:tcBorders>
                                    <w:right w:val="double" w:sz="4" w:space="0" w:color="C0504D" w:themeColor="accent2"/>
                                  </w:tcBorders>
                                  <w:vAlign w:val="center"/>
                                </w:tcPr>
                                <w:p w:rsidR="003A37E7" w:rsidRPr="00996B2A"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996B2A">
                                    <w:t>1</w:t>
                                  </w:r>
                                </w:p>
                              </w:tc>
                            </w:tr>
                            <w:tr w:rsidR="003A37E7" w:rsidRPr="00996B2A" w:rsidTr="00996B2A">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680" w:type="dxa"/>
                                  <w:gridSpan w:val="2"/>
                                  <w:tcBorders>
                                    <w:left w:val="double" w:sz="4" w:space="0" w:color="C0504D" w:themeColor="accent2"/>
                                    <w:bottom w:val="double" w:sz="4" w:space="0" w:color="C0504D" w:themeColor="accent2"/>
                                  </w:tcBorders>
                                  <w:vAlign w:val="center"/>
                                </w:tcPr>
                                <w:p w:rsidR="003A37E7" w:rsidRPr="00996B2A" w:rsidRDefault="003A37E7" w:rsidP="00996B2A">
                                  <w:pPr>
                                    <w:jc w:val="center"/>
                                  </w:pPr>
                                  <w:r w:rsidRPr="00996B2A">
                                    <w:t>TOTAL CREDIT HOURS</w:t>
                                  </w:r>
                                </w:p>
                              </w:tc>
                              <w:tc>
                                <w:tcPr>
                                  <w:tcW w:w="1430" w:type="dxa"/>
                                  <w:tcBorders>
                                    <w:bottom w:val="double" w:sz="4" w:space="0" w:color="C0504D" w:themeColor="accent2"/>
                                    <w:right w:val="double" w:sz="4" w:space="0" w:color="C0504D" w:themeColor="accent2"/>
                                  </w:tcBorders>
                                  <w:vAlign w:val="center"/>
                                </w:tcPr>
                                <w:p w:rsidR="003A37E7" w:rsidRPr="00996B2A" w:rsidRDefault="003A37E7" w:rsidP="00996B2A">
                                  <w:pPr>
                                    <w:jc w:val="center"/>
                                    <w:cnfStyle w:val="000000010000" w:firstRow="0" w:lastRow="0" w:firstColumn="0" w:lastColumn="0" w:oddVBand="0" w:evenVBand="0" w:oddHBand="0" w:evenHBand="1" w:firstRowFirstColumn="0" w:firstRowLastColumn="0" w:lastRowFirstColumn="0" w:lastRowLastColumn="0"/>
                                  </w:pPr>
                                  <w:r>
                                    <w:t>18</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5CF8F4" id="Text Box 39" o:spid="_x0000_s1083" type="#_x0000_t202" style="position:absolute;left:0;text-align:left;margin-left:36.5pt;margin-top:31.6pt;width:342.25pt;height:330.2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" fillcolor="white [3201]" stroked="f" strokeweight=".5pt">
                <v:textbox>
                  <w:txbxContent>
                    <w:tbl>
                      <w:tblPr>
                        <w:tblStyle w:val="LightGrid"/>
                        <w:tblW w:w="6110" w:type="dxa"/>
                        <w:tblInd w:w="-30" w:type="dxa"/>
                        <w:tblLayout w:type="fixed"/>
                        <w:tblLook w:val="04A0" w:firstRow="1" w:lastRow="0" w:firstColumn="1" w:lastColumn="0" w:noHBand="0" w:noVBand="1"/>
                      </w:tblPr>
                      <w:tblGrid>
                        <w:gridCol w:w="1440"/>
                        <w:gridCol w:w="3240"/>
                        <w:gridCol w:w="1430"/>
                      </w:tblGrid>
                      <w:tr w:rsidR="003A37E7" w:rsidRPr="00996B2A" w:rsidTr="00996B2A">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11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996B2A" w:rsidRDefault="003A37E7" w:rsidP="00B40A90">
                            <w:pPr>
                              <w:jc w:val="center"/>
                              <w:rPr>
                                <w:color w:val="FF0000"/>
                              </w:rPr>
                            </w:pPr>
                            <w:r w:rsidRPr="00996B2A">
                              <w:rPr>
                                <w:color w:val="FF0000"/>
                              </w:rPr>
                              <w:t>BSc-ACCOUTNG</w:t>
                            </w:r>
                          </w:p>
                        </w:tc>
                      </w:tr>
                      <w:tr w:rsidR="003A37E7" w:rsidRPr="00996B2A" w:rsidTr="00996B2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6110"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996B2A" w:rsidRDefault="003A37E7" w:rsidP="00D65807">
                            <w:pPr>
                              <w:jc w:val="center"/>
                            </w:pPr>
                            <w:r>
                              <w:rPr>
                                <w:sz w:val="20"/>
                                <w:szCs w:val="20"/>
                              </w:rPr>
                              <w:t>SOPHOMRE YEAR (YEAR II) - SECOND</w:t>
                            </w:r>
                            <w:r w:rsidRPr="009B29F2">
                              <w:rPr>
                                <w:sz w:val="20"/>
                                <w:szCs w:val="20"/>
                              </w:rPr>
                              <w:t xml:space="preserve"> SEMESTER</w:t>
                            </w:r>
                          </w:p>
                        </w:tc>
                      </w:tr>
                      <w:tr w:rsidR="003A37E7" w:rsidRPr="00996B2A" w:rsidTr="00996B2A">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D65807">
                            <w:pPr>
                              <w:jc w:val="center"/>
                            </w:pPr>
                            <w:r w:rsidRPr="00996B2A">
                              <w:t>COURSE CODE</w:t>
                            </w:r>
                          </w:p>
                        </w:tc>
                        <w:tc>
                          <w:tcPr>
                            <w:tcW w:w="3240" w:type="dxa"/>
                            <w:vAlign w:val="center"/>
                          </w:tcPr>
                          <w:p w:rsidR="003A37E7" w:rsidRPr="00996B2A"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996B2A">
                              <w:rPr>
                                <w:b/>
                              </w:rPr>
                              <w:t>COURSE TITLE</w:t>
                            </w:r>
                          </w:p>
                        </w:tc>
                        <w:tc>
                          <w:tcPr>
                            <w:tcW w:w="1430" w:type="dxa"/>
                            <w:tcBorders>
                              <w:right w:val="double" w:sz="4" w:space="0" w:color="C0504D" w:themeColor="accent2"/>
                            </w:tcBorders>
                            <w:vAlign w:val="center"/>
                          </w:tcPr>
                          <w:p w:rsidR="003A37E7" w:rsidRPr="00996B2A"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996B2A">
                              <w:t>CREDIT HOURS</w:t>
                            </w:r>
                          </w:p>
                        </w:tc>
                      </w:tr>
                      <w:tr w:rsidR="003A37E7" w:rsidRPr="00996B2A" w:rsidTr="00996B2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996B2A">
                            <w:pPr>
                              <w:jc w:val="center"/>
                            </w:pPr>
                            <w:r>
                              <w:t>GEN 108</w:t>
                            </w:r>
                          </w:p>
                        </w:tc>
                        <w:tc>
                          <w:tcPr>
                            <w:tcW w:w="3240" w:type="dxa"/>
                            <w:vAlign w:val="center"/>
                          </w:tcPr>
                          <w:p w:rsidR="003A37E7" w:rsidRDefault="003A37E7" w:rsidP="00996B2A">
                            <w:pPr>
                              <w:jc w:val="center"/>
                              <w:cnfStyle w:val="000000100000" w:firstRow="0" w:lastRow="0" w:firstColumn="0" w:lastColumn="0" w:oddVBand="0" w:evenVBand="0" w:oddHBand="1" w:evenHBand="0" w:firstRowFirstColumn="0" w:firstRowLastColumn="0" w:lastRowFirstColumn="0" w:lastRowLastColumn="0"/>
                            </w:pPr>
                            <w:r>
                              <w:t>DISCIPLESHIP  2</w:t>
                            </w:r>
                          </w:p>
                        </w:tc>
                        <w:tc>
                          <w:tcPr>
                            <w:tcW w:w="1430" w:type="dxa"/>
                            <w:tcBorders>
                              <w:right w:val="double" w:sz="4" w:space="0" w:color="C0504D" w:themeColor="accent2"/>
                            </w:tcBorders>
                            <w:vAlign w:val="center"/>
                          </w:tcPr>
                          <w:p w:rsidR="003A37E7" w:rsidRPr="00996B2A" w:rsidRDefault="003A37E7" w:rsidP="00996B2A">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996B2A" w:rsidTr="00996B2A">
                        <w:trPr>
                          <w:cnfStyle w:val="000000010000" w:firstRow="0" w:lastRow="0" w:firstColumn="0" w:lastColumn="0" w:oddVBand="0" w:evenVBand="0" w:oddHBand="0" w:evenHBand="1" w:firstRowFirstColumn="0" w:firstRowLastColumn="0" w:lastRowFirstColumn="0" w:lastRowLastColumn="0"/>
                          <w:trHeight w:val="36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996B2A">
                            <w:pPr>
                              <w:jc w:val="center"/>
                            </w:pPr>
                            <w:r w:rsidRPr="00996B2A">
                              <w:rPr>
                                <w:rFonts w:ascii="Bahnschrift" w:hAnsi="Bahnschrift"/>
                              </w:rPr>
                              <w:t>BUS 200</w:t>
                            </w:r>
                          </w:p>
                        </w:tc>
                        <w:tc>
                          <w:tcPr>
                            <w:tcW w:w="3240" w:type="dxa"/>
                            <w:vAlign w:val="center"/>
                          </w:tcPr>
                          <w:p w:rsidR="003A37E7" w:rsidRPr="00996B2A"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996B2A">
                              <w:rPr>
                                <w:rFonts w:ascii="Bahnschrift" w:hAnsi="Bahnschrift"/>
                              </w:rPr>
                              <w:t>ENTERPRENEURSHIP II</w:t>
                            </w:r>
                          </w:p>
                        </w:tc>
                        <w:tc>
                          <w:tcPr>
                            <w:tcW w:w="1430" w:type="dxa"/>
                            <w:tcBorders>
                              <w:right w:val="double" w:sz="4" w:space="0" w:color="C0504D" w:themeColor="accent2"/>
                            </w:tcBorders>
                            <w:vAlign w:val="center"/>
                          </w:tcPr>
                          <w:p w:rsidR="003A37E7" w:rsidRPr="00996B2A"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996B2A">
                              <w:t>3</w:t>
                            </w:r>
                          </w:p>
                        </w:tc>
                      </w:tr>
                      <w:tr w:rsidR="003A37E7" w:rsidRPr="00996B2A" w:rsidTr="00996B2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996B2A">
                            <w:pPr>
                              <w:jc w:val="center"/>
                            </w:pPr>
                            <w:r w:rsidRPr="00996B2A">
                              <w:rPr>
                                <w:rFonts w:ascii="Bahnschrift" w:hAnsi="Bahnschrift"/>
                              </w:rPr>
                              <w:t>ACC 210</w:t>
                            </w:r>
                          </w:p>
                        </w:tc>
                        <w:tc>
                          <w:tcPr>
                            <w:tcW w:w="3240" w:type="dxa"/>
                            <w:vAlign w:val="center"/>
                          </w:tcPr>
                          <w:p w:rsidR="003A37E7" w:rsidRPr="00996B2A"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996B2A">
                              <w:rPr>
                                <w:rFonts w:ascii="Bahnschrift" w:hAnsi="Bahnschrift"/>
                              </w:rPr>
                              <w:t>MANAGERIAL ACCOUNTING</w:t>
                            </w:r>
                          </w:p>
                        </w:tc>
                        <w:tc>
                          <w:tcPr>
                            <w:tcW w:w="1430" w:type="dxa"/>
                            <w:tcBorders>
                              <w:right w:val="double" w:sz="4" w:space="0" w:color="C0504D" w:themeColor="accent2"/>
                            </w:tcBorders>
                            <w:vAlign w:val="center"/>
                          </w:tcPr>
                          <w:p w:rsidR="003A37E7" w:rsidRPr="00996B2A"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996B2A">
                              <w:t>3</w:t>
                            </w:r>
                          </w:p>
                        </w:tc>
                      </w:tr>
                      <w:tr w:rsidR="003A37E7" w:rsidRPr="00996B2A" w:rsidTr="00996B2A">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996B2A">
                            <w:pPr>
                              <w:jc w:val="center"/>
                              <w:rPr>
                                <w:rFonts w:ascii="Bahnschrift" w:hAnsi="Bahnschrift"/>
                              </w:rPr>
                            </w:pPr>
                            <w:r w:rsidRPr="00996B2A">
                              <w:rPr>
                                <w:rFonts w:ascii="Bahnschrift" w:hAnsi="Bahnschrift"/>
                              </w:rPr>
                              <w:t>ACC 202</w:t>
                            </w:r>
                          </w:p>
                        </w:tc>
                        <w:tc>
                          <w:tcPr>
                            <w:tcW w:w="3240" w:type="dxa"/>
                            <w:vAlign w:val="center"/>
                          </w:tcPr>
                          <w:p w:rsidR="003A37E7" w:rsidRPr="00996B2A" w:rsidRDefault="003A37E7" w:rsidP="00996B2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rPr>
                                <w:rFonts w:ascii="Bahnschrift" w:hAnsi="Bahnschrift"/>
                              </w:rPr>
                              <w:t>PRINCIPLE OF ACCOUNTING II</w:t>
                            </w:r>
                          </w:p>
                        </w:tc>
                        <w:tc>
                          <w:tcPr>
                            <w:tcW w:w="1430" w:type="dxa"/>
                            <w:tcBorders>
                              <w:right w:val="double" w:sz="4" w:space="0" w:color="C0504D" w:themeColor="accent2"/>
                            </w:tcBorders>
                            <w:vAlign w:val="center"/>
                          </w:tcPr>
                          <w:p w:rsidR="003A37E7" w:rsidRPr="00996B2A"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996B2A">
                              <w:t>3</w:t>
                            </w:r>
                          </w:p>
                        </w:tc>
                      </w:tr>
                      <w:tr w:rsidR="003A37E7" w:rsidRPr="00996B2A" w:rsidTr="00996B2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996B2A">
                            <w:pPr>
                              <w:jc w:val="center"/>
                              <w:rPr>
                                <w:rFonts w:ascii="Bahnschrift" w:hAnsi="Bahnschrift"/>
                              </w:rPr>
                            </w:pPr>
                            <w:r w:rsidRPr="00996B2A">
                              <w:rPr>
                                <w:rFonts w:ascii="Bahnschrift" w:hAnsi="Bahnschrift"/>
                              </w:rPr>
                              <w:t>ACC 212</w:t>
                            </w:r>
                          </w:p>
                        </w:tc>
                        <w:tc>
                          <w:tcPr>
                            <w:tcW w:w="3240" w:type="dxa"/>
                            <w:vAlign w:val="center"/>
                          </w:tcPr>
                          <w:p w:rsidR="003A37E7" w:rsidRPr="00996B2A" w:rsidRDefault="003A37E7" w:rsidP="00996B2A">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996B2A">
                              <w:rPr>
                                <w:rFonts w:ascii="Bahnschrift" w:hAnsi="Bahnschrift"/>
                              </w:rPr>
                              <w:t>COST ACCOUNTING</w:t>
                            </w:r>
                          </w:p>
                        </w:tc>
                        <w:tc>
                          <w:tcPr>
                            <w:tcW w:w="1430" w:type="dxa"/>
                            <w:tcBorders>
                              <w:right w:val="double" w:sz="4" w:space="0" w:color="C0504D" w:themeColor="accent2"/>
                            </w:tcBorders>
                            <w:vAlign w:val="center"/>
                          </w:tcPr>
                          <w:p w:rsidR="003A37E7" w:rsidRPr="00996B2A"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996B2A">
                              <w:t>3</w:t>
                            </w:r>
                          </w:p>
                        </w:tc>
                      </w:tr>
                      <w:tr w:rsidR="003A37E7" w:rsidRPr="00996B2A" w:rsidTr="00996B2A">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996B2A">
                            <w:pPr>
                              <w:jc w:val="center"/>
                              <w:rPr>
                                <w:rFonts w:ascii="Bahnschrift" w:hAnsi="Bahnschrift"/>
                              </w:rPr>
                            </w:pPr>
                            <w:r w:rsidRPr="00996B2A">
                              <w:rPr>
                                <w:rFonts w:ascii="Bahnschrift" w:hAnsi="Bahnschrift"/>
                              </w:rPr>
                              <w:t>ACC 211</w:t>
                            </w:r>
                          </w:p>
                        </w:tc>
                        <w:tc>
                          <w:tcPr>
                            <w:tcW w:w="3240" w:type="dxa"/>
                            <w:vAlign w:val="center"/>
                          </w:tcPr>
                          <w:p w:rsidR="003A37E7" w:rsidRPr="00996B2A" w:rsidRDefault="003A37E7" w:rsidP="00996B2A">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996B2A">
                              <w:rPr>
                                <w:rFonts w:ascii="Bahnschrift" w:hAnsi="Bahnschrift"/>
                              </w:rPr>
                              <w:t>INTERMEDIATE ACCOUNTING I</w:t>
                            </w:r>
                          </w:p>
                        </w:tc>
                        <w:tc>
                          <w:tcPr>
                            <w:tcW w:w="1430" w:type="dxa"/>
                            <w:tcBorders>
                              <w:right w:val="double" w:sz="4" w:space="0" w:color="C0504D" w:themeColor="accent2"/>
                            </w:tcBorders>
                            <w:vAlign w:val="center"/>
                          </w:tcPr>
                          <w:p w:rsidR="003A37E7" w:rsidRPr="00996B2A" w:rsidRDefault="003A37E7" w:rsidP="00996B2A">
                            <w:pPr>
                              <w:jc w:val="center"/>
                              <w:cnfStyle w:val="000000010000" w:firstRow="0" w:lastRow="0" w:firstColumn="0" w:lastColumn="0" w:oddVBand="0" w:evenVBand="0" w:oddHBand="0" w:evenHBand="1" w:firstRowFirstColumn="0" w:firstRowLastColumn="0" w:lastRowFirstColumn="0" w:lastRowLastColumn="0"/>
                            </w:pPr>
                            <w:r w:rsidRPr="00996B2A">
                              <w:t>3</w:t>
                            </w:r>
                          </w:p>
                        </w:tc>
                      </w:tr>
                      <w:tr w:rsidR="003A37E7" w:rsidRPr="00996B2A" w:rsidTr="00996B2A">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996B2A" w:rsidRDefault="003A37E7" w:rsidP="00996B2A">
                            <w:pPr>
                              <w:jc w:val="center"/>
                              <w:rPr>
                                <w:rFonts w:ascii="Bahnschrift" w:hAnsi="Bahnschrift"/>
                              </w:rPr>
                            </w:pPr>
                            <w:r w:rsidRPr="00996B2A">
                              <w:rPr>
                                <w:rFonts w:ascii="Bahnschrift" w:hAnsi="Bahnschrift"/>
                              </w:rPr>
                              <w:t>TCM 111</w:t>
                            </w:r>
                          </w:p>
                        </w:tc>
                        <w:tc>
                          <w:tcPr>
                            <w:tcW w:w="3240" w:type="dxa"/>
                            <w:vAlign w:val="center"/>
                          </w:tcPr>
                          <w:p w:rsidR="003A37E7" w:rsidRPr="00996B2A"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996B2A">
                              <w:rPr>
                                <w:rFonts w:ascii="Bahnschrift" w:hAnsi="Bahnschrift"/>
                              </w:rPr>
                              <w:t>TOTAL MEANS CONCEPT</w:t>
                            </w:r>
                          </w:p>
                        </w:tc>
                        <w:tc>
                          <w:tcPr>
                            <w:tcW w:w="1430" w:type="dxa"/>
                            <w:tcBorders>
                              <w:right w:val="double" w:sz="4" w:space="0" w:color="C0504D" w:themeColor="accent2"/>
                            </w:tcBorders>
                            <w:vAlign w:val="center"/>
                          </w:tcPr>
                          <w:p w:rsidR="003A37E7" w:rsidRPr="00996B2A" w:rsidRDefault="003A37E7" w:rsidP="00996B2A">
                            <w:pPr>
                              <w:jc w:val="center"/>
                              <w:cnfStyle w:val="000000100000" w:firstRow="0" w:lastRow="0" w:firstColumn="0" w:lastColumn="0" w:oddVBand="0" w:evenVBand="0" w:oddHBand="1" w:evenHBand="0" w:firstRowFirstColumn="0" w:firstRowLastColumn="0" w:lastRowFirstColumn="0" w:lastRowLastColumn="0"/>
                            </w:pPr>
                            <w:r w:rsidRPr="00996B2A">
                              <w:t>1</w:t>
                            </w:r>
                          </w:p>
                        </w:tc>
                      </w:tr>
                      <w:tr w:rsidR="003A37E7" w:rsidRPr="00996B2A" w:rsidTr="00996B2A">
                        <w:trPr>
                          <w:cnfStyle w:val="000000010000" w:firstRow="0" w:lastRow="0" w:firstColumn="0" w:lastColumn="0" w:oddVBand="0" w:evenVBand="0" w:oddHBand="0" w:evenHBand="1"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680" w:type="dxa"/>
                            <w:gridSpan w:val="2"/>
                            <w:tcBorders>
                              <w:left w:val="double" w:sz="4" w:space="0" w:color="C0504D" w:themeColor="accent2"/>
                              <w:bottom w:val="double" w:sz="4" w:space="0" w:color="C0504D" w:themeColor="accent2"/>
                            </w:tcBorders>
                            <w:vAlign w:val="center"/>
                          </w:tcPr>
                          <w:p w:rsidR="003A37E7" w:rsidRPr="00996B2A" w:rsidRDefault="003A37E7" w:rsidP="00996B2A">
                            <w:pPr>
                              <w:jc w:val="center"/>
                            </w:pPr>
                            <w:r w:rsidRPr="00996B2A">
                              <w:t>TOTAL CREDIT HOURS</w:t>
                            </w:r>
                          </w:p>
                        </w:tc>
                        <w:tc>
                          <w:tcPr>
                            <w:tcW w:w="1430" w:type="dxa"/>
                            <w:tcBorders>
                              <w:bottom w:val="double" w:sz="4" w:space="0" w:color="C0504D" w:themeColor="accent2"/>
                              <w:right w:val="double" w:sz="4" w:space="0" w:color="C0504D" w:themeColor="accent2"/>
                            </w:tcBorders>
                            <w:vAlign w:val="center"/>
                          </w:tcPr>
                          <w:p w:rsidR="003A37E7" w:rsidRPr="00996B2A" w:rsidRDefault="003A37E7" w:rsidP="00996B2A">
                            <w:pPr>
                              <w:jc w:val="center"/>
                              <w:cnfStyle w:val="000000010000" w:firstRow="0" w:lastRow="0" w:firstColumn="0" w:lastColumn="0" w:oddVBand="0" w:evenVBand="0" w:oddHBand="0" w:evenHBand="1" w:firstRowFirstColumn="0" w:firstRowLastColumn="0" w:lastRowFirstColumn="0" w:lastRowLastColumn="0"/>
                            </w:pPr>
                            <w:r>
                              <w:t>18</w:t>
                            </w:r>
                          </w:p>
                        </w:tc>
                      </w:tr>
                    </w:tbl>
                    <w:p w:rsidR="003A37E7" w:rsidRDefault="003A37E7"/>
                  </w:txbxContent>
                </v:textbox>
                <w10:wrap anchorx="page"/>
              </v:shape>
            </w:pict>
          </mc:Fallback>
        </mc:AlternateContent>
      </w:r>
    </w:p>
    <w:p w:rsidR="00F04C1D" w:rsidRDefault="00F04C1D" w:rsidP="00412947">
      <w:pPr>
        <w:jc w:val="center"/>
      </w:pPr>
    </w:p>
    <w:p w:rsidR="00F04C1D" w:rsidRDefault="00F04C1D" w:rsidP="00412947">
      <w:pPr>
        <w:jc w:val="center"/>
      </w:pPr>
    </w:p>
    <w:p w:rsidR="00F04C1D" w:rsidRDefault="00F04C1D" w:rsidP="00412947">
      <w:pPr>
        <w:jc w:val="center"/>
      </w:pPr>
    </w:p>
    <w:p w:rsidR="00F04C1D" w:rsidRDefault="00F04C1D" w:rsidP="00412947">
      <w:pPr>
        <w:jc w:val="center"/>
      </w:pPr>
    </w:p>
    <w:p w:rsidR="00F04C1D" w:rsidRDefault="00F04C1D" w:rsidP="00412947">
      <w:pPr>
        <w:jc w:val="center"/>
      </w:pPr>
    </w:p>
    <w:p w:rsidR="00F04C1D" w:rsidRDefault="00F04C1D" w:rsidP="00412947">
      <w:pPr>
        <w:jc w:val="center"/>
      </w:pPr>
    </w:p>
    <w:p w:rsidR="00F04C1D" w:rsidRDefault="00F04C1D" w:rsidP="00412947">
      <w:pPr>
        <w:jc w:val="center"/>
      </w:pPr>
    </w:p>
    <w:p w:rsidR="00F04C1D" w:rsidRDefault="00F04C1D" w:rsidP="00412947">
      <w:pPr>
        <w:jc w:val="center"/>
      </w:pPr>
    </w:p>
    <w:p w:rsidR="00F04C1D" w:rsidRDefault="00F04C1D" w:rsidP="00412947">
      <w:pPr>
        <w:jc w:val="center"/>
      </w:pPr>
    </w:p>
    <w:p w:rsidR="00F04C1D" w:rsidRDefault="00F04C1D" w:rsidP="00412947">
      <w:pPr>
        <w:jc w:val="center"/>
      </w:pPr>
    </w:p>
    <w:p w:rsidR="00F04C1D" w:rsidRDefault="00F04C1D" w:rsidP="00412947">
      <w:pPr>
        <w:jc w:val="center"/>
      </w:pPr>
    </w:p>
    <w:p w:rsidR="00F04C1D" w:rsidRDefault="009B251F" w:rsidP="00412947">
      <w:pPr>
        <w:jc w:val="center"/>
      </w:pPr>
      <w:r>
        <w:rPr>
          <w:noProof/>
        </w:rPr>
        <w:lastRenderedPageBreak/>
        <mc:AlternateContent>
          <mc:Choice Requires="wps">
            <w:drawing>
              <wp:anchor distT="0" distB="0" distL="114300" distR="114300" simplePos="0" relativeHeight="251692032" behindDoc="0" locked="0" layoutInCell="1" allowOverlap="1" wp14:anchorId="275B8843" wp14:editId="7D872849">
                <wp:simplePos x="0" y="0"/>
                <wp:positionH relativeFrom="margin">
                  <wp:posOffset>-489552</wp:posOffset>
                </wp:positionH>
                <wp:positionV relativeFrom="paragraph">
                  <wp:posOffset>-815975</wp:posOffset>
                </wp:positionV>
                <wp:extent cx="4227615" cy="3730752"/>
                <wp:effectExtent l="0" t="0" r="1905" b="3175"/>
                <wp:wrapNone/>
                <wp:docPr id="40" name="Text Box 40"/>
                <wp:cNvGraphicFramePr/>
                <a:graphic xmlns:a="http://schemas.openxmlformats.org/drawingml/2006/main">
                  <a:graphicData uri="http://schemas.microsoft.com/office/word/2010/wordprocessingShape">
                    <wps:wsp>
                      <wps:cNvSpPr txBox="1"/>
                      <wps:spPr>
                        <a:xfrm>
                          <a:off x="0" y="0"/>
                          <a:ext cx="4227615" cy="373075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110" w:type="dxa"/>
                              <w:tblLayout w:type="fixed"/>
                              <w:tblLook w:val="04A0" w:firstRow="1" w:lastRow="0" w:firstColumn="1" w:lastColumn="0" w:noHBand="0" w:noVBand="1"/>
                            </w:tblPr>
                            <w:tblGrid>
                              <w:gridCol w:w="1440"/>
                              <w:gridCol w:w="3240"/>
                              <w:gridCol w:w="1430"/>
                            </w:tblGrid>
                            <w:tr w:rsidR="003A37E7" w:rsidRPr="00A04D47" w:rsidTr="00B40A90">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11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A04D47" w:rsidRDefault="003A37E7" w:rsidP="00EC7D93">
                                  <w:pPr>
                                    <w:jc w:val="center"/>
                                    <w:rPr>
                                      <w:color w:val="FF0000"/>
                                    </w:rPr>
                                  </w:pPr>
                                  <w:r w:rsidRPr="00A04D47">
                                    <w:rPr>
                                      <w:color w:val="FF0000"/>
                                    </w:rPr>
                                    <w:t>BSc-ACCOUTNG</w:t>
                                  </w:r>
                                </w:p>
                              </w:tc>
                            </w:tr>
                            <w:tr w:rsidR="003A37E7" w:rsidRPr="00A04D47" w:rsidTr="00B40A90">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110"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A04D47" w:rsidRDefault="003A37E7" w:rsidP="00D65807">
                                  <w:pPr>
                                    <w:jc w:val="center"/>
                                  </w:pPr>
                                  <w:r>
                                    <w:rPr>
                                      <w:sz w:val="20"/>
                                      <w:szCs w:val="20"/>
                                    </w:rPr>
                                    <w:t>JUNIOR YEAR (YEAR III) - FIRST</w:t>
                                  </w:r>
                                  <w:r w:rsidRPr="009B29F2">
                                    <w:rPr>
                                      <w:sz w:val="20"/>
                                      <w:szCs w:val="20"/>
                                    </w:rPr>
                                    <w:t xml:space="preserve"> SEMESTER</w:t>
                                  </w:r>
                                </w:p>
                              </w:tc>
                            </w:tr>
                            <w:tr w:rsidR="003A37E7" w:rsidRPr="00A04D47" w:rsidTr="00B40A90">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pPr>
                                  <w:r w:rsidRPr="00A04D47">
                                    <w:t>COURSE CODE</w:t>
                                  </w:r>
                                </w:p>
                              </w:tc>
                              <w:tc>
                                <w:tcPr>
                                  <w:tcW w:w="3240" w:type="dxa"/>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rPr>
                                      <w:b/>
                                    </w:rPr>
                                    <w:t>COURSE TITLE</w:t>
                                  </w:r>
                                </w:p>
                              </w:tc>
                              <w:tc>
                                <w:tcPr>
                                  <w:tcW w:w="1430" w:type="dxa"/>
                                  <w:tcBorders>
                                    <w:right w:val="double" w:sz="4" w:space="0" w:color="C0504D" w:themeColor="accent2"/>
                                  </w:tcBorders>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t>CREDIT HOURS</w:t>
                                  </w:r>
                                </w:p>
                              </w:tc>
                            </w:tr>
                            <w:tr w:rsidR="003A37E7" w:rsidRPr="00A04D47" w:rsidTr="00B40A90">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pPr>
                                  <w:r>
                                    <w:t>GEN 107</w:t>
                                  </w:r>
                                </w:p>
                              </w:tc>
                              <w:tc>
                                <w:tcPr>
                                  <w:tcW w:w="3240" w:type="dxa"/>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rPr>
                                      <w:b/>
                                    </w:rPr>
                                  </w:pPr>
                                  <w:r w:rsidRPr="00A04D47">
                                    <w:rPr>
                                      <w:b/>
                                    </w:rPr>
                                    <w:t>DYNAMIC OF FAITH 1</w:t>
                                  </w:r>
                                </w:p>
                              </w:tc>
                              <w:tc>
                                <w:tcPr>
                                  <w:tcW w:w="1430" w:type="dxa"/>
                                  <w:tcBorders>
                                    <w:right w:val="double" w:sz="4" w:space="0" w:color="C0504D" w:themeColor="accent2"/>
                                  </w:tcBorders>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A04D47" w:rsidTr="00B40A90">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5C5759" w:rsidP="00D65807">
                                  <w:pPr>
                                    <w:jc w:val="center"/>
                                  </w:pPr>
                                  <w:r>
                                    <w:t>MINOR</w:t>
                                  </w:r>
                                </w:p>
                              </w:tc>
                              <w:tc>
                                <w:tcPr>
                                  <w:tcW w:w="3240" w:type="dxa"/>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p>
                              </w:tc>
                              <w:tc>
                                <w:tcPr>
                                  <w:tcW w:w="1430" w:type="dxa"/>
                                  <w:tcBorders>
                                    <w:right w:val="double" w:sz="4" w:space="0" w:color="C0504D" w:themeColor="accent2"/>
                                  </w:tcBorders>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t>3</w:t>
                                  </w:r>
                                </w:p>
                              </w:tc>
                            </w:tr>
                            <w:tr w:rsidR="003A37E7" w:rsidRPr="00A04D47" w:rsidTr="00B40A90">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pPr>
                                  <w:r w:rsidRPr="00A04D47">
                                    <w:t>ACC 301</w:t>
                                  </w:r>
                                </w:p>
                              </w:tc>
                              <w:tc>
                                <w:tcPr>
                                  <w:tcW w:w="3240" w:type="dxa"/>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pPr>
                                  <w:r w:rsidRPr="00A04D47">
                                    <w:t>COST ACCOUNTING I</w:t>
                                  </w:r>
                                </w:p>
                              </w:tc>
                              <w:tc>
                                <w:tcPr>
                                  <w:tcW w:w="1430" w:type="dxa"/>
                                  <w:tcBorders>
                                    <w:right w:val="double" w:sz="4" w:space="0" w:color="C0504D" w:themeColor="accent2"/>
                                  </w:tcBorders>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A04D47" w:rsidTr="00B40A90">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pPr>
                                  <w:r w:rsidRPr="00A04D47">
                                    <w:t>BUS 303</w:t>
                                  </w:r>
                                </w:p>
                              </w:tc>
                              <w:tc>
                                <w:tcPr>
                                  <w:tcW w:w="3240" w:type="dxa"/>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t>BUSINESS AND CORPORATE LAW</w:t>
                                  </w:r>
                                </w:p>
                              </w:tc>
                              <w:tc>
                                <w:tcPr>
                                  <w:tcW w:w="1430" w:type="dxa"/>
                                  <w:tcBorders>
                                    <w:right w:val="double" w:sz="4" w:space="0" w:color="C0504D" w:themeColor="accent2"/>
                                  </w:tcBorders>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t>3</w:t>
                                  </w:r>
                                </w:p>
                              </w:tc>
                            </w:tr>
                            <w:tr w:rsidR="003A37E7" w:rsidRPr="00A04D47" w:rsidTr="00B40A90">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rPr>
                                      <w:rFonts w:ascii="Bahnschrift" w:hAnsi="Bahnschrift"/>
                                    </w:rPr>
                                  </w:pPr>
                                  <w:r w:rsidRPr="00A04D47">
                                    <w:rPr>
                                      <w:rFonts w:ascii="Bahnschrift" w:hAnsi="Bahnschrift"/>
                                    </w:rPr>
                                    <w:t>BUS 314</w:t>
                                  </w:r>
                                </w:p>
                              </w:tc>
                              <w:tc>
                                <w:tcPr>
                                  <w:tcW w:w="3240" w:type="dxa"/>
                                  <w:vAlign w:val="center"/>
                                </w:tcPr>
                                <w:p w:rsidR="003A37E7" w:rsidRPr="00A04D47" w:rsidRDefault="003A37E7" w:rsidP="00E55DAC">
                                  <w:pPr>
                                    <w:cnfStyle w:val="000000100000" w:firstRow="0" w:lastRow="0" w:firstColumn="0" w:lastColumn="0" w:oddVBand="0" w:evenVBand="0" w:oddHBand="1" w:evenHBand="0" w:firstRowFirstColumn="0" w:firstRowLastColumn="0" w:lastRowFirstColumn="0" w:lastRowLastColumn="0"/>
                                    <w:rPr>
                                      <w:rFonts w:ascii="Bahnschrift" w:hAnsi="Bahnschrift"/>
                                    </w:rPr>
                                  </w:pPr>
                                  <w:r w:rsidRPr="00A04D47">
                                    <w:rPr>
                                      <w:rFonts w:ascii="Bahnschrift" w:hAnsi="Bahnschrift"/>
                                    </w:rPr>
                                    <w:t>SOCIAL SCIENCE STATISTICS</w:t>
                                  </w:r>
                                </w:p>
                              </w:tc>
                              <w:tc>
                                <w:tcPr>
                                  <w:tcW w:w="1430" w:type="dxa"/>
                                  <w:tcBorders>
                                    <w:right w:val="double" w:sz="4" w:space="0" w:color="C0504D" w:themeColor="accent2"/>
                                  </w:tcBorders>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pPr>
                                  <w:r w:rsidRPr="00A04D47">
                                    <w:t>3</w:t>
                                  </w:r>
                                </w:p>
                              </w:tc>
                            </w:tr>
                            <w:tr w:rsidR="003A37E7" w:rsidRPr="00A04D47" w:rsidTr="00B40A90">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rPr>
                                      <w:rFonts w:ascii="Bahnschrift" w:hAnsi="Bahnschrift"/>
                                    </w:rPr>
                                  </w:pPr>
                                  <w:r w:rsidRPr="00A04D47">
                                    <w:rPr>
                                      <w:rFonts w:ascii="Bahnschrift" w:hAnsi="Bahnschrift"/>
                                    </w:rPr>
                                    <w:t>ACC 309</w:t>
                                  </w:r>
                                </w:p>
                              </w:tc>
                              <w:tc>
                                <w:tcPr>
                                  <w:tcW w:w="3240" w:type="dxa"/>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A04D47">
                                    <w:rPr>
                                      <w:rFonts w:ascii="Bahnschrift" w:hAnsi="Bahnschrift"/>
                                    </w:rPr>
                                    <w:t>TAX MANAGEMENT I</w:t>
                                  </w:r>
                                </w:p>
                              </w:tc>
                              <w:tc>
                                <w:tcPr>
                                  <w:tcW w:w="1430" w:type="dxa"/>
                                  <w:tcBorders>
                                    <w:right w:val="double" w:sz="4" w:space="0" w:color="C0504D" w:themeColor="accent2"/>
                                  </w:tcBorders>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t>3</w:t>
                                  </w:r>
                                </w:p>
                              </w:tc>
                            </w:tr>
                            <w:tr w:rsidR="003A37E7" w:rsidRPr="00A04D47" w:rsidTr="00B40A90">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rPr>
                                      <w:rFonts w:ascii="Bahnschrift" w:hAnsi="Bahnschrift"/>
                                    </w:rPr>
                                  </w:pPr>
                                  <w:r w:rsidRPr="00A04D47">
                                    <w:rPr>
                                      <w:rFonts w:ascii="Bahnschrift" w:hAnsi="Bahnschrift"/>
                                    </w:rPr>
                                    <w:t>ACC 302</w:t>
                                  </w:r>
                                </w:p>
                              </w:tc>
                              <w:tc>
                                <w:tcPr>
                                  <w:tcW w:w="3240" w:type="dxa"/>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A04D47">
                                    <w:rPr>
                                      <w:rFonts w:ascii="Bahnschrift" w:hAnsi="Bahnschrift"/>
                                    </w:rPr>
                                    <w:t>COST ACCOUNTING II</w:t>
                                  </w:r>
                                </w:p>
                              </w:tc>
                              <w:tc>
                                <w:tcPr>
                                  <w:tcW w:w="1430" w:type="dxa"/>
                                  <w:tcBorders>
                                    <w:right w:val="double" w:sz="4" w:space="0" w:color="C0504D" w:themeColor="accent2"/>
                                  </w:tcBorders>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pPr>
                                  <w:r w:rsidRPr="00A04D47">
                                    <w:t>3</w:t>
                                  </w:r>
                                </w:p>
                              </w:tc>
                            </w:tr>
                            <w:tr w:rsidR="003A37E7" w:rsidRPr="00A04D47" w:rsidTr="00B40A90">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rPr>
                                      <w:rFonts w:ascii="Bahnschrift" w:hAnsi="Bahnschrift"/>
                                    </w:rPr>
                                  </w:pPr>
                                  <w:r w:rsidRPr="00A04D47">
                                    <w:rPr>
                                      <w:rFonts w:ascii="Bahnschrift" w:hAnsi="Bahnschrift"/>
                                    </w:rPr>
                                    <w:t>ACC 307</w:t>
                                  </w:r>
                                </w:p>
                              </w:tc>
                              <w:tc>
                                <w:tcPr>
                                  <w:tcW w:w="3240" w:type="dxa"/>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rPr>
                                      <w:rFonts w:ascii="Bahnschrift" w:hAnsi="Bahnschrift"/>
                                    </w:rPr>
                                    <w:t>PRINCIPLES OF AUDITING I</w:t>
                                  </w:r>
                                </w:p>
                              </w:tc>
                              <w:tc>
                                <w:tcPr>
                                  <w:tcW w:w="1430" w:type="dxa"/>
                                  <w:tcBorders>
                                    <w:right w:val="double" w:sz="4" w:space="0" w:color="C0504D" w:themeColor="accent2"/>
                                  </w:tcBorders>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t>3</w:t>
                                  </w:r>
                                </w:p>
                              </w:tc>
                            </w:tr>
                            <w:tr w:rsidR="003A37E7" w:rsidRPr="00A04D47" w:rsidTr="00B40A90">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4680" w:type="dxa"/>
                                  <w:gridSpan w:val="2"/>
                                  <w:tcBorders>
                                    <w:left w:val="double" w:sz="4" w:space="0" w:color="C0504D" w:themeColor="accent2"/>
                                    <w:bottom w:val="double" w:sz="4" w:space="0" w:color="C0504D" w:themeColor="accent2"/>
                                  </w:tcBorders>
                                  <w:vAlign w:val="center"/>
                                </w:tcPr>
                                <w:p w:rsidR="003A37E7" w:rsidRPr="00A04D47" w:rsidRDefault="003A37E7" w:rsidP="00D65807">
                                  <w:pPr>
                                    <w:jc w:val="center"/>
                                  </w:pPr>
                                  <w:r w:rsidRPr="00A04D47">
                                    <w:t>TOTAL CREDIT HOURS</w:t>
                                  </w:r>
                                </w:p>
                              </w:tc>
                              <w:tc>
                                <w:tcPr>
                                  <w:tcW w:w="1430" w:type="dxa"/>
                                  <w:tcBorders>
                                    <w:bottom w:val="double" w:sz="4" w:space="0" w:color="C0504D" w:themeColor="accent2"/>
                                    <w:right w:val="double" w:sz="4" w:space="0" w:color="C0504D" w:themeColor="accent2"/>
                                  </w:tcBorders>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pPr>
                                  <w:r>
                                    <w:t>22</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5B8843" id="Text Box 40" o:spid="_x0000_s1084" type="#_x0000_t202" style="position:absolute;left:0;text-align:left;margin-left:-38.55pt;margin-top:-64.25pt;width:332.9pt;height:293.7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" fillcolor="white [3201]" stroked="f" strokeweight=".5pt">
                <v:textbox>
                  <w:txbxContent>
                    <w:tbl>
                      <w:tblPr>
                        <w:tblStyle w:val="LightGrid"/>
                        <w:tblW w:w="6110" w:type="dxa"/>
                        <w:tblLayout w:type="fixed"/>
                        <w:tblLook w:val="04A0" w:firstRow="1" w:lastRow="0" w:firstColumn="1" w:lastColumn="0" w:noHBand="0" w:noVBand="1"/>
                      </w:tblPr>
                      <w:tblGrid>
                        <w:gridCol w:w="1440"/>
                        <w:gridCol w:w="3240"/>
                        <w:gridCol w:w="1430"/>
                      </w:tblGrid>
                      <w:tr w:rsidR="003A37E7" w:rsidRPr="00A04D47" w:rsidTr="00B40A90">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11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A04D47" w:rsidRDefault="003A37E7" w:rsidP="00EC7D93">
                            <w:pPr>
                              <w:jc w:val="center"/>
                              <w:rPr>
                                <w:color w:val="FF0000"/>
                              </w:rPr>
                            </w:pPr>
                            <w:r w:rsidRPr="00A04D47">
                              <w:rPr>
                                <w:color w:val="FF0000"/>
                              </w:rPr>
                              <w:t>BSc-ACCOUTNG</w:t>
                            </w:r>
                          </w:p>
                        </w:tc>
                      </w:tr>
                      <w:tr w:rsidR="003A37E7" w:rsidRPr="00A04D47" w:rsidTr="00B40A90">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110"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A04D47" w:rsidRDefault="003A37E7" w:rsidP="00D65807">
                            <w:pPr>
                              <w:jc w:val="center"/>
                            </w:pPr>
                            <w:r>
                              <w:rPr>
                                <w:sz w:val="20"/>
                                <w:szCs w:val="20"/>
                              </w:rPr>
                              <w:t>JUNIOR YEAR (YEAR III) - FIRST</w:t>
                            </w:r>
                            <w:r w:rsidRPr="009B29F2">
                              <w:rPr>
                                <w:sz w:val="20"/>
                                <w:szCs w:val="20"/>
                              </w:rPr>
                              <w:t xml:space="preserve"> SEMESTER</w:t>
                            </w:r>
                          </w:p>
                        </w:tc>
                      </w:tr>
                      <w:tr w:rsidR="003A37E7" w:rsidRPr="00A04D47" w:rsidTr="00B40A90">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pPr>
                            <w:r w:rsidRPr="00A04D47">
                              <w:t>COURSE CODE</w:t>
                            </w:r>
                          </w:p>
                        </w:tc>
                        <w:tc>
                          <w:tcPr>
                            <w:tcW w:w="3240" w:type="dxa"/>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rPr>
                                <w:b/>
                              </w:rPr>
                              <w:t>COURSE TITLE</w:t>
                            </w:r>
                          </w:p>
                        </w:tc>
                        <w:tc>
                          <w:tcPr>
                            <w:tcW w:w="1430" w:type="dxa"/>
                            <w:tcBorders>
                              <w:right w:val="double" w:sz="4" w:space="0" w:color="C0504D" w:themeColor="accent2"/>
                            </w:tcBorders>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t>CREDIT HOURS</w:t>
                            </w:r>
                          </w:p>
                        </w:tc>
                      </w:tr>
                      <w:tr w:rsidR="003A37E7" w:rsidRPr="00A04D47" w:rsidTr="00B40A90">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pPr>
                            <w:r>
                              <w:t>GEN 107</w:t>
                            </w:r>
                          </w:p>
                        </w:tc>
                        <w:tc>
                          <w:tcPr>
                            <w:tcW w:w="3240" w:type="dxa"/>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rPr>
                                <w:b/>
                              </w:rPr>
                            </w:pPr>
                            <w:r w:rsidRPr="00A04D47">
                              <w:rPr>
                                <w:b/>
                              </w:rPr>
                              <w:t>DYNAMIC OF FAITH 1</w:t>
                            </w:r>
                          </w:p>
                        </w:tc>
                        <w:tc>
                          <w:tcPr>
                            <w:tcW w:w="1430" w:type="dxa"/>
                            <w:tcBorders>
                              <w:right w:val="double" w:sz="4" w:space="0" w:color="C0504D" w:themeColor="accent2"/>
                            </w:tcBorders>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A04D47" w:rsidTr="00B40A90">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5C5759" w:rsidP="00D65807">
                            <w:pPr>
                              <w:jc w:val="center"/>
                            </w:pPr>
                            <w:r>
                              <w:t>MINOR</w:t>
                            </w:r>
                          </w:p>
                        </w:tc>
                        <w:tc>
                          <w:tcPr>
                            <w:tcW w:w="3240" w:type="dxa"/>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p>
                        </w:tc>
                        <w:tc>
                          <w:tcPr>
                            <w:tcW w:w="1430" w:type="dxa"/>
                            <w:tcBorders>
                              <w:right w:val="double" w:sz="4" w:space="0" w:color="C0504D" w:themeColor="accent2"/>
                            </w:tcBorders>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t>3</w:t>
                            </w:r>
                          </w:p>
                        </w:tc>
                      </w:tr>
                      <w:tr w:rsidR="003A37E7" w:rsidRPr="00A04D47" w:rsidTr="00B40A90">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pPr>
                            <w:r w:rsidRPr="00A04D47">
                              <w:t>ACC 301</w:t>
                            </w:r>
                          </w:p>
                        </w:tc>
                        <w:tc>
                          <w:tcPr>
                            <w:tcW w:w="3240" w:type="dxa"/>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pPr>
                            <w:r w:rsidRPr="00A04D47">
                              <w:t>COST ACCOUNTING I</w:t>
                            </w:r>
                          </w:p>
                        </w:tc>
                        <w:tc>
                          <w:tcPr>
                            <w:tcW w:w="1430" w:type="dxa"/>
                            <w:tcBorders>
                              <w:right w:val="double" w:sz="4" w:space="0" w:color="C0504D" w:themeColor="accent2"/>
                            </w:tcBorders>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A04D47" w:rsidTr="00B40A90">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pPr>
                            <w:r w:rsidRPr="00A04D47">
                              <w:t>BUS 303</w:t>
                            </w:r>
                          </w:p>
                        </w:tc>
                        <w:tc>
                          <w:tcPr>
                            <w:tcW w:w="3240" w:type="dxa"/>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t>BUSINESS AND CORPORATE LAW</w:t>
                            </w:r>
                          </w:p>
                        </w:tc>
                        <w:tc>
                          <w:tcPr>
                            <w:tcW w:w="1430" w:type="dxa"/>
                            <w:tcBorders>
                              <w:right w:val="double" w:sz="4" w:space="0" w:color="C0504D" w:themeColor="accent2"/>
                            </w:tcBorders>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t>3</w:t>
                            </w:r>
                          </w:p>
                        </w:tc>
                      </w:tr>
                      <w:tr w:rsidR="003A37E7" w:rsidRPr="00A04D47" w:rsidTr="00B40A90">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rPr>
                                <w:rFonts w:ascii="Bahnschrift" w:hAnsi="Bahnschrift"/>
                              </w:rPr>
                            </w:pPr>
                            <w:r w:rsidRPr="00A04D47">
                              <w:rPr>
                                <w:rFonts w:ascii="Bahnschrift" w:hAnsi="Bahnschrift"/>
                              </w:rPr>
                              <w:t>BUS 314</w:t>
                            </w:r>
                          </w:p>
                        </w:tc>
                        <w:tc>
                          <w:tcPr>
                            <w:tcW w:w="3240" w:type="dxa"/>
                            <w:vAlign w:val="center"/>
                          </w:tcPr>
                          <w:p w:rsidR="003A37E7" w:rsidRPr="00A04D47" w:rsidRDefault="003A37E7" w:rsidP="00E55DAC">
                            <w:pPr>
                              <w:cnfStyle w:val="000000100000" w:firstRow="0" w:lastRow="0" w:firstColumn="0" w:lastColumn="0" w:oddVBand="0" w:evenVBand="0" w:oddHBand="1" w:evenHBand="0" w:firstRowFirstColumn="0" w:firstRowLastColumn="0" w:lastRowFirstColumn="0" w:lastRowLastColumn="0"/>
                              <w:rPr>
                                <w:rFonts w:ascii="Bahnschrift" w:hAnsi="Bahnschrift"/>
                              </w:rPr>
                            </w:pPr>
                            <w:r w:rsidRPr="00A04D47">
                              <w:rPr>
                                <w:rFonts w:ascii="Bahnschrift" w:hAnsi="Bahnschrift"/>
                              </w:rPr>
                              <w:t>SOCIAL SCIENCE STATISTICS</w:t>
                            </w:r>
                          </w:p>
                        </w:tc>
                        <w:tc>
                          <w:tcPr>
                            <w:tcW w:w="1430" w:type="dxa"/>
                            <w:tcBorders>
                              <w:right w:val="double" w:sz="4" w:space="0" w:color="C0504D" w:themeColor="accent2"/>
                            </w:tcBorders>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pPr>
                            <w:r w:rsidRPr="00A04D47">
                              <w:t>3</w:t>
                            </w:r>
                          </w:p>
                        </w:tc>
                      </w:tr>
                      <w:tr w:rsidR="003A37E7" w:rsidRPr="00A04D47" w:rsidTr="00B40A90">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rPr>
                                <w:rFonts w:ascii="Bahnschrift" w:hAnsi="Bahnschrift"/>
                              </w:rPr>
                            </w:pPr>
                            <w:r w:rsidRPr="00A04D47">
                              <w:rPr>
                                <w:rFonts w:ascii="Bahnschrift" w:hAnsi="Bahnschrift"/>
                              </w:rPr>
                              <w:t>ACC 309</w:t>
                            </w:r>
                          </w:p>
                        </w:tc>
                        <w:tc>
                          <w:tcPr>
                            <w:tcW w:w="3240" w:type="dxa"/>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A04D47">
                              <w:rPr>
                                <w:rFonts w:ascii="Bahnschrift" w:hAnsi="Bahnschrift"/>
                              </w:rPr>
                              <w:t>TAX MANAGEMENT I</w:t>
                            </w:r>
                          </w:p>
                        </w:tc>
                        <w:tc>
                          <w:tcPr>
                            <w:tcW w:w="1430" w:type="dxa"/>
                            <w:tcBorders>
                              <w:right w:val="double" w:sz="4" w:space="0" w:color="C0504D" w:themeColor="accent2"/>
                            </w:tcBorders>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t>3</w:t>
                            </w:r>
                          </w:p>
                        </w:tc>
                      </w:tr>
                      <w:tr w:rsidR="003A37E7" w:rsidRPr="00A04D47" w:rsidTr="00B40A90">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rPr>
                                <w:rFonts w:ascii="Bahnschrift" w:hAnsi="Bahnschrift"/>
                              </w:rPr>
                            </w:pPr>
                            <w:r w:rsidRPr="00A04D47">
                              <w:rPr>
                                <w:rFonts w:ascii="Bahnschrift" w:hAnsi="Bahnschrift"/>
                              </w:rPr>
                              <w:t>ACC 302</w:t>
                            </w:r>
                          </w:p>
                        </w:tc>
                        <w:tc>
                          <w:tcPr>
                            <w:tcW w:w="3240" w:type="dxa"/>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A04D47">
                              <w:rPr>
                                <w:rFonts w:ascii="Bahnschrift" w:hAnsi="Bahnschrift"/>
                              </w:rPr>
                              <w:t>COST ACCOUNTING II</w:t>
                            </w:r>
                          </w:p>
                        </w:tc>
                        <w:tc>
                          <w:tcPr>
                            <w:tcW w:w="1430" w:type="dxa"/>
                            <w:tcBorders>
                              <w:right w:val="double" w:sz="4" w:space="0" w:color="C0504D" w:themeColor="accent2"/>
                            </w:tcBorders>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pPr>
                            <w:r w:rsidRPr="00A04D47">
                              <w:t>3</w:t>
                            </w:r>
                          </w:p>
                        </w:tc>
                      </w:tr>
                      <w:tr w:rsidR="003A37E7" w:rsidRPr="00A04D47" w:rsidTr="00B40A90">
                        <w:trPr>
                          <w:cnfStyle w:val="000000010000" w:firstRow="0" w:lastRow="0" w:firstColumn="0" w:lastColumn="0" w:oddVBand="0" w:evenVBand="0" w:oddHBand="0" w:evenHBand="1"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1440" w:type="dxa"/>
                            <w:tcBorders>
                              <w:left w:val="double" w:sz="4" w:space="0" w:color="C0504D" w:themeColor="accent2"/>
                            </w:tcBorders>
                            <w:vAlign w:val="center"/>
                          </w:tcPr>
                          <w:p w:rsidR="003A37E7" w:rsidRPr="00A04D47" w:rsidRDefault="003A37E7" w:rsidP="00D65807">
                            <w:pPr>
                              <w:jc w:val="center"/>
                              <w:rPr>
                                <w:rFonts w:ascii="Bahnschrift" w:hAnsi="Bahnschrift"/>
                              </w:rPr>
                            </w:pPr>
                            <w:r w:rsidRPr="00A04D47">
                              <w:rPr>
                                <w:rFonts w:ascii="Bahnschrift" w:hAnsi="Bahnschrift"/>
                              </w:rPr>
                              <w:t>ACC 307</w:t>
                            </w:r>
                          </w:p>
                        </w:tc>
                        <w:tc>
                          <w:tcPr>
                            <w:tcW w:w="3240" w:type="dxa"/>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rPr>
                                <w:rFonts w:ascii="Bahnschrift" w:hAnsi="Bahnschrift"/>
                              </w:rPr>
                              <w:t>PRINCIPLES OF AUDITING I</w:t>
                            </w:r>
                          </w:p>
                        </w:tc>
                        <w:tc>
                          <w:tcPr>
                            <w:tcW w:w="1430" w:type="dxa"/>
                            <w:tcBorders>
                              <w:right w:val="double" w:sz="4" w:space="0" w:color="C0504D" w:themeColor="accent2"/>
                            </w:tcBorders>
                            <w:vAlign w:val="center"/>
                          </w:tcPr>
                          <w:p w:rsidR="003A37E7" w:rsidRPr="00A04D47" w:rsidRDefault="003A37E7" w:rsidP="00D65807">
                            <w:pPr>
                              <w:jc w:val="center"/>
                              <w:cnfStyle w:val="000000010000" w:firstRow="0" w:lastRow="0" w:firstColumn="0" w:lastColumn="0" w:oddVBand="0" w:evenVBand="0" w:oddHBand="0" w:evenHBand="1" w:firstRowFirstColumn="0" w:firstRowLastColumn="0" w:lastRowFirstColumn="0" w:lastRowLastColumn="0"/>
                            </w:pPr>
                            <w:r w:rsidRPr="00A04D47">
                              <w:t>3</w:t>
                            </w:r>
                          </w:p>
                        </w:tc>
                      </w:tr>
                      <w:tr w:rsidR="003A37E7" w:rsidRPr="00A04D47" w:rsidTr="00B40A90">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4680" w:type="dxa"/>
                            <w:gridSpan w:val="2"/>
                            <w:tcBorders>
                              <w:left w:val="double" w:sz="4" w:space="0" w:color="C0504D" w:themeColor="accent2"/>
                              <w:bottom w:val="double" w:sz="4" w:space="0" w:color="C0504D" w:themeColor="accent2"/>
                            </w:tcBorders>
                            <w:vAlign w:val="center"/>
                          </w:tcPr>
                          <w:p w:rsidR="003A37E7" w:rsidRPr="00A04D47" w:rsidRDefault="003A37E7" w:rsidP="00D65807">
                            <w:pPr>
                              <w:jc w:val="center"/>
                            </w:pPr>
                            <w:r w:rsidRPr="00A04D47">
                              <w:t>TOTAL CREDIT HOURS</w:t>
                            </w:r>
                          </w:p>
                        </w:tc>
                        <w:tc>
                          <w:tcPr>
                            <w:tcW w:w="1430" w:type="dxa"/>
                            <w:tcBorders>
                              <w:bottom w:val="double" w:sz="4" w:space="0" w:color="C0504D" w:themeColor="accent2"/>
                              <w:right w:val="double" w:sz="4" w:space="0" w:color="C0504D" w:themeColor="accent2"/>
                            </w:tcBorders>
                            <w:vAlign w:val="center"/>
                          </w:tcPr>
                          <w:p w:rsidR="003A37E7" w:rsidRPr="00A04D47" w:rsidRDefault="003A37E7" w:rsidP="00D65807">
                            <w:pPr>
                              <w:jc w:val="center"/>
                              <w:cnfStyle w:val="000000100000" w:firstRow="0" w:lastRow="0" w:firstColumn="0" w:lastColumn="0" w:oddVBand="0" w:evenVBand="0" w:oddHBand="1" w:evenHBand="0" w:firstRowFirstColumn="0" w:firstRowLastColumn="0" w:lastRowFirstColumn="0" w:lastRowLastColumn="0"/>
                            </w:pPr>
                            <w:r>
                              <w:t>22</w:t>
                            </w:r>
                          </w:p>
                        </w:tc>
                      </w:tr>
                    </w:tbl>
                    <w:p w:rsidR="003A37E7" w:rsidRDefault="003A37E7"/>
                  </w:txbxContent>
                </v:textbox>
                <w10:wrap anchorx="margin"/>
              </v:shape>
            </w:pict>
          </mc:Fallback>
        </mc:AlternateContent>
      </w:r>
    </w:p>
    <w:p w:rsidR="00F04C1D" w:rsidRDefault="00F04C1D" w:rsidP="00412947">
      <w:pPr>
        <w:jc w:val="center"/>
      </w:pPr>
    </w:p>
    <w:p w:rsidR="00F04C1D" w:rsidRDefault="00F04C1D" w:rsidP="00412947">
      <w:pPr>
        <w:jc w:val="center"/>
      </w:pPr>
    </w:p>
    <w:p w:rsidR="00F04C1D" w:rsidRDefault="00F04C1D" w:rsidP="00412947">
      <w:pPr>
        <w:jc w:val="center"/>
      </w:pPr>
    </w:p>
    <w:p w:rsidR="00F04C1D" w:rsidRDefault="00F04C1D" w:rsidP="00412947">
      <w:pPr>
        <w:jc w:val="center"/>
      </w:pPr>
    </w:p>
    <w:p w:rsidR="00F04C1D" w:rsidRDefault="00F04C1D" w:rsidP="00412947">
      <w:pPr>
        <w:jc w:val="center"/>
      </w:pPr>
    </w:p>
    <w:p w:rsidR="00D65807" w:rsidRDefault="00D65807" w:rsidP="00412947">
      <w:pPr>
        <w:jc w:val="center"/>
      </w:pPr>
    </w:p>
    <w:p w:rsidR="00D65807" w:rsidRDefault="00D65807" w:rsidP="00412947">
      <w:pPr>
        <w:jc w:val="center"/>
      </w:pPr>
    </w:p>
    <w:p w:rsidR="00D65807" w:rsidRDefault="0009743A" w:rsidP="00412947">
      <w:pPr>
        <w:jc w:val="center"/>
      </w:pPr>
      <w:r>
        <w:rPr>
          <w:noProof/>
        </w:rPr>
        <mc:AlternateContent>
          <mc:Choice Requires="wps">
            <w:drawing>
              <wp:anchor distT="0" distB="0" distL="114300" distR="114300" simplePos="0" relativeHeight="251693056" behindDoc="0" locked="0" layoutInCell="1" allowOverlap="1" wp14:anchorId="391E0138" wp14:editId="4F21A659">
                <wp:simplePos x="0" y="0"/>
                <wp:positionH relativeFrom="margin">
                  <wp:posOffset>-657077</wp:posOffset>
                </wp:positionH>
                <wp:positionV relativeFrom="paragraph">
                  <wp:posOffset>375285</wp:posOffset>
                </wp:positionV>
                <wp:extent cx="4310199" cy="3974592"/>
                <wp:effectExtent l="0" t="0" r="0" b="6985"/>
                <wp:wrapNone/>
                <wp:docPr id="41" name="Text Box 41"/>
                <wp:cNvGraphicFramePr/>
                <a:graphic xmlns:a="http://schemas.openxmlformats.org/drawingml/2006/main">
                  <a:graphicData uri="http://schemas.microsoft.com/office/word/2010/wordprocessingShape">
                    <wps:wsp>
                      <wps:cNvSpPr txBox="1"/>
                      <wps:spPr>
                        <a:xfrm>
                          <a:off x="0" y="0"/>
                          <a:ext cx="4310199" cy="397459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0" w:type="auto"/>
                              <w:tblInd w:w="195" w:type="dxa"/>
                              <w:tblLook w:val="04A0" w:firstRow="1" w:lastRow="0" w:firstColumn="1" w:lastColumn="0" w:noHBand="0" w:noVBand="1"/>
                            </w:tblPr>
                            <w:tblGrid>
                              <w:gridCol w:w="1210"/>
                              <w:gridCol w:w="3500"/>
                              <w:gridCol w:w="1419"/>
                            </w:tblGrid>
                            <w:tr w:rsidR="003A37E7" w:rsidRPr="009B251F" w:rsidTr="006075A2">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6129"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9B251F" w:rsidRDefault="003A37E7" w:rsidP="00EC7D93">
                                  <w:pPr>
                                    <w:jc w:val="center"/>
                                    <w:rPr>
                                      <w:rFonts w:cs="Times New Roman"/>
                                      <w:color w:val="FF0000"/>
                                    </w:rPr>
                                  </w:pPr>
                                  <w:r w:rsidRPr="009B251F">
                                    <w:rPr>
                                      <w:rFonts w:cs="Times New Roman"/>
                                      <w:color w:val="FF0000"/>
                                    </w:rPr>
                                    <w:t>BSC-ACCOUTNG</w:t>
                                  </w:r>
                                </w:p>
                              </w:tc>
                            </w:tr>
                            <w:tr w:rsidR="003A37E7" w:rsidRPr="009B251F" w:rsidTr="006075A2">
                              <w:trPr>
                                <w:cnfStyle w:val="000000100000" w:firstRow="0" w:lastRow="0" w:firstColumn="0" w:lastColumn="0" w:oddVBand="0" w:evenVBand="0" w:oddHBand="1" w:evenHBand="0" w:firstRowFirstColumn="0" w:firstRowLastColumn="0" w:lastRowFirstColumn="0" w:lastRowLastColumn="0"/>
                                <w:trHeight w:val="468"/>
                              </w:trPr>
                              <w:tc>
                                <w:tcPr>
                                  <w:cnfStyle w:val="001000000000" w:firstRow="0" w:lastRow="0" w:firstColumn="1" w:lastColumn="0" w:oddVBand="0" w:evenVBand="0" w:oddHBand="0" w:evenHBand="0" w:firstRowFirstColumn="0" w:firstRowLastColumn="0" w:lastRowFirstColumn="0" w:lastRowLastColumn="0"/>
                                  <w:tcW w:w="6129"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9B251F" w:rsidRDefault="003A37E7" w:rsidP="00E55DAC">
                                  <w:pPr>
                                    <w:jc w:val="center"/>
                                    <w:rPr>
                                      <w:rFonts w:cs="Times New Roman"/>
                                    </w:rPr>
                                  </w:pPr>
                                  <w:r>
                                    <w:rPr>
                                      <w:rFonts w:cs="Times New Roman"/>
                                      <w:sz w:val="20"/>
                                      <w:szCs w:val="20"/>
                                    </w:rPr>
                                    <w:t>JUNIOR YEAR (YEAR III</w:t>
                                  </w:r>
                                  <w:r w:rsidRPr="009B251F">
                                    <w:rPr>
                                      <w:rFonts w:cs="Times New Roman"/>
                                      <w:sz w:val="20"/>
                                      <w:szCs w:val="20"/>
                                    </w:rPr>
                                    <w:t>) - SECOND SEMESTER</w:t>
                                  </w:r>
                                </w:p>
                              </w:tc>
                            </w:tr>
                            <w:tr w:rsidR="003A37E7" w:rsidRPr="009B251F" w:rsidTr="006075A2">
                              <w:trPr>
                                <w:cnfStyle w:val="000000010000" w:firstRow="0" w:lastRow="0" w:firstColumn="0" w:lastColumn="0" w:oddVBand="0" w:evenVBand="0" w:oddHBand="0" w:evenHBand="1"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COURSE CODE</w:t>
                                  </w:r>
                                </w:p>
                              </w:tc>
                              <w:tc>
                                <w:tcPr>
                                  <w:tcW w:w="350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COURSE TITLE</w:t>
                                  </w:r>
                                </w:p>
                              </w:tc>
                              <w:tc>
                                <w:tcPr>
                                  <w:tcW w:w="1419"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CREDIT HOURS</w:t>
                                  </w:r>
                                </w:p>
                              </w:tc>
                            </w:tr>
                            <w:tr w:rsidR="003A37E7" w:rsidRPr="009B251F" w:rsidTr="006075A2">
                              <w:trPr>
                                <w:cnfStyle w:val="000000100000" w:firstRow="0" w:lastRow="0" w:firstColumn="0" w:lastColumn="0" w:oddVBand="0" w:evenVBand="0" w:oddHBand="1" w:evenHBand="0"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GEN 108</w:t>
                                  </w:r>
                                </w:p>
                              </w:tc>
                              <w:tc>
                                <w:tcPr>
                                  <w:tcW w:w="3500" w:type="dxa"/>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DYNAMIC OF FAITH 2</w:t>
                                  </w:r>
                                </w:p>
                              </w:tc>
                              <w:tc>
                                <w:tcPr>
                                  <w:tcW w:w="1419"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2</w:t>
                                  </w:r>
                                </w:p>
                              </w:tc>
                            </w:tr>
                            <w:tr w:rsidR="003A37E7" w:rsidRPr="009B251F" w:rsidTr="006075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ACC 302</w:t>
                                  </w:r>
                                </w:p>
                              </w:tc>
                              <w:tc>
                                <w:tcPr>
                                  <w:tcW w:w="350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COST ACCOUNTING II</w:t>
                                  </w:r>
                                </w:p>
                              </w:tc>
                              <w:tc>
                                <w:tcPr>
                                  <w:tcW w:w="1419"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3</w:t>
                                  </w:r>
                                </w:p>
                              </w:tc>
                            </w:tr>
                            <w:tr w:rsidR="003A37E7" w:rsidRPr="009B251F" w:rsidTr="006075A2">
                              <w:trPr>
                                <w:cnfStyle w:val="000000100000" w:firstRow="0" w:lastRow="0" w:firstColumn="0" w:lastColumn="0" w:oddVBand="0" w:evenVBand="0" w:oddHBand="1" w:evenHBand="0"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ACC 308</w:t>
                                  </w:r>
                                </w:p>
                              </w:tc>
                              <w:tc>
                                <w:tcPr>
                                  <w:tcW w:w="3500" w:type="dxa"/>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PRINCIPLES OF AUDITING II</w:t>
                                  </w:r>
                                </w:p>
                              </w:tc>
                              <w:tc>
                                <w:tcPr>
                                  <w:tcW w:w="1419"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3</w:t>
                                  </w:r>
                                </w:p>
                              </w:tc>
                            </w:tr>
                            <w:tr w:rsidR="003A37E7" w:rsidRPr="009B251F" w:rsidTr="006075A2">
                              <w:trPr>
                                <w:cnfStyle w:val="000000010000" w:firstRow="0" w:lastRow="0" w:firstColumn="0" w:lastColumn="0" w:oddVBand="0" w:evenVBand="0" w:oddHBand="0" w:evenHBand="1"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ACC 310</w:t>
                                  </w:r>
                                </w:p>
                              </w:tc>
                              <w:tc>
                                <w:tcPr>
                                  <w:tcW w:w="350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TAX MANAGEMENT I</w:t>
                                  </w:r>
                                </w:p>
                              </w:tc>
                              <w:tc>
                                <w:tcPr>
                                  <w:tcW w:w="1419"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3</w:t>
                                  </w:r>
                                </w:p>
                              </w:tc>
                            </w:tr>
                            <w:tr w:rsidR="003A37E7" w:rsidRPr="009B251F" w:rsidTr="006075A2">
                              <w:trPr>
                                <w:cnfStyle w:val="000000100000" w:firstRow="0" w:lastRow="0" w:firstColumn="0" w:lastColumn="0" w:oddVBand="0" w:evenVBand="0" w:oddHBand="1" w:evenHBand="0" w:firstRowFirstColumn="0" w:firstRowLastColumn="0" w:lastRowFirstColumn="0" w:lastRowLastColumn="0"/>
                                <w:trHeight w:val="701"/>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BUS 339</w:t>
                                  </w:r>
                                </w:p>
                              </w:tc>
                              <w:tc>
                                <w:tcPr>
                                  <w:tcW w:w="3500" w:type="dxa"/>
                                  <w:vAlign w:val="center"/>
                                </w:tcPr>
                                <w:p w:rsidR="003A37E7" w:rsidRPr="009B251F" w:rsidRDefault="005C5759"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RESEARCH METHODOLOGY</w:t>
                                  </w:r>
                                </w:p>
                              </w:tc>
                              <w:tc>
                                <w:tcPr>
                                  <w:tcW w:w="1419"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3</w:t>
                                  </w:r>
                                </w:p>
                              </w:tc>
                            </w:tr>
                            <w:tr w:rsidR="003A37E7" w:rsidRPr="009B251F" w:rsidTr="006075A2">
                              <w:trPr>
                                <w:cnfStyle w:val="000000010000" w:firstRow="0" w:lastRow="0" w:firstColumn="0" w:lastColumn="0" w:oddVBand="0" w:evenVBand="0" w:oddHBand="0" w:evenHBand="1"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Pr>
                                      <w:rFonts w:cs="Times New Roman"/>
                                    </w:rPr>
                                    <w:t>ACC 311</w:t>
                                  </w:r>
                                </w:p>
                              </w:tc>
                              <w:tc>
                                <w:tcPr>
                                  <w:tcW w:w="350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ACCOUNTING DATA PROCESSING</w:t>
                                  </w:r>
                                  <w:r>
                                    <w:rPr>
                                      <w:rFonts w:cs="Times New Roman"/>
                                      <w:b/>
                                    </w:rPr>
                                    <w:t>(ELECTIVE)</w:t>
                                  </w:r>
                                </w:p>
                              </w:tc>
                              <w:tc>
                                <w:tcPr>
                                  <w:tcW w:w="1419"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3</w:t>
                                  </w:r>
                                </w:p>
                              </w:tc>
                            </w:tr>
                            <w:tr w:rsidR="003A37E7" w:rsidRPr="009B251F" w:rsidTr="006075A2">
                              <w:trPr>
                                <w:cnfStyle w:val="000000100000" w:firstRow="0" w:lastRow="0" w:firstColumn="0" w:lastColumn="0" w:oddVBand="0" w:evenVBand="0" w:oddHBand="1"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Pr>
                                      <w:rFonts w:cs="Times New Roman"/>
                                    </w:rPr>
                                    <w:t>ACC 312</w:t>
                                  </w:r>
                                </w:p>
                              </w:tc>
                              <w:tc>
                                <w:tcPr>
                                  <w:tcW w:w="3500" w:type="dxa"/>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FINANCIAL REPORTING</w:t>
                                  </w:r>
                                  <w:r>
                                    <w:rPr>
                                      <w:rFonts w:cs="Times New Roman"/>
                                      <w:b/>
                                    </w:rPr>
                                    <w:t>(ELECTIVE)</w:t>
                                  </w:r>
                                </w:p>
                              </w:tc>
                              <w:tc>
                                <w:tcPr>
                                  <w:tcW w:w="1419"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3</w:t>
                                  </w:r>
                                </w:p>
                              </w:tc>
                            </w:tr>
                            <w:tr w:rsidR="003A37E7" w:rsidRPr="009B251F" w:rsidTr="006075A2">
                              <w:trPr>
                                <w:cnfStyle w:val="000000010000" w:firstRow="0" w:lastRow="0" w:firstColumn="0" w:lastColumn="0" w:oddVBand="0" w:evenVBand="0" w:oddHBand="0" w:evenHBand="1" w:firstRowFirstColumn="0" w:firstRowLastColumn="0" w:lastRowFirstColumn="0" w:lastRowLastColumn="0"/>
                                <w:trHeight w:val="634"/>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ENTR 402</w:t>
                                  </w:r>
                                </w:p>
                              </w:tc>
                              <w:tc>
                                <w:tcPr>
                                  <w:tcW w:w="350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ENTREPRENEURSHIP IN EDUCATION II</w:t>
                                  </w:r>
                                </w:p>
                              </w:tc>
                              <w:tc>
                                <w:tcPr>
                                  <w:tcW w:w="1419"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1</w:t>
                                  </w:r>
                                </w:p>
                              </w:tc>
                            </w:tr>
                            <w:tr w:rsidR="003A37E7" w:rsidRPr="009B251F" w:rsidTr="006075A2">
                              <w:trPr>
                                <w:cnfStyle w:val="000000100000" w:firstRow="0" w:lastRow="0" w:firstColumn="0" w:lastColumn="0" w:oddVBand="0" w:evenVBand="0" w:oddHBand="1" w:evenHBand="0" w:firstRowFirstColumn="0" w:firstRowLastColumn="0" w:lastRowFirstColumn="0" w:lastRowLastColumn="0"/>
                                <w:trHeight w:val="608"/>
                              </w:trPr>
                              <w:tc>
                                <w:tcPr>
                                  <w:cnfStyle w:val="001000000000" w:firstRow="0" w:lastRow="0" w:firstColumn="1" w:lastColumn="0" w:oddVBand="0" w:evenVBand="0" w:oddHBand="0" w:evenHBand="0" w:firstRowFirstColumn="0" w:firstRowLastColumn="0" w:lastRowFirstColumn="0" w:lastRowLastColumn="0"/>
                                  <w:tcW w:w="4710" w:type="dxa"/>
                                  <w:gridSpan w:val="2"/>
                                  <w:tcBorders>
                                    <w:left w:val="double" w:sz="4" w:space="0" w:color="C0504D" w:themeColor="accent2"/>
                                    <w:bottom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TOTAL CREDIT HOURS</w:t>
                                  </w:r>
                                </w:p>
                              </w:tc>
                              <w:tc>
                                <w:tcPr>
                                  <w:tcW w:w="1419" w:type="dxa"/>
                                  <w:tcBorders>
                                    <w:bottom w:val="double" w:sz="4" w:space="0" w:color="C0504D" w:themeColor="accent2"/>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21</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1E0138" id="Text Box 41" o:spid="_x0000_s1085" type="#_x0000_t202" style="position:absolute;left:0;text-align:left;margin-left:-51.75pt;margin-top:29.55pt;width:339.4pt;height:312.95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" fillcolor="white [3201]" stroked="f" strokeweight=".5pt">
                <v:textbox>
                  <w:txbxContent>
                    <w:tbl>
                      <w:tblPr>
                        <w:tblStyle w:val="LightGrid"/>
                        <w:tblW w:w="0" w:type="auto"/>
                        <w:tblInd w:w="195" w:type="dxa"/>
                        <w:tblLook w:val="04A0" w:firstRow="1" w:lastRow="0" w:firstColumn="1" w:lastColumn="0" w:noHBand="0" w:noVBand="1"/>
                      </w:tblPr>
                      <w:tblGrid>
                        <w:gridCol w:w="1210"/>
                        <w:gridCol w:w="3500"/>
                        <w:gridCol w:w="1419"/>
                      </w:tblGrid>
                      <w:tr w:rsidR="003A37E7" w:rsidRPr="009B251F" w:rsidTr="006075A2">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6129"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9B251F" w:rsidRDefault="003A37E7" w:rsidP="00EC7D93">
                            <w:pPr>
                              <w:jc w:val="center"/>
                              <w:rPr>
                                <w:rFonts w:cs="Times New Roman"/>
                                <w:color w:val="FF0000"/>
                              </w:rPr>
                            </w:pPr>
                            <w:r w:rsidRPr="009B251F">
                              <w:rPr>
                                <w:rFonts w:cs="Times New Roman"/>
                                <w:color w:val="FF0000"/>
                              </w:rPr>
                              <w:t>BSC-ACCOUTNG</w:t>
                            </w:r>
                          </w:p>
                        </w:tc>
                      </w:tr>
                      <w:tr w:rsidR="003A37E7" w:rsidRPr="009B251F" w:rsidTr="006075A2">
                        <w:trPr>
                          <w:cnfStyle w:val="000000100000" w:firstRow="0" w:lastRow="0" w:firstColumn="0" w:lastColumn="0" w:oddVBand="0" w:evenVBand="0" w:oddHBand="1" w:evenHBand="0" w:firstRowFirstColumn="0" w:firstRowLastColumn="0" w:lastRowFirstColumn="0" w:lastRowLastColumn="0"/>
                          <w:trHeight w:val="468"/>
                        </w:trPr>
                        <w:tc>
                          <w:tcPr>
                            <w:cnfStyle w:val="001000000000" w:firstRow="0" w:lastRow="0" w:firstColumn="1" w:lastColumn="0" w:oddVBand="0" w:evenVBand="0" w:oddHBand="0" w:evenHBand="0" w:firstRowFirstColumn="0" w:firstRowLastColumn="0" w:lastRowFirstColumn="0" w:lastRowLastColumn="0"/>
                            <w:tcW w:w="6129"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9B251F" w:rsidRDefault="003A37E7" w:rsidP="00E55DAC">
                            <w:pPr>
                              <w:jc w:val="center"/>
                              <w:rPr>
                                <w:rFonts w:cs="Times New Roman"/>
                              </w:rPr>
                            </w:pPr>
                            <w:r>
                              <w:rPr>
                                <w:rFonts w:cs="Times New Roman"/>
                                <w:sz w:val="20"/>
                                <w:szCs w:val="20"/>
                              </w:rPr>
                              <w:t>JUNIOR YEAR (YEAR III</w:t>
                            </w:r>
                            <w:r w:rsidRPr="009B251F">
                              <w:rPr>
                                <w:rFonts w:cs="Times New Roman"/>
                                <w:sz w:val="20"/>
                                <w:szCs w:val="20"/>
                              </w:rPr>
                              <w:t>) - SECOND SEMESTER</w:t>
                            </w:r>
                          </w:p>
                        </w:tc>
                      </w:tr>
                      <w:tr w:rsidR="003A37E7" w:rsidRPr="009B251F" w:rsidTr="006075A2">
                        <w:trPr>
                          <w:cnfStyle w:val="000000010000" w:firstRow="0" w:lastRow="0" w:firstColumn="0" w:lastColumn="0" w:oddVBand="0" w:evenVBand="0" w:oddHBand="0" w:evenHBand="1"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COURSE CODE</w:t>
                            </w:r>
                          </w:p>
                        </w:tc>
                        <w:tc>
                          <w:tcPr>
                            <w:tcW w:w="350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COURSE TITLE</w:t>
                            </w:r>
                          </w:p>
                        </w:tc>
                        <w:tc>
                          <w:tcPr>
                            <w:tcW w:w="1419"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CREDIT HOURS</w:t>
                            </w:r>
                          </w:p>
                        </w:tc>
                      </w:tr>
                      <w:tr w:rsidR="003A37E7" w:rsidRPr="009B251F" w:rsidTr="006075A2">
                        <w:trPr>
                          <w:cnfStyle w:val="000000100000" w:firstRow="0" w:lastRow="0" w:firstColumn="0" w:lastColumn="0" w:oddVBand="0" w:evenVBand="0" w:oddHBand="1" w:evenHBand="0"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GEN 108</w:t>
                            </w:r>
                          </w:p>
                        </w:tc>
                        <w:tc>
                          <w:tcPr>
                            <w:tcW w:w="3500" w:type="dxa"/>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DYNAMIC OF FAITH 2</w:t>
                            </w:r>
                          </w:p>
                        </w:tc>
                        <w:tc>
                          <w:tcPr>
                            <w:tcW w:w="1419"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2</w:t>
                            </w:r>
                          </w:p>
                        </w:tc>
                      </w:tr>
                      <w:tr w:rsidR="003A37E7" w:rsidRPr="009B251F" w:rsidTr="006075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ACC 302</w:t>
                            </w:r>
                          </w:p>
                        </w:tc>
                        <w:tc>
                          <w:tcPr>
                            <w:tcW w:w="350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COST ACCOUNTING II</w:t>
                            </w:r>
                          </w:p>
                        </w:tc>
                        <w:tc>
                          <w:tcPr>
                            <w:tcW w:w="1419"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3</w:t>
                            </w:r>
                          </w:p>
                        </w:tc>
                      </w:tr>
                      <w:tr w:rsidR="003A37E7" w:rsidRPr="009B251F" w:rsidTr="006075A2">
                        <w:trPr>
                          <w:cnfStyle w:val="000000100000" w:firstRow="0" w:lastRow="0" w:firstColumn="0" w:lastColumn="0" w:oddVBand="0" w:evenVBand="0" w:oddHBand="1" w:evenHBand="0"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ACC 308</w:t>
                            </w:r>
                          </w:p>
                        </w:tc>
                        <w:tc>
                          <w:tcPr>
                            <w:tcW w:w="3500" w:type="dxa"/>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PRINCIPLES OF AUDITING II</w:t>
                            </w:r>
                          </w:p>
                        </w:tc>
                        <w:tc>
                          <w:tcPr>
                            <w:tcW w:w="1419"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3</w:t>
                            </w:r>
                          </w:p>
                        </w:tc>
                      </w:tr>
                      <w:tr w:rsidR="003A37E7" w:rsidRPr="009B251F" w:rsidTr="006075A2">
                        <w:trPr>
                          <w:cnfStyle w:val="000000010000" w:firstRow="0" w:lastRow="0" w:firstColumn="0" w:lastColumn="0" w:oddVBand="0" w:evenVBand="0" w:oddHBand="0" w:evenHBand="1"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ACC 310</w:t>
                            </w:r>
                          </w:p>
                        </w:tc>
                        <w:tc>
                          <w:tcPr>
                            <w:tcW w:w="350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TAX MANAGEMENT I</w:t>
                            </w:r>
                          </w:p>
                        </w:tc>
                        <w:tc>
                          <w:tcPr>
                            <w:tcW w:w="1419"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3</w:t>
                            </w:r>
                          </w:p>
                        </w:tc>
                      </w:tr>
                      <w:tr w:rsidR="003A37E7" w:rsidRPr="009B251F" w:rsidTr="006075A2">
                        <w:trPr>
                          <w:cnfStyle w:val="000000100000" w:firstRow="0" w:lastRow="0" w:firstColumn="0" w:lastColumn="0" w:oddVBand="0" w:evenVBand="0" w:oddHBand="1" w:evenHBand="0" w:firstRowFirstColumn="0" w:firstRowLastColumn="0" w:lastRowFirstColumn="0" w:lastRowLastColumn="0"/>
                          <w:trHeight w:val="701"/>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BUS 339</w:t>
                            </w:r>
                          </w:p>
                        </w:tc>
                        <w:tc>
                          <w:tcPr>
                            <w:tcW w:w="3500" w:type="dxa"/>
                            <w:vAlign w:val="center"/>
                          </w:tcPr>
                          <w:p w:rsidR="003A37E7" w:rsidRPr="009B251F" w:rsidRDefault="005C5759"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RESEARCH METHODOLOGY</w:t>
                            </w:r>
                          </w:p>
                        </w:tc>
                        <w:tc>
                          <w:tcPr>
                            <w:tcW w:w="1419"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3</w:t>
                            </w:r>
                          </w:p>
                        </w:tc>
                      </w:tr>
                      <w:tr w:rsidR="003A37E7" w:rsidRPr="009B251F" w:rsidTr="006075A2">
                        <w:trPr>
                          <w:cnfStyle w:val="000000010000" w:firstRow="0" w:lastRow="0" w:firstColumn="0" w:lastColumn="0" w:oddVBand="0" w:evenVBand="0" w:oddHBand="0" w:evenHBand="1"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Pr>
                                <w:rFonts w:cs="Times New Roman"/>
                              </w:rPr>
                              <w:t>ACC 311</w:t>
                            </w:r>
                          </w:p>
                        </w:tc>
                        <w:tc>
                          <w:tcPr>
                            <w:tcW w:w="350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ACCOUNTING DATA PROCESSING</w:t>
                            </w:r>
                            <w:r>
                              <w:rPr>
                                <w:rFonts w:cs="Times New Roman"/>
                                <w:b/>
                              </w:rPr>
                              <w:t>(ELECTIVE)</w:t>
                            </w:r>
                          </w:p>
                        </w:tc>
                        <w:tc>
                          <w:tcPr>
                            <w:tcW w:w="1419"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3</w:t>
                            </w:r>
                          </w:p>
                        </w:tc>
                      </w:tr>
                      <w:tr w:rsidR="003A37E7" w:rsidRPr="009B251F" w:rsidTr="006075A2">
                        <w:trPr>
                          <w:cnfStyle w:val="000000100000" w:firstRow="0" w:lastRow="0" w:firstColumn="0" w:lastColumn="0" w:oddVBand="0" w:evenVBand="0" w:oddHBand="1"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Pr>
                                <w:rFonts w:cs="Times New Roman"/>
                              </w:rPr>
                              <w:t>ACC 312</w:t>
                            </w:r>
                          </w:p>
                        </w:tc>
                        <w:tc>
                          <w:tcPr>
                            <w:tcW w:w="3500" w:type="dxa"/>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FINANCIAL REPORTING</w:t>
                            </w:r>
                            <w:r>
                              <w:rPr>
                                <w:rFonts w:cs="Times New Roman"/>
                                <w:b/>
                              </w:rPr>
                              <w:t>(ELECTIVE)</w:t>
                            </w:r>
                          </w:p>
                        </w:tc>
                        <w:tc>
                          <w:tcPr>
                            <w:tcW w:w="1419"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3</w:t>
                            </w:r>
                          </w:p>
                        </w:tc>
                      </w:tr>
                      <w:tr w:rsidR="003A37E7" w:rsidRPr="009B251F" w:rsidTr="006075A2">
                        <w:trPr>
                          <w:cnfStyle w:val="000000010000" w:firstRow="0" w:lastRow="0" w:firstColumn="0" w:lastColumn="0" w:oddVBand="0" w:evenVBand="0" w:oddHBand="0" w:evenHBand="1" w:firstRowFirstColumn="0" w:firstRowLastColumn="0" w:lastRowFirstColumn="0" w:lastRowLastColumn="0"/>
                          <w:trHeight w:val="634"/>
                        </w:trPr>
                        <w:tc>
                          <w:tcPr>
                            <w:cnfStyle w:val="001000000000" w:firstRow="0" w:lastRow="0" w:firstColumn="1" w:lastColumn="0" w:oddVBand="0" w:evenVBand="0" w:oddHBand="0" w:evenHBand="0" w:firstRowFirstColumn="0" w:firstRowLastColumn="0" w:lastRowFirstColumn="0" w:lastRowLastColumn="0"/>
                            <w:tcW w:w="1210" w:type="dxa"/>
                            <w:tcBorders>
                              <w:left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ENTR 402</w:t>
                            </w:r>
                          </w:p>
                        </w:tc>
                        <w:tc>
                          <w:tcPr>
                            <w:tcW w:w="350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ENTREPRENEURSHIP IN EDUCATION II</w:t>
                            </w:r>
                          </w:p>
                        </w:tc>
                        <w:tc>
                          <w:tcPr>
                            <w:tcW w:w="1419"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9B251F">
                              <w:rPr>
                                <w:rFonts w:cs="Times New Roman"/>
                                <w:b/>
                              </w:rPr>
                              <w:t>1</w:t>
                            </w:r>
                          </w:p>
                        </w:tc>
                      </w:tr>
                      <w:tr w:rsidR="003A37E7" w:rsidRPr="009B251F" w:rsidTr="006075A2">
                        <w:trPr>
                          <w:cnfStyle w:val="000000100000" w:firstRow="0" w:lastRow="0" w:firstColumn="0" w:lastColumn="0" w:oddVBand="0" w:evenVBand="0" w:oddHBand="1" w:evenHBand="0" w:firstRowFirstColumn="0" w:firstRowLastColumn="0" w:lastRowFirstColumn="0" w:lastRowLastColumn="0"/>
                          <w:trHeight w:val="608"/>
                        </w:trPr>
                        <w:tc>
                          <w:tcPr>
                            <w:cnfStyle w:val="001000000000" w:firstRow="0" w:lastRow="0" w:firstColumn="1" w:lastColumn="0" w:oddVBand="0" w:evenVBand="0" w:oddHBand="0" w:evenHBand="0" w:firstRowFirstColumn="0" w:firstRowLastColumn="0" w:lastRowFirstColumn="0" w:lastRowLastColumn="0"/>
                            <w:tcW w:w="4710" w:type="dxa"/>
                            <w:gridSpan w:val="2"/>
                            <w:tcBorders>
                              <w:left w:val="double" w:sz="4" w:space="0" w:color="C0504D" w:themeColor="accent2"/>
                              <w:bottom w:val="double" w:sz="4" w:space="0" w:color="C0504D" w:themeColor="accent2"/>
                            </w:tcBorders>
                            <w:vAlign w:val="center"/>
                          </w:tcPr>
                          <w:p w:rsidR="003A37E7" w:rsidRPr="009B251F" w:rsidRDefault="003A37E7" w:rsidP="00E55DAC">
                            <w:pPr>
                              <w:jc w:val="center"/>
                              <w:rPr>
                                <w:rFonts w:cs="Times New Roman"/>
                              </w:rPr>
                            </w:pPr>
                            <w:r w:rsidRPr="009B251F">
                              <w:rPr>
                                <w:rFonts w:cs="Times New Roman"/>
                              </w:rPr>
                              <w:t>TOTAL CREDIT HOURS</w:t>
                            </w:r>
                          </w:p>
                        </w:tc>
                        <w:tc>
                          <w:tcPr>
                            <w:tcW w:w="1419" w:type="dxa"/>
                            <w:tcBorders>
                              <w:bottom w:val="double" w:sz="4" w:space="0" w:color="C0504D" w:themeColor="accent2"/>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9B251F">
                              <w:rPr>
                                <w:rFonts w:cs="Times New Roman"/>
                                <w:b/>
                              </w:rPr>
                              <w:t>21</w:t>
                            </w:r>
                          </w:p>
                        </w:tc>
                      </w:tr>
                    </w:tbl>
                    <w:p w:rsidR="003A37E7" w:rsidRDefault="003A37E7"/>
                  </w:txbxContent>
                </v:textbox>
                <w10:wrap anchorx="margin"/>
              </v:shape>
            </w:pict>
          </mc:Fallback>
        </mc:AlternateContent>
      </w:r>
    </w:p>
    <w:p w:rsidR="00D65807" w:rsidRDefault="00D65807" w:rsidP="00412947">
      <w:pPr>
        <w:jc w:val="center"/>
      </w:pPr>
    </w:p>
    <w:p w:rsidR="00D65807" w:rsidRDefault="00D65807" w:rsidP="00412947">
      <w:pPr>
        <w:jc w:val="center"/>
      </w:pPr>
    </w:p>
    <w:p w:rsidR="00D65807" w:rsidRDefault="00D65807" w:rsidP="00412947">
      <w:pPr>
        <w:jc w:val="center"/>
      </w:pPr>
    </w:p>
    <w:p w:rsidR="00D65807" w:rsidRDefault="00D65807" w:rsidP="00412947">
      <w:pPr>
        <w:jc w:val="center"/>
      </w:pPr>
    </w:p>
    <w:p w:rsidR="00D65807" w:rsidRDefault="00D65807" w:rsidP="00412947">
      <w:pPr>
        <w:jc w:val="center"/>
      </w:pPr>
    </w:p>
    <w:p w:rsidR="00D65807" w:rsidRDefault="00D65807" w:rsidP="00412947">
      <w:pPr>
        <w:jc w:val="center"/>
      </w:pPr>
    </w:p>
    <w:p w:rsidR="00D65807" w:rsidRDefault="00D65807" w:rsidP="00412947">
      <w:pPr>
        <w:jc w:val="center"/>
      </w:pPr>
    </w:p>
    <w:p w:rsidR="00D65807" w:rsidRDefault="00D65807" w:rsidP="00412947">
      <w:pPr>
        <w:jc w:val="center"/>
      </w:pPr>
    </w:p>
    <w:p w:rsidR="00D65807" w:rsidRDefault="00D65807" w:rsidP="00412947">
      <w:pPr>
        <w:jc w:val="center"/>
      </w:pPr>
    </w:p>
    <w:p w:rsidR="00D65807" w:rsidRDefault="00D65807" w:rsidP="00412947">
      <w:pPr>
        <w:jc w:val="center"/>
      </w:pPr>
    </w:p>
    <w:p w:rsidR="00D65807" w:rsidRDefault="00C15C66" w:rsidP="00412947">
      <w:pPr>
        <w:jc w:val="center"/>
      </w:pPr>
      <w:r>
        <w:rPr>
          <w:noProof/>
        </w:rPr>
        <w:lastRenderedPageBreak/>
        <mc:AlternateContent>
          <mc:Choice Requires="wps">
            <w:drawing>
              <wp:anchor distT="0" distB="0" distL="114300" distR="114300" simplePos="0" relativeHeight="251694080" behindDoc="0" locked="0" layoutInCell="1" allowOverlap="1" wp14:anchorId="6BA78ED1" wp14:editId="161EDE77">
                <wp:simplePos x="0" y="0"/>
                <wp:positionH relativeFrom="page">
                  <wp:posOffset>199695</wp:posOffset>
                </wp:positionH>
                <wp:positionV relativeFrom="paragraph">
                  <wp:posOffset>-853630</wp:posOffset>
                </wp:positionV>
                <wp:extent cx="4523232" cy="3608832"/>
                <wp:effectExtent l="0" t="0" r="0" b="0"/>
                <wp:wrapNone/>
                <wp:docPr id="42" name="Text Box 42"/>
                <wp:cNvGraphicFramePr/>
                <a:graphic xmlns:a="http://schemas.openxmlformats.org/drawingml/2006/main">
                  <a:graphicData uri="http://schemas.microsoft.com/office/word/2010/wordprocessingShape">
                    <wps:wsp>
                      <wps:cNvSpPr txBox="1"/>
                      <wps:spPr>
                        <a:xfrm>
                          <a:off x="0" y="0"/>
                          <a:ext cx="4523232" cy="360883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0" w:type="auto"/>
                              <w:tblInd w:w="-15" w:type="dxa"/>
                              <w:tblLook w:val="04A0" w:firstRow="1" w:lastRow="0" w:firstColumn="1" w:lastColumn="0" w:noHBand="0" w:noVBand="1"/>
                            </w:tblPr>
                            <w:tblGrid>
                              <w:gridCol w:w="1360"/>
                              <w:gridCol w:w="3890"/>
                              <w:gridCol w:w="1380"/>
                            </w:tblGrid>
                            <w:tr w:rsidR="003A37E7" w:rsidRPr="009B251F" w:rsidTr="008C2435">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63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9B251F" w:rsidRDefault="003A37E7" w:rsidP="00EC7D93">
                                  <w:pPr>
                                    <w:jc w:val="center"/>
                                    <w:rPr>
                                      <w:color w:val="FF0000"/>
                                      <w:sz w:val="20"/>
                                      <w:szCs w:val="20"/>
                                    </w:rPr>
                                  </w:pPr>
                                  <w:r w:rsidRPr="009B251F">
                                    <w:rPr>
                                      <w:color w:val="FF0000"/>
                                      <w:sz w:val="20"/>
                                      <w:szCs w:val="20"/>
                                    </w:rPr>
                                    <w:t>BSC-ACCOUTNG</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468"/>
                              </w:trPr>
                              <w:tc>
                                <w:tcPr>
                                  <w:cnfStyle w:val="001000000000" w:firstRow="0" w:lastRow="0" w:firstColumn="1" w:lastColumn="0" w:oddVBand="0" w:evenVBand="0" w:oddHBand="0" w:evenHBand="0" w:firstRowFirstColumn="0" w:firstRowLastColumn="0" w:lastRowFirstColumn="0" w:lastRowLastColumn="0"/>
                                  <w:tcW w:w="6630"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SENIOR YEAR (YEAR IV) - FIRST SEMESTER</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COURSE CODE</w:t>
                                  </w:r>
                                </w:p>
                              </w:tc>
                              <w:tc>
                                <w:tcPr>
                                  <w:tcW w:w="389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COURSE TITLE</w:t>
                                  </w:r>
                                </w:p>
                              </w:tc>
                              <w:tc>
                                <w:tcPr>
                                  <w:tcW w:w="1380"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CREDIT HOURS</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ACC 402</w:t>
                                  </w:r>
                                </w:p>
                              </w:tc>
                              <w:tc>
                                <w:tcPr>
                                  <w:tcW w:w="3890" w:type="dxa"/>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MANAGERIAL ACCOUNTING</w:t>
                                  </w:r>
                                </w:p>
                              </w:tc>
                              <w:tc>
                                <w:tcPr>
                                  <w:tcW w:w="1380"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BUS 403</w:t>
                                  </w:r>
                                </w:p>
                              </w:tc>
                              <w:tc>
                                <w:tcPr>
                                  <w:tcW w:w="389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FINANCIAL MANAGEMENT</w:t>
                                  </w:r>
                                </w:p>
                              </w:tc>
                              <w:tc>
                                <w:tcPr>
                                  <w:tcW w:w="1380"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ACC 414</w:t>
                                  </w:r>
                                </w:p>
                              </w:tc>
                              <w:tc>
                                <w:tcPr>
                                  <w:tcW w:w="3890" w:type="dxa"/>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CORPORATE REPORTING</w:t>
                                  </w:r>
                                </w:p>
                              </w:tc>
                              <w:tc>
                                <w:tcPr>
                                  <w:tcW w:w="1380"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701"/>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ACC 415</w:t>
                                  </w:r>
                                </w:p>
                              </w:tc>
                              <w:tc>
                                <w:tcPr>
                                  <w:tcW w:w="389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ADVANCED AUDIT &amp; ASSURANCE</w:t>
                                  </w:r>
                                </w:p>
                              </w:tc>
                              <w:tc>
                                <w:tcPr>
                                  <w:tcW w:w="1380"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ACC 418</w:t>
                                  </w:r>
                                </w:p>
                              </w:tc>
                              <w:tc>
                                <w:tcPr>
                                  <w:tcW w:w="3890" w:type="dxa"/>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STRATEGIC CASE STUDY</w:t>
                                  </w:r>
                                </w:p>
                              </w:tc>
                              <w:tc>
                                <w:tcPr>
                                  <w:tcW w:w="1380"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2</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EDUC 401</w:t>
                                  </w:r>
                                </w:p>
                              </w:tc>
                              <w:tc>
                                <w:tcPr>
                                  <w:tcW w:w="389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PROFESSIONAL ETHICS</w:t>
                                  </w:r>
                                </w:p>
                              </w:tc>
                              <w:tc>
                                <w:tcPr>
                                  <w:tcW w:w="1380"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2</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Pr>
                                      <w:sz w:val="20"/>
                                      <w:szCs w:val="20"/>
                                    </w:rPr>
                                    <w:t>GEN 109</w:t>
                                  </w:r>
                                </w:p>
                              </w:tc>
                              <w:tc>
                                <w:tcPr>
                                  <w:tcW w:w="3890" w:type="dxa"/>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CHRISTIAN DEVELOPMENT CHARACTER I</w:t>
                                  </w:r>
                                </w:p>
                              </w:tc>
                              <w:tc>
                                <w:tcPr>
                                  <w:tcW w:w="1380"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2</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5250" w:type="dxa"/>
                                  <w:gridSpan w:val="2"/>
                                  <w:tcBorders>
                                    <w:left w:val="double" w:sz="4" w:space="0" w:color="C0504D" w:themeColor="accent2"/>
                                    <w:bottom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TOTAL CREDIT HOURS</w:t>
                                  </w:r>
                                </w:p>
                              </w:tc>
                              <w:tc>
                                <w:tcPr>
                                  <w:tcW w:w="1380" w:type="dxa"/>
                                  <w:tcBorders>
                                    <w:bottom w:val="double" w:sz="4" w:space="0" w:color="C0504D" w:themeColor="accent2"/>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21</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A78ED1" id="Text Box 42" o:spid="_x0000_s1086" type="#_x0000_t202" style="position:absolute;left:0;text-align:left;margin-left:15.7pt;margin-top:-67.2pt;width:356.15pt;height:284.15pt;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" fillcolor="white [3201]" stroked="f" strokeweight=".5pt">
                <v:textbox>
                  <w:txbxContent>
                    <w:tbl>
                      <w:tblPr>
                        <w:tblStyle w:val="LightGrid"/>
                        <w:tblW w:w="0" w:type="auto"/>
                        <w:tblInd w:w="-15" w:type="dxa"/>
                        <w:tblLook w:val="04A0" w:firstRow="1" w:lastRow="0" w:firstColumn="1" w:lastColumn="0" w:noHBand="0" w:noVBand="1"/>
                      </w:tblPr>
                      <w:tblGrid>
                        <w:gridCol w:w="1360"/>
                        <w:gridCol w:w="3890"/>
                        <w:gridCol w:w="1380"/>
                      </w:tblGrid>
                      <w:tr w:rsidR="003A37E7" w:rsidRPr="009B251F" w:rsidTr="008C2435">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630"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9B251F" w:rsidRDefault="003A37E7" w:rsidP="00EC7D93">
                            <w:pPr>
                              <w:jc w:val="center"/>
                              <w:rPr>
                                <w:color w:val="FF0000"/>
                                <w:sz w:val="20"/>
                                <w:szCs w:val="20"/>
                              </w:rPr>
                            </w:pPr>
                            <w:r w:rsidRPr="009B251F">
                              <w:rPr>
                                <w:color w:val="FF0000"/>
                                <w:sz w:val="20"/>
                                <w:szCs w:val="20"/>
                              </w:rPr>
                              <w:t>BSC-ACCOUTNG</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468"/>
                        </w:trPr>
                        <w:tc>
                          <w:tcPr>
                            <w:cnfStyle w:val="001000000000" w:firstRow="0" w:lastRow="0" w:firstColumn="1" w:lastColumn="0" w:oddVBand="0" w:evenVBand="0" w:oddHBand="0" w:evenHBand="0" w:firstRowFirstColumn="0" w:firstRowLastColumn="0" w:lastRowFirstColumn="0" w:lastRowLastColumn="0"/>
                            <w:tcW w:w="6630"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SENIOR YEAR (YEAR IV) - FIRST SEMESTER</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COURSE CODE</w:t>
                            </w:r>
                          </w:p>
                        </w:tc>
                        <w:tc>
                          <w:tcPr>
                            <w:tcW w:w="389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COURSE TITLE</w:t>
                            </w:r>
                          </w:p>
                        </w:tc>
                        <w:tc>
                          <w:tcPr>
                            <w:tcW w:w="1380"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CREDIT HOURS</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ACC 402</w:t>
                            </w:r>
                          </w:p>
                        </w:tc>
                        <w:tc>
                          <w:tcPr>
                            <w:tcW w:w="3890" w:type="dxa"/>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MANAGERIAL ACCOUNTING</w:t>
                            </w:r>
                          </w:p>
                        </w:tc>
                        <w:tc>
                          <w:tcPr>
                            <w:tcW w:w="1380"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BUS 403</w:t>
                            </w:r>
                          </w:p>
                        </w:tc>
                        <w:tc>
                          <w:tcPr>
                            <w:tcW w:w="389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FINANCIAL MANAGEMENT</w:t>
                            </w:r>
                          </w:p>
                        </w:tc>
                        <w:tc>
                          <w:tcPr>
                            <w:tcW w:w="1380"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ACC 414</w:t>
                            </w:r>
                          </w:p>
                        </w:tc>
                        <w:tc>
                          <w:tcPr>
                            <w:tcW w:w="3890" w:type="dxa"/>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CORPORATE REPORTING</w:t>
                            </w:r>
                          </w:p>
                        </w:tc>
                        <w:tc>
                          <w:tcPr>
                            <w:tcW w:w="1380"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701"/>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ACC 415</w:t>
                            </w:r>
                          </w:p>
                        </w:tc>
                        <w:tc>
                          <w:tcPr>
                            <w:tcW w:w="389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ADVANCED AUDIT &amp; ASSURANCE</w:t>
                            </w:r>
                          </w:p>
                        </w:tc>
                        <w:tc>
                          <w:tcPr>
                            <w:tcW w:w="1380"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ACC 418</w:t>
                            </w:r>
                          </w:p>
                        </w:tc>
                        <w:tc>
                          <w:tcPr>
                            <w:tcW w:w="3890" w:type="dxa"/>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STRATEGIC CASE STUDY</w:t>
                            </w:r>
                          </w:p>
                        </w:tc>
                        <w:tc>
                          <w:tcPr>
                            <w:tcW w:w="1380"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2</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EDUC 401</w:t>
                            </w:r>
                          </w:p>
                        </w:tc>
                        <w:tc>
                          <w:tcPr>
                            <w:tcW w:w="3890" w:type="dxa"/>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PROFESSIONAL ETHICS</w:t>
                            </w:r>
                          </w:p>
                        </w:tc>
                        <w:tc>
                          <w:tcPr>
                            <w:tcW w:w="1380" w:type="dxa"/>
                            <w:tcBorders>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2</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455"/>
                        </w:trPr>
                        <w:tc>
                          <w:tcPr>
                            <w:cnfStyle w:val="001000000000" w:firstRow="0" w:lastRow="0" w:firstColumn="1" w:lastColumn="0" w:oddVBand="0" w:evenVBand="0" w:oddHBand="0" w:evenHBand="0" w:firstRowFirstColumn="0" w:firstRowLastColumn="0" w:lastRowFirstColumn="0" w:lastRowLastColumn="0"/>
                            <w:tcW w:w="1360" w:type="dxa"/>
                            <w:tcBorders>
                              <w:left w:val="double" w:sz="4" w:space="0" w:color="C0504D" w:themeColor="accent2"/>
                            </w:tcBorders>
                            <w:vAlign w:val="center"/>
                          </w:tcPr>
                          <w:p w:rsidR="003A37E7" w:rsidRPr="009B251F" w:rsidRDefault="003A37E7" w:rsidP="00E55DAC">
                            <w:pPr>
                              <w:jc w:val="center"/>
                              <w:rPr>
                                <w:sz w:val="20"/>
                                <w:szCs w:val="20"/>
                              </w:rPr>
                            </w:pPr>
                            <w:r>
                              <w:rPr>
                                <w:sz w:val="20"/>
                                <w:szCs w:val="20"/>
                              </w:rPr>
                              <w:t>GEN 109</w:t>
                            </w:r>
                          </w:p>
                        </w:tc>
                        <w:tc>
                          <w:tcPr>
                            <w:tcW w:w="3890" w:type="dxa"/>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CHRISTIAN DEVELOPMENT CHARACTER I</w:t>
                            </w:r>
                          </w:p>
                        </w:tc>
                        <w:tc>
                          <w:tcPr>
                            <w:tcW w:w="1380" w:type="dxa"/>
                            <w:tcBorders>
                              <w:right w:val="double" w:sz="4" w:space="0" w:color="C0504D" w:themeColor="accent2"/>
                            </w:tcBorders>
                            <w:vAlign w:val="center"/>
                          </w:tcPr>
                          <w:p w:rsidR="003A37E7" w:rsidRPr="009B251F" w:rsidRDefault="003A37E7" w:rsidP="00E55DAC">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2</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5250" w:type="dxa"/>
                            <w:gridSpan w:val="2"/>
                            <w:tcBorders>
                              <w:left w:val="double" w:sz="4" w:space="0" w:color="C0504D" w:themeColor="accent2"/>
                              <w:bottom w:val="double" w:sz="4" w:space="0" w:color="C0504D" w:themeColor="accent2"/>
                            </w:tcBorders>
                            <w:vAlign w:val="center"/>
                          </w:tcPr>
                          <w:p w:rsidR="003A37E7" w:rsidRPr="009B251F" w:rsidRDefault="003A37E7" w:rsidP="00E55DAC">
                            <w:pPr>
                              <w:jc w:val="center"/>
                              <w:rPr>
                                <w:sz w:val="20"/>
                                <w:szCs w:val="20"/>
                              </w:rPr>
                            </w:pPr>
                            <w:r w:rsidRPr="009B251F">
                              <w:rPr>
                                <w:sz w:val="20"/>
                                <w:szCs w:val="20"/>
                              </w:rPr>
                              <w:t>TOTAL CREDIT HOURS</w:t>
                            </w:r>
                          </w:p>
                        </w:tc>
                        <w:tc>
                          <w:tcPr>
                            <w:tcW w:w="1380" w:type="dxa"/>
                            <w:tcBorders>
                              <w:bottom w:val="double" w:sz="4" w:space="0" w:color="C0504D" w:themeColor="accent2"/>
                              <w:right w:val="double" w:sz="4" w:space="0" w:color="C0504D" w:themeColor="accent2"/>
                            </w:tcBorders>
                            <w:vAlign w:val="center"/>
                          </w:tcPr>
                          <w:p w:rsidR="003A37E7" w:rsidRPr="009B251F" w:rsidRDefault="003A37E7" w:rsidP="00E55DAC">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21</w:t>
                            </w:r>
                          </w:p>
                        </w:tc>
                      </w:tr>
                    </w:tbl>
                    <w:p w:rsidR="003A37E7" w:rsidRDefault="003A37E7"/>
                  </w:txbxContent>
                </v:textbox>
                <w10:wrap anchorx="page"/>
              </v:shape>
            </w:pict>
          </mc:Fallback>
        </mc:AlternateContent>
      </w:r>
    </w:p>
    <w:p w:rsidR="00D65807" w:rsidRDefault="008A608D" w:rsidP="00412947">
      <w:pPr>
        <w:jc w:val="center"/>
      </w:pPr>
      <w:r>
        <w:t>S</w:t>
      </w:r>
    </w:p>
    <w:p w:rsidR="00D65807" w:rsidRDefault="00D65807" w:rsidP="00412947">
      <w:pPr>
        <w:jc w:val="center"/>
      </w:pPr>
    </w:p>
    <w:p w:rsidR="00D65807" w:rsidRDefault="00D65807" w:rsidP="00412947">
      <w:pPr>
        <w:jc w:val="center"/>
      </w:pPr>
    </w:p>
    <w:p w:rsidR="00D65807" w:rsidRDefault="00D65807" w:rsidP="00412947">
      <w:pPr>
        <w:jc w:val="center"/>
      </w:pPr>
    </w:p>
    <w:p w:rsidR="00D65807" w:rsidRDefault="00D65807" w:rsidP="00412947">
      <w:pPr>
        <w:jc w:val="center"/>
      </w:pPr>
    </w:p>
    <w:p w:rsidR="00E55DAC" w:rsidRDefault="00E55DAC" w:rsidP="00412947">
      <w:pPr>
        <w:jc w:val="center"/>
      </w:pPr>
    </w:p>
    <w:p w:rsidR="00E55DAC" w:rsidRDefault="00FE1A62" w:rsidP="00412947">
      <w:pPr>
        <w:jc w:val="center"/>
      </w:pPr>
      <w:r>
        <w:rPr>
          <w:noProof/>
        </w:rPr>
        <mc:AlternateContent>
          <mc:Choice Requires="wps">
            <w:drawing>
              <wp:anchor distT="0" distB="0" distL="114300" distR="114300" simplePos="0" relativeHeight="251695104" behindDoc="0" locked="0" layoutInCell="1" allowOverlap="1" wp14:anchorId="24164B21" wp14:editId="064CFBEC">
                <wp:simplePos x="0" y="0"/>
                <wp:positionH relativeFrom="page">
                  <wp:posOffset>308758</wp:posOffset>
                </wp:positionH>
                <wp:positionV relativeFrom="paragraph">
                  <wp:posOffset>309484</wp:posOffset>
                </wp:positionV>
                <wp:extent cx="4315460" cy="3788229"/>
                <wp:effectExtent l="0" t="0" r="8890" b="3175"/>
                <wp:wrapNone/>
                <wp:docPr id="43" name="Text Box 43"/>
                <wp:cNvGraphicFramePr/>
                <a:graphic xmlns:a="http://schemas.openxmlformats.org/drawingml/2006/main">
                  <a:graphicData uri="http://schemas.microsoft.com/office/word/2010/wordprocessingShape">
                    <wps:wsp>
                      <wps:cNvSpPr txBox="1"/>
                      <wps:spPr>
                        <a:xfrm>
                          <a:off x="0" y="0"/>
                          <a:ext cx="4315460" cy="378822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498" w:type="dxa"/>
                              <w:tblInd w:w="-90" w:type="dxa"/>
                              <w:tblLook w:val="04A0" w:firstRow="1" w:lastRow="0" w:firstColumn="1" w:lastColumn="0" w:noHBand="0" w:noVBand="1"/>
                            </w:tblPr>
                            <w:tblGrid>
                              <w:gridCol w:w="1463"/>
                              <w:gridCol w:w="3772"/>
                              <w:gridCol w:w="1263"/>
                            </w:tblGrid>
                            <w:tr w:rsidR="003A37E7" w:rsidRPr="009B251F" w:rsidTr="008C2435">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498"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9B251F" w:rsidRDefault="003A37E7" w:rsidP="0036560B">
                                  <w:pPr>
                                    <w:jc w:val="center"/>
                                    <w:rPr>
                                      <w:color w:val="FF0000"/>
                                      <w:sz w:val="24"/>
                                      <w:szCs w:val="24"/>
                                    </w:rPr>
                                  </w:pPr>
                                  <w:r w:rsidRPr="009B251F">
                                    <w:rPr>
                                      <w:color w:val="FF0000"/>
                                      <w:sz w:val="24"/>
                                      <w:szCs w:val="24"/>
                                    </w:rPr>
                                    <w:t>BSC-ACCOUTNG</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364"/>
                              </w:trPr>
                              <w:tc>
                                <w:tcPr>
                                  <w:cnfStyle w:val="001000000000" w:firstRow="0" w:lastRow="0" w:firstColumn="1" w:lastColumn="0" w:oddVBand="0" w:evenVBand="0" w:oddHBand="0" w:evenHBand="0" w:firstRowFirstColumn="0" w:firstRowLastColumn="0" w:lastRowFirstColumn="0" w:lastRowLastColumn="0"/>
                                  <w:tcW w:w="6498"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9B251F" w:rsidRDefault="003A37E7" w:rsidP="006F1B02">
                                  <w:pPr>
                                    <w:jc w:val="center"/>
                                    <w:rPr>
                                      <w:sz w:val="24"/>
                                      <w:szCs w:val="24"/>
                                    </w:rPr>
                                  </w:pPr>
                                  <w:r w:rsidRPr="009B251F">
                                    <w:rPr>
                                      <w:sz w:val="20"/>
                                      <w:szCs w:val="20"/>
                                    </w:rPr>
                                    <w:t>SENIOR YEAR (YEAR IV) - SECOND SEMESTER</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596"/>
                              </w:trPr>
                              <w:tc>
                                <w:tcPr>
                                  <w:cnfStyle w:val="001000000000" w:firstRow="0" w:lastRow="0" w:firstColumn="1" w:lastColumn="0" w:oddVBand="0" w:evenVBand="0" w:oddHBand="0" w:evenHBand="0" w:firstRowFirstColumn="0" w:firstRowLastColumn="0" w:lastRowFirstColumn="0" w:lastRowLastColumn="0"/>
                                  <w:tcW w:w="1463" w:type="dxa"/>
                                  <w:tcBorders>
                                    <w:left w:val="double" w:sz="4" w:space="0" w:color="C0504D" w:themeColor="accent2"/>
                                  </w:tcBorders>
                                  <w:vAlign w:val="center"/>
                                </w:tcPr>
                                <w:p w:rsidR="003A37E7" w:rsidRPr="009B251F" w:rsidRDefault="003A37E7" w:rsidP="006F1B02">
                                  <w:pPr>
                                    <w:jc w:val="center"/>
                                    <w:rPr>
                                      <w:sz w:val="24"/>
                                      <w:szCs w:val="24"/>
                                    </w:rPr>
                                  </w:pPr>
                                  <w:r w:rsidRPr="009B251F">
                                    <w:rPr>
                                      <w:sz w:val="24"/>
                                      <w:szCs w:val="24"/>
                                    </w:rPr>
                                    <w:t>COURSE CODE</w:t>
                                  </w:r>
                                </w:p>
                              </w:tc>
                              <w:tc>
                                <w:tcPr>
                                  <w:tcW w:w="3772" w:type="dxa"/>
                                  <w:vAlign w:val="center"/>
                                </w:tcPr>
                                <w:p w:rsidR="003A37E7" w:rsidRPr="009B251F" w:rsidRDefault="003A37E7" w:rsidP="006F1B02">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9B251F">
                                    <w:rPr>
                                      <w:b/>
                                      <w:sz w:val="24"/>
                                      <w:szCs w:val="24"/>
                                    </w:rPr>
                                    <w:t>COURSE TITLE</w:t>
                                  </w:r>
                                </w:p>
                              </w:tc>
                              <w:tc>
                                <w:tcPr>
                                  <w:tcW w:w="1263" w:type="dxa"/>
                                  <w:tcBorders>
                                    <w:right w:val="double" w:sz="4" w:space="0" w:color="C0504D" w:themeColor="accent2"/>
                                  </w:tcBorders>
                                  <w:vAlign w:val="center"/>
                                </w:tcPr>
                                <w:p w:rsidR="003A37E7" w:rsidRPr="009B251F" w:rsidRDefault="003A37E7" w:rsidP="006F1B02">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9B251F">
                                    <w:rPr>
                                      <w:b/>
                                      <w:sz w:val="24"/>
                                      <w:szCs w:val="24"/>
                                    </w:rPr>
                                    <w:t>CREDIT HOURS</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731"/>
                              </w:trPr>
                              <w:tc>
                                <w:tcPr>
                                  <w:cnfStyle w:val="001000000000" w:firstRow="0" w:lastRow="0" w:firstColumn="1" w:lastColumn="0" w:oddVBand="0" w:evenVBand="0" w:oddHBand="0" w:evenHBand="0" w:firstRowFirstColumn="0" w:firstRowLastColumn="0" w:lastRowFirstColumn="0" w:lastRowLastColumn="0"/>
                                  <w:tcW w:w="1463" w:type="dxa"/>
                                  <w:tcBorders>
                                    <w:left w:val="double" w:sz="4" w:space="0" w:color="C0504D" w:themeColor="accent2"/>
                                  </w:tcBorders>
                                  <w:vAlign w:val="center"/>
                                </w:tcPr>
                                <w:p w:rsidR="003A37E7" w:rsidRPr="009B251F" w:rsidRDefault="003A37E7" w:rsidP="006F1B02">
                                  <w:pPr>
                                    <w:jc w:val="center"/>
                                    <w:rPr>
                                      <w:sz w:val="24"/>
                                      <w:szCs w:val="24"/>
                                    </w:rPr>
                                  </w:pPr>
                                  <w:r>
                                    <w:rPr>
                                      <w:sz w:val="24"/>
                                      <w:szCs w:val="24"/>
                                    </w:rPr>
                                    <w:t>ACC 419</w:t>
                                  </w:r>
                                </w:p>
                              </w:tc>
                              <w:tc>
                                <w:tcPr>
                                  <w:tcW w:w="3772" w:type="dxa"/>
                                  <w:vAlign w:val="center"/>
                                </w:tcPr>
                                <w:p w:rsidR="003A37E7" w:rsidRPr="009B251F" w:rsidRDefault="003A37E7" w:rsidP="006F1B02">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9B251F">
                                    <w:rPr>
                                      <w:b/>
                                    </w:rPr>
                                    <w:t>INTERNAL CONTROL &amp; COMPLIANCE</w:t>
                                  </w:r>
                                  <w:r>
                                    <w:rPr>
                                      <w:b/>
                                    </w:rPr>
                                    <w:t>(</w:t>
                                  </w:r>
                                  <w:r w:rsidRPr="009B251F">
                                    <w:rPr>
                                      <w:sz w:val="24"/>
                                      <w:szCs w:val="24"/>
                                    </w:rPr>
                                    <w:t>ELECTIVE</w:t>
                                  </w:r>
                                  <w:r>
                                    <w:rPr>
                                      <w:sz w:val="24"/>
                                      <w:szCs w:val="24"/>
                                    </w:rPr>
                                    <w:t>)</w:t>
                                  </w:r>
                                </w:p>
                              </w:tc>
                              <w:tc>
                                <w:tcPr>
                                  <w:tcW w:w="1263" w:type="dxa"/>
                                  <w:tcBorders>
                                    <w:right w:val="double" w:sz="4" w:space="0" w:color="C0504D" w:themeColor="accent2"/>
                                  </w:tcBorders>
                                  <w:vAlign w:val="center"/>
                                </w:tcPr>
                                <w:p w:rsidR="003A37E7" w:rsidRPr="009B251F" w:rsidRDefault="003A37E7" w:rsidP="006F1B02">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9B251F">
                                    <w:rPr>
                                      <w:b/>
                                      <w:sz w:val="24"/>
                                      <w:szCs w:val="24"/>
                                    </w:rPr>
                                    <w:t>3</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1463" w:type="dxa"/>
                                  <w:tcBorders>
                                    <w:left w:val="double" w:sz="4" w:space="0" w:color="C0504D" w:themeColor="accent2"/>
                                  </w:tcBorders>
                                  <w:vAlign w:val="center"/>
                                </w:tcPr>
                                <w:p w:rsidR="003A37E7" w:rsidRPr="009B251F" w:rsidRDefault="003A37E7" w:rsidP="006F1B02">
                                  <w:pPr>
                                    <w:jc w:val="center"/>
                                    <w:rPr>
                                      <w:sz w:val="24"/>
                                      <w:szCs w:val="24"/>
                                    </w:rPr>
                                  </w:pPr>
                                  <w:r>
                                    <w:rPr>
                                      <w:sz w:val="24"/>
                                      <w:szCs w:val="24"/>
                                    </w:rPr>
                                    <w:t>BUS 404</w:t>
                                  </w:r>
                                </w:p>
                              </w:tc>
                              <w:tc>
                                <w:tcPr>
                                  <w:tcW w:w="3772" w:type="dxa"/>
                                  <w:vAlign w:val="center"/>
                                </w:tcPr>
                                <w:p w:rsidR="003A37E7" w:rsidRPr="009B251F" w:rsidRDefault="003A37E7" w:rsidP="006F1B02">
                                  <w:pPr>
                                    <w:jc w:val="center"/>
                                    <w:cnfStyle w:val="000000010000" w:firstRow="0" w:lastRow="0" w:firstColumn="0" w:lastColumn="0" w:oddVBand="0" w:evenVBand="0" w:oddHBand="0" w:evenHBand="1" w:firstRowFirstColumn="0" w:firstRowLastColumn="0" w:lastRowFirstColumn="0" w:lastRowLastColumn="0"/>
                                    <w:rPr>
                                      <w:b/>
                                    </w:rPr>
                                  </w:pPr>
                                  <w:r w:rsidRPr="009B251F">
                                    <w:rPr>
                                      <w:b/>
                                    </w:rPr>
                                    <w:t>RISK MANAGEMENT</w:t>
                                  </w:r>
                                  <w:r>
                                    <w:rPr>
                                      <w:b/>
                                    </w:rPr>
                                    <w:t>(</w:t>
                                  </w:r>
                                  <w:r w:rsidRPr="009B251F">
                                    <w:rPr>
                                      <w:sz w:val="24"/>
                                      <w:szCs w:val="24"/>
                                    </w:rPr>
                                    <w:t>ELECTIVE</w:t>
                                  </w:r>
                                  <w:r>
                                    <w:rPr>
                                      <w:sz w:val="24"/>
                                      <w:szCs w:val="24"/>
                                    </w:rPr>
                                    <w:t>)</w:t>
                                  </w:r>
                                </w:p>
                              </w:tc>
                              <w:tc>
                                <w:tcPr>
                                  <w:tcW w:w="1263" w:type="dxa"/>
                                  <w:tcBorders>
                                    <w:right w:val="double" w:sz="4" w:space="0" w:color="C0504D" w:themeColor="accent2"/>
                                  </w:tcBorders>
                                  <w:vAlign w:val="center"/>
                                </w:tcPr>
                                <w:p w:rsidR="003A37E7" w:rsidRPr="009B251F" w:rsidRDefault="003A37E7" w:rsidP="006F1B02">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9B251F">
                                    <w:rPr>
                                      <w:b/>
                                      <w:sz w:val="24"/>
                                      <w:szCs w:val="24"/>
                                    </w:rPr>
                                    <w:t>3</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886"/>
                              </w:trPr>
                              <w:tc>
                                <w:tcPr>
                                  <w:cnfStyle w:val="001000000000" w:firstRow="0" w:lastRow="0" w:firstColumn="1" w:lastColumn="0" w:oddVBand="0" w:evenVBand="0" w:oddHBand="0" w:evenHBand="0" w:firstRowFirstColumn="0" w:firstRowLastColumn="0" w:lastRowFirstColumn="0" w:lastRowLastColumn="0"/>
                                  <w:tcW w:w="1463" w:type="dxa"/>
                                  <w:tcBorders>
                                    <w:left w:val="double" w:sz="4" w:space="0" w:color="C0504D" w:themeColor="accent2"/>
                                  </w:tcBorders>
                                  <w:vAlign w:val="center"/>
                                </w:tcPr>
                                <w:p w:rsidR="003A37E7" w:rsidRPr="009B251F" w:rsidRDefault="003A37E7" w:rsidP="00BC1B68">
                                  <w:pPr>
                                    <w:jc w:val="center"/>
                                    <w:rPr>
                                      <w:sz w:val="24"/>
                                      <w:szCs w:val="24"/>
                                    </w:rPr>
                                  </w:pPr>
                                  <w:r>
                                    <w:rPr>
                                      <w:sz w:val="24"/>
                                      <w:szCs w:val="24"/>
                                    </w:rPr>
                                    <w:t>ACC 420</w:t>
                                  </w:r>
                                </w:p>
                              </w:tc>
                              <w:tc>
                                <w:tcPr>
                                  <w:tcW w:w="3772" w:type="dxa"/>
                                  <w:vAlign w:val="center"/>
                                </w:tcPr>
                                <w:p w:rsidR="003A37E7" w:rsidRPr="009B251F" w:rsidRDefault="003A37E7" w:rsidP="000D2553">
                                  <w:pPr>
                                    <w:spacing w:before="240"/>
                                    <w:jc w:val="center"/>
                                    <w:cnfStyle w:val="000000100000" w:firstRow="0" w:lastRow="0" w:firstColumn="0" w:lastColumn="0" w:oddVBand="0" w:evenVBand="0" w:oddHBand="1" w:evenHBand="0" w:firstRowFirstColumn="0" w:firstRowLastColumn="0" w:lastRowFirstColumn="0" w:lastRowLastColumn="0"/>
                                    <w:rPr>
                                      <w:b/>
                                      <w:sz w:val="24"/>
                                      <w:szCs w:val="24"/>
                                    </w:rPr>
                                  </w:pPr>
                                  <w:r w:rsidRPr="009B251F">
                                    <w:rPr>
                                      <w:b/>
                                    </w:rPr>
                                    <w:t>INVESTMENT ANALYSIS AND PORTFOLIO MANAGEMENT</w:t>
                                  </w:r>
                                  <w:r>
                                    <w:rPr>
                                      <w:b/>
                                    </w:rPr>
                                    <w:t>(</w:t>
                                  </w:r>
                                  <w:r w:rsidRPr="009B251F">
                                    <w:rPr>
                                      <w:sz w:val="24"/>
                                      <w:szCs w:val="24"/>
                                    </w:rPr>
                                    <w:t>ELECTIVE</w:t>
                                  </w:r>
                                </w:p>
                              </w:tc>
                              <w:tc>
                                <w:tcPr>
                                  <w:tcW w:w="1263" w:type="dxa"/>
                                  <w:tcBorders>
                                    <w:right w:val="double" w:sz="4" w:space="0" w:color="C0504D" w:themeColor="accent2"/>
                                  </w:tcBorders>
                                  <w:vAlign w:val="center"/>
                                </w:tcPr>
                                <w:p w:rsidR="003A37E7" w:rsidRPr="009B251F" w:rsidRDefault="003A37E7" w:rsidP="00BC1B68">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9B251F">
                                    <w:rPr>
                                      <w:b/>
                                      <w:sz w:val="24"/>
                                      <w:szCs w:val="24"/>
                                    </w:rPr>
                                    <w:t>3</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1463" w:type="dxa"/>
                                  <w:tcBorders>
                                    <w:left w:val="double" w:sz="4" w:space="0" w:color="C0504D" w:themeColor="accent2"/>
                                  </w:tcBorders>
                                  <w:vAlign w:val="center"/>
                                </w:tcPr>
                                <w:p w:rsidR="003A37E7" w:rsidRPr="009B251F" w:rsidRDefault="003A37E7" w:rsidP="00BC1B68">
                                  <w:pPr>
                                    <w:jc w:val="center"/>
                                    <w:rPr>
                                      <w:sz w:val="24"/>
                                      <w:szCs w:val="24"/>
                                    </w:rPr>
                                  </w:pPr>
                                  <w:r w:rsidRPr="009B251F">
                                    <w:rPr>
                                      <w:sz w:val="24"/>
                                      <w:szCs w:val="24"/>
                                    </w:rPr>
                                    <w:t>BUS 440</w:t>
                                  </w:r>
                                </w:p>
                              </w:tc>
                              <w:tc>
                                <w:tcPr>
                                  <w:tcW w:w="3772" w:type="dxa"/>
                                  <w:vAlign w:val="center"/>
                                </w:tcPr>
                                <w:p w:rsidR="003A37E7" w:rsidRPr="009B251F" w:rsidRDefault="003A37E7" w:rsidP="00BC1B68">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9B251F">
                                    <w:rPr>
                                      <w:b/>
                                      <w:sz w:val="24"/>
                                      <w:szCs w:val="24"/>
                                    </w:rPr>
                                    <w:t>SENIOR RESEARCH PAPER</w:t>
                                  </w:r>
                                </w:p>
                              </w:tc>
                              <w:tc>
                                <w:tcPr>
                                  <w:tcW w:w="1263" w:type="dxa"/>
                                  <w:tcBorders>
                                    <w:right w:val="double" w:sz="4" w:space="0" w:color="C0504D" w:themeColor="accent2"/>
                                  </w:tcBorders>
                                  <w:vAlign w:val="center"/>
                                </w:tcPr>
                                <w:p w:rsidR="003A37E7" w:rsidRPr="009B251F" w:rsidRDefault="003A37E7" w:rsidP="00BC1B68">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9B251F">
                                    <w:rPr>
                                      <w:b/>
                                      <w:sz w:val="24"/>
                                      <w:szCs w:val="24"/>
                                    </w:rPr>
                                    <w:t>3</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562"/>
                              </w:trPr>
                              <w:tc>
                                <w:tcPr>
                                  <w:cnfStyle w:val="001000000000" w:firstRow="0" w:lastRow="0" w:firstColumn="1" w:lastColumn="0" w:oddVBand="0" w:evenVBand="0" w:oddHBand="0" w:evenHBand="0" w:firstRowFirstColumn="0" w:firstRowLastColumn="0" w:lastRowFirstColumn="0" w:lastRowLastColumn="0"/>
                                  <w:tcW w:w="1463" w:type="dxa"/>
                                  <w:tcBorders>
                                    <w:left w:val="double" w:sz="4" w:space="0" w:color="C0504D" w:themeColor="accent2"/>
                                  </w:tcBorders>
                                  <w:vAlign w:val="center"/>
                                </w:tcPr>
                                <w:p w:rsidR="003A37E7" w:rsidRPr="009B251F" w:rsidRDefault="003A37E7" w:rsidP="00BC1B68">
                                  <w:pPr>
                                    <w:jc w:val="center"/>
                                    <w:rPr>
                                      <w:sz w:val="24"/>
                                      <w:szCs w:val="24"/>
                                    </w:rPr>
                                  </w:pPr>
                                  <w:r>
                                    <w:rPr>
                                      <w:sz w:val="24"/>
                                      <w:szCs w:val="24"/>
                                    </w:rPr>
                                    <w:t>GEN 110</w:t>
                                  </w:r>
                                </w:p>
                              </w:tc>
                              <w:tc>
                                <w:tcPr>
                                  <w:tcW w:w="3772" w:type="dxa"/>
                                  <w:vAlign w:val="center"/>
                                </w:tcPr>
                                <w:p w:rsidR="003A37E7" w:rsidRPr="009B251F" w:rsidRDefault="003A37E7" w:rsidP="00BC1B68">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0"/>
                                      <w:szCs w:val="20"/>
                                    </w:rPr>
                                    <w:t>CHRISTIAN DEVELOPMENT CHARACTER II</w:t>
                                  </w:r>
                                </w:p>
                              </w:tc>
                              <w:tc>
                                <w:tcPr>
                                  <w:tcW w:w="1263" w:type="dxa"/>
                                  <w:tcBorders>
                                    <w:right w:val="double" w:sz="4" w:space="0" w:color="C0504D" w:themeColor="accent2"/>
                                  </w:tcBorders>
                                  <w:vAlign w:val="center"/>
                                </w:tcPr>
                                <w:p w:rsidR="003A37E7" w:rsidRPr="009B251F" w:rsidRDefault="003A37E7" w:rsidP="00BC1B68">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2</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562"/>
                              </w:trPr>
                              <w:tc>
                                <w:tcPr>
                                  <w:cnfStyle w:val="001000000000" w:firstRow="0" w:lastRow="0" w:firstColumn="1" w:lastColumn="0" w:oddVBand="0" w:evenVBand="0" w:oddHBand="0" w:evenHBand="0" w:firstRowFirstColumn="0" w:firstRowLastColumn="0" w:lastRowFirstColumn="0" w:lastRowLastColumn="0"/>
                                  <w:tcW w:w="1463" w:type="dxa"/>
                                  <w:tcBorders>
                                    <w:left w:val="double" w:sz="4" w:space="0" w:color="C0504D" w:themeColor="accent2"/>
                                  </w:tcBorders>
                                  <w:vAlign w:val="center"/>
                                </w:tcPr>
                                <w:p w:rsidR="003A37E7" w:rsidRDefault="003A37E7" w:rsidP="00BC1B68">
                                  <w:pPr>
                                    <w:jc w:val="center"/>
                                    <w:rPr>
                                      <w:sz w:val="24"/>
                                      <w:szCs w:val="24"/>
                                    </w:rPr>
                                  </w:pPr>
                                  <w:r>
                                    <w:rPr>
                                      <w:sz w:val="24"/>
                                      <w:szCs w:val="24"/>
                                    </w:rPr>
                                    <w:t>GEN 110</w:t>
                                  </w:r>
                                </w:p>
                              </w:tc>
                              <w:tc>
                                <w:tcPr>
                                  <w:tcW w:w="3772" w:type="dxa"/>
                                  <w:vAlign w:val="center"/>
                                </w:tcPr>
                                <w:p w:rsidR="003A37E7" w:rsidRDefault="003A37E7" w:rsidP="00BC1B68">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CHRISTIAN DEVELOPMENT CHARACTER II</w:t>
                                  </w:r>
                                </w:p>
                              </w:tc>
                              <w:tc>
                                <w:tcPr>
                                  <w:tcW w:w="1263" w:type="dxa"/>
                                  <w:tcBorders>
                                    <w:right w:val="double" w:sz="4" w:space="0" w:color="C0504D" w:themeColor="accent2"/>
                                  </w:tcBorders>
                                  <w:vAlign w:val="center"/>
                                </w:tcPr>
                                <w:p w:rsidR="003A37E7" w:rsidRDefault="003A37E7" w:rsidP="00BC1B68">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2</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5235" w:type="dxa"/>
                                  <w:gridSpan w:val="2"/>
                                  <w:tcBorders>
                                    <w:left w:val="double" w:sz="4" w:space="0" w:color="C0504D" w:themeColor="accent2"/>
                                    <w:bottom w:val="double" w:sz="4" w:space="0" w:color="C0504D" w:themeColor="accent2"/>
                                  </w:tcBorders>
                                  <w:vAlign w:val="center"/>
                                </w:tcPr>
                                <w:p w:rsidR="003A37E7" w:rsidRPr="009B251F" w:rsidRDefault="003A37E7" w:rsidP="00BC1B68">
                                  <w:pPr>
                                    <w:jc w:val="center"/>
                                    <w:rPr>
                                      <w:sz w:val="24"/>
                                      <w:szCs w:val="24"/>
                                    </w:rPr>
                                  </w:pPr>
                                  <w:r w:rsidRPr="009B251F">
                                    <w:rPr>
                                      <w:sz w:val="24"/>
                                      <w:szCs w:val="24"/>
                                    </w:rPr>
                                    <w:t>TOTAL CREDIT HOURS</w:t>
                                  </w:r>
                                </w:p>
                              </w:tc>
                              <w:tc>
                                <w:tcPr>
                                  <w:tcW w:w="1263" w:type="dxa"/>
                                  <w:tcBorders>
                                    <w:bottom w:val="double" w:sz="4" w:space="0" w:color="C0504D" w:themeColor="accent2"/>
                                    <w:right w:val="double" w:sz="4" w:space="0" w:color="C0504D" w:themeColor="accent2"/>
                                  </w:tcBorders>
                                  <w:vAlign w:val="center"/>
                                </w:tcPr>
                                <w:p w:rsidR="003A37E7" w:rsidRPr="009B251F" w:rsidRDefault="003A37E7" w:rsidP="00BC1B68">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16</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164B21" id="Text Box 43" o:spid="_x0000_s1087" type="#_x0000_t202" style="position:absolute;left:0;text-align:left;margin-left:24.3pt;margin-top:24.35pt;width:339.8pt;height:298.3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" fillcolor="white [3201]" stroked="f" strokeweight=".5pt">
                <v:textbox>
                  <w:txbxContent>
                    <w:tbl>
                      <w:tblPr>
                        <w:tblStyle w:val="LightGrid"/>
                        <w:tblW w:w="6498" w:type="dxa"/>
                        <w:tblInd w:w="-90" w:type="dxa"/>
                        <w:tblLook w:val="04A0" w:firstRow="1" w:lastRow="0" w:firstColumn="1" w:lastColumn="0" w:noHBand="0" w:noVBand="1"/>
                      </w:tblPr>
                      <w:tblGrid>
                        <w:gridCol w:w="1463"/>
                        <w:gridCol w:w="3772"/>
                        <w:gridCol w:w="1263"/>
                      </w:tblGrid>
                      <w:tr w:rsidR="003A37E7" w:rsidRPr="009B251F" w:rsidTr="008C2435">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498" w:type="dxa"/>
                            <w:gridSpan w:val="3"/>
                            <w:tcBorders>
                              <w:top w:val="single" w:sz="36" w:space="0" w:color="auto"/>
                              <w:left w:val="single" w:sz="36" w:space="0" w:color="auto"/>
                              <w:bottom w:val="double" w:sz="4" w:space="0" w:color="C0504D" w:themeColor="accent2"/>
                              <w:right w:val="single" w:sz="36" w:space="0" w:color="auto"/>
                            </w:tcBorders>
                            <w:vAlign w:val="center"/>
                          </w:tcPr>
                          <w:p w:rsidR="003A37E7" w:rsidRPr="009B251F" w:rsidRDefault="003A37E7" w:rsidP="0036560B">
                            <w:pPr>
                              <w:jc w:val="center"/>
                              <w:rPr>
                                <w:color w:val="FF0000"/>
                                <w:sz w:val="24"/>
                                <w:szCs w:val="24"/>
                              </w:rPr>
                            </w:pPr>
                            <w:r w:rsidRPr="009B251F">
                              <w:rPr>
                                <w:color w:val="FF0000"/>
                                <w:sz w:val="24"/>
                                <w:szCs w:val="24"/>
                              </w:rPr>
                              <w:t>BSC-ACCOUTNG</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364"/>
                        </w:trPr>
                        <w:tc>
                          <w:tcPr>
                            <w:cnfStyle w:val="001000000000" w:firstRow="0" w:lastRow="0" w:firstColumn="1" w:lastColumn="0" w:oddVBand="0" w:evenVBand="0" w:oddHBand="0" w:evenHBand="0" w:firstRowFirstColumn="0" w:firstRowLastColumn="0" w:lastRowFirstColumn="0" w:lastRowLastColumn="0"/>
                            <w:tcW w:w="6498" w:type="dxa"/>
                            <w:gridSpan w:val="3"/>
                            <w:tcBorders>
                              <w:top w:val="double" w:sz="4" w:space="0" w:color="C0504D" w:themeColor="accent2"/>
                              <w:left w:val="double" w:sz="4" w:space="0" w:color="C0504D" w:themeColor="accent2"/>
                              <w:right w:val="double" w:sz="4" w:space="0" w:color="C0504D" w:themeColor="accent2"/>
                            </w:tcBorders>
                            <w:vAlign w:val="center"/>
                          </w:tcPr>
                          <w:p w:rsidR="003A37E7" w:rsidRPr="009B251F" w:rsidRDefault="003A37E7" w:rsidP="006F1B02">
                            <w:pPr>
                              <w:jc w:val="center"/>
                              <w:rPr>
                                <w:sz w:val="24"/>
                                <w:szCs w:val="24"/>
                              </w:rPr>
                            </w:pPr>
                            <w:r w:rsidRPr="009B251F">
                              <w:rPr>
                                <w:sz w:val="20"/>
                                <w:szCs w:val="20"/>
                              </w:rPr>
                              <w:t>SENIOR YEAR (YEAR IV) - SECOND SEMESTER</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596"/>
                        </w:trPr>
                        <w:tc>
                          <w:tcPr>
                            <w:cnfStyle w:val="001000000000" w:firstRow="0" w:lastRow="0" w:firstColumn="1" w:lastColumn="0" w:oddVBand="0" w:evenVBand="0" w:oddHBand="0" w:evenHBand="0" w:firstRowFirstColumn="0" w:firstRowLastColumn="0" w:lastRowFirstColumn="0" w:lastRowLastColumn="0"/>
                            <w:tcW w:w="1463" w:type="dxa"/>
                            <w:tcBorders>
                              <w:left w:val="double" w:sz="4" w:space="0" w:color="C0504D" w:themeColor="accent2"/>
                            </w:tcBorders>
                            <w:vAlign w:val="center"/>
                          </w:tcPr>
                          <w:p w:rsidR="003A37E7" w:rsidRPr="009B251F" w:rsidRDefault="003A37E7" w:rsidP="006F1B02">
                            <w:pPr>
                              <w:jc w:val="center"/>
                              <w:rPr>
                                <w:sz w:val="24"/>
                                <w:szCs w:val="24"/>
                              </w:rPr>
                            </w:pPr>
                            <w:r w:rsidRPr="009B251F">
                              <w:rPr>
                                <w:sz w:val="24"/>
                                <w:szCs w:val="24"/>
                              </w:rPr>
                              <w:t>COURSE CODE</w:t>
                            </w:r>
                          </w:p>
                        </w:tc>
                        <w:tc>
                          <w:tcPr>
                            <w:tcW w:w="3772" w:type="dxa"/>
                            <w:vAlign w:val="center"/>
                          </w:tcPr>
                          <w:p w:rsidR="003A37E7" w:rsidRPr="009B251F" w:rsidRDefault="003A37E7" w:rsidP="006F1B02">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9B251F">
                              <w:rPr>
                                <w:b/>
                                <w:sz w:val="24"/>
                                <w:szCs w:val="24"/>
                              </w:rPr>
                              <w:t>COURSE TITLE</w:t>
                            </w:r>
                          </w:p>
                        </w:tc>
                        <w:tc>
                          <w:tcPr>
                            <w:tcW w:w="1263" w:type="dxa"/>
                            <w:tcBorders>
                              <w:right w:val="double" w:sz="4" w:space="0" w:color="C0504D" w:themeColor="accent2"/>
                            </w:tcBorders>
                            <w:vAlign w:val="center"/>
                          </w:tcPr>
                          <w:p w:rsidR="003A37E7" w:rsidRPr="009B251F" w:rsidRDefault="003A37E7" w:rsidP="006F1B02">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9B251F">
                              <w:rPr>
                                <w:b/>
                                <w:sz w:val="24"/>
                                <w:szCs w:val="24"/>
                              </w:rPr>
                              <w:t>CREDIT HOURS</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731"/>
                        </w:trPr>
                        <w:tc>
                          <w:tcPr>
                            <w:cnfStyle w:val="001000000000" w:firstRow="0" w:lastRow="0" w:firstColumn="1" w:lastColumn="0" w:oddVBand="0" w:evenVBand="0" w:oddHBand="0" w:evenHBand="0" w:firstRowFirstColumn="0" w:firstRowLastColumn="0" w:lastRowFirstColumn="0" w:lastRowLastColumn="0"/>
                            <w:tcW w:w="1463" w:type="dxa"/>
                            <w:tcBorders>
                              <w:left w:val="double" w:sz="4" w:space="0" w:color="C0504D" w:themeColor="accent2"/>
                            </w:tcBorders>
                            <w:vAlign w:val="center"/>
                          </w:tcPr>
                          <w:p w:rsidR="003A37E7" w:rsidRPr="009B251F" w:rsidRDefault="003A37E7" w:rsidP="006F1B02">
                            <w:pPr>
                              <w:jc w:val="center"/>
                              <w:rPr>
                                <w:sz w:val="24"/>
                                <w:szCs w:val="24"/>
                              </w:rPr>
                            </w:pPr>
                            <w:r>
                              <w:rPr>
                                <w:sz w:val="24"/>
                                <w:szCs w:val="24"/>
                              </w:rPr>
                              <w:t>ACC 419</w:t>
                            </w:r>
                          </w:p>
                        </w:tc>
                        <w:tc>
                          <w:tcPr>
                            <w:tcW w:w="3772" w:type="dxa"/>
                            <w:vAlign w:val="center"/>
                          </w:tcPr>
                          <w:p w:rsidR="003A37E7" w:rsidRPr="009B251F" w:rsidRDefault="003A37E7" w:rsidP="006F1B02">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9B251F">
                              <w:rPr>
                                <w:b/>
                              </w:rPr>
                              <w:t>INTERNAL CONTROL &amp; COMPLIANCE</w:t>
                            </w:r>
                            <w:r>
                              <w:rPr>
                                <w:b/>
                              </w:rPr>
                              <w:t>(</w:t>
                            </w:r>
                            <w:r w:rsidRPr="009B251F">
                              <w:rPr>
                                <w:sz w:val="24"/>
                                <w:szCs w:val="24"/>
                              </w:rPr>
                              <w:t>ELECTIVE</w:t>
                            </w:r>
                            <w:r>
                              <w:rPr>
                                <w:sz w:val="24"/>
                                <w:szCs w:val="24"/>
                              </w:rPr>
                              <w:t>)</w:t>
                            </w:r>
                          </w:p>
                        </w:tc>
                        <w:tc>
                          <w:tcPr>
                            <w:tcW w:w="1263" w:type="dxa"/>
                            <w:tcBorders>
                              <w:right w:val="double" w:sz="4" w:space="0" w:color="C0504D" w:themeColor="accent2"/>
                            </w:tcBorders>
                            <w:vAlign w:val="center"/>
                          </w:tcPr>
                          <w:p w:rsidR="003A37E7" w:rsidRPr="009B251F" w:rsidRDefault="003A37E7" w:rsidP="006F1B02">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9B251F">
                              <w:rPr>
                                <w:b/>
                                <w:sz w:val="24"/>
                                <w:szCs w:val="24"/>
                              </w:rPr>
                              <w:t>3</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1463" w:type="dxa"/>
                            <w:tcBorders>
                              <w:left w:val="double" w:sz="4" w:space="0" w:color="C0504D" w:themeColor="accent2"/>
                            </w:tcBorders>
                            <w:vAlign w:val="center"/>
                          </w:tcPr>
                          <w:p w:rsidR="003A37E7" w:rsidRPr="009B251F" w:rsidRDefault="003A37E7" w:rsidP="006F1B02">
                            <w:pPr>
                              <w:jc w:val="center"/>
                              <w:rPr>
                                <w:sz w:val="24"/>
                                <w:szCs w:val="24"/>
                              </w:rPr>
                            </w:pPr>
                            <w:r>
                              <w:rPr>
                                <w:sz w:val="24"/>
                                <w:szCs w:val="24"/>
                              </w:rPr>
                              <w:t>BUS 404</w:t>
                            </w:r>
                          </w:p>
                        </w:tc>
                        <w:tc>
                          <w:tcPr>
                            <w:tcW w:w="3772" w:type="dxa"/>
                            <w:vAlign w:val="center"/>
                          </w:tcPr>
                          <w:p w:rsidR="003A37E7" w:rsidRPr="009B251F" w:rsidRDefault="003A37E7" w:rsidP="006F1B02">
                            <w:pPr>
                              <w:jc w:val="center"/>
                              <w:cnfStyle w:val="000000010000" w:firstRow="0" w:lastRow="0" w:firstColumn="0" w:lastColumn="0" w:oddVBand="0" w:evenVBand="0" w:oddHBand="0" w:evenHBand="1" w:firstRowFirstColumn="0" w:firstRowLastColumn="0" w:lastRowFirstColumn="0" w:lastRowLastColumn="0"/>
                              <w:rPr>
                                <w:b/>
                              </w:rPr>
                            </w:pPr>
                            <w:r w:rsidRPr="009B251F">
                              <w:rPr>
                                <w:b/>
                              </w:rPr>
                              <w:t>RISK MANAGEMENT</w:t>
                            </w:r>
                            <w:r>
                              <w:rPr>
                                <w:b/>
                              </w:rPr>
                              <w:t>(</w:t>
                            </w:r>
                            <w:r w:rsidRPr="009B251F">
                              <w:rPr>
                                <w:sz w:val="24"/>
                                <w:szCs w:val="24"/>
                              </w:rPr>
                              <w:t>ELECTIVE</w:t>
                            </w:r>
                            <w:r>
                              <w:rPr>
                                <w:sz w:val="24"/>
                                <w:szCs w:val="24"/>
                              </w:rPr>
                              <w:t>)</w:t>
                            </w:r>
                          </w:p>
                        </w:tc>
                        <w:tc>
                          <w:tcPr>
                            <w:tcW w:w="1263" w:type="dxa"/>
                            <w:tcBorders>
                              <w:right w:val="double" w:sz="4" w:space="0" w:color="C0504D" w:themeColor="accent2"/>
                            </w:tcBorders>
                            <w:vAlign w:val="center"/>
                          </w:tcPr>
                          <w:p w:rsidR="003A37E7" w:rsidRPr="009B251F" w:rsidRDefault="003A37E7" w:rsidP="006F1B02">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9B251F">
                              <w:rPr>
                                <w:b/>
                                <w:sz w:val="24"/>
                                <w:szCs w:val="24"/>
                              </w:rPr>
                              <w:t>3</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886"/>
                        </w:trPr>
                        <w:tc>
                          <w:tcPr>
                            <w:cnfStyle w:val="001000000000" w:firstRow="0" w:lastRow="0" w:firstColumn="1" w:lastColumn="0" w:oddVBand="0" w:evenVBand="0" w:oddHBand="0" w:evenHBand="0" w:firstRowFirstColumn="0" w:firstRowLastColumn="0" w:lastRowFirstColumn="0" w:lastRowLastColumn="0"/>
                            <w:tcW w:w="1463" w:type="dxa"/>
                            <w:tcBorders>
                              <w:left w:val="double" w:sz="4" w:space="0" w:color="C0504D" w:themeColor="accent2"/>
                            </w:tcBorders>
                            <w:vAlign w:val="center"/>
                          </w:tcPr>
                          <w:p w:rsidR="003A37E7" w:rsidRPr="009B251F" w:rsidRDefault="003A37E7" w:rsidP="00BC1B68">
                            <w:pPr>
                              <w:jc w:val="center"/>
                              <w:rPr>
                                <w:sz w:val="24"/>
                                <w:szCs w:val="24"/>
                              </w:rPr>
                            </w:pPr>
                            <w:r>
                              <w:rPr>
                                <w:sz w:val="24"/>
                                <w:szCs w:val="24"/>
                              </w:rPr>
                              <w:t>ACC 420</w:t>
                            </w:r>
                          </w:p>
                        </w:tc>
                        <w:tc>
                          <w:tcPr>
                            <w:tcW w:w="3772" w:type="dxa"/>
                            <w:vAlign w:val="center"/>
                          </w:tcPr>
                          <w:p w:rsidR="003A37E7" w:rsidRPr="009B251F" w:rsidRDefault="003A37E7" w:rsidP="000D2553">
                            <w:pPr>
                              <w:spacing w:before="240"/>
                              <w:jc w:val="center"/>
                              <w:cnfStyle w:val="000000100000" w:firstRow="0" w:lastRow="0" w:firstColumn="0" w:lastColumn="0" w:oddVBand="0" w:evenVBand="0" w:oddHBand="1" w:evenHBand="0" w:firstRowFirstColumn="0" w:firstRowLastColumn="0" w:lastRowFirstColumn="0" w:lastRowLastColumn="0"/>
                              <w:rPr>
                                <w:b/>
                                <w:sz w:val="24"/>
                                <w:szCs w:val="24"/>
                              </w:rPr>
                            </w:pPr>
                            <w:r w:rsidRPr="009B251F">
                              <w:rPr>
                                <w:b/>
                              </w:rPr>
                              <w:t>INVESTMENT ANALYSIS AND PORTFOLIO MANAGEMENT</w:t>
                            </w:r>
                            <w:r>
                              <w:rPr>
                                <w:b/>
                              </w:rPr>
                              <w:t>(</w:t>
                            </w:r>
                            <w:r w:rsidRPr="009B251F">
                              <w:rPr>
                                <w:sz w:val="24"/>
                                <w:szCs w:val="24"/>
                              </w:rPr>
                              <w:t>ELECTIVE</w:t>
                            </w:r>
                          </w:p>
                        </w:tc>
                        <w:tc>
                          <w:tcPr>
                            <w:tcW w:w="1263" w:type="dxa"/>
                            <w:tcBorders>
                              <w:right w:val="double" w:sz="4" w:space="0" w:color="C0504D" w:themeColor="accent2"/>
                            </w:tcBorders>
                            <w:vAlign w:val="center"/>
                          </w:tcPr>
                          <w:p w:rsidR="003A37E7" w:rsidRPr="009B251F" w:rsidRDefault="003A37E7" w:rsidP="00BC1B68">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9B251F">
                              <w:rPr>
                                <w:b/>
                                <w:sz w:val="24"/>
                                <w:szCs w:val="24"/>
                              </w:rPr>
                              <w:t>3</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1463" w:type="dxa"/>
                            <w:tcBorders>
                              <w:left w:val="double" w:sz="4" w:space="0" w:color="C0504D" w:themeColor="accent2"/>
                            </w:tcBorders>
                            <w:vAlign w:val="center"/>
                          </w:tcPr>
                          <w:p w:rsidR="003A37E7" w:rsidRPr="009B251F" w:rsidRDefault="003A37E7" w:rsidP="00BC1B68">
                            <w:pPr>
                              <w:jc w:val="center"/>
                              <w:rPr>
                                <w:sz w:val="24"/>
                                <w:szCs w:val="24"/>
                              </w:rPr>
                            </w:pPr>
                            <w:r w:rsidRPr="009B251F">
                              <w:rPr>
                                <w:sz w:val="24"/>
                                <w:szCs w:val="24"/>
                              </w:rPr>
                              <w:t>BUS 440</w:t>
                            </w:r>
                          </w:p>
                        </w:tc>
                        <w:tc>
                          <w:tcPr>
                            <w:tcW w:w="3772" w:type="dxa"/>
                            <w:vAlign w:val="center"/>
                          </w:tcPr>
                          <w:p w:rsidR="003A37E7" w:rsidRPr="009B251F" w:rsidRDefault="003A37E7" w:rsidP="00BC1B68">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9B251F">
                              <w:rPr>
                                <w:b/>
                                <w:sz w:val="24"/>
                                <w:szCs w:val="24"/>
                              </w:rPr>
                              <w:t>SENIOR RESEARCH PAPER</w:t>
                            </w:r>
                          </w:p>
                        </w:tc>
                        <w:tc>
                          <w:tcPr>
                            <w:tcW w:w="1263" w:type="dxa"/>
                            <w:tcBorders>
                              <w:right w:val="double" w:sz="4" w:space="0" w:color="C0504D" w:themeColor="accent2"/>
                            </w:tcBorders>
                            <w:vAlign w:val="center"/>
                          </w:tcPr>
                          <w:p w:rsidR="003A37E7" w:rsidRPr="009B251F" w:rsidRDefault="003A37E7" w:rsidP="00BC1B68">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9B251F">
                              <w:rPr>
                                <w:b/>
                                <w:sz w:val="24"/>
                                <w:szCs w:val="24"/>
                              </w:rPr>
                              <w:t>3</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562"/>
                        </w:trPr>
                        <w:tc>
                          <w:tcPr>
                            <w:cnfStyle w:val="001000000000" w:firstRow="0" w:lastRow="0" w:firstColumn="1" w:lastColumn="0" w:oddVBand="0" w:evenVBand="0" w:oddHBand="0" w:evenHBand="0" w:firstRowFirstColumn="0" w:firstRowLastColumn="0" w:lastRowFirstColumn="0" w:lastRowLastColumn="0"/>
                            <w:tcW w:w="1463" w:type="dxa"/>
                            <w:tcBorders>
                              <w:left w:val="double" w:sz="4" w:space="0" w:color="C0504D" w:themeColor="accent2"/>
                            </w:tcBorders>
                            <w:vAlign w:val="center"/>
                          </w:tcPr>
                          <w:p w:rsidR="003A37E7" w:rsidRPr="009B251F" w:rsidRDefault="003A37E7" w:rsidP="00BC1B68">
                            <w:pPr>
                              <w:jc w:val="center"/>
                              <w:rPr>
                                <w:sz w:val="24"/>
                                <w:szCs w:val="24"/>
                              </w:rPr>
                            </w:pPr>
                            <w:r>
                              <w:rPr>
                                <w:sz w:val="24"/>
                                <w:szCs w:val="24"/>
                              </w:rPr>
                              <w:t>GEN 110</w:t>
                            </w:r>
                          </w:p>
                        </w:tc>
                        <w:tc>
                          <w:tcPr>
                            <w:tcW w:w="3772" w:type="dxa"/>
                            <w:vAlign w:val="center"/>
                          </w:tcPr>
                          <w:p w:rsidR="003A37E7" w:rsidRPr="009B251F" w:rsidRDefault="003A37E7" w:rsidP="00BC1B68">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0"/>
                                <w:szCs w:val="20"/>
                              </w:rPr>
                              <w:t>CHRISTIAN DEVELOPMENT CHARACTER II</w:t>
                            </w:r>
                          </w:p>
                        </w:tc>
                        <w:tc>
                          <w:tcPr>
                            <w:tcW w:w="1263" w:type="dxa"/>
                            <w:tcBorders>
                              <w:right w:val="double" w:sz="4" w:space="0" w:color="C0504D" w:themeColor="accent2"/>
                            </w:tcBorders>
                            <w:vAlign w:val="center"/>
                          </w:tcPr>
                          <w:p w:rsidR="003A37E7" w:rsidRPr="009B251F" w:rsidRDefault="003A37E7" w:rsidP="00BC1B68">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2</w:t>
                            </w:r>
                          </w:p>
                        </w:tc>
                      </w:tr>
                      <w:tr w:rsidR="003A37E7" w:rsidRPr="009B251F" w:rsidTr="008C2435">
                        <w:trPr>
                          <w:cnfStyle w:val="000000010000" w:firstRow="0" w:lastRow="0" w:firstColumn="0" w:lastColumn="0" w:oddVBand="0" w:evenVBand="0" w:oddHBand="0" w:evenHBand="1" w:firstRowFirstColumn="0" w:firstRowLastColumn="0" w:lastRowFirstColumn="0" w:lastRowLastColumn="0"/>
                          <w:trHeight w:val="562"/>
                        </w:trPr>
                        <w:tc>
                          <w:tcPr>
                            <w:cnfStyle w:val="001000000000" w:firstRow="0" w:lastRow="0" w:firstColumn="1" w:lastColumn="0" w:oddVBand="0" w:evenVBand="0" w:oddHBand="0" w:evenHBand="0" w:firstRowFirstColumn="0" w:firstRowLastColumn="0" w:lastRowFirstColumn="0" w:lastRowLastColumn="0"/>
                            <w:tcW w:w="1463" w:type="dxa"/>
                            <w:tcBorders>
                              <w:left w:val="double" w:sz="4" w:space="0" w:color="C0504D" w:themeColor="accent2"/>
                            </w:tcBorders>
                            <w:vAlign w:val="center"/>
                          </w:tcPr>
                          <w:p w:rsidR="003A37E7" w:rsidRDefault="003A37E7" w:rsidP="00BC1B68">
                            <w:pPr>
                              <w:jc w:val="center"/>
                              <w:rPr>
                                <w:sz w:val="24"/>
                                <w:szCs w:val="24"/>
                              </w:rPr>
                            </w:pPr>
                            <w:r>
                              <w:rPr>
                                <w:sz w:val="24"/>
                                <w:szCs w:val="24"/>
                              </w:rPr>
                              <w:t>GEN 110</w:t>
                            </w:r>
                          </w:p>
                        </w:tc>
                        <w:tc>
                          <w:tcPr>
                            <w:tcW w:w="3772" w:type="dxa"/>
                            <w:vAlign w:val="center"/>
                          </w:tcPr>
                          <w:p w:rsidR="003A37E7" w:rsidRDefault="003A37E7" w:rsidP="00BC1B68">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CHRISTIAN DEVELOPMENT CHARACTER II</w:t>
                            </w:r>
                          </w:p>
                        </w:tc>
                        <w:tc>
                          <w:tcPr>
                            <w:tcW w:w="1263" w:type="dxa"/>
                            <w:tcBorders>
                              <w:right w:val="double" w:sz="4" w:space="0" w:color="C0504D" w:themeColor="accent2"/>
                            </w:tcBorders>
                            <w:vAlign w:val="center"/>
                          </w:tcPr>
                          <w:p w:rsidR="003A37E7" w:rsidRDefault="003A37E7" w:rsidP="00BC1B68">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2</w:t>
                            </w:r>
                          </w:p>
                        </w:tc>
                      </w:tr>
                      <w:tr w:rsidR="003A37E7" w:rsidRPr="009B251F" w:rsidTr="008C2435">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5235" w:type="dxa"/>
                            <w:gridSpan w:val="2"/>
                            <w:tcBorders>
                              <w:left w:val="double" w:sz="4" w:space="0" w:color="C0504D" w:themeColor="accent2"/>
                              <w:bottom w:val="double" w:sz="4" w:space="0" w:color="C0504D" w:themeColor="accent2"/>
                            </w:tcBorders>
                            <w:vAlign w:val="center"/>
                          </w:tcPr>
                          <w:p w:rsidR="003A37E7" w:rsidRPr="009B251F" w:rsidRDefault="003A37E7" w:rsidP="00BC1B68">
                            <w:pPr>
                              <w:jc w:val="center"/>
                              <w:rPr>
                                <w:sz w:val="24"/>
                                <w:szCs w:val="24"/>
                              </w:rPr>
                            </w:pPr>
                            <w:r w:rsidRPr="009B251F">
                              <w:rPr>
                                <w:sz w:val="24"/>
                                <w:szCs w:val="24"/>
                              </w:rPr>
                              <w:t>TOTAL CREDIT HOURS</w:t>
                            </w:r>
                          </w:p>
                        </w:tc>
                        <w:tc>
                          <w:tcPr>
                            <w:tcW w:w="1263" w:type="dxa"/>
                            <w:tcBorders>
                              <w:bottom w:val="double" w:sz="4" w:space="0" w:color="C0504D" w:themeColor="accent2"/>
                              <w:right w:val="double" w:sz="4" w:space="0" w:color="C0504D" w:themeColor="accent2"/>
                            </w:tcBorders>
                            <w:vAlign w:val="center"/>
                          </w:tcPr>
                          <w:p w:rsidR="003A37E7" w:rsidRPr="009B251F" w:rsidRDefault="003A37E7" w:rsidP="00BC1B68">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16</w:t>
                            </w:r>
                          </w:p>
                        </w:tc>
                      </w:tr>
                    </w:tbl>
                    <w:p w:rsidR="003A37E7" w:rsidRDefault="003A37E7"/>
                  </w:txbxContent>
                </v:textbox>
                <w10:wrap anchorx="page"/>
              </v:shape>
            </w:pict>
          </mc:Fallback>
        </mc:AlternateContent>
      </w:r>
    </w:p>
    <w:p w:rsidR="00E55DAC" w:rsidRDefault="00E55DAC" w:rsidP="00412947">
      <w:pPr>
        <w:jc w:val="center"/>
      </w:pPr>
    </w:p>
    <w:p w:rsidR="00E55DAC" w:rsidRDefault="00E55DAC" w:rsidP="00412947">
      <w:pPr>
        <w:jc w:val="center"/>
      </w:pPr>
    </w:p>
    <w:p w:rsidR="00E55DAC" w:rsidRDefault="00E55DAC" w:rsidP="00412947">
      <w:pPr>
        <w:jc w:val="center"/>
      </w:pPr>
    </w:p>
    <w:p w:rsidR="00E55DAC" w:rsidRDefault="00E55DAC" w:rsidP="00412947">
      <w:pPr>
        <w:jc w:val="center"/>
      </w:pPr>
    </w:p>
    <w:p w:rsidR="00E55DAC" w:rsidRDefault="00E55DAC" w:rsidP="00412947">
      <w:pPr>
        <w:jc w:val="center"/>
      </w:pPr>
    </w:p>
    <w:p w:rsidR="00E55DAC" w:rsidRDefault="00E55DAC" w:rsidP="00412947">
      <w:pPr>
        <w:jc w:val="center"/>
      </w:pPr>
    </w:p>
    <w:p w:rsidR="00E55DAC" w:rsidRDefault="00E55DAC" w:rsidP="00412947">
      <w:pPr>
        <w:jc w:val="center"/>
      </w:pPr>
    </w:p>
    <w:p w:rsidR="00E55DAC" w:rsidRDefault="00E55DAC" w:rsidP="00412947">
      <w:pPr>
        <w:jc w:val="center"/>
      </w:pPr>
    </w:p>
    <w:p w:rsidR="00E55DAC" w:rsidRDefault="00E55DAC" w:rsidP="00412947">
      <w:pPr>
        <w:jc w:val="center"/>
      </w:pPr>
    </w:p>
    <w:p w:rsidR="00E55DAC" w:rsidRDefault="00E55DAC" w:rsidP="00412947">
      <w:pPr>
        <w:jc w:val="center"/>
      </w:pPr>
    </w:p>
    <w:p w:rsidR="00E55DAC" w:rsidRDefault="00BC1B68" w:rsidP="00412947">
      <w:pPr>
        <w:jc w:val="center"/>
      </w:pPr>
      <w:r>
        <w:rPr>
          <w:noProof/>
        </w:rPr>
        <mc:AlternateContent>
          <mc:Choice Requires="wps">
            <w:drawing>
              <wp:anchor distT="0" distB="0" distL="114300" distR="114300" simplePos="0" relativeHeight="251828224" behindDoc="0" locked="0" layoutInCell="1" allowOverlap="1" wp14:anchorId="52C72DD0" wp14:editId="3E3560CD">
                <wp:simplePos x="0" y="0"/>
                <wp:positionH relativeFrom="column">
                  <wp:posOffset>-1059279</wp:posOffset>
                </wp:positionH>
                <wp:positionV relativeFrom="paragraph">
                  <wp:posOffset>608569</wp:posOffset>
                </wp:positionV>
                <wp:extent cx="4218432" cy="356054"/>
                <wp:effectExtent l="57150" t="38100" r="67945" b="101600"/>
                <wp:wrapNone/>
                <wp:docPr id="156" name="Text Box 156"/>
                <wp:cNvGraphicFramePr/>
                <a:graphic xmlns:a="http://schemas.openxmlformats.org/drawingml/2006/main">
                  <a:graphicData uri="http://schemas.microsoft.com/office/word/2010/wordprocessingShape">
                    <wps:wsp>
                      <wps:cNvSpPr txBox="1"/>
                      <wps:spPr>
                        <a:xfrm>
                          <a:off x="0" y="0"/>
                          <a:ext cx="4218432" cy="356054"/>
                        </a:xfrm>
                        <a:prstGeom prst="rect">
                          <a:avLst/>
                        </a:prstGeom>
                        <a:ln/>
                      </wps:spPr>
                      <wps:style>
                        <a:lnRef idx="1">
                          <a:schemeClr val="accent1"/>
                        </a:lnRef>
                        <a:fillRef idx="2">
                          <a:schemeClr val="accent1"/>
                        </a:fillRef>
                        <a:effectRef idx="1">
                          <a:schemeClr val="accent1"/>
                        </a:effectRef>
                        <a:fontRef idx="minor">
                          <a:schemeClr val="dk1"/>
                        </a:fontRef>
                      </wps:style>
                      <wps:txbx>
                        <w:txbxContent>
                          <w:tbl>
                            <w:tblPr>
                              <w:tblStyle w:val="TableGrid"/>
                              <w:tblW w:w="0" w:type="auto"/>
                              <w:tblInd w:w="-185" w:type="dxa"/>
                              <w:tblLook w:val="04A0" w:firstRow="1" w:lastRow="0" w:firstColumn="1" w:lastColumn="0" w:noHBand="0" w:noVBand="1"/>
                            </w:tblPr>
                            <w:tblGrid>
                              <w:gridCol w:w="3510"/>
                              <w:gridCol w:w="2970"/>
                            </w:tblGrid>
                            <w:tr w:rsidR="003A37E7" w:rsidRPr="00E47AC6" w:rsidTr="00E47AC6">
                              <w:trPr>
                                <w:trHeight w:val="619"/>
                              </w:trPr>
                              <w:tc>
                                <w:tcPr>
                                  <w:tcW w:w="3510" w:type="dxa"/>
                                  <w:vAlign w:val="center"/>
                                </w:tcPr>
                                <w:p w:rsidR="003A37E7" w:rsidRPr="00E47AC6" w:rsidRDefault="003A37E7" w:rsidP="00D87D6A">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2970" w:type="dxa"/>
                                  <w:vAlign w:val="center"/>
                                </w:tcPr>
                                <w:p w:rsidR="003A37E7" w:rsidRPr="00E47AC6" w:rsidRDefault="003A37E7" w:rsidP="00D87D6A">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160</w:t>
                                  </w:r>
                                </w:p>
                              </w:tc>
                            </w:tr>
                          </w:tbl>
                          <w:p w:rsidR="003A37E7" w:rsidRPr="00E47AC6"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C72DD0" id="Text Box 156" o:spid="_x0000_s1088" type="#_x0000_t202" style="position:absolute;left:0;text-align:left;margin-left:-83.4pt;margin-top:47.9pt;width:332.15pt;height:28.0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" fillcolor="#a7bfde [1620]" strokecolor="#4579b8 [3044]">
                <v:fill color2="#e4ecf5 [500]" rotate="t" angle="180" colors="0 #a3c4ff;22938f #bfd5ff;1 #e5eeff" focus="100%" type="gradient"/>
                <v:shadow on="t" color="black" opacity="24903f" origin=",.5" offset="0,.55556mm"/>
                <v:textbox>
                  <w:txbxContent>
                    <w:tbl>
                      <w:tblPr>
                        <w:tblStyle w:val="TableGrid"/>
                        <w:tblW w:w="0" w:type="auto"/>
                        <w:tblInd w:w="-185" w:type="dxa"/>
                        <w:tblLook w:val="04A0" w:firstRow="1" w:lastRow="0" w:firstColumn="1" w:lastColumn="0" w:noHBand="0" w:noVBand="1"/>
                      </w:tblPr>
                      <w:tblGrid>
                        <w:gridCol w:w="3510"/>
                        <w:gridCol w:w="2970"/>
                      </w:tblGrid>
                      <w:tr w:rsidR="003A37E7" w:rsidRPr="00E47AC6" w:rsidTr="00E47AC6">
                        <w:trPr>
                          <w:trHeight w:val="619"/>
                        </w:trPr>
                        <w:tc>
                          <w:tcPr>
                            <w:tcW w:w="3510" w:type="dxa"/>
                            <w:vAlign w:val="center"/>
                          </w:tcPr>
                          <w:p w:rsidR="003A37E7" w:rsidRPr="00E47AC6" w:rsidRDefault="003A37E7" w:rsidP="00D87D6A">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2970" w:type="dxa"/>
                            <w:vAlign w:val="center"/>
                          </w:tcPr>
                          <w:p w:rsidR="003A37E7" w:rsidRPr="00E47AC6" w:rsidRDefault="003A37E7" w:rsidP="00D87D6A">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160</w:t>
                            </w:r>
                          </w:p>
                        </w:tc>
                      </w:tr>
                    </w:tbl>
                    <w:p w:rsidR="003A37E7" w:rsidRPr="00E47AC6"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E55DAC" w:rsidRDefault="0009743A" w:rsidP="00412947">
      <w:pPr>
        <w:jc w:val="center"/>
      </w:pPr>
      <w:r>
        <w:rPr>
          <w:noProof/>
        </w:rPr>
        <w:lastRenderedPageBreak/>
        <mc:AlternateContent>
          <mc:Choice Requires="wps">
            <w:drawing>
              <wp:anchor distT="0" distB="0" distL="114300" distR="114300" simplePos="0" relativeHeight="251793408" behindDoc="0" locked="0" layoutInCell="1" allowOverlap="1" wp14:anchorId="5D1BCB98" wp14:editId="0E5E5CFD">
                <wp:simplePos x="0" y="0"/>
                <wp:positionH relativeFrom="column">
                  <wp:posOffset>-682576</wp:posOffset>
                </wp:positionH>
                <wp:positionV relativeFrom="paragraph">
                  <wp:posOffset>-840740</wp:posOffset>
                </wp:positionV>
                <wp:extent cx="4535424" cy="731520"/>
                <wp:effectExtent l="57150" t="38100" r="74930" b="87630"/>
                <wp:wrapNone/>
                <wp:docPr id="88" name="Text Box 88"/>
                <wp:cNvGraphicFramePr/>
                <a:graphic xmlns:a="http://schemas.openxmlformats.org/drawingml/2006/main">
                  <a:graphicData uri="http://schemas.microsoft.com/office/word/2010/wordprocessingShape">
                    <wps:wsp>
                      <wps:cNvSpPr txBox="1"/>
                      <wps:spPr>
                        <a:xfrm>
                          <a:off x="0" y="0"/>
                          <a:ext cx="4535424" cy="731520"/>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E47AC6" w:rsidRDefault="003A37E7" w:rsidP="00CE35B5">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BUSINESS AND SOCIAL SCIENCES</w:t>
                            </w:r>
                          </w:p>
                          <w:p w:rsidR="003A37E7" w:rsidRPr="00F742A4" w:rsidRDefault="003A37E7" w:rsidP="00CE35B5">
                            <w:pPr>
                              <w:jc w:val="center"/>
                              <w:rPr>
                                <w:color w:val="FF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742A4">
                              <w:rPr>
                                <w:color w:val="FF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ECONOMICS &amp; FINANCE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1BCB98" id="Text Box 88" o:spid="_x0000_s1089" type="#_x0000_t202" style="position:absolute;left:0;text-align:left;margin-left:-53.75pt;margin-top:-66.2pt;width:357.1pt;height:57.6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" fillcolor="#a7bfde [1620]" strokecolor="#4579b8 [3044]">
                <v:fill color2="#e4ecf5 [500]" rotate="t" angle="180" colors="0 #a3c4ff;22938f #bfd5ff;1 #e5eeff" focus="100%" type="gradient"/>
                <v:shadow on="t" color="black" opacity="24903f" origin=",.5" offset="0,.55556mm"/>
                <v:textbox>
                  <w:txbxContent>
                    <w:p w:rsidR="003A37E7" w:rsidRPr="00E47AC6" w:rsidRDefault="003A37E7" w:rsidP="00CE35B5">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BUSINESS AND SOCIAL SCIENCES</w:t>
                      </w:r>
                    </w:p>
                    <w:p w:rsidR="003A37E7" w:rsidRPr="00F742A4" w:rsidRDefault="003A37E7" w:rsidP="00CE35B5">
                      <w:pPr>
                        <w:jc w:val="center"/>
                        <w:rPr>
                          <w:color w:val="FF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742A4">
                        <w:rPr>
                          <w:color w:val="FF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ECONOMICS &amp; FINANCE</w:t>
                      </w:r>
                    </w:p>
                  </w:txbxContent>
                </v:textbox>
              </v:shape>
            </w:pict>
          </mc:Fallback>
        </mc:AlternateContent>
      </w:r>
      <w:r w:rsidR="00533923">
        <w:rPr>
          <w:noProof/>
        </w:rPr>
        <mc:AlternateContent>
          <mc:Choice Requires="wps">
            <w:drawing>
              <wp:anchor distT="0" distB="0" distL="114300" distR="114300" simplePos="0" relativeHeight="251696128" behindDoc="0" locked="0" layoutInCell="1" allowOverlap="1" wp14:anchorId="77B794B9" wp14:editId="58D16BF3">
                <wp:simplePos x="0" y="0"/>
                <wp:positionH relativeFrom="page">
                  <wp:posOffset>438912</wp:posOffset>
                </wp:positionH>
                <wp:positionV relativeFrom="paragraph">
                  <wp:posOffset>-109220</wp:posOffset>
                </wp:positionV>
                <wp:extent cx="4298867" cy="3389376"/>
                <wp:effectExtent l="0" t="0" r="6985" b="1905"/>
                <wp:wrapNone/>
                <wp:docPr id="44" name="Text Box 44"/>
                <wp:cNvGraphicFramePr/>
                <a:graphic xmlns:a="http://schemas.openxmlformats.org/drawingml/2006/main">
                  <a:graphicData uri="http://schemas.microsoft.com/office/word/2010/wordprocessingShape">
                    <wps:wsp>
                      <wps:cNvSpPr txBox="1"/>
                      <wps:spPr>
                        <a:xfrm>
                          <a:off x="0" y="0"/>
                          <a:ext cx="4298867" cy="338937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475" w:type="dxa"/>
                              <w:tblInd w:w="-240" w:type="dxa"/>
                              <w:tblLook w:val="04A0" w:firstRow="1" w:lastRow="0" w:firstColumn="1" w:lastColumn="0" w:noHBand="0" w:noVBand="1"/>
                            </w:tblPr>
                            <w:tblGrid>
                              <w:gridCol w:w="220"/>
                              <w:gridCol w:w="1173"/>
                              <w:gridCol w:w="171"/>
                              <w:gridCol w:w="3291"/>
                              <w:gridCol w:w="155"/>
                              <w:gridCol w:w="1225"/>
                              <w:gridCol w:w="240"/>
                            </w:tblGrid>
                            <w:tr w:rsidR="003A37E7" w:rsidRPr="009B251F" w:rsidTr="00936337">
                              <w:trPr>
                                <w:gridBefore w:val="1"/>
                                <w:cnfStyle w:val="100000000000" w:firstRow="1" w:lastRow="0" w:firstColumn="0" w:lastColumn="0" w:oddVBand="0" w:evenVBand="0" w:oddHBand="0" w:evenHBand="0"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6255" w:type="dxa"/>
                                  <w:gridSpan w:val="6"/>
                                  <w:tcBorders>
                                    <w:top w:val="single" w:sz="48" w:space="0" w:color="auto"/>
                                    <w:left w:val="single" w:sz="48" w:space="0" w:color="auto"/>
                                    <w:bottom w:val="single" w:sz="48" w:space="0" w:color="auto"/>
                                    <w:right w:val="single" w:sz="48" w:space="0" w:color="auto"/>
                                  </w:tcBorders>
                                  <w:vAlign w:val="center"/>
                                </w:tcPr>
                                <w:p w:rsidR="003A37E7" w:rsidRPr="009B251F" w:rsidRDefault="003A37E7" w:rsidP="00936337">
                                  <w:pPr>
                                    <w:jc w:val="center"/>
                                    <w:rPr>
                                      <w:color w:val="FF0000"/>
                                      <w:sz w:val="24"/>
                                      <w:szCs w:val="24"/>
                                    </w:rPr>
                                  </w:pPr>
                                  <w:r w:rsidRPr="009B251F">
                                    <w:rPr>
                                      <w:color w:val="FF0000"/>
                                      <w:sz w:val="24"/>
                                      <w:szCs w:val="24"/>
                                    </w:rPr>
                                    <w:t>BSC. ECONOMICS AND FINANCE</w:t>
                                  </w:r>
                                </w:p>
                              </w:tc>
                            </w:tr>
                            <w:tr w:rsidR="003A37E7" w:rsidRPr="009B251F" w:rsidTr="00936337">
                              <w:trPr>
                                <w:gridBefore w:val="1"/>
                                <w:cnfStyle w:val="000000100000" w:firstRow="0" w:lastRow="0" w:firstColumn="0" w:lastColumn="0" w:oddVBand="0" w:evenVBand="0" w:oddHBand="1" w:evenHBand="0"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6255" w:type="dxa"/>
                                  <w:gridSpan w:val="6"/>
                                  <w:tcBorders>
                                    <w:top w:val="single" w:sz="48" w:space="0" w:color="auto"/>
                                    <w:left w:val="double" w:sz="4" w:space="0" w:color="C0504D" w:themeColor="accent2"/>
                                    <w:righ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FRESHMEN YEAR (YEAR I) - FIRST SEMESTER</w:t>
                                  </w:r>
                                </w:p>
                              </w:tc>
                            </w:tr>
                            <w:tr w:rsidR="003A37E7" w:rsidRPr="009B251F" w:rsidTr="00936337">
                              <w:trPr>
                                <w:gridBefore w:val="1"/>
                                <w:cnfStyle w:val="000000010000" w:firstRow="0" w:lastRow="0" w:firstColumn="0" w:lastColumn="0" w:oddVBand="0" w:evenVBand="0" w:oddHBand="0" w:evenHBand="1"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COURSE CODE</w:t>
                                  </w:r>
                                </w:p>
                              </w:tc>
                              <w:tc>
                                <w:tcPr>
                                  <w:tcW w:w="3291" w:type="dxa"/>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COURSE TITLE</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CREDIT HOURS</w:t>
                                  </w:r>
                                </w:p>
                              </w:tc>
                            </w:tr>
                            <w:tr w:rsidR="003A37E7" w:rsidRPr="009B251F" w:rsidTr="00936337">
                              <w:trPr>
                                <w:gridBefore w:val="1"/>
                                <w:cnfStyle w:val="000000100000" w:firstRow="0" w:lastRow="0" w:firstColumn="0" w:lastColumn="0" w:oddVBand="0" w:evenVBand="0" w:oddHBand="1" w:evenHBand="0"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GEN 101</w:t>
                                  </w:r>
                                </w:p>
                              </w:tc>
                              <w:tc>
                                <w:tcPr>
                                  <w:tcW w:w="3291" w:type="dxa"/>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LIFE IN CHRIST 1</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2</w:t>
                                  </w:r>
                                </w:p>
                              </w:tc>
                            </w:tr>
                            <w:tr w:rsidR="003A37E7" w:rsidRPr="009B251F" w:rsidTr="00936337">
                              <w:trPr>
                                <w:gridBefore w:val="1"/>
                                <w:cnfStyle w:val="000000010000" w:firstRow="0" w:lastRow="0" w:firstColumn="0" w:lastColumn="0" w:oddVBand="0" w:evenVBand="0" w:oddHBand="0" w:evenHBand="1"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ACC: 101</w:t>
                                  </w:r>
                                </w:p>
                              </w:tc>
                              <w:tc>
                                <w:tcPr>
                                  <w:tcW w:w="3291" w:type="dxa"/>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INTRODUCTION TO ACCOUNTING</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Before w:val="1"/>
                                <w:cnfStyle w:val="000000100000" w:firstRow="0" w:lastRow="0" w:firstColumn="0" w:lastColumn="0" w:oddVBand="0" w:evenVBand="0" w:oddHBand="1" w:evenHBand="0"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FREN 101</w:t>
                                  </w:r>
                                </w:p>
                              </w:tc>
                              <w:tc>
                                <w:tcPr>
                                  <w:tcW w:w="3291" w:type="dxa"/>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FUNDAMENTALS OF FRENCH</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2</w:t>
                                  </w:r>
                                </w:p>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51F" w:rsidTr="00936337">
                              <w:trPr>
                                <w:gridBefore w:val="1"/>
                                <w:cnfStyle w:val="000000010000" w:firstRow="0" w:lastRow="0" w:firstColumn="0" w:lastColumn="0" w:oddVBand="0" w:evenVBand="0" w:oddHBand="0" w:evenHBand="1"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ECON 101</w:t>
                                  </w:r>
                                </w:p>
                              </w:tc>
                              <w:tc>
                                <w:tcPr>
                                  <w:tcW w:w="3291" w:type="dxa"/>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INTRODUCTION TO MICRO ECONOMICS</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Before w:val="1"/>
                                <w:cnfStyle w:val="000000100000" w:firstRow="0" w:lastRow="0" w:firstColumn="0" w:lastColumn="0" w:oddVBand="0" w:evenVBand="0" w:oddHBand="1" w:evenHBand="0"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CMP 101</w:t>
                                  </w:r>
                                </w:p>
                              </w:tc>
                              <w:tc>
                                <w:tcPr>
                                  <w:tcW w:w="3291" w:type="dxa"/>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INTRODUCTION TO COMPUTER CONCEPT</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rPr>
                                <w:gridBefore w:val="1"/>
                                <w:cnfStyle w:val="000000010000" w:firstRow="0" w:lastRow="0" w:firstColumn="0" w:lastColumn="0" w:oddVBand="0" w:evenVBand="0" w:oddHBand="0" w:evenHBand="1"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SOS 101</w:t>
                                  </w:r>
                                </w:p>
                              </w:tc>
                              <w:tc>
                                <w:tcPr>
                                  <w:tcW w:w="3291" w:type="dxa"/>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INTRODUCTION TO SOCIAL SCIENCES</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Before w:val="1"/>
                                <w:cnfStyle w:val="000000100000" w:firstRow="0" w:lastRow="0" w:firstColumn="0" w:lastColumn="0" w:oddVBand="0" w:evenVBand="0" w:oddHBand="1" w:evenHBand="0"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ENG 101</w:t>
                                  </w:r>
                                </w:p>
                              </w:tc>
                              <w:tc>
                                <w:tcPr>
                                  <w:tcW w:w="3291" w:type="dxa"/>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ENGLISH &amp; COMMUNICATION SKILLS</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rPr>
                                <w:gridBefore w:val="1"/>
                                <w:cnfStyle w:val="000000010000" w:firstRow="0" w:lastRow="0" w:firstColumn="0" w:lastColumn="0" w:oddVBand="0" w:evenVBand="0" w:oddHBand="0" w:evenHBand="1" w:firstRowFirstColumn="0" w:firstRowLastColumn="0" w:lastRowFirstColumn="0" w:lastRowLastColumn="0"/>
                                <w:wBefore w:w="220" w:type="dxa"/>
                                <w:trHeight w:val="313"/>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MATH 101</w:t>
                                  </w:r>
                                </w:p>
                              </w:tc>
                              <w:tc>
                                <w:tcPr>
                                  <w:tcW w:w="3291" w:type="dxa"/>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GENERAL MATHEMATICS</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Before w:val="1"/>
                                <w:cnfStyle w:val="000000100000" w:firstRow="0" w:lastRow="0" w:firstColumn="0" w:lastColumn="0" w:oddVBand="0" w:evenVBand="0" w:oddHBand="1" w:evenHBand="0" w:firstRowFirstColumn="0" w:firstRowLastColumn="0" w:lastRowFirstColumn="0" w:lastRowLastColumn="0"/>
                                <w:wBefore w:w="220" w:type="dxa"/>
                                <w:trHeight w:val="403"/>
                              </w:trPr>
                              <w:tc>
                                <w:tcPr>
                                  <w:cnfStyle w:val="001000000000" w:firstRow="0" w:lastRow="0" w:firstColumn="1" w:lastColumn="0" w:oddVBand="0" w:evenVBand="0" w:oddHBand="0" w:evenHBand="0" w:firstRowFirstColumn="0" w:firstRowLastColumn="0" w:lastRowFirstColumn="0" w:lastRowLastColumn="0"/>
                                  <w:tcW w:w="4635" w:type="dxa"/>
                                  <w:gridSpan w:val="3"/>
                                  <w:tcBorders>
                                    <w:left w:val="double" w:sz="4" w:space="0" w:color="C0504D" w:themeColor="accent2"/>
                                    <w:bottom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TOTAL CREDIT HOURS</w:t>
                                  </w:r>
                                </w:p>
                              </w:tc>
                              <w:tc>
                                <w:tcPr>
                                  <w:tcW w:w="1620" w:type="dxa"/>
                                  <w:gridSpan w:val="3"/>
                                  <w:tcBorders>
                                    <w:bottom w:val="double" w:sz="4" w:space="0" w:color="C0504D" w:themeColor="accent2"/>
                                    <w:right w:val="double" w:sz="4" w:space="0" w:color="C0504D" w:themeColor="accent2"/>
                                  </w:tcBorders>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22</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6235" w:type="dxa"/>
                                  <w:gridSpan w:val="6"/>
                                  <w:tcBorders>
                                    <w:top w:val="none" w:sz="0" w:space="0" w:color="auto"/>
                                    <w:left w:val="none" w:sz="0" w:space="0" w:color="auto"/>
                                    <w:bottom w:val="double" w:sz="4" w:space="0" w:color="C0504D" w:themeColor="accent2"/>
                                    <w:right w:val="none" w:sz="0" w:space="0" w:color="auto"/>
                                  </w:tcBorders>
                                  <w:vAlign w:val="center"/>
                                </w:tcPr>
                                <w:p w:rsidR="003A37E7" w:rsidRPr="009B251F" w:rsidRDefault="003A37E7" w:rsidP="005172D1">
                                  <w:pPr>
                                    <w:jc w:val="center"/>
                                    <w:rPr>
                                      <w:color w:val="FF0000"/>
                                      <w:sz w:val="20"/>
                                      <w:szCs w:val="20"/>
                                    </w:rPr>
                                  </w:pPr>
                                  <w:r w:rsidRPr="009B251F">
                                    <w:rPr>
                                      <w:color w:val="FF0000"/>
                                      <w:sz w:val="20"/>
                                      <w:szCs w:val="20"/>
                                    </w:rPr>
                                    <w:t>BSC. ECONOMICS AND FINANCE</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6235" w:type="dxa"/>
                                  <w:gridSpan w:val="6"/>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FRESHMEN – SEMESTER 1</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COURSE CODE</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COURSE TITLE</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ACC: 101</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INTRODUCTION TO ACCOUNTING</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FREN 101</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FUNDAMENTALS OF FRENCH</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2</w:t>
                                  </w:r>
                                </w:p>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ECON 101</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INTRODUCTION TO MICRO ECONOMICS</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CMP 101</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INTRODUCTION TO COMPUTER CONCEPT</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SOS 101</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INTRODUCTION TO SOCIAL SCIENCES</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ENG 101</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ENGLISH &amp; COMMUNICATION SKILLS</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MATH 101</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GENERAL MATHEMATICS</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240" w:type="dxa"/>
                                <w:trHeight w:val="424"/>
                              </w:trPr>
                              <w:tc>
                                <w:tcPr>
                                  <w:cnfStyle w:val="001000000000" w:firstRow="0" w:lastRow="0" w:firstColumn="1" w:lastColumn="0" w:oddVBand="0" w:evenVBand="0" w:oddHBand="0" w:evenHBand="0" w:firstRowFirstColumn="0" w:firstRowLastColumn="0" w:lastRowFirstColumn="0" w:lastRowLastColumn="0"/>
                                  <w:tcW w:w="5010" w:type="dxa"/>
                                  <w:gridSpan w:val="5"/>
                                  <w:tcBorders>
                                    <w:top w:val="double" w:sz="4" w:space="0" w:color="C0504D" w:themeColor="accent2"/>
                                    <w:left w:val="double" w:sz="4" w:space="0" w:color="C0504D" w:themeColor="accent2"/>
                                    <w:bottom w:val="double" w:sz="4" w:space="0" w:color="C0504D" w:themeColor="accent2"/>
                                    <w:right w:val="none" w:sz="0" w:space="0" w:color="auto"/>
                                  </w:tcBorders>
                                  <w:vAlign w:val="center"/>
                                </w:tcPr>
                                <w:p w:rsidR="003A37E7" w:rsidRPr="009B251F" w:rsidRDefault="003A37E7" w:rsidP="00CE35B5">
                                  <w:pPr>
                                    <w:jc w:val="center"/>
                                    <w:rPr>
                                      <w:sz w:val="20"/>
                                      <w:szCs w:val="20"/>
                                    </w:rPr>
                                  </w:pPr>
                                  <w:r w:rsidRPr="009B251F">
                                    <w:rPr>
                                      <w:sz w:val="20"/>
                                      <w:szCs w:val="20"/>
                                    </w:rPr>
                                    <w:t xml:space="preserve">TOTAL </w:t>
                                  </w:r>
                                  <w:r w:rsidRPr="009B251F">
                                    <w:rPr>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225" w:type="dxa"/>
                                  <w:tcBorders>
                                    <w:top w:val="double" w:sz="4" w:space="0" w:color="C0504D" w:themeColor="accent2"/>
                                    <w:left w:val="none" w:sz="0" w:space="0" w:color="auto"/>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20</w:t>
                                  </w:r>
                                </w:p>
                              </w:tc>
                            </w:tr>
                            <w:tr w:rsidR="003A37E7" w:rsidRPr="009B251F" w:rsidTr="00936337">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6235" w:type="dxa"/>
                                  <w:gridSpan w:val="6"/>
                                  <w:vAlign w:val="center"/>
                                </w:tcPr>
                                <w:p w:rsidR="003A37E7" w:rsidRPr="009B251F" w:rsidRDefault="003A37E7" w:rsidP="004B2985">
                                  <w:pPr>
                                    <w:jc w:val="center"/>
                                    <w:rPr>
                                      <w:color w:val="FF0000"/>
                                      <w:sz w:val="20"/>
                                      <w:szCs w:val="20"/>
                                    </w:rPr>
                                  </w:pPr>
                                  <w:r w:rsidRPr="009B251F">
                                    <w:rPr>
                                      <w:color w:val="FF0000"/>
                                      <w:sz w:val="20"/>
                                      <w:szCs w:val="20"/>
                                    </w:rPr>
                                    <w:t>BSC. ECONOMICS AND FINANCE</w:t>
                                  </w:r>
                                </w:p>
                              </w:tc>
                            </w:tr>
                            <w:tr w:rsidR="003A37E7" w:rsidRPr="009B251F" w:rsidTr="00936337">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6235" w:type="dxa"/>
                                  <w:gridSpan w:val="6"/>
                                  <w:vAlign w:val="center"/>
                                </w:tcPr>
                                <w:p w:rsidR="003A37E7" w:rsidRPr="009B251F" w:rsidRDefault="003A37E7" w:rsidP="004B2985">
                                  <w:pPr>
                                    <w:jc w:val="center"/>
                                    <w:rPr>
                                      <w:sz w:val="20"/>
                                      <w:szCs w:val="20"/>
                                    </w:rPr>
                                  </w:pPr>
                                  <w:r w:rsidRPr="009B251F">
                                    <w:rPr>
                                      <w:sz w:val="20"/>
                                      <w:szCs w:val="20"/>
                                    </w:rPr>
                                    <w:t>FRESHMEN – SEMESTER 1</w:t>
                                  </w:r>
                                </w:p>
                              </w:tc>
                            </w:tr>
                            <w:tr w:rsidR="003A37E7" w:rsidRPr="009B251F" w:rsidTr="00936337">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COURSE CODE</w:t>
                                  </w:r>
                                </w:p>
                              </w:tc>
                              <w:tc>
                                <w:tcPr>
                                  <w:tcW w:w="3617" w:type="dxa"/>
                                  <w:gridSpan w:val="3"/>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COURSE TITLE</w:t>
                                  </w:r>
                                </w:p>
                              </w:tc>
                              <w:tc>
                                <w:tcPr>
                                  <w:tcW w:w="1225" w:type="dxa"/>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CREDIT UNIT</w:t>
                                  </w:r>
                                </w:p>
                              </w:tc>
                            </w:tr>
                            <w:tr w:rsidR="003A37E7" w:rsidRPr="009B251F" w:rsidTr="00936337">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ACC: 101</w:t>
                                  </w:r>
                                </w:p>
                              </w:tc>
                              <w:tc>
                                <w:tcPr>
                                  <w:tcW w:w="3617" w:type="dxa"/>
                                  <w:gridSpan w:val="3"/>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INTRODUCTION TO ACCOUNTING</w:t>
                                  </w:r>
                                </w:p>
                              </w:tc>
                              <w:tc>
                                <w:tcPr>
                                  <w:tcW w:w="1225" w:type="dxa"/>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FREN 101</w:t>
                                  </w:r>
                                </w:p>
                              </w:tc>
                              <w:tc>
                                <w:tcPr>
                                  <w:tcW w:w="3617" w:type="dxa"/>
                                  <w:gridSpan w:val="3"/>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FUNDAMENTALS OF FRENCH</w:t>
                                  </w:r>
                                </w:p>
                              </w:tc>
                              <w:tc>
                                <w:tcPr>
                                  <w:tcW w:w="1225" w:type="dxa"/>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2</w:t>
                                  </w:r>
                                </w:p>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51F" w:rsidTr="00936337">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ECON 101</w:t>
                                  </w:r>
                                </w:p>
                              </w:tc>
                              <w:tc>
                                <w:tcPr>
                                  <w:tcW w:w="3617" w:type="dxa"/>
                                  <w:gridSpan w:val="3"/>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INTRODUCTION TO MICRO ECONOMICS</w:t>
                                  </w:r>
                                </w:p>
                              </w:tc>
                              <w:tc>
                                <w:tcPr>
                                  <w:tcW w:w="1225" w:type="dxa"/>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CMP 101</w:t>
                                  </w:r>
                                </w:p>
                              </w:tc>
                              <w:tc>
                                <w:tcPr>
                                  <w:tcW w:w="3617" w:type="dxa"/>
                                  <w:gridSpan w:val="3"/>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INTRODUCTION TO COMPUTER CONCEPT</w:t>
                                  </w:r>
                                </w:p>
                              </w:tc>
                              <w:tc>
                                <w:tcPr>
                                  <w:tcW w:w="1225" w:type="dxa"/>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SOS 101</w:t>
                                  </w:r>
                                </w:p>
                              </w:tc>
                              <w:tc>
                                <w:tcPr>
                                  <w:tcW w:w="3617" w:type="dxa"/>
                                  <w:gridSpan w:val="3"/>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INTRODUCTION TO SOCIAL SCIENCES</w:t>
                                  </w:r>
                                </w:p>
                              </w:tc>
                              <w:tc>
                                <w:tcPr>
                                  <w:tcW w:w="1225" w:type="dxa"/>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ENG 101</w:t>
                                  </w:r>
                                </w:p>
                              </w:tc>
                              <w:tc>
                                <w:tcPr>
                                  <w:tcW w:w="3617" w:type="dxa"/>
                                  <w:gridSpan w:val="3"/>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ENGLISH &amp; COMMUNICATION SKILLS</w:t>
                                  </w:r>
                                </w:p>
                              </w:tc>
                              <w:tc>
                                <w:tcPr>
                                  <w:tcW w:w="1225" w:type="dxa"/>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MATH 101</w:t>
                                  </w:r>
                                </w:p>
                              </w:tc>
                              <w:tc>
                                <w:tcPr>
                                  <w:tcW w:w="3617" w:type="dxa"/>
                                  <w:gridSpan w:val="3"/>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GENERAL MATHEMATICS</w:t>
                                  </w:r>
                                </w:p>
                              </w:tc>
                              <w:tc>
                                <w:tcPr>
                                  <w:tcW w:w="1225" w:type="dxa"/>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5010" w:type="dxa"/>
                                  <w:gridSpan w:val="5"/>
                                  <w:vAlign w:val="center"/>
                                </w:tcPr>
                                <w:p w:rsidR="003A37E7" w:rsidRPr="009B251F" w:rsidRDefault="003A37E7" w:rsidP="004B2985">
                                  <w:pPr>
                                    <w:jc w:val="center"/>
                                    <w:rPr>
                                      <w:sz w:val="20"/>
                                      <w:szCs w:val="20"/>
                                    </w:rPr>
                                  </w:pPr>
                                  <w:r w:rsidRPr="009B251F">
                                    <w:rPr>
                                      <w:sz w:val="20"/>
                                      <w:szCs w:val="20"/>
                                    </w:rPr>
                                    <w:t>TOTAL CREDIT UNITS</w:t>
                                  </w:r>
                                </w:p>
                              </w:tc>
                              <w:tc>
                                <w:tcPr>
                                  <w:tcW w:w="1225" w:type="dxa"/>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B794B9" id="Text Box 44" o:spid="_x0000_s1090" type="#_x0000_t202" style="position:absolute;left:0;text-align:left;margin-left:34.55pt;margin-top:-8.6pt;width:338.5pt;height:266.9pt;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" fillcolor="white [3201]" stroked="f" strokeweight=".5pt">
                <v:textbox>
                  <w:txbxContent>
                    <w:tbl>
                      <w:tblPr>
                        <w:tblStyle w:val="LightGrid"/>
                        <w:tblW w:w="6475" w:type="dxa"/>
                        <w:tblInd w:w="-240" w:type="dxa"/>
                        <w:tblLook w:val="04A0" w:firstRow="1" w:lastRow="0" w:firstColumn="1" w:lastColumn="0" w:noHBand="0" w:noVBand="1"/>
                      </w:tblPr>
                      <w:tblGrid>
                        <w:gridCol w:w="220"/>
                        <w:gridCol w:w="1173"/>
                        <w:gridCol w:w="171"/>
                        <w:gridCol w:w="3291"/>
                        <w:gridCol w:w="155"/>
                        <w:gridCol w:w="1225"/>
                        <w:gridCol w:w="240"/>
                      </w:tblGrid>
                      <w:tr w:rsidR="003A37E7" w:rsidRPr="009B251F" w:rsidTr="00936337">
                        <w:trPr>
                          <w:gridBefore w:val="1"/>
                          <w:cnfStyle w:val="100000000000" w:firstRow="1" w:lastRow="0" w:firstColumn="0" w:lastColumn="0" w:oddVBand="0" w:evenVBand="0" w:oddHBand="0" w:evenHBand="0"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6255" w:type="dxa"/>
                            <w:gridSpan w:val="6"/>
                            <w:tcBorders>
                              <w:top w:val="single" w:sz="48" w:space="0" w:color="auto"/>
                              <w:left w:val="single" w:sz="48" w:space="0" w:color="auto"/>
                              <w:bottom w:val="single" w:sz="48" w:space="0" w:color="auto"/>
                              <w:right w:val="single" w:sz="48" w:space="0" w:color="auto"/>
                            </w:tcBorders>
                            <w:vAlign w:val="center"/>
                          </w:tcPr>
                          <w:p w:rsidR="003A37E7" w:rsidRPr="009B251F" w:rsidRDefault="003A37E7" w:rsidP="00936337">
                            <w:pPr>
                              <w:jc w:val="center"/>
                              <w:rPr>
                                <w:color w:val="FF0000"/>
                                <w:sz w:val="24"/>
                                <w:szCs w:val="24"/>
                              </w:rPr>
                            </w:pPr>
                            <w:r w:rsidRPr="009B251F">
                              <w:rPr>
                                <w:color w:val="FF0000"/>
                                <w:sz w:val="24"/>
                                <w:szCs w:val="24"/>
                              </w:rPr>
                              <w:t>BSC. ECONOMICS AND FINANCE</w:t>
                            </w:r>
                          </w:p>
                        </w:tc>
                      </w:tr>
                      <w:tr w:rsidR="003A37E7" w:rsidRPr="009B251F" w:rsidTr="00936337">
                        <w:trPr>
                          <w:gridBefore w:val="1"/>
                          <w:cnfStyle w:val="000000100000" w:firstRow="0" w:lastRow="0" w:firstColumn="0" w:lastColumn="0" w:oddVBand="0" w:evenVBand="0" w:oddHBand="1" w:evenHBand="0"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6255" w:type="dxa"/>
                            <w:gridSpan w:val="6"/>
                            <w:tcBorders>
                              <w:top w:val="single" w:sz="48" w:space="0" w:color="auto"/>
                              <w:left w:val="double" w:sz="4" w:space="0" w:color="C0504D" w:themeColor="accent2"/>
                              <w:righ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FRESHMEN YEAR (YEAR I) - FIRST SEMESTER</w:t>
                            </w:r>
                          </w:p>
                        </w:tc>
                      </w:tr>
                      <w:tr w:rsidR="003A37E7" w:rsidRPr="009B251F" w:rsidTr="00936337">
                        <w:trPr>
                          <w:gridBefore w:val="1"/>
                          <w:cnfStyle w:val="000000010000" w:firstRow="0" w:lastRow="0" w:firstColumn="0" w:lastColumn="0" w:oddVBand="0" w:evenVBand="0" w:oddHBand="0" w:evenHBand="1"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COURSE CODE</w:t>
                            </w:r>
                          </w:p>
                        </w:tc>
                        <w:tc>
                          <w:tcPr>
                            <w:tcW w:w="3291" w:type="dxa"/>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COURSE TITLE</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CREDIT HOURS</w:t>
                            </w:r>
                          </w:p>
                        </w:tc>
                      </w:tr>
                      <w:tr w:rsidR="003A37E7" w:rsidRPr="009B251F" w:rsidTr="00936337">
                        <w:trPr>
                          <w:gridBefore w:val="1"/>
                          <w:cnfStyle w:val="000000100000" w:firstRow="0" w:lastRow="0" w:firstColumn="0" w:lastColumn="0" w:oddVBand="0" w:evenVBand="0" w:oddHBand="1" w:evenHBand="0"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GEN 101</w:t>
                            </w:r>
                          </w:p>
                        </w:tc>
                        <w:tc>
                          <w:tcPr>
                            <w:tcW w:w="3291" w:type="dxa"/>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LIFE IN CHRIST 1</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2</w:t>
                            </w:r>
                          </w:p>
                        </w:tc>
                      </w:tr>
                      <w:tr w:rsidR="003A37E7" w:rsidRPr="009B251F" w:rsidTr="00936337">
                        <w:trPr>
                          <w:gridBefore w:val="1"/>
                          <w:cnfStyle w:val="000000010000" w:firstRow="0" w:lastRow="0" w:firstColumn="0" w:lastColumn="0" w:oddVBand="0" w:evenVBand="0" w:oddHBand="0" w:evenHBand="1"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ACC: 101</w:t>
                            </w:r>
                          </w:p>
                        </w:tc>
                        <w:tc>
                          <w:tcPr>
                            <w:tcW w:w="3291" w:type="dxa"/>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INTRODUCTION TO ACCOUNTING</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Before w:val="1"/>
                          <w:cnfStyle w:val="000000100000" w:firstRow="0" w:lastRow="0" w:firstColumn="0" w:lastColumn="0" w:oddVBand="0" w:evenVBand="0" w:oddHBand="1" w:evenHBand="0"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FREN 101</w:t>
                            </w:r>
                          </w:p>
                        </w:tc>
                        <w:tc>
                          <w:tcPr>
                            <w:tcW w:w="3291" w:type="dxa"/>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FUNDAMENTALS OF FRENCH</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2</w:t>
                            </w:r>
                          </w:p>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51F" w:rsidTr="00936337">
                        <w:trPr>
                          <w:gridBefore w:val="1"/>
                          <w:cnfStyle w:val="000000010000" w:firstRow="0" w:lastRow="0" w:firstColumn="0" w:lastColumn="0" w:oddVBand="0" w:evenVBand="0" w:oddHBand="0" w:evenHBand="1"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ECON 101</w:t>
                            </w:r>
                          </w:p>
                        </w:tc>
                        <w:tc>
                          <w:tcPr>
                            <w:tcW w:w="3291" w:type="dxa"/>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INTRODUCTION TO MICRO ECONOMICS</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Before w:val="1"/>
                          <w:cnfStyle w:val="000000100000" w:firstRow="0" w:lastRow="0" w:firstColumn="0" w:lastColumn="0" w:oddVBand="0" w:evenVBand="0" w:oddHBand="1" w:evenHBand="0"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CMP 101</w:t>
                            </w:r>
                          </w:p>
                        </w:tc>
                        <w:tc>
                          <w:tcPr>
                            <w:tcW w:w="3291" w:type="dxa"/>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INTRODUCTION TO COMPUTER CONCEPT</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rPr>
                          <w:gridBefore w:val="1"/>
                          <w:cnfStyle w:val="000000010000" w:firstRow="0" w:lastRow="0" w:firstColumn="0" w:lastColumn="0" w:oddVBand="0" w:evenVBand="0" w:oddHBand="0" w:evenHBand="1"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SOS 101</w:t>
                            </w:r>
                          </w:p>
                        </w:tc>
                        <w:tc>
                          <w:tcPr>
                            <w:tcW w:w="3291" w:type="dxa"/>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INTRODUCTION TO SOCIAL SCIENCES</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Before w:val="1"/>
                          <w:cnfStyle w:val="000000100000" w:firstRow="0" w:lastRow="0" w:firstColumn="0" w:lastColumn="0" w:oddVBand="0" w:evenVBand="0" w:oddHBand="1" w:evenHBand="0" w:firstRowFirstColumn="0" w:firstRowLastColumn="0" w:lastRowFirstColumn="0" w:lastRowLastColumn="0"/>
                          <w:wBefore w:w="220" w:type="dxa"/>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ENG 101</w:t>
                            </w:r>
                          </w:p>
                        </w:tc>
                        <w:tc>
                          <w:tcPr>
                            <w:tcW w:w="3291" w:type="dxa"/>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ENGLISH &amp; COMMUNICATION SKILLS</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rPr>
                          <w:gridBefore w:val="1"/>
                          <w:cnfStyle w:val="000000010000" w:firstRow="0" w:lastRow="0" w:firstColumn="0" w:lastColumn="0" w:oddVBand="0" w:evenVBand="0" w:oddHBand="0" w:evenHBand="1" w:firstRowFirstColumn="0" w:firstRowLastColumn="0" w:lastRowFirstColumn="0" w:lastRowLastColumn="0"/>
                          <w:wBefore w:w="220" w:type="dxa"/>
                          <w:trHeight w:val="313"/>
                        </w:trPr>
                        <w:tc>
                          <w:tcPr>
                            <w:cnfStyle w:val="001000000000" w:firstRow="0" w:lastRow="0" w:firstColumn="1" w:lastColumn="0" w:oddVBand="0" w:evenVBand="0" w:oddHBand="0" w:evenHBand="0" w:firstRowFirstColumn="0" w:firstRowLastColumn="0" w:lastRowFirstColumn="0" w:lastRowLastColumn="0"/>
                            <w:tcW w:w="1344" w:type="dxa"/>
                            <w:gridSpan w:val="2"/>
                            <w:tcBorders>
                              <w:left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MATH 101</w:t>
                            </w:r>
                          </w:p>
                        </w:tc>
                        <w:tc>
                          <w:tcPr>
                            <w:tcW w:w="3291" w:type="dxa"/>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GENERAL MATHEMATICS</w:t>
                            </w:r>
                          </w:p>
                        </w:tc>
                        <w:tc>
                          <w:tcPr>
                            <w:tcW w:w="1620" w:type="dxa"/>
                            <w:gridSpan w:val="3"/>
                            <w:tcBorders>
                              <w:right w:val="double" w:sz="4" w:space="0" w:color="C0504D" w:themeColor="accent2"/>
                            </w:tcBorders>
                            <w:vAlign w:val="center"/>
                          </w:tcPr>
                          <w:p w:rsidR="003A37E7" w:rsidRPr="009B251F" w:rsidRDefault="003A37E7" w:rsidP="0093633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Before w:val="1"/>
                          <w:cnfStyle w:val="000000100000" w:firstRow="0" w:lastRow="0" w:firstColumn="0" w:lastColumn="0" w:oddVBand="0" w:evenVBand="0" w:oddHBand="1" w:evenHBand="0" w:firstRowFirstColumn="0" w:firstRowLastColumn="0" w:lastRowFirstColumn="0" w:lastRowLastColumn="0"/>
                          <w:wBefore w:w="220" w:type="dxa"/>
                          <w:trHeight w:val="403"/>
                        </w:trPr>
                        <w:tc>
                          <w:tcPr>
                            <w:cnfStyle w:val="001000000000" w:firstRow="0" w:lastRow="0" w:firstColumn="1" w:lastColumn="0" w:oddVBand="0" w:evenVBand="0" w:oddHBand="0" w:evenHBand="0" w:firstRowFirstColumn="0" w:firstRowLastColumn="0" w:lastRowFirstColumn="0" w:lastRowLastColumn="0"/>
                            <w:tcW w:w="4635" w:type="dxa"/>
                            <w:gridSpan w:val="3"/>
                            <w:tcBorders>
                              <w:left w:val="double" w:sz="4" w:space="0" w:color="C0504D" w:themeColor="accent2"/>
                              <w:bottom w:val="double" w:sz="4" w:space="0" w:color="C0504D" w:themeColor="accent2"/>
                            </w:tcBorders>
                            <w:vAlign w:val="center"/>
                          </w:tcPr>
                          <w:p w:rsidR="003A37E7" w:rsidRPr="009B251F" w:rsidRDefault="003A37E7" w:rsidP="00936337">
                            <w:pPr>
                              <w:jc w:val="center"/>
                              <w:rPr>
                                <w:sz w:val="20"/>
                                <w:szCs w:val="20"/>
                              </w:rPr>
                            </w:pPr>
                            <w:r w:rsidRPr="009B251F">
                              <w:rPr>
                                <w:sz w:val="20"/>
                                <w:szCs w:val="20"/>
                              </w:rPr>
                              <w:t>TOTAL CREDIT HOURS</w:t>
                            </w:r>
                          </w:p>
                        </w:tc>
                        <w:tc>
                          <w:tcPr>
                            <w:tcW w:w="1620" w:type="dxa"/>
                            <w:gridSpan w:val="3"/>
                            <w:tcBorders>
                              <w:bottom w:val="double" w:sz="4" w:space="0" w:color="C0504D" w:themeColor="accent2"/>
                              <w:right w:val="double" w:sz="4" w:space="0" w:color="C0504D" w:themeColor="accent2"/>
                            </w:tcBorders>
                            <w:vAlign w:val="center"/>
                          </w:tcPr>
                          <w:p w:rsidR="003A37E7" w:rsidRPr="009B251F" w:rsidRDefault="003A37E7" w:rsidP="0093633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22</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6235" w:type="dxa"/>
                            <w:gridSpan w:val="6"/>
                            <w:tcBorders>
                              <w:top w:val="none" w:sz="0" w:space="0" w:color="auto"/>
                              <w:left w:val="none" w:sz="0" w:space="0" w:color="auto"/>
                              <w:bottom w:val="double" w:sz="4" w:space="0" w:color="C0504D" w:themeColor="accent2"/>
                              <w:right w:val="none" w:sz="0" w:space="0" w:color="auto"/>
                            </w:tcBorders>
                            <w:vAlign w:val="center"/>
                          </w:tcPr>
                          <w:p w:rsidR="003A37E7" w:rsidRPr="009B251F" w:rsidRDefault="003A37E7" w:rsidP="005172D1">
                            <w:pPr>
                              <w:jc w:val="center"/>
                              <w:rPr>
                                <w:color w:val="FF0000"/>
                                <w:sz w:val="20"/>
                                <w:szCs w:val="20"/>
                              </w:rPr>
                            </w:pPr>
                            <w:r w:rsidRPr="009B251F">
                              <w:rPr>
                                <w:color w:val="FF0000"/>
                                <w:sz w:val="20"/>
                                <w:szCs w:val="20"/>
                              </w:rPr>
                              <w:t>BSC. ECONOMICS AND FINANCE</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6235" w:type="dxa"/>
                            <w:gridSpan w:val="6"/>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FRESHMEN – SEMESTER 1</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COURSE CODE</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COURSE TITLE</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ACC: 101</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INTRODUCTION TO ACCOUNTING</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FREN 101</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FUNDAMENTALS OF FRENCH</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2</w:t>
                            </w:r>
                          </w:p>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ECON 101</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INTRODUCTION TO MICRO ECONOMICS</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CMP 101</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INTRODUCTION TO COMPUTER CONCEPT</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SOS 101</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INTRODUCTION TO SOCIAL SCIENCES</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ENG 101</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ENGLISH &amp; COMMUNICATION SKILLS</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rPr>
                                <w:sz w:val="20"/>
                                <w:szCs w:val="20"/>
                              </w:rPr>
                            </w:pPr>
                            <w:r w:rsidRPr="009B251F">
                              <w:rPr>
                                <w:sz w:val="20"/>
                                <w:szCs w:val="20"/>
                              </w:rPr>
                              <w:t>MATH 101</w:t>
                            </w:r>
                          </w:p>
                        </w:tc>
                        <w:tc>
                          <w:tcPr>
                            <w:tcW w:w="3617" w:type="dxa"/>
                            <w:gridSpan w:val="3"/>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GENERAL MATHEMATICS</w:t>
                            </w:r>
                          </w:p>
                        </w:tc>
                        <w:tc>
                          <w:tcPr>
                            <w:tcW w:w="122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B251F" w:rsidRDefault="003A37E7" w:rsidP="00CE35B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blPrEx>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PrEx>
                        <w:trPr>
                          <w:gridAfter w:val="1"/>
                          <w:cnfStyle w:val="000000010000" w:firstRow="0" w:lastRow="0" w:firstColumn="0" w:lastColumn="0" w:oddVBand="0" w:evenVBand="0" w:oddHBand="0" w:evenHBand="1" w:firstRowFirstColumn="0" w:firstRowLastColumn="0" w:lastRowFirstColumn="0" w:lastRowLastColumn="0"/>
                          <w:wAfter w:w="240" w:type="dxa"/>
                          <w:trHeight w:val="424"/>
                        </w:trPr>
                        <w:tc>
                          <w:tcPr>
                            <w:cnfStyle w:val="001000000000" w:firstRow="0" w:lastRow="0" w:firstColumn="1" w:lastColumn="0" w:oddVBand="0" w:evenVBand="0" w:oddHBand="0" w:evenHBand="0" w:firstRowFirstColumn="0" w:firstRowLastColumn="0" w:lastRowFirstColumn="0" w:lastRowLastColumn="0"/>
                            <w:tcW w:w="5010" w:type="dxa"/>
                            <w:gridSpan w:val="5"/>
                            <w:tcBorders>
                              <w:top w:val="double" w:sz="4" w:space="0" w:color="C0504D" w:themeColor="accent2"/>
                              <w:left w:val="double" w:sz="4" w:space="0" w:color="C0504D" w:themeColor="accent2"/>
                              <w:bottom w:val="double" w:sz="4" w:space="0" w:color="C0504D" w:themeColor="accent2"/>
                              <w:right w:val="none" w:sz="0" w:space="0" w:color="auto"/>
                            </w:tcBorders>
                            <w:vAlign w:val="center"/>
                          </w:tcPr>
                          <w:p w:rsidR="003A37E7" w:rsidRPr="009B251F" w:rsidRDefault="003A37E7" w:rsidP="00CE35B5">
                            <w:pPr>
                              <w:jc w:val="center"/>
                              <w:rPr>
                                <w:sz w:val="20"/>
                                <w:szCs w:val="20"/>
                              </w:rPr>
                            </w:pPr>
                            <w:r w:rsidRPr="009B251F">
                              <w:rPr>
                                <w:sz w:val="20"/>
                                <w:szCs w:val="20"/>
                              </w:rPr>
                              <w:t xml:space="preserve">TOTAL </w:t>
                            </w:r>
                            <w:r w:rsidRPr="009B251F">
                              <w:rPr>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225" w:type="dxa"/>
                            <w:tcBorders>
                              <w:top w:val="double" w:sz="4" w:space="0" w:color="C0504D" w:themeColor="accent2"/>
                              <w:left w:val="none" w:sz="0" w:space="0" w:color="auto"/>
                              <w:bottom w:val="double" w:sz="4" w:space="0" w:color="C0504D" w:themeColor="accent2"/>
                              <w:right w:val="double" w:sz="4" w:space="0" w:color="C0504D" w:themeColor="accent2"/>
                            </w:tcBorders>
                            <w:vAlign w:val="center"/>
                          </w:tcPr>
                          <w:p w:rsidR="003A37E7" w:rsidRPr="009B251F" w:rsidRDefault="003A37E7" w:rsidP="00CE35B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20</w:t>
                            </w:r>
                          </w:p>
                        </w:tc>
                      </w:tr>
                      <w:tr w:rsidR="003A37E7" w:rsidRPr="009B251F" w:rsidTr="00936337">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6235" w:type="dxa"/>
                            <w:gridSpan w:val="6"/>
                            <w:vAlign w:val="center"/>
                          </w:tcPr>
                          <w:p w:rsidR="003A37E7" w:rsidRPr="009B251F" w:rsidRDefault="003A37E7" w:rsidP="004B2985">
                            <w:pPr>
                              <w:jc w:val="center"/>
                              <w:rPr>
                                <w:color w:val="FF0000"/>
                                <w:sz w:val="20"/>
                                <w:szCs w:val="20"/>
                              </w:rPr>
                            </w:pPr>
                            <w:r w:rsidRPr="009B251F">
                              <w:rPr>
                                <w:color w:val="FF0000"/>
                                <w:sz w:val="20"/>
                                <w:szCs w:val="20"/>
                              </w:rPr>
                              <w:t>BSC. ECONOMICS AND FINANCE</w:t>
                            </w:r>
                          </w:p>
                        </w:tc>
                      </w:tr>
                      <w:tr w:rsidR="003A37E7" w:rsidRPr="009B251F" w:rsidTr="00936337">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6235" w:type="dxa"/>
                            <w:gridSpan w:val="6"/>
                            <w:vAlign w:val="center"/>
                          </w:tcPr>
                          <w:p w:rsidR="003A37E7" w:rsidRPr="009B251F" w:rsidRDefault="003A37E7" w:rsidP="004B2985">
                            <w:pPr>
                              <w:jc w:val="center"/>
                              <w:rPr>
                                <w:sz w:val="20"/>
                                <w:szCs w:val="20"/>
                              </w:rPr>
                            </w:pPr>
                            <w:r w:rsidRPr="009B251F">
                              <w:rPr>
                                <w:sz w:val="20"/>
                                <w:szCs w:val="20"/>
                              </w:rPr>
                              <w:t>FRESHMEN – SEMESTER 1</w:t>
                            </w:r>
                          </w:p>
                        </w:tc>
                      </w:tr>
                      <w:tr w:rsidR="003A37E7" w:rsidRPr="009B251F" w:rsidTr="00936337">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COURSE CODE</w:t>
                            </w:r>
                          </w:p>
                        </w:tc>
                        <w:tc>
                          <w:tcPr>
                            <w:tcW w:w="3617" w:type="dxa"/>
                            <w:gridSpan w:val="3"/>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COURSE TITLE</w:t>
                            </w:r>
                          </w:p>
                        </w:tc>
                        <w:tc>
                          <w:tcPr>
                            <w:tcW w:w="1225" w:type="dxa"/>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CREDIT UNIT</w:t>
                            </w:r>
                          </w:p>
                        </w:tc>
                      </w:tr>
                      <w:tr w:rsidR="003A37E7" w:rsidRPr="009B251F" w:rsidTr="00936337">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ACC: 101</w:t>
                            </w:r>
                          </w:p>
                        </w:tc>
                        <w:tc>
                          <w:tcPr>
                            <w:tcW w:w="3617" w:type="dxa"/>
                            <w:gridSpan w:val="3"/>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INTRODUCTION TO ACCOUNTING</w:t>
                            </w:r>
                          </w:p>
                        </w:tc>
                        <w:tc>
                          <w:tcPr>
                            <w:tcW w:w="1225" w:type="dxa"/>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FREN 101</w:t>
                            </w:r>
                          </w:p>
                        </w:tc>
                        <w:tc>
                          <w:tcPr>
                            <w:tcW w:w="3617" w:type="dxa"/>
                            <w:gridSpan w:val="3"/>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FUNDAMENTALS OF FRENCH</w:t>
                            </w:r>
                          </w:p>
                        </w:tc>
                        <w:tc>
                          <w:tcPr>
                            <w:tcW w:w="1225" w:type="dxa"/>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2</w:t>
                            </w:r>
                          </w:p>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51F" w:rsidTr="00936337">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ECON 101</w:t>
                            </w:r>
                          </w:p>
                        </w:tc>
                        <w:tc>
                          <w:tcPr>
                            <w:tcW w:w="3617" w:type="dxa"/>
                            <w:gridSpan w:val="3"/>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INTRODUCTION TO MICRO ECONOMICS</w:t>
                            </w:r>
                          </w:p>
                        </w:tc>
                        <w:tc>
                          <w:tcPr>
                            <w:tcW w:w="1225" w:type="dxa"/>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CMP 101</w:t>
                            </w:r>
                          </w:p>
                        </w:tc>
                        <w:tc>
                          <w:tcPr>
                            <w:tcW w:w="3617" w:type="dxa"/>
                            <w:gridSpan w:val="3"/>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INTRODUCTION TO COMPUTER CONCEPT</w:t>
                            </w:r>
                          </w:p>
                        </w:tc>
                        <w:tc>
                          <w:tcPr>
                            <w:tcW w:w="1225" w:type="dxa"/>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SOS 101</w:t>
                            </w:r>
                          </w:p>
                        </w:tc>
                        <w:tc>
                          <w:tcPr>
                            <w:tcW w:w="3617" w:type="dxa"/>
                            <w:gridSpan w:val="3"/>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INTRODUCTION TO SOCIAL SCIENCES</w:t>
                            </w:r>
                          </w:p>
                        </w:tc>
                        <w:tc>
                          <w:tcPr>
                            <w:tcW w:w="1225" w:type="dxa"/>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ENG 101</w:t>
                            </w:r>
                          </w:p>
                        </w:tc>
                        <w:tc>
                          <w:tcPr>
                            <w:tcW w:w="3617" w:type="dxa"/>
                            <w:gridSpan w:val="3"/>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ENGLISH &amp; COMMUNICATION SKILLS</w:t>
                            </w:r>
                          </w:p>
                        </w:tc>
                        <w:tc>
                          <w:tcPr>
                            <w:tcW w:w="1225" w:type="dxa"/>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3</w:t>
                            </w:r>
                          </w:p>
                        </w:tc>
                      </w:tr>
                      <w:tr w:rsidR="003A37E7" w:rsidRPr="009B251F" w:rsidTr="00936337">
                        <w:trPr>
                          <w:gridAfter w:val="1"/>
                          <w:cnfStyle w:val="000000010000" w:firstRow="0" w:lastRow="0" w:firstColumn="0" w:lastColumn="0" w:oddVBand="0" w:evenVBand="0" w:oddHBand="0" w:evenHBand="1"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1393" w:type="dxa"/>
                            <w:gridSpan w:val="2"/>
                            <w:vAlign w:val="center"/>
                          </w:tcPr>
                          <w:p w:rsidR="003A37E7" w:rsidRPr="009B251F" w:rsidRDefault="003A37E7" w:rsidP="004B2985">
                            <w:pPr>
                              <w:jc w:val="center"/>
                              <w:rPr>
                                <w:sz w:val="20"/>
                                <w:szCs w:val="20"/>
                              </w:rPr>
                            </w:pPr>
                            <w:r w:rsidRPr="009B251F">
                              <w:rPr>
                                <w:sz w:val="20"/>
                                <w:szCs w:val="20"/>
                              </w:rPr>
                              <w:t>MATH 101</w:t>
                            </w:r>
                          </w:p>
                        </w:tc>
                        <w:tc>
                          <w:tcPr>
                            <w:tcW w:w="3617" w:type="dxa"/>
                            <w:gridSpan w:val="3"/>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GENERAL MATHEMATICS</w:t>
                            </w:r>
                          </w:p>
                        </w:tc>
                        <w:tc>
                          <w:tcPr>
                            <w:tcW w:w="1225" w:type="dxa"/>
                            <w:vAlign w:val="center"/>
                          </w:tcPr>
                          <w:p w:rsidR="003A37E7" w:rsidRPr="009B251F" w:rsidRDefault="003A37E7" w:rsidP="004B298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51F">
                              <w:rPr>
                                <w:b/>
                                <w:sz w:val="20"/>
                                <w:szCs w:val="20"/>
                              </w:rPr>
                              <w:t>3</w:t>
                            </w:r>
                          </w:p>
                        </w:tc>
                      </w:tr>
                      <w:tr w:rsidR="003A37E7" w:rsidRPr="009B251F" w:rsidTr="00936337">
                        <w:trPr>
                          <w:gridAfter w:val="1"/>
                          <w:cnfStyle w:val="000000100000" w:firstRow="0" w:lastRow="0" w:firstColumn="0" w:lastColumn="0" w:oddVBand="0" w:evenVBand="0" w:oddHBand="1" w:evenHBand="0" w:firstRowFirstColumn="0" w:firstRowLastColumn="0" w:lastRowFirstColumn="0" w:lastRowLastColumn="0"/>
                          <w:wAfter w:w="240" w:type="dxa"/>
                        </w:trPr>
                        <w:tc>
                          <w:tcPr>
                            <w:cnfStyle w:val="001000000000" w:firstRow="0" w:lastRow="0" w:firstColumn="1" w:lastColumn="0" w:oddVBand="0" w:evenVBand="0" w:oddHBand="0" w:evenHBand="0" w:firstRowFirstColumn="0" w:firstRowLastColumn="0" w:lastRowFirstColumn="0" w:lastRowLastColumn="0"/>
                            <w:tcW w:w="5010" w:type="dxa"/>
                            <w:gridSpan w:val="5"/>
                            <w:vAlign w:val="center"/>
                          </w:tcPr>
                          <w:p w:rsidR="003A37E7" w:rsidRPr="009B251F" w:rsidRDefault="003A37E7" w:rsidP="004B2985">
                            <w:pPr>
                              <w:jc w:val="center"/>
                              <w:rPr>
                                <w:sz w:val="20"/>
                                <w:szCs w:val="20"/>
                              </w:rPr>
                            </w:pPr>
                            <w:r w:rsidRPr="009B251F">
                              <w:rPr>
                                <w:sz w:val="20"/>
                                <w:szCs w:val="20"/>
                              </w:rPr>
                              <w:t>TOTAL CREDIT UNITS</w:t>
                            </w:r>
                          </w:p>
                        </w:tc>
                        <w:tc>
                          <w:tcPr>
                            <w:tcW w:w="1225" w:type="dxa"/>
                            <w:vAlign w:val="center"/>
                          </w:tcPr>
                          <w:p w:rsidR="003A37E7" w:rsidRPr="009B251F" w:rsidRDefault="003A37E7" w:rsidP="004B298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51F">
                              <w:rPr>
                                <w:b/>
                                <w:sz w:val="20"/>
                                <w:szCs w:val="20"/>
                              </w:rPr>
                              <w:t>20</w:t>
                            </w:r>
                          </w:p>
                        </w:tc>
                      </w:tr>
                    </w:tbl>
                    <w:p w:rsidR="003A37E7" w:rsidRDefault="003A37E7"/>
                  </w:txbxContent>
                </v:textbox>
                <w10:wrap anchorx="page"/>
              </v:shape>
            </w:pict>
          </mc:Fallback>
        </mc:AlternateContent>
      </w:r>
    </w:p>
    <w:p w:rsidR="00E55DAC" w:rsidRDefault="00E55DAC" w:rsidP="00412947">
      <w:pPr>
        <w:jc w:val="center"/>
      </w:pPr>
    </w:p>
    <w:p w:rsidR="00E55DAC" w:rsidRDefault="00E55DAC" w:rsidP="00412947">
      <w:pPr>
        <w:jc w:val="center"/>
      </w:pPr>
    </w:p>
    <w:p w:rsidR="00E55DAC" w:rsidRDefault="00E55DAC" w:rsidP="00412947">
      <w:pPr>
        <w:jc w:val="center"/>
      </w:pPr>
    </w:p>
    <w:p w:rsidR="00E55DAC" w:rsidRDefault="00E55DAC" w:rsidP="00412947">
      <w:pPr>
        <w:jc w:val="center"/>
      </w:pPr>
    </w:p>
    <w:p w:rsidR="00E55DAC" w:rsidRDefault="00E55DAC" w:rsidP="00412947">
      <w:pPr>
        <w:jc w:val="center"/>
      </w:pPr>
    </w:p>
    <w:p w:rsidR="00D65807" w:rsidRDefault="00D65807" w:rsidP="00412947">
      <w:pPr>
        <w:jc w:val="center"/>
      </w:pPr>
    </w:p>
    <w:p w:rsidR="006F1B02" w:rsidRDefault="006F1B02" w:rsidP="00412947">
      <w:pPr>
        <w:jc w:val="center"/>
      </w:pPr>
    </w:p>
    <w:p w:rsidR="006F1B02" w:rsidRDefault="006F1B02" w:rsidP="00412947">
      <w:pPr>
        <w:jc w:val="center"/>
      </w:pPr>
    </w:p>
    <w:p w:rsidR="006F1B02" w:rsidRDefault="004B18E5" w:rsidP="00412947">
      <w:pPr>
        <w:jc w:val="center"/>
      </w:pPr>
      <w:r>
        <w:rPr>
          <w:noProof/>
        </w:rPr>
        <mc:AlternateContent>
          <mc:Choice Requires="wps">
            <w:drawing>
              <wp:anchor distT="0" distB="0" distL="114300" distR="114300" simplePos="0" relativeHeight="251698176" behindDoc="0" locked="0" layoutInCell="1" allowOverlap="1" wp14:anchorId="0B051002" wp14:editId="5C43C39D">
                <wp:simplePos x="0" y="0"/>
                <wp:positionH relativeFrom="page">
                  <wp:posOffset>438277</wp:posOffset>
                </wp:positionH>
                <wp:positionV relativeFrom="paragraph">
                  <wp:posOffset>363474</wp:posOffset>
                </wp:positionV>
                <wp:extent cx="4298315" cy="3966358"/>
                <wp:effectExtent l="0" t="0" r="6985" b="0"/>
                <wp:wrapNone/>
                <wp:docPr id="46" name="Text Box 46"/>
                <wp:cNvGraphicFramePr/>
                <a:graphic xmlns:a="http://schemas.openxmlformats.org/drawingml/2006/main">
                  <a:graphicData uri="http://schemas.microsoft.com/office/word/2010/wordprocessingShape">
                    <wps:wsp>
                      <wps:cNvSpPr txBox="1"/>
                      <wps:spPr>
                        <a:xfrm>
                          <a:off x="0" y="0"/>
                          <a:ext cx="4298315" cy="396635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615" w:type="dxa"/>
                              <w:tblInd w:w="-330" w:type="dxa"/>
                              <w:tblLayout w:type="fixed"/>
                              <w:tblLook w:val="04A0" w:firstRow="1" w:lastRow="0" w:firstColumn="1" w:lastColumn="0" w:noHBand="0" w:noVBand="1"/>
                            </w:tblPr>
                            <w:tblGrid>
                              <w:gridCol w:w="15"/>
                              <w:gridCol w:w="1425"/>
                              <w:gridCol w:w="15"/>
                              <w:gridCol w:w="3600"/>
                              <w:gridCol w:w="345"/>
                              <w:gridCol w:w="1215"/>
                            </w:tblGrid>
                            <w:tr w:rsidR="003A37E7" w:rsidRPr="00162A72" w:rsidTr="004B18E5">
                              <w:trPr>
                                <w:gridBefore w:val="1"/>
                                <w:cnfStyle w:val="100000000000" w:firstRow="1" w:lastRow="0" w:firstColumn="0" w:lastColumn="0" w:oddVBand="0" w:evenVBand="0" w:oddHBand="0" w:evenHBand="0"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6600" w:type="dxa"/>
                                  <w:gridSpan w:val="5"/>
                                  <w:tcBorders>
                                    <w:top w:val="single" w:sz="48" w:space="0" w:color="auto"/>
                                    <w:left w:val="single" w:sz="48" w:space="0" w:color="auto"/>
                                    <w:bottom w:val="double" w:sz="4" w:space="0" w:color="C0504D" w:themeColor="accent2"/>
                                    <w:right w:val="single" w:sz="48" w:space="0" w:color="auto"/>
                                  </w:tcBorders>
                                </w:tcPr>
                                <w:p w:rsidR="003A37E7" w:rsidRPr="00162A72" w:rsidRDefault="003A37E7" w:rsidP="004B18E5">
                                  <w:pPr>
                                    <w:jc w:val="center"/>
                                    <w:rPr>
                                      <w:rFonts w:cs="Times New Roman"/>
                                      <w:color w:val="FF0000"/>
                                      <w:sz w:val="24"/>
                                      <w:szCs w:val="24"/>
                                    </w:rPr>
                                  </w:pPr>
                                  <w:r w:rsidRPr="00162A72">
                                    <w:rPr>
                                      <w:rFonts w:cs="Times New Roman"/>
                                      <w:color w:val="FF0000"/>
                                      <w:sz w:val="24"/>
                                      <w:szCs w:val="24"/>
                                    </w:rPr>
                                    <w:t>BSC. ECONOMICS</w:t>
                                  </w:r>
                                </w:p>
                              </w:tc>
                            </w:tr>
                            <w:tr w:rsidR="003A37E7" w:rsidRPr="00162A72" w:rsidTr="004B18E5">
                              <w:trPr>
                                <w:gridBefore w:val="1"/>
                                <w:cnfStyle w:val="000000100000" w:firstRow="0" w:lastRow="0" w:firstColumn="0" w:lastColumn="0" w:oddVBand="0" w:evenVBand="0" w:oddHBand="1" w:evenHBand="0"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6600" w:type="dxa"/>
                                  <w:gridSpan w:val="5"/>
                                  <w:tcBorders>
                                    <w:top w:val="double" w:sz="4" w:space="0" w:color="C0504D" w:themeColor="accent2"/>
                                    <w:left w:val="double" w:sz="4" w:space="0" w:color="C0504D" w:themeColor="accent2"/>
                                    <w:righ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0"/>
                                      <w:szCs w:val="20"/>
                                    </w:rPr>
                                    <w:t>FRESHMEN YEAR (YEAR I) - SECOND SEMESTER</w:t>
                                  </w:r>
                                </w:p>
                              </w:tc>
                            </w:tr>
                            <w:tr w:rsidR="003A37E7" w:rsidRPr="00162A72" w:rsidTr="004B18E5">
                              <w:trPr>
                                <w:gridBefore w:val="1"/>
                                <w:cnfStyle w:val="000000010000" w:firstRow="0" w:lastRow="0" w:firstColumn="0" w:lastColumn="0" w:oddVBand="0" w:evenVBand="0" w:oddHBand="0" w:evenHBand="1"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COURSE CODE</w:t>
                                  </w:r>
                                </w:p>
                              </w:tc>
                              <w:tc>
                                <w:tcPr>
                                  <w:tcW w:w="3945" w:type="dxa"/>
                                  <w:gridSpan w:val="2"/>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COURSE TITLE</w:t>
                                  </w:r>
                                </w:p>
                              </w:tc>
                              <w:tc>
                                <w:tcPr>
                                  <w:tcW w:w="1215" w:type="dxa"/>
                                  <w:tcBorders>
                                    <w:right w:val="double" w:sz="4" w:space="0" w:color="C0504D" w:themeColor="accent2"/>
                                  </w:tcBorders>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CREDIT HOURS</w:t>
                                  </w:r>
                                </w:p>
                              </w:tc>
                            </w:tr>
                            <w:tr w:rsidR="003A37E7" w:rsidRPr="00162A72" w:rsidTr="004B18E5">
                              <w:trPr>
                                <w:gridBefore w:val="1"/>
                                <w:cnfStyle w:val="000000100000" w:firstRow="0" w:lastRow="0" w:firstColumn="0" w:lastColumn="0" w:oddVBand="0" w:evenVBand="0" w:oddHBand="1" w:evenHBand="0"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GEN. 102</w:t>
                                  </w:r>
                                </w:p>
                              </w:tc>
                              <w:tc>
                                <w:tcPr>
                                  <w:tcW w:w="3945" w:type="dxa"/>
                                  <w:gridSpan w:val="2"/>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LIFE IN CHRIST 2</w:t>
                                  </w:r>
                                </w:p>
                              </w:tc>
                              <w:tc>
                                <w:tcPr>
                                  <w:tcW w:w="1215" w:type="dxa"/>
                                  <w:tcBorders>
                                    <w:right w:val="double" w:sz="4" w:space="0" w:color="C0504D" w:themeColor="accent2"/>
                                  </w:tcBorders>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2</w:t>
                                  </w:r>
                                </w:p>
                              </w:tc>
                            </w:tr>
                            <w:tr w:rsidR="003A37E7" w:rsidRPr="00162A72" w:rsidTr="004B18E5">
                              <w:trPr>
                                <w:gridBefore w:val="1"/>
                                <w:cnfStyle w:val="000000010000" w:firstRow="0" w:lastRow="0" w:firstColumn="0" w:lastColumn="0" w:oddVBand="0" w:evenVBand="0" w:oddHBand="0" w:evenHBand="1"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ACC: 102</w:t>
                                  </w:r>
                                </w:p>
                              </w:tc>
                              <w:tc>
                                <w:tcPr>
                                  <w:tcW w:w="3945" w:type="dxa"/>
                                  <w:gridSpan w:val="2"/>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INTRODUCTION TO ACCOUNTING II</w:t>
                                  </w:r>
                                </w:p>
                              </w:tc>
                              <w:tc>
                                <w:tcPr>
                                  <w:tcW w:w="1215" w:type="dxa"/>
                                  <w:tcBorders>
                                    <w:right w:val="double" w:sz="4" w:space="0" w:color="C0504D" w:themeColor="accent2"/>
                                  </w:tcBorders>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rPr>
                                <w:gridBefore w:val="1"/>
                                <w:cnfStyle w:val="000000100000" w:firstRow="0" w:lastRow="0" w:firstColumn="0" w:lastColumn="0" w:oddVBand="0" w:evenVBand="0" w:oddHBand="1" w:evenHBand="0"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ECON 102</w:t>
                                  </w:r>
                                </w:p>
                              </w:tc>
                              <w:tc>
                                <w:tcPr>
                                  <w:tcW w:w="3945" w:type="dxa"/>
                                  <w:gridSpan w:val="2"/>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INTRO TO MACRO ECONOMICS</w:t>
                                  </w:r>
                                </w:p>
                              </w:tc>
                              <w:tc>
                                <w:tcPr>
                                  <w:tcW w:w="1215" w:type="dxa"/>
                                  <w:tcBorders>
                                    <w:right w:val="double" w:sz="4" w:space="0" w:color="C0504D" w:themeColor="accent2"/>
                                  </w:tcBorders>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rPr>
                                <w:gridBefore w:val="1"/>
                                <w:cnfStyle w:val="000000010000" w:firstRow="0" w:lastRow="0" w:firstColumn="0" w:lastColumn="0" w:oddVBand="0" w:evenVBand="0" w:oddHBand="0" w:evenHBand="1"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BUS 102</w:t>
                                  </w:r>
                                </w:p>
                              </w:tc>
                              <w:tc>
                                <w:tcPr>
                                  <w:tcW w:w="3945" w:type="dxa"/>
                                  <w:gridSpan w:val="2"/>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ENTERPRENEURSHIP</w:t>
                                  </w:r>
                                </w:p>
                              </w:tc>
                              <w:tc>
                                <w:tcPr>
                                  <w:tcW w:w="1215" w:type="dxa"/>
                                  <w:tcBorders>
                                    <w:right w:val="double" w:sz="4" w:space="0" w:color="C0504D" w:themeColor="accent2"/>
                                  </w:tcBorders>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rPr>
                                <w:gridBefore w:val="1"/>
                                <w:cnfStyle w:val="000000100000" w:firstRow="0" w:lastRow="0" w:firstColumn="0" w:lastColumn="0" w:oddVBand="0" w:evenVBand="0" w:oddHBand="1" w:evenHBand="0"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GEN 107</w:t>
                                  </w:r>
                                </w:p>
                              </w:tc>
                              <w:tc>
                                <w:tcPr>
                                  <w:tcW w:w="3945" w:type="dxa"/>
                                  <w:gridSpan w:val="2"/>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CHRIATIAN ETHICS / MORAL VALUES</w:t>
                                  </w:r>
                                </w:p>
                              </w:tc>
                              <w:tc>
                                <w:tcPr>
                                  <w:tcW w:w="1215" w:type="dxa"/>
                                  <w:tcBorders>
                                    <w:right w:val="double" w:sz="4" w:space="0" w:color="C0504D" w:themeColor="accent2"/>
                                  </w:tcBorders>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2</w:t>
                                  </w:r>
                                </w:p>
                              </w:tc>
                            </w:tr>
                            <w:tr w:rsidR="003A37E7" w:rsidRPr="00162A72" w:rsidTr="004B18E5">
                              <w:trPr>
                                <w:gridBefore w:val="1"/>
                                <w:cnfStyle w:val="000000010000" w:firstRow="0" w:lastRow="0" w:firstColumn="0" w:lastColumn="0" w:oddVBand="0" w:evenVBand="0" w:oddHBand="0" w:evenHBand="1" w:firstRowFirstColumn="0" w:firstRowLastColumn="0" w:lastRowFirstColumn="0" w:lastRowLastColumn="0"/>
                                <w:wBefore w:w="15" w:type="dxa"/>
                                <w:trHeight w:val="375"/>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SOS 102</w:t>
                                  </w:r>
                                </w:p>
                              </w:tc>
                              <w:tc>
                                <w:tcPr>
                                  <w:tcW w:w="3945" w:type="dxa"/>
                                  <w:gridSpan w:val="2"/>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LIBERIA SOCIETY</w:t>
                                  </w:r>
                                </w:p>
                              </w:tc>
                              <w:tc>
                                <w:tcPr>
                                  <w:tcW w:w="1215" w:type="dxa"/>
                                  <w:tcBorders>
                                    <w:right w:val="double" w:sz="4" w:space="0" w:color="C0504D" w:themeColor="accent2"/>
                                  </w:tcBorders>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rPr>
                                <w:gridBefore w:val="1"/>
                                <w:cnfStyle w:val="000000100000" w:firstRow="0" w:lastRow="0" w:firstColumn="0" w:lastColumn="0" w:oddVBand="0" w:evenVBand="0" w:oddHBand="1" w:evenHBand="0"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MATH 102</w:t>
                                  </w:r>
                                </w:p>
                              </w:tc>
                              <w:tc>
                                <w:tcPr>
                                  <w:tcW w:w="3945" w:type="dxa"/>
                                  <w:gridSpan w:val="2"/>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MATHEMATICS FOR DECISION MAKING</w:t>
                                  </w:r>
                                </w:p>
                              </w:tc>
                              <w:tc>
                                <w:tcPr>
                                  <w:tcW w:w="1215" w:type="dxa"/>
                                  <w:tcBorders>
                                    <w:right w:val="double" w:sz="4" w:space="0" w:color="C0504D" w:themeColor="accent2"/>
                                  </w:tcBorders>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rPr>
                                <w:gridBefore w:val="1"/>
                                <w:cnfStyle w:val="000000010000" w:firstRow="0" w:lastRow="0" w:firstColumn="0" w:lastColumn="0" w:oddVBand="0" w:evenVBand="0" w:oddHBand="0" w:evenHBand="1" w:firstRowFirstColumn="0" w:firstRowLastColumn="0" w:lastRowFirstColumn="0" w:lastRowLastColumn="0"/>
                                <w:wBefore w:w="15" w:type="dxa"/>
                                <w:trHeight w:val="61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ENG 102</w:t>
                                  </w:r>
                                </w:p>
                              </w:tc>
                              <w:tc>
                                <w:tcPr>
                                  <w:tcW w:w="3945" w:type="dxa"/>
                                  <w:gridSpan w:val="2"/>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ENGLISH &amp; COMMUNICATION SKILLS II</w:t>
                                  </w:r>
                                </w:p>
                              </w:tc>
                              <w:tc>
                                <w:tcPr>
                                  <w:tcW w:w="1215" w:type="dxa"/>
                                  <w:tcBorders>
                                    <w:right w:val="double" w:sz="4" w:space="0" w:color="C0504D" w:themeColor="accent2"/>
                                  </w:tcBorders>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rPr>
                                <w:gridBefore w:val="1"/>
                                <w:cnfStyle w:val="000000100000" w:firstRow="0" w:lastRow="0" w:firstColumn="0" w:lastColumn="0" w:oddVBand="0" w:evenVBand="0" w:oddHBand="1" w:evenHBand="0" w:firstRowFirstColumn="0" w:firstRowLastColumn="0" w:lastRowFirstColumn="0" w:lastRowLastColumn="0"/>
                                <w:wBefore w:w="15" w:type="dxa"/>
                                <w:trHeight w:val="618"/>
                              </w:trPr>
                              <w:tc>
                                <w:tcPr>
                                  <w:cnfStyle w:val="001000000000" w:firstRow="0" w:lastRow="0" w:firstColumn="1" w:lastColumn="0" w:oddVBand="0" w:evenVBand="0" w:oddHBand="0" w:evenHBand="0" w:firstRowFirstColumn="0" w:firstRowLastColumn="0" w:lastRowFirstColumn="0" w:lastRowLastColumn="0"/>
                                  <w:tcW w:w="5385" w:type="dxa"/>
                                  <w:gridSpan w:val="4"/>
                                  <w:tcBorders>
                                    <w:left w:val="double" w:sz="4" w:space="0" w:color="C0504D" w:themeColor="accent2"/>
                                    <w:bottom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TOTAL CREDIT HOURS</w:t>
                                  </w:r>
                                </w:p>
                              </w:tc>
                              <w:tc>
                                <w:tcPr>
                                  <w:tcW w:w="1215" w:type="dxa"/>
                                  <w:tcBorders>
                                    <w:bottom w:val="double" w:sz="4" w:space="0" w:color="C0504D" w:themeColor="accent2"/>
                                    <w:right w:val="double" w:sz="4" w:space="0" w:color="C0504D" w:themeColor="accent2"/>
                                  </w:tcBorders>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22</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010000" w:firstRow="0" w:lastRow="0" w:firstColumn="0" w:lastColumn="0" w:oddVBand="0" w:evenVBand="0" w:oddHBand="0" w:evenHBand="1" w:firstRowFirstColumn="0" w:firstRowLastColumn="0" w:lastRowFirstColumn="0" w:lastRowLastColumn="0"/>
                                <w:trHeight w:val="26"/>
                              </w:trPr>
                              <w:tc>
                                <w:tcPr>
                                  <w:cnfStyle w:val="001000000000" w:firstRow="0" w:lastRow="0" w:firstColumn="1" w:lastColumn="0" w:oddVBand="0" w:evenVBand="0" w:oddHBand="0" w:evenHBand="0" w:firstRowFirstColumn="0" w:firstRowLastColumn="0" w:lastRowFirstColumn="0" w:lastRowLastColumn="0"/>
                                  <w:tcW w:w="6615" w:type="dxa"/>
                                  <w:gridSpan w:val="6"/>
                                  <w:tcBorders>
                                    <w:top w:val="single" w:sz="36" w:space="0" w:color="auto"/>
                                    <w:left w:val="single" w:sz="36" w:space="0" w:color="auto"/>
                                    <w:bottom w:val="single" w:sz="36" w:space="0" w:color="auto"/>
                                    <w:right w:val="single" w:sz="36" w:space="0" w:color="auto"/>
                                  </w:tcBorders>
                                  <w:vAlign w:val="center"/>
                                </w:tcPr>
                                <w:p w:rsidR="003A37E7" w:rsidRPr="00162A72" w:rsidRDefault="003A37E7" w:rsidP="0036560B">
                                  <w:pPr>
                                    <w:jc w:val="center"/>
                                    <w:rPr>
                                      <w:rFonts w:cs="Times New Roman"/>
                                      <w:color w:val="FF0000"/>
                                      <w:sz w:val="24"/>
                                      <w:szCs w:val="24"/>
                                    </w:rPr>
                                  </w:pP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5" w:type="dxa"/>
                                  <w:gridSpan w:val="6"/>
                                  <w:tcBorders>
                                    <w:top w:val="single" w:sz="36"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FRESHMEN – SEMESTER 2</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COURSE CODE</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COURSE TITLE</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ACC: 102</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INTRODUCTION TO ACCOUNTING II</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ECON 102</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INTRO TO MACRO ECONOMICS</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BUS 102</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ENTERPRENEURSHIP</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GEN 107</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CHRIATIAN ETHICS / MORAL VALUES</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1</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SOS 102</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LIBERIA SOCIETY</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MATH 102</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MATHEMATICS FOR DECISION MAKING</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ENG 102</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ENGLISH &amp; COMMUNICATION SKILLS II</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55" w:type="dxa"/>
                                  <w:gridSpan w:val="4"/>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 xml:space="preserve">TOTAL </w:t>
                                  </w:r>
                                  <w:r w:rsidRPr="00162A72">
                                    <w:rPr>
                                      <w:rFonts w:cs="Times New Roman"/>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19</w:t>
                                  </w:r>
                                </w:p>
                              </w:tc>
                            </w:tr>
                          </w:tbl>
                          <w:p w:rsidR="003A37E7" w:rsidRDefault="003A37E7"/>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051002" id="Text Box 46" o:spid="_x0000_s1091" type="#_x0000_t202" style="position:absolute;left:0;text-align:left;margin-left:34.5pt;margin-top:28.6pt;width:338.45pt;height:312.3pt;z-index:251698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" fillcolor="white [3201]" stroked="f" strokeweight=".5pt">
                <v:textbox>
                  <w:txbxContent>
                    <w:tbl>
                      <w:tblPr>
                        <w:tblStyle w:val="LightGrid"/>
                        <w:tblW w:w="6615" w:type="dxa"/>
                        <w:tblInd w:w="-330" w:type="dxa"/>
                        <w:tblLayout w:type="fixed"/>
                        <w:tblLook w:val="04A0" w:firstRow="1" w:lastRow="0" w:firstColumn="1" w:lastColumn="0" w:noHBand="0" w:noVBand="1"/>
                      </w:tblPr>
                      <w:tblGrid>
                        <w:gridCol w:w="15"/>
                        <w:gridCol w:w="1425"/>
                        <w:gridCol w:w="15"/>
                        <w:gridCol w:w="3600"/>
                        <w:gridCol w:w="345"/>
                        <w:gridCol w:w="1215"/>
                      </w:tblGrid>
                      <w:tr w:rsidR="003A37E7" w:rsidRPr="00162A72" w:rsidTr="004B18E5">
                        <w:trPr>
                          <w:gridBefore w:val="1"/>
                          <w:cnfStyle w:val="100000000000" w:firstRow="1" w:lastRow="0" w:firstColumn="0" w:lastColumn="0" w:oddVBand="0" w:evenVBand="0" w:oddHBand="0" w:evenHBand="0"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6600" w:type="dxa"/>
                            <w:gridSpan w:val="5"/>
                            <w:tcBorders>
                              <w:top w:val="single" w:sz="48" w:space="0" w:color="auto"/>
                              <w:left w:val="single" w:sz="48" w:space="0" w:color="auto"/>
                              <w:bottom w:val="double" w:sz="4" w:space="0" w:color="C0504D" w:themeColor="accent2"/>
                              <w:right w:val="single" w:sz="48" w:space="0" w:color="auto"/>
                            </w:tcBorders>
                          </w:tcPr>
                          <w:p w:rsidR="003A37E7" w:rsidRPr="00162A72" w:rsidRDefault="003A37E7" w:rsidP="004B18E5">
                            <w:pPr>
                              <w:jc w:val="center"/>
                              <w:rPr>
                                <w:rFonts w:cs="Times New Roman"/>
                                <w:color w:val="FF0000"/>
                                <w:sz w:val="24"/>
                                <w:szCs w:val="24"/>
                              </w:rPr>
                            </w:pPr>
                            <w:r w:rsidRPr="00162A72">
                              <w:rPr>
                                <w:rFonts w:cs="Times New Roman"/>
                                <w:color w:val="FF0000"/>
                                <w:sz w:val="24"/>
                                <w:szCs w:val="24"/>
                              </w:rPr>
                              <w:t>BSC. ECONOMICS</w:t>
                            </w:r>
                          </w:p>
                        </w:tc>
                      </w:tr>
                      <w:tr w:rsidR="003A37E7" w:rsidRPr="00162A72" w:rsidTr="004B18E5">
                        <w:trPr>
                          <w:gridBefore w:val="1"/>
                          <w:cnfStyle w:val="000000100000" w:firstRow="0" w:lastRow="0" w:firstColumn="0" w:lastColumn="0" w:oddVBand="0" w:evenVBand="0" w:oddHBand="1" w:evenHBand="0"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6600" w:type="dxa"/>
                            <w:gridSpan w:val="5"/>
                            <w:tcBorders>
                              <w:top w:val="double" w:sz="4" w:space="0" w:color="C0504D" w:themeColor="accent2"/>
                              <w:left w:val="double" w:sz="4" w:space="0" w:color="C0504D" w:themeColor="accent2"/>
                              <w:righ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0"/>
                                <w:szCs w:val="20"/>
                              </w:rPr>
                              <w:t>FRESHMEN YEAR (YEAR I) - SECOND SEMESTER</w:t>
                            </w:r>
                          </w:p>
                        </w:tc>
                      </w:tr>
                      <w:tr w:rsidR="003A37E7" w:rsidRPr="00162A72" w:rsidTr="004B18E5">
                        <w:trPr>
                          <w:gridBefore w:val="1"/>
                          <w:cnfStyle w:val="000000010000" w:firstRow="0" w:lastRow="0" w:firstColumn="0" w:lastColumn="0" w:oddVBand="0" w:evenVBand="0" w:oddHBand="0" w:evenHBand="1"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COURSE CODE</w:t>
                            </w:r>
                          </w:p>
                        </w:tc>
                        <w:tc>
                          <w:tcPr>
                            <w:tcW w:w="3945" w:type="dxa"/>
                            <w:gridSpan w:val="2"/>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COURSE TITLE</w:t>
                            </w:r>
                          </w:p>
                        </w:tc>
                        <w:tc>
                          <w:tcPr>
                            <w:tcW w:w="1215" w:type="dxa"/>
                            <w:tcBorders>
                              <w:right w:val="double" w:sz="4" w:space="0" w:color="C0504D" w:themeColor="accent2"/>
                            </w:tcBorders>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CREDIT HOURS</w:t>
                            </w:r>
                          </w:p>
                        </w:tc>
                      </w:tr>
                      <w:tr w:rsidR="003A37E7" w:rsidRPr="00162A72" w:rsidTr="004B18E5">
                        <w:trPr>
                          <w:gridBefore w:val="1"/>
                          <w:cnfStyle w:val="000000100000" w:firstRow="0" w:lastRow="0" w:firstColumn="0" w:lastColumn="0" w:oddVBand="0" w:evenVBand="0" w:oddHBand="1" w:evenHBand="0"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GEN. 102</w:t>
                            </w:r>
                          </w:p>
                        </w:tc>
                        <w:tc>
                          <w:tcPr>
                            <w:tcW w:w="3945" w:type="dxa"/>
                            <w:gridSpan w:val="2"/>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LIFE IN CHRIST 2</w:t>
                            </w:r>
                          </w:p>
                        </w:tc>
                        <w:tc>
                          <w:tcPr>
                            <w:tcW w:w="1215" w:type="dxa"/>
                            <w:tcBorders>
                              <w:right w:val="double" w:sz="4" w:space="0" w:color="C0504D" w:themeColor="accent2"/>
                            </w:tcBorders>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2</w:t>
                            </w:r>
                          </w:p>
                        </w:tc>
                      </w:tr>
                      <w:tr w:rsidR="003A37E7" w:rsidRPr="00162A72" w:rsidTr="004B18E5">
                        <w:trPr>
                          <w:gridBefore w:val="1"/>
                          <w:cnfStyle w:val="000000010000" w:firstRow="0" w:lastRow="0" w:firstColumn="0" w:lastColumn="0" w:oddVBand="0" w:evenVBand="0" w:oddHBand="0" w:evenHBand="1"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ACC: 102</w:t>
                            </w:r>
                          </w:p>
                        </w:tc>
                        <w:tc>
                          <w:tcPr>
                            <w:tcW w:w="3945" w:type="dxa"/>
                            <w:gridSpan w:val="2"/>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INTRODUCTION TO ACCOUNTING II</w:t>
                            </w:r>
                          </w:p>
                        </w:tc>
                        <w:tc>
                          <w:tcPr>
                            <w:tcW w:w="1215" w:type="dxa"/>
                            <w:tcBorders>
                              <w:right w:val="double" w:sz="4" w:space="0" w:color="C0504D" w:themeColor="accent2"/>
                            </w:tcBorders>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rPr>
                          <w:gridBefore w:val="1"/>
                          <w:cnfStyle w:val="000000100000" w:firstRow="0" w:lastRow="0" w:firstColumn="0" w:lastColumn="0" w:oddVBand="0" w:evenVBand="0" w:oddHBand="1" w:evenHBand="0"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ECON 102</w:t>
                            </w:r>
                          </w:p>
                        </w:tc>
                        <w:tc>
                          <w:tcPr>
                            <w:tcW w:w="3945" w:type="dxa"/>
                            <w:gridSpan w:val="2"/>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INTRO TO MACRO ECONOMICS</w:t>
                            </w:r>
                          </w:p>
                        </w:tc>
                        <w:tc>
                          <w:tcPr>
                            <w:tcW w:w="1215" w:type="dxa"/>
                            <w:tcBorders>
                              <w:right w:val="double" w:sz="4" w:space="0" w:color="C0504D" w:themeColor="accent2"/>
                            </w:tcBorders>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rPr>
                          <w:gridBefore w:val="1"/>
                          <w:cnfStyle w:val="000000010000" w:firstRow="0" w:lastRow="0" w:firstColumn="0" w:lastColumn="0" w:oddVBand="0" w:evenVBand="0" w:oddHBand="0" w:evenHBand="1"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BUS 102</w:t>
                            </w:r>
                          </w:p>
                        </w:tc>
                        <w:tc>
                          <w:tcPr>
                            <w:tcW w:w="3945" w:type="dxa"/>
                            <w:gridSpan w:val="2"/>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ENTERPRENEURSHIP</w:t>
                            </w:r>
                          </w:p>
                        </w:tc>
                        <w:tc>
                          <w:tcPr>
                            <w:tcW w:w="1215" w:type="dxa"/>
                            <w:tcBorders>
                              <w:right w:val="double" w:sz="4" w:space="0" w:color="C0504D" w:themeColor="accent2"/>
                            </w:tcBorders>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rPr>
                          <w:gridBefore w:val="1"/>
                          <w:cnfStyle w:val="000000100000" w:firstRow="0" w:lastRow="0" w:firstColumn="0" w:lastColumn="0" w:oddVBand="0" w:evenVBand="0" w:oddHBand="1" w:evenHBand="0"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GEN 107</w:t>
                            </w:r>
                          </w:p>
                        </w:tc>
                        <w:tc>
                          <w:tcPr>
                            <w:tcW w:w="3945" w:type="dxa"/>
                            <w:gridSpan w:val="2"/>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CHRIATIAN ETHICS / MORAL VALUES</w:t>
                            </w:r>
                          </w:p>
                        </w:tc>
                        <w:tc>
                          <w:tcPr>
                            <w:tcW w:w="1215" w:type="dxa"/>
                            <w:tcBorders>
                              <w:right w:val="double" w:sz="4" w:space="0" w:color="C0504D" w:themeColor="accent2"/>
                            </w:tcBorders>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2</w:t>
                            </w:r>
                          </w:p>
                        </w:tc>
                      </w:tr>
                      <w:tr w:rsidR="003A37E7" w:rsidRPr="00162A72" w:rsidTr="004B18E5">
                        <w:trPr>
                          <w:gridBefore w:val="1"/>
                          <w:cnfStyle w:val="000000010000" w:firstRow="0" w:lastRow="0" w:firstColumn="0" w:lastColumn="0" w:oddVBand="0" w:evenVBand="0" w:oddHBand="0" w:evenHBand="1" w:firstRowFirstColumn="0" w:firstRowLastColumn="0" w:lastRowFirstColumn="0" w:lastRowLastColumn="0"/>
                          <w:wBefore w:w="15" w:type="dxa"/>
                          <w:trHeight w:val="375"/>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SOS 102</w:t>
                            </w:r>
                          </w:p>
                        </w:tc>
                        <w:tc>
                          <w:tcPr>
                            <w:tcW w:w="3945" w:type="dxa"/>
                            <w:gridSpan w:val="2"/>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LIBERIA SOCIETY</w:t>
                            </w:r>
                          </w:p>
                        </w:tc>
                        <w:tc>
                          <w:tcPr>
                            <w:tcW w:w="1215" w:type="dxa"/>
                            <w:tcBorders>
                              <w:right w:val="double" w:sz="4" w:space="0" w:color="C0504D" w:themeColor="accent2"/>
                            </w:tcBorders>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rPr>
                          <w:gridBefore w:val="1"/>
                          <w:cnfStyle w:val="000000100000" w:firstRow="0" w:lastRow="0" w:firstColumn="0" w:lastColumn="0" w:oddVBand="0" w:evenVBand="0" w:oddHBand="1" w:evenHBand="0" w:firstRowFirstColumn="0" w:firstRowLastColumn="0" w:lastRowFirstColumn="0" w:lastRowLastColumn="0"/>
                          <w:wBefore w:w="15" w:type="dxa"/>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MATH 102</w:t>
                            </w:r>
                          </w:p>
                        </w:tc>
                        <w:tc>
                          <w:tcPr>
                            <w:tcW w:w="3945" w:type="dxa"/>
                            <w:gridSpan w:val="2"/>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MATHEMATICS FOR DECISION MAKING</w:t>
                            </w:r>
                          </w:p>
                        </w:tc>
                        <w:tc>
                          <w:tcPr>
                            <w:tcW w:w="1215" w:type="dxa"/>
                            <w:tcBorders>
                              <w:right w:val="double" w:sz="4" w:space="0" w:color="C0504D" w:themeColor="accent2"/>
                            </w:tcBorders>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rPr>
                          <w:gridBefore w:val="1"/>
                          <w:cnfStyle w:val="000000010000" w:firstRow="0" w:lastRow="0" w:firstColumn="0" w:lastColumn="0" w:oddVBand="0" w:evenVBand="0" w:oddHBand="0" w:evenHBand="1" w:firstRowFirstColumn="0" w:firstRowLastColumn="0" w:lastRowFirstColumn="0" w:lastRowLastColumn="0"/>
                          <w:wBefore w:w="15" w:type="dxa"/>
                          <w:trHeight w:val="618"/>
                        </w:trPr>
                        <w:tc>
                          <w:tcPr>
                            <w:cnfStyle w:val="001000000000" w:firstRow="0" w:lastRow="0" w:firstColumn="1" w:lastColumn="0" w:oddVBand="0" w:evenVBand="0" w:oddHBand="0" w:evenHBand="0" w:firstRowFirstColumn="0" w:firstRowLastColumn="0" w:lastRowFirstColumn="0" w:lastRowLastColumn="0"/>
                            <w:tcW w:w="1440" w:type="dxa"/>
                            <w:gridSpan w:val="2"/>
                            <w:tcBorders>
                              <w:left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ENG 102</w:t>
                            </w:r>
                          </w:p>
                        </w:tc>
                        <w:tc>
                          <w:tcPr>
                            <w:tcW w:w="3945" w:type="dxa"/>
                            <w:gridSpan w:val="2"/>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ENGLISH &amp; COMMUNICATION SKILLS II</w:t>
                            </w:r>
                          </w:p>
                        </w:tc>
                        <w:tc>
                          <w:tcPr>
                            <w:tcW w:w="1215" w:type="dxa"/>
                            <w:tcBorders>
                              <w:right w:val="double" w:sz="4" w:space="0" w:color="C0504D" w:themeColor="accent2"/>
                            </w:tcBorders>
                            <w:vAlign w:val="center"/>
                          </w:tcPr>
                          <w:p w:rsidR="003A37E7" w:rsidRPr="00162A72" w:rsidRDefault="003A37E7" w:rsidP="004B18E5">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rPr>
                          <w:gridBefore w:val="1"/>
                          <w:cnfStyle w:val="000000100000" w:firstRow="0" w:lastRow="0" w:firstColumn="0" w:lastColumn="0" w:oddVBand="0" w:evenVBand="0" w:oddHBand="1" w:evenHBand="0" w:firstRowFirstColumn="0" w:firstRowLastColumn="0" w:lastRowFirstColumn="0" w:lastRowLastColumn="0"/>
                          <w:wBefore w:w="15" w:type="dxa"/>
                          <w:trHeight w:val="618"/>
                        </w:trPr>
                        <w:tc>
                          <w:tcPr>
                            <w:cnfStyle w:val="001000000000" w:firstRow="0" w:lastRow="0" w:firstColumn="1" w:lastColumn="0" w:oddVBand="0" w:evenVBand="0" w:oddHBand="0" w:evenHBand="0" w:firstRowFirstColumn="0" w:firstRowLastColumn="0" w:lastRowFirstColumn="0" w:lastRowLastColumn="0"/>
                            <w:tcW w:w="5385" w:type="dxa"/>
                            <w:gridSpan w:val="4"/>
                            <w:tcBorders>
                              <w:left w:val="double" w:sz="4" w:space="0" w:color="C0504D" w:themeColor="accent2"/>
                              <w:bottom w:val="double" w:sz="4" w:space="0" w:color="C0504D" w:themeColor="accent2"/>
                            </w:tcBorders>
                            <w:vAlign w:val="center"/>
                          </w:tcPr>
                          <w:p w:rsidR="003A37E7" w:rsidRPr="00162A72" w:rsidRDefault="003A37E7" w:rsidP="004B18E5">
                            <w:pPr>
                              <w:jc w:val="center"/>
                              <w:rPr>
                                <w:rFonts w:cs="Times New Roman"/>
                                <w:sz w:val="24"/>
                                <w:szCs w:val="24"/>
                              </w:rPr>
                            </w:pPr>
                            <w:r w:rsidRPr="00162A72">
                              <w:rPr>
                                <w:rFonts w:cs="Times New Roman"/>
                                <w:sz w:val="24"/>
                                <w:szCs w:val="24"/>
                              </w:rPr>
                              <w:t>TOTAL CREDIT HOURS</w:t>
                            </w:r>
                          </w:p>
                        </w:tc>
                        <w:tc>
                          <w:tcPr>
                            <w:tcW w:w="1215" w:type="dxa"/>
                            <w:tcBorders>
                              <w:bottom w:val="double" w:sz="4" w:space="0" w:color="C0504D" w:themeColor="accent2"/>
                              <w:right w:val="double" w:sz="4" w:space="0" w:color="C0504D" w:themeColor="accent2"/>
                            </w:tcBorders>
                            <w:vAlign w:val="center"/>
                          </w:tcPr>
                          <w:p w:rsidR="003A37E7" w:rsidRPr="00162A72" w:rsidRDefault="003A37E7" w:rsidP="004B18E5">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22</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010000" w:firstRow="0" w:lastRow="0" w:firstColumn="0" w:lastColumn="0" w:oddVBand="0" w:evenVBand="0" w:oddHBand="0" w:evenHBand="1" w:firstRowFirstColumn="0" w:firstRowLastColumn="0" w:lastRowFirstColumn="0" w:lastRowLastColumn="0"/>
                          <w:trHeight w:val="26"/>
                        </w:trPr>
                        <w:tc>
                          <w:tcPr>
                            <w:cnfStyle w:val="001000000000" w:firstRow="0" w:lastRow="0" w:firstColumn="1" w:lastColumn="0" w:oddVBand="0" w:evenVBand="0" w:oddHBand="0" w:evenHBand="0" w:firstRowFirstColumn="0" w:firstRowLastColumn="0" w:lastRowFirstColumn="0" w:lastRowLastColumn="0"/>
                            <w:tcW w:w="6615" w:type="dxa"/>
                            <w:gridSpan w:val="6"/>
                            <w:tcBorders>
                              <w:top w:val="single" w:sz="36" w:space="0" w:color="auto"/>
                              <w:left w:val="single" w:sz="36" w:space="0" w:color="auto"/>
                              <w:bottom w:val="single" w:sz="36" w:space="0" w:color="auto"/>
                              <w:right w:val="single" w:sz="36" w:space="0" w:color="auto"/>
                            </w:tcBorders>
                            <w:vAlign w:val="center"/>
                          </w:tcPr>
                          <w:p w:rsidR="003A37E7" w:rsidRPr="00162A72" w:rsidRDefault="003A37E7" w:rsidP="0036560B">
                            <w:pPr>
                              <w:jc w:val="center"/>
                              <w:rPr>
                                <w:rFonts w:cs="Times New Roman"/>
                                <w:color w:val="FF0000"/>
                                <w:sz w:val="24"/>
                                <w:szCs w:val="24"/>
                              </w:rPr>
                            </w:pP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5" w:type="dxa"/>
                            <w:gridSpan w:val="6"/>
                            <w:tcBorders>
                              <w:top w:val="single" w:sz="36"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FRESHMEN – SEMESTER 2</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COURSE CODE</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COURSE TITLE</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ACC: 102</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INTRODUCTION TO ACCOUNTING II</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ECON 102</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INTRO TO MACRO ECONOMICS</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BUS 102</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ENTERPRENEURSHIP</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GEN 107</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CHRIATIAN ETHICS / MORAL VALUES</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1</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SOS 102</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LIBERIA SOCIETY</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MATH 102</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MATHEMATICS FOR DECISION MAKING</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ENG 102</w:t>
                            </w:r>
                          </w:p>
                        </w:tc>
                        <w:tc>
                          <w:tcPr>
                            <w:tcW w:w="3615"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ENGLISH &amp; COMMUNICATION SKILLS II</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3</w:t>
                            </w:r>
                          </w:p>
                        </w:tc>
                      </w:tr>
                      <w:tr w:rsidR="003A37E7" w:rsidRPr="00162A72" w:rsidTr="004B18E5">
                        <w:tblPrEx>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PrEx>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55" w:type="dxa"/>
                            <w:gridSpan w:val="4"/>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rPr>
                                <w:rFonts w:cs="Times New Roman"/>
                                <w:sz w:val="24"/>
                                <w:szCs w:val="24"/>
                              </w:rPr>
                            </w:pPr>
                            <w:r w:rsidRPr="00162A72">
                              <w:rPr>
                                <w:rFonts w:cs="Times New Roman"/>
                                <w:sz w:val="24"/>
                                <w:szCs w:val="24"/>
                              </w:rPr>
                              <w:t xml:space="preserve">TOTAL </w:t>
                            </w:r>
                            <w:r w:rsidRPr="00162A72">
                              <w:rPr>
                                <w:rFonts w:cs="Times New Roman"/>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560" w:type="dxa"/>
                            <w:gridSpan w:val="2"/>
                            <w:tcBorders>
                              <w:top w:val="none" w:sz="0" w:space="0" w:color="auto"/>
                              <w:left w:val="none" w:sz="0" w:space="0" w:color="auto"/>
                              <w:bottom w:val="none" w:sz="0" w:space="0" w:color="auto"/>
                              <w:right w:val="none" w:sz="0" w:space="0" w:color="auto"/>
                            </w:tcBorders>
                            <w:vAlign w:val="center"/>
                          </w:tcPr>
                          <w:p w:rsidR="003A37E7" w:rsidRPr="00162A72" w:rsidRDefault="003A37E7" w:rsidP="00584B10">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162A72">
                              <w:rPr>
                                <w:rFonts w:cs="Times New Roman"/>
                                <w:b/>
                                <w:sz w:val="24"/>
                                <w:szCs w:val="24"/>
                              </w:rPr>
                              <w:t>19</w:t>
                            </w:r>
                          </w:p>
                        </w:tc>
                      </w:tr>
                    </w:tbl>
                    <w:p w:rsidR="003A37E7" w:rsidRDefault="003A37E7"/>
                    <w:p w:rsidR="003A37E7" w:rsidRDefault="003A37E7"/>
                  </w:txbxContent>
                </v:textbox>
                <w10:wrap anchorx="page"/>
              </v:shape>
            </w:pict>
          </mc:Fallback>
        </mc:AlternateContent>
      </w:r>
    </w:p>
    <w:p w:rsidR="006F1B02" w:rsidRDefault="006F1B02" w:rsidP="00412947">
      <w:pPr>
        <w:jc w:val="center"/>
      </w:pPr>
    </w:p>
    <w:p w:rsidR="006F1B02" w:rsidRDefault="006F1B02" w:rsidP="00412947">
      <w:pPr>
        <w:jc w:val="center"/>
      </w:pPr>
    </w:p>
    <w:p w:rsidR="006F1B02" w:rsidRDefault="006F1B02" w:rsidP="00412947">
      <w:pPr>
        <w:jc w:val="center"/>
      </w:pPr>
    </w:p>
    <w:p w:rsidR="006F1B02" w:rsidRDefault="006F1B02" w:rsidP="00412947">
      <w:pPr>
        <w:jc w:val="center"/>
      </w:pPr>
    </w:p>
    <w:p w:rsidR="006F1B02" w:rsidRDefault="006F1B02" w:rsidP="00412947">
      <w:pPr>
        <w:jc w:val="center"/>
      </w:pPr>
    </w:p>
    <w:p w:rsidR="006F1B02" w:rsidRDefault="006F1B02" w:rsidP="00412947">
      <w:pPr>
        <w:jc w:val="center"/>
      </w:pPr>
    </w:p>
    <w:p w:rsidR="006F1B02" w:rsidRDefault="006F1B02" w:rsidP="00412947">
      <w:pPr>
        <w:jc w:val="center"/>
      </w:pPr>
    </w:p>
    <w:p w:rsidR="006F1B02" w:rsidRDefault="006F1B02" w:rsidP="00412947">
      <w:pPr>
        <w:jc w:val="center"/>
      </w:pPr>
    </w:p>
    <w:p w:rsidR="006F1B02" w:rsidRDefault="006F1B02" w:rsidP="00412947">
      <w:pPr>
        <w:jc w:val="center"/>
      </w:pPr>
    </w:p>
    <w:p w:rsidR="006F1B02" w:rsidRDefault="00BA23B2" w:rsidP="00412947">
      <w:pPr>
        <w:jc w:val="center"/>
      </w:pPr>
      <w:r>
        <w:rPr>
          <w:noProof/>
        </w:rPr>
        <w:lastRenderedPageBreak/>
        <mc:AlternateContent>
          <mc:Choice Requires="wps">
            <w:drawing>
              <wp:anchor distT="0" distB="0" distL="114300" distR="114300" simplePos="0" relativeHeight="251699200" behindDoc="0" locked="0" layoutInCell="1" allowOverlap="1" wp14:anchorId="2FA09268" wp14:editId="3E1D5C40">
                <wp:simplePos x="0" y="0"/>
                <wp:positionH relativeFrom="column">
                  <wp:posOffset>-949613</wp:posOffset>
                </wp:positionH>
                <wp:positionV relativeFrom="paragraph">
                  <wp:posOffset>-743585</wp:posOffset>
                </wp:positionV>
                <wp:extent cx="4417621" cy="3072384"/>
                <wp:effectExtent l="0" t="0" r="2540" b="0"/>
                <wp:wrapNone/>
                <wp:docPr id="47" name="Text Box 47"/>
                <wp:cNvGraphicFramePr/>
                <a:graphic xmlns:a="http://schemas.openxmlformats.org/drawingml/2006/main">
                  <a:graphicData uri="http://schemas.microsoft.com/office/word/2010/wordprocessingShape">
                    <wps:wsp>
                      <wps:cNvSpPr txBox="1"/>
                      <wps:spPr>
                        <a:xfrm>
                          <a:off x="0" y="0"/>
                          <a:ext cx="4417621" cy="307238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290" w:type="dxa"/>
                              <w:tblLayout w:type="fixed"/>
                              <w:tblLook w:val="04A0" w:firstRow="1" w:lastRow="0" w:firstColumn="1" w:lastColumn="0" w:noHBand="0" w:noVBand="1"/>
                            </w:tblPr>
                            <w:tblGrid>
                              <w:gridCol w:w="1440"/>
                              <w:gridCol w:w="3500"/>
                              <w:gridCol w:w="1350"/>
                            </w:tblGrid>
                            <w:tr w:rsidR="003A37E7" w:rsidRPr="00162A72" w:rsidTr="00DD67E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36560B">
                                  <w:pPr>
                                    <w:jc w:val="center"/>
                                    <w:rPr>
                                      <w:rFonts w:cs="Times New Roman"/>
                                      <w:color w:val="FF0000"/>
                                    </w:rPr>
                                  </w:pPr>
                                  <w:r w:rsidRPr="00162A72">
                                    <w:rPr>
                                      <w:rFonts w:cs="Times New Roman"/>
                                      <w:color w:val="FF0000"/>
                                    </w:rPr>
                                    <w:t>BSc. ECONOMICS AND FINANCE</w:t>
                                  </w:r>
                                </w:p>
                              </w:tc>
                            </w:tr>
                            <w:tr w:rsidR="003A37E7" w:rsidRPr="00162A72" w:rsidTr="00DD67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DD67EA">
                                  <w:pPr>
                                    <w:jc w:val="center"/>
                                    <w:rPr>
                                      <w:rFonts w:cs="Times New Roman"/>
                                    </w:rPr>
                                  </w:pPr>
                                  <w:r w:rsidRPr="00162A72">
                                    <w:rPr>
                                      <w:rFonts w:cs="Times New Roman"/>
                                      <w:sz w:val="20"/>
                                      <w:szCs w:val="20"/>
                                    </w:rPr>
                                    <w:t>SOPHOMORE YEAR (YEARII) - FIRST SEMESTER</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COURSE CODE</w:t>
                                  </w:r>
                                </w:p>
                              </w:tc>
                              <w:tc>
                                <w:tcPr>
                                  <w:tcW w:w="350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COURSE TITLE</w:t>
                                  </w:r>
                                </w:p>
                              </w:tc>
                              <w:tc>
                                <w:tcPr>
                                  <w:tcW w:w="135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GEN 107</w:t>
                                  </w:r>
                                </w:p>
                              </w:tc>
                              <w:tc>
                                <w:tcPr>
                                  <w:tcW w:w="350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DISCIPLESHIP  1</w:t>
                                  </w:r>
                                </w:p>
                              </w:tc>
                              <w:tc>
                                <w:tcPr>
                                  <w:tcW w:w="135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62A72">
                                    <w:rPr>
                                      <w:rFonts w:cs="Times New Roman"/>
                                      <w: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PADM 202</w:t>
                                  </w:r>
                                </w:p>
                              </w:tc>
                              <w:tc>
                                <w:tcPr>
                                  <w:tcW w:w="350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 xml:space="preserve">PUBLIC FINANCE </w:t>
                                  </w:r>
                                </w:p>
                              </w:tc>
                              <w:tc>
                                <w:tcPr>
                                  <w:tcW w:w="135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ECON 206</w:t>
                                  </w:r>
                                </w:p>
                              </w:tc>
                              <w:tc>
                                <w:tcPr>
                                  <w:tcW w:w="350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MANAGERIAL ECONOMICS</w:t>
                                  </w:r>
                                </w:p>
                              </w:tc>
                              <w:tc>
                                <w:tcPr>
                                  <w:tcW w:w="135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ECON 202</w:t>
                                  </w:r>
                                </w:p>
                              </w:tc>
                              <w:tc>
                                <w:tcPr>
                                  <w:tcW w:w="350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MATHEMATICS FOR ECONOMICS I</w:t>
                                  </w:r>
                                </w:p>
                              </w:tc>
                              <w:tc>
                                <w:tcPr>
                                  <w:tcW w:w="135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ENG 201</w:t>
                                  </w:r>
                                </w:p>
                              </w:tc>
                              <w:tc>
                                <w:tcPr>
                                  <w:tcW w:w="350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SOPHOMORE ENGLISH</w:t>
                                  </w:r>
                                </w:p>
                              </w:tc>
                              <w:tc>
                                <w:tcPr>
                                  <w:tcW w:w="135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BUS 201</w:t>
                                  </w:r>
                                </w:p>
                              </w:tc>
                              <w:tc>
                                <w:tcPr>
                                  <w:tcW w:w="350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PRINCIPLE OF MANAGEMENT</w:t>
                                  </w:r>
                                </w:p>
                              </w:tc>
                              <w:tc>
                                <w:tcPr>
                                  <w:tcW w:w="135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ECON 203</w:t>
                                  </w:r>
                                </w:p>
                              </w:tc>
                              <w:tc>
                                <w:tcPr>
                                  <w:tcW w:w="350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CALCULUS FOR NON SCIENCE MAJOR</w:t>
                                  </w:r>
                                </w:p>
                              </w:tc>
                              <w:tc>
                                <w:tcPr>
                                  <w:tcW w:w="135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633"/>
                              </w:trPr>
                              <w:tc>
                                <w:tcPr>
                                  <w:cnfStyle w:val="001000000000" w:firstRow="0" w:lastRow="0" w:firstColumn="1" w:lastColumn="0" w:oddVBand="0" w:evenVBand="0" w:oddHBand="0" w:evenHBand="0" w:firstRowFirstColumn="0" w:firstRowLastColumn="0" w:lastRowFirstColumn="0" w:lastRowLastColumn="0"/>
                                  <w:tcW w:w="4940" w:type="dxa"/>
                                  <w:gridSpan w:val="2"/>
                                  <w:vAlign w:val="center"/>
                                </w:tcPr>
                                <w:p w:rsidR="003A37E7" w:rsidRPr="00162A72" w:rsidRDefault="003A37E7" w:rsidP="00DD67EA">
                                  <w:pPr>
                                    <w:jc w:val="center"/>
                                    <w:rPr>
                                      <w:rFonts w:cs="Times New Roman"/>
                                    </w:rPr>
                                  </w:pPr>
                                  <w:r w:rsidRPr="00162A72">
                                    <w:rPr>
                                      <w:rFonts w:cs="Times New Roman"/>
                                    </w:rPr>
                                    <w:t xml:space="preserve">TOTAL </w:t>
                                  </w:r>
                                  <w:r w:rsidRPr="00162A72">
                                    <w:rPr>
                                      <w:rFonts w:cs="Times New Roma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35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A09268" id="Text Box 47" o:spid="_x0000_s1092" type="#_x0000_t202" style="position:absolute;left:0;text-align:left;margin-left:-74.75pt;margin-top:-58.55pt;width:347.85pt;height:241.9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" fillcolor="white [3201]" stroked="f" strokeweight=".5pt">
                <v:textbox>
                  <w:txbxContent>
                    <w:tbl>
                      <w:tblPr>
                        <w:tblStyle w:val="LightGrid"/>
                        <w:tblW w:w="6290" w:type="dxa"/>
                        <w:tblLayout w:type="fixed"/>
                        <w:tblLook w:val="04A0" w:firstRow="1" w:lastRow="0" w:firstColumn="1" w:lastColumn="0" w:noHBand="0" w:noVBand="1"/>
                      </w:tblPr>
                      <w:tblGrid>
                        <w:gridCol w:w="1440"/>
                        <w:gridCol w:w="3500"/>
                        <w:gridCol w:w="1350"/>
                      </w:tblGrid>
                      <w:tr w:rsidR="003A37E7" w:rsidRPr="00162A72" w:rsidTr="00DD67E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36560B">
                            <w:pPr>
                              <w:jc w:val="center"/>
                              <w:rPr>
                                <w:rFonts w:cs="Times New Roman"/>
                                <w:color w:val="FF0000"/>
                              </w:rPr>
                            </w:pPr>
                            <w:r w:rsidRPr="00162A72">
                              <w:rPr>
                                <w:rFonts w:cs="Times New Roman"/>
                                <w:color w:val="FF0000"/>
                              </w:rPr>
                              <w:t>BSc. ECONOMICS AND FINANCE</w:t>
                            </w:r>
                          </w:p>
                        </w:tc>
                      </w:tr>
                      <w:tr w:rsidR="003A37E7" w:rsidRPr="00162A72" w:rsidTr="00DD67E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DD67EA">
                            <w:pPr>
                              <w:jc w:val="center"/>
                              <w:rPr>
                                <w:rFonts w:cs="Times New Roman"/>
                              </w:rPr>
                            </w:pPr>
                            <w:r w:rsidRPr="00162A72">
                              <w:rPr>
                                <w:rFonts w:cs="Times New Roman"/>
                                <w:sz w:val="20"/>
                                <w:szCs w:val="20"/>
                              </w:rPr>
                              <w:t>SOPHOMORE YEAR (YEARII) - FIRST SEMESTER</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COURSE CODE</w:t>
                            </w:r>
                          </w:p>
                        </w:tc>
                        <w:tc>
                          <w:tcPr>
                            <w:tcW w:w="350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COURSE TITLE</w:t>
                            </w:r>
                          </w:p>
                        </w:tc>
                        <w:tc>
                          <w:tcPr>
                            <w:tcW w:w="135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GEN 107</w:t>
                            </w:r>
                          </w:p>
                        </w:tc>
                        <w:tc>
                          <w:tcPr>
                            <w:tcW w:w="350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DISCIPLESHIP  1</w:t>
                            </w:r>
                          </w:p>
                        </w:tc>
                        <w:tc>
                          <w:tcPr>
                            <w:tcW w:w="135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62A72">
                              <w:rPr>
                                <w:rFonts w:cs="Times New Roman"/>
                                <w: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PADM 202</w:t>
                            </w:r>
                          </w:p>
                        </w:tc>
                        <w:tc>
                          <w:tcPr>
                            <w:tcW w:w="350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 xml:space="preserve">PUBLIC FINANCE </w:t>
                            </w:r>
                          </w:p>
                        </w:tc>
                        <w:tc>
                          <w:tcPr>
                            <w:tcW w:w="135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ECON 206</w:t>
                            </w:r>
                          </w:p>
                        </w:tc>
                        <w:tc>
                          <w:tcPr>
                            <w:tcW w:w="350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MANAGERIAL ECONOMICS</w:t>
                            </w:r>
                          </w:p>
                        </w:tc>
                        <w:tc>
                          <w:tcPr>
                            <w:tcW w:w="135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ECON 202</w:t>
                            </w:r>
                          </w:p>
                        </w:tc>
                        <w:tc>
                          <w:tcPr>
                            <w:tcW w:w="350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MATHEMATICS FOR ECONOMICS I</w:t>
                            </w:r>
                          </w:p>
                        </w:tc>
                        <w:tc>
                          <w:tcPr>
                            <w:tcW w:w="135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ENG 201</w:t>
                            </w:r>
                          </w:p>
                        </w:tc>
                        <w:tc>
                          <w:tcPr>
                            <w:tcW w:w="350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SOPHOMORE ENGLISH</w:t>
                            </w:r>
                          </w:p>
                        </w:tc>
                        <w:tc>
                          <w:tcPr>
                            <w:tcW w:w="135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BUS 201</w:t>
                            </w:r>
                          </w:p>
                        </w:tc>
                        <w:tc>
                          <w:tcPr>
                            <w:tcW w:w="350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PRINCIPLE OF MANAGEMENT</w:t>
                            </w:r>
                          </w:p>
                        </w:tc>
                        <w:tc>
                          <w:tcPr>
                            <w:tcW w:w="135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DD67EA">
                            <w:pPr>
                              <w:jc w:val="center"/>
                              <w:rPr>
                                <w:rFonts w:cs="Times New Roman"/>
                              </w:rPr>
                            </w:pPr>
                            <w:r w:rsidRPr="00162A72">
                              <w:rPr>
                                <w:rFonts w:cs="Times New Roman"/>
                              </w:rPr>
                              <w:t>ECON 203</w:t>
                            </w:r>
                          </w:p>
                        </w:tc>
                        <w:tc>
                          <w:tcPr>
                            <w:tcW w:w="350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CALCULUS FOR NON SCIENCE MAJOR</w:t>
                            </w:r>
                          </w:p>
                        </w:tc>
                        <w:tc>
                          <w:tcPr>
                            <w:tcW w:w="1350" w:type="dxa"/>
                            <w:vAlign w:val="center"/>
                          </w:tcPr>
                          <w:p w:rsidR="003A37E7" w:rsidRPr="00162A72" w:rsidRDefault="003A37E7" w:rsidP="00DD67E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633"/>
                        </w:trPr>
                        <w:tc>
                          <w:tcPr>
                            <w:cnfStyle w:val="001000000000" w:firstRow="0" w:lastRow="0" w:firstColumn="1" w:lastColumn="0" w:oddVBand="0" w:evenVBand="0" w:oddHBand="0" w:evenHBand="0" w:firstRowFirstColumn="0" w:firstRowLastColumn="0" w:lastRowFirstColumn="0" w:lastRowLastColumn="0"/>
                            <w:tcW w:w="4940" w:type="dxa"/>
                            <w:gridSpan w:val="2"/>
                            <w:vAlign w:val="center"/>
                          </w:tcPr>
                          <w:p w:rsidR="003A37E7" w:rsidRPr="00162A72" w:rsidRDefault="003A37E7" w:rsidP="00DD67EA">
                            <w:pPr>
                              <w:jc w:val="center"/>
                              <w:rPr>
                                <w:rFonts w:cs="Times New Roman"/>
                              </w:rPr>
                            </w:pPr>
                            <w:r w:rsidRPr="00162A72">
                              <w:rPr>
                                <w:rFonts w:cs="Times New Roman"/>
                              </w:rPr>
                              <w:t xml:space="preserve">TOTAL </w:t>
                            </w:r>
                            <w:r w:rsidRPr="00162A72">
                              <w:rPr>
                                <w:rFonts w:cs="Times New Roma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350" w:type="dxa"/>
                            <w:vAlign w:val="center"/>
                          </w:tcPr>
                          <w:p w:rsidR="003A37E7" w:rsidRPr="00162A72" w:rsidRDefault="003A37E7" w:rsidP="00DD67E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20</w:t>
                            </w:r>
                          </w:p>
                        </w:tc>
                      </w:tr>
                    </w:tbl>
                    <w:p w:rsidR="003A37E7" w:rsidRDefault="003A37E7"/>
                  </w:txbxContent>
                </v:textbox>
              </v:shape>
            </w:pict>
          </mc:Fallback>
        </mc:AlternateContent>
      </w:r>
    </w:p>
    <w:p w:rsidR="006F1B02" w:rsidRDefault="006F1B02" w:rsidP="00412947">
      <w:pPr>
        <w:jc w:val="center"/>
      </w:pPr>
    </w:p>
    <w:p w:rsidR="006F1B02" w:rsidRDefault="006F1B02" w:rsidP="00412947">
      <w:pPr>
        <w:jc w:val="center"/>
      </w:pPr>
    </w:p>
    <w:p w:rsidR="006F1B02" w:rsidRDefault="006F1B02" w:rsidP="00412947">
      <w:pPr>
        <w:jc w:val="center"/>
      </w:pPr>
    </w:p>
    <w:p w:rsidR="006F1B02" w:rsidRDefault="006F1B02" w:rsidP="00412947">
      <w:pPr>
        <w:jc w:val="center"/>
      </w:pPr>
    </w:p>
    <w:p w:rsidR="006F1B02" w:rsidRDefault="006F1B02" w:rsidP="00412947">
      <w:pPr>
        <w:jc w:val="center"/>
      </w:pPr>
    </w:p>
    <w:p w:rsidR="006F1B02" w:rsidRDefault="006F1B02" w:rsidP="00412947">
      <w:pPr>
        <w:jc w:val="center"/>
      </w:pPr>
    </w:p>
    <w:p w:rsidR="00DD67EA" w:rsidRDefault="00BA23B2" w:rsidP="00412947">
      <w:pPr>
        <w:jc w:val="center"/>
      </w:pPr>
      <w:r>
        <w:rPr>
          <w:noProof/>
        </w:rPr>
        <mc:AlternateContent>
          <mc:Choice Requires="wps">
            <w:drawing>
              <wp:anchor distT="0" distB="0" distL="114300" distR="114300" simplePos="0" relativeHeight="251700224" behindDoc="0" locked="0" layoutInCell="1" allowOverlap="1" wp14:anchorId="6C1CFE6E" wp14:editId="2F59B19B">
                <wp:simplePos x="0" y="0"/>
                <wp:positionH relativeFrom="margin">
                  <wp:posOffset>-957869</wp:posOffset>
                </wp:positionH>
                <wp:positionV relativeFrom="paragraph">
                  <wp:posOffset>261488</wp:posOffset>
                </wp:positionV>
                <wp:extent cx="4334493" cy="5509895"/>
                <wp:effectExtent l="0" t="0" r="9525" b="0"/>
                <wp:wrapNone/>
                <wp:docPr id="48" name="Text Box 48"/>
                <wp:cNvGraphicFramePr/>
                <a:graphic xmlns:a="http://schemas.openxmlformats.org/drawingml/2006/main">
                  <a:graphicData uri="http://schemas.microsoft.com/office/word/2010/wordprocessingShape">
                    <wps:wsp>
                      <wps:cNvSpPr txBox="1"/>
                      <wps:spPr>
                        <a:xfrm>
                          <a:off x="0" y="0"/>
                          <a:ext cx="4334493" cy="55098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290" w:type="dxa"/>
                              <w:tblLayout w:type="fixed"/>
                              <w:tblLook w:val="04A0" w:firstRow="1" w:lastRow="0" w:firstColumn="1" w:lastColumn="0" w:noHBand="0" w:noVBand="1"/>
                            </w:tblPr>
                            <w:tblGrid>
                              <w:gridCol w:w="1250"/>
                              <w:gridCol w:w="3780"/>
                              <w:gridCol w:w="1260"/>
                            </w:tblGrid>
                            <w:tr w:rsidR="003A37E7" w:rsidRPr="00162A72" w:rsidTr="00AC57D8">
                              <w:trPr>
                                <w:cnfStyle w:val="100000000000" w:firstRow="1" w:lastRow="0" w:firstColumn="0" w:lastColumn="0" w:oddVBand="0" w:evenVBand="0" w:oddHBand="0"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36560B">
                                  <w:pPr>
                                    <w:jc w:val="center"/>
                                    <w:rPr>
                                      <w:rFonts w:cs="Times New Roman"/>
                                      <w:color w:val="FF0000"/>
                                    </w:rPr>
                                  </w:pPr>
                                  <w:r w:rsidRPr="00162A72">
                                    <w:rPr>
                                      <w:rFonts w:cs="Times New Roman"/>
                                      <w:color w:val="FF0000"/>
                                    </w:rPr>
                                    <w:t>BSc. ECONOMICS AND FINANCE</w:t>
                                  </w:r>
                                </w:p>
                              </w:tc>
                            </w:tr>
                            <w:tr w:rsidR="003A37E7" w:rsidRPr="00162A72" w:rsidTr="00AC57D8">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AC57D8">
                                  <w:pPr>
                                    <w:jc w:val="center"/>
                                    <w:rPr>
                                      <w:rFonts w:cs="Times New Roman"/>
                                    </w:rPr>
                                  </w:pPr>
                                  <w:r w:rsidRPr="00162A72">
                                    <w:rPr>
                                      <w:rFonts w:cs="Times New Roman"/>
                                    </w:rPr>
                                    <w:t>SOPHOMORE YEAR (YEARII) - SECOND SEMESTER</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1250" w:type="dxa"/>
                                  <w:vAlign w:val="center"/>
                                </w:tcPr>
                                <w:p w:rsidR="003A37E7" w:rsidRPr="00162A72" w:rsidRDefault="003A37E7" w:rsidP="00AC57D8">
                                  <w:pPr>
                                    <w:jc w:val="center"/>
                                    <w:rPr>
                                      <w:rFonts w:cs="Times New Roman"/>
                                    </w:rPr>
                                  </w:pPr>
                                  <w:r w:rsidRPr="00162A72">
                                    <w:rPr>
                                      <w:rFonts w:cs="Times New Roman"/>
                                    </w:rPr>
                                    <w:t>COURSE CODE</w:t>
                                  </w:r>
                                </w:p>
                              </w:tc>
                              <w:tc>
                                <w:tcPr>
                                  <w:tcW w:w="3780" w:type="dxa"/>
                                  <w:vAlign w:val="center"/>
                                </w:tcPr>
                                <w:p w:rsidR="003A37E7" w:rsidRPr="00162A72" w:rsidRDefault="003A37E7" w:rsidP="00AC57D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COURSE TITLE</w:t>
                                  </w:r>
                                </w:p>
                              </w:tc>
                              <w:tc>
                                <w:tcPr>
                                  <w:tcW w:w="1260" w:type="dxa"/>
                                  <w:vAlign w:val="center"/>
                                </w:tcPr>
                                <w:p w:rsidR="003A37E7" w:rsidRPr="00162A72" w:rsidRDefault="003A37E7" w:rsidP="00AC57D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1250" w:type="dxa"/>
                                  <w:vAlign w:val="center"/>
                                </w:tcPr>
                                <w:p w:rsidR="003A37E7" w:rsidRPr="00162A72" w:rsidRDefault="003A37E7" w:rsidP="00996B2A">
                                  <w:pPr>
                                    <w:jc w:val="center"/>
                                    <w:rPr>
                                      <w:rFonts w:cs="Times New Roman"/>
                                    </w:rPr>
                                  </w:pPr>
                                  <w:r w:rsidRPr="00162A72">
                                    <w:rPr>
                                      <w:rFonts w:cs="Times New Roman"/>
                                    </w:rPr>
                                    <w:t>GEN 108</w:t>
                                  </w:r>
                                </w:p>
                              </w:tc>
                              <w:tc>
                                <w:tcPr>
                                  <w:tcW w:w="3780" w:type="dxa"/>
                                  <w:vAlign w:val="center"/>
                                </w:tcPr>
                                <w:p w:rsidR="003A37E7" w:rsidRPr="00162A72" w:rsidRDefault="003A37E7" w:rsidP="00996B2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DISCIPLESHIP  2</w:t>
                                  </w:r>
                                </w:p>
                              </w:tc>
                              <w:tc>
                                <w:tcPr>
                                  <w:tcW w:w="1260" w:type="dxa"/>
                                  <w:vAlign w:val="center"/>
                                </w:tcPr>
                                <w:p w:rsidR="003A37E7" w:rsidRPr="00162A72" w:rsidRDefault="003A37E7" w:rsidP="00996B2A">
                                  <w:pPr>
                                    <w:jc w:val="center"/>
                                    <w:cnfStyle w:val="000000100000" w:firstRow="0" w:lastRow="0" w:firstColumn="0" w:lastColumn="0" w:oddVBand="0" w:evenVBand="0" w:oddHBand="1" w:evenHBand="0" w:firstRowFirstColumn="0" w:firstRowLastColumn="0" w:lastRowFirstColumn="0" w:lastRowLastColumn="0"/>
                                    <w:rPr>
                                      <w:rFonts w:cs="Times New Roman"/>
                                      <w: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62A72">
                                    <w:rPr>
                                      <w:rFonts w:cs="Times New Roman"/>
                                      <w: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250" w:type="dxa"/>
                                  <w:vAlign w:val="center"/>
                                </w:tcPr>
                                <w:p w:rsidR="003A37E7" w:rsidRPr="00162A72" w:rsidRDefault="003A37E7" w:rsidP="00996B2A">
                                  <w:pPr>
                                    <w:jc w:val="center"/>
                                    <w:rPr>
                                      <w:rFonts w:cs="Times New Roman"/>
                                    </w:rPr>
                                  </w:pPr>
                                  <w:r w:rsidRPr="00162A72">
                                    <w:rPr>
                                      <w:rFonts w:cs="Times New Roman"/>
                                    </w:rPr>
                                    <w:t>ECON 211</w:t>
                                  </w:r>
                                </w:p>
                              </w:tc>
                              <w:tc>
                                <w:tcPr>
                                  <w:tcW w:w="3780" w:type="dxa"/>
                                  <w:vAlign w:val="center"/>
                                </w:tcPr>
                                <w:p w:rsidR="003A37E7" w:rsidRPr="00162A72" w:rsidRDefault="003A37E7" w:rsidP="00996B2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LABOUR ECONOMICS</w:t>
                                  </w:r>
                                </w:p>
                              </w:tc>
                              <w:tc>
                                <w:tcPr>
                                  <w:tcW w:w="1260" w:type="dxa"/>
                                  <w:vAlign w:val="center"/>
                                </w:tcPr>
                                <w:p w:rsidR="003A37E7" w:rsidRPr="00162A72" w:rsidRDefault="003A37E7" w:rsidP="00996B2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668"/>
                              </w:trPr>
                              <w:tc>
                                <w:tcPr>
                                  <w:cnfStyle w:val="001000000000" w:firstRow="0" w:lastRow="0" w:firstColumn="1" w:lastColumn="0" w:oddVBand="0" w:evenVBand="0" w:oddHBand="0" w:evenHBand="0" w:firstRowFirstColumn="0" w:firstRowLastColumn="0" w:lastRowFirstColumn="0" w:lastRowLastColumn="0"/>
                                  <w:tcW w:w="1250" w:type="dxa"/>
                                  <w:vAlign w:val="center"/>
                                </w:tcPr>
                                <w:p w:rsidR="003A37E7" w:rsidRPr="00162A72" w:rsidRDefault="003A37E7" w:rsidP="00996B2A">
                                  <w:pPr>
                                    <w:jc w:val="center"/>
                                    <w:rPr>
                                      <w:rFonts w:cs="Times New Roman"/>
                                    </w:rPr>
                                  </w:pPr>
                                  <w:r w:rsidRPr="00162A72">
                                    <w:rPr>
                                      <w:rFonts w:cs="Times New Roman"/>
                                    </w:rPr>
                                    <w:t>ECON 212</w:t>
                                  </w:r>
                                </w:p>
                              </w:tc>
                              <w:tc>
                                <w:tcPr>
                                  <w:tcW w:w="3780" w:type="dxa"/>
                                  <w:vAlign w:val="center"/>
                                </w:tcPr>
                                <w:p w:rsidR="003A37E7" w:rsidRPr="00162A72" w:rsidRDefault="003A37E7" w:rsidP="00996B2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DEVELOPMENT ECONOMICS</w:t>
                                  </w:r>
                                </w:p>
                              </w:tc>
                              <w:tc>
                                <w:tcPr>
                                  <w:tcW w:w="1260" w:type="dxa"/>
                                  <w:vAlign w:val="center"/>
                                </w:tcPr>
                                <w:p w:rsidR="003A37E7" w:rsidRPr="00162A72" w:rsidRDefault="003A37E7" w:rsidP="00996B2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569"/>
                              </w:trPr>
                              <w:tc>
                                <w:tcPr>
                                  <w:cnfStyle w:val="001000000000" w:firstRow="0" w:lastRow="0" w:firstColumn="1" w:lastColumn="0" w:oddVBand="0" w:evenVBand="0" w:oddHBand="0" w:evenHBand="0" w:firstRowFirstColumn="0" w:firstRowLastColumn="0" w:lastRowFirstColumn="0" w:lastRowLastColumn="0"/>
                                  <w:tcW w:w="1250" w:type="dxa"/>
                                  <w:vAlign w:val="center"/>
                                </w:tcPr>
                                <w:p w:rsidR="003A37E7" w:rsidRPr="00162A72" w:rsidRDefault="003A37E7" w:rsidP="00996B2A">
                                  <w:pPr>
                                    <w:jc w:val="center"/>
                                    <w:rPr>
                                      <w:rFonts w:cs="Times New Roman"/>
                                    </w:rPr>
                                  </w:pPr>
                                  <w:r w:rsidRPr="00162A72">
                                    <w:rPr>
                                      <w:rFonts w:cs="Times New Roman"/>
                                    </w:rPr>
                                    <w:t>BUS 215</w:t>
                                  </w:r>
                                </w:p>
                              </w:tc>
                              <w:tc>
                                <w:tcPr>
                                  <w:tcW w:w="3780" w:type="dxa"/>
                                  <w:vAlign w:val="center"/>
                                </w:tcPr>
                                <w:p w:rsidR="003A37E7" w:rsidRPr="00162A72" w:rsidRDefault="003A37E7" w:rsidP="00996B2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MANAGEMENT II</w:t>
                                  </w:r>
                                </w:p>
                              </w:tc>
                              <w:tc>
                                <w:tcPr>
                                  <w:tcW w:w="1260" w:type="dxa"/>
                                  <w:vAlign w:val="center"/>
                                </w:tcPr>
                                <w:p w:rsidR="003A37E7" w:rsidRPr="00162A72" w:rsidRDefault="003A37E7" w:rsidP="00996B2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587"/>
                              </w:trPr>
                              <w:tc>
                                <w:tcPr>
                                  <w:cnfStyle w:val="001000000000" w:firstRow="0" w:lastRow="0" w:firstColumn="1" w:lastColumn="0" w:oddVBand="0" w:evenVBand="0" w:oddHBand="0" w:evenHBand="0" w:firstRowFirstColumn="0" w:firstRowLastColumn="0" w:lastRowFirstColumn="0" w:lastRowLastColumn="0"/>
                                  <w:tcW w:w="1250" w:type="dxa"/>
                                  <w:vAlign w:val="center"/>
                                </w:tcPr>
                                <w:p w:rsidR="003A37E7" w:rsidRPr="00162A72" w:rsidRDefault="003A37E7" w:rsidP="00996B2A">
                                  <w:pPr>
                                    <w:jc w:val="center"/>
                                    <w:rPr>
                                      <w:rFonts w:cs="Times New Roman"/>
                                    </w:rPr>
                                  </w:pPr>
                                  <w:r w:rsidRPr="00162A72">
                                    <w:rPr>
                                      <w:rFonts w:cs="Times New Roman"/>
                                    </w:rPr>
                                    <w:t>ACC 202</w:t>
                                  </w:r>
                                </w:p>
                              </w:tc>
                              <w:tc>
                                <w:tcPr>
                                  <w:tcW w:w="3780" w:type="dxa"/>
                                  <w:vAlign w:val="center"/>
                                </w:tcPr>
                                <w:p w:rsidR="003A37E7" w:rsidRPr="00162A72" w:rsidRDefault="003A37E7" w:rsidP="00996B2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PRINCIPLE OF ACCOUNTING II</w:t>
                                  </w:r>
                                </w:p>
                              </w:tc>
                              <w:tc>
                                <w:tcPr>
                                  <w:tcW w:w="1260" w:type="dxa"/>
                                  <w:vAlign w:val="center"/>
                                </w:tcPr>
                                <w:p w:rsidR="003A37E7" w:rsidRPr="00162A72" w:rsidRDefault="003A37E7" w:rsidP="00996B2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250" w:type="dxa"/>
                                  <w:vAlign w:val="center"/>
                                </w:tcPr>
                                <w:p w:rsidR="003A37E7" w:rsidRPr="00162A72" w:rsidRDefault="003A37E7" w:rsidP="00996B2A">
                                  <w:pPr>
                                    <w:jc w:val="center"/>
                                    <w:rPr>
                                      <w:rFonts w:cs="Times New Roman"/>
                                    </w:rPr>
                                  </w:pPr>
                                  <w:r w:rsidRPr="00162A72">
                                    <w:rPr>
                                      <w:rFonts w:cs="Times New Roman"/>
                                    </w:rPr>
                                    <w:t>TMC 111</w:t>
                                  </w:r>
                                </w:p>
                              </w:tc>
                              <w:tc>
                                <w:tcPr>
                                  <w:tcW w:w="3780" w:type="dxa"/>
                                  <w:vAlign w:val="center"/>
                                </w:tcPr>
                                <w:p w:rsidR="003A37E7" w:rsidRPr="00162A72" w:rsidRDefault="003A37E7" w:rsidP="00996B2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TOTAL MEANS CONCEPTS</w:t>
                                  </w:r>
                                </w:p>
                              </w:tc>
                              <w:tc>
                                <w:tcPr>
                                  <w:tcW w:w="1260" w:type="dxa"/>
                                  <w:vAlign w:val="center"/>
                                </w:tcPr>
                                <w:p w:rsidR="003A37E7" w:rsidRPr="00162A72" w:rsidRDefault="003A37E7" w:rsidP="00996B2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1</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848"/>
                              </w:trPr>
                              <w:tc>
                                <w:tcPr>
                                  <w:cnfStyle w:val="001000000000" w:firstRow="0" w:lastRow="0" w:firstColumn="1" w:lastColumn="0" w:oddVBand="0" w:evenVBand="0" w:oddHBand="0" w:evenHBand="0" w:firstRowFirstColumn="0" w:firstRowLastColumn="0" w:lastRowFirstColumn="0" w:lastRowLastColumn="0"/>
                                  <w:tcW w:w="5030" w:type="dxa"/>
                                  <w:gridSpan w:val="2"/>
                                  <w:vAlign w:val="center"/>
                                </w:tcPr>
                                <w:p w:rsidR="003A37E7" w:rsidRPr="00162A72" w:rsidRDefault="003A37E7" w:rsidP="00996B2A">
                                  <w:pPr>
                                    <w:jc w:val="center"/>
                                    <w:rPr>
                                      <w:rFonts w:cs="Times New Roman"/>
                                    </w:rPr>
                                  </w:pPr>
                                  <w:r w:rsidRPr="00162A72">
                                    <w:rPr>
                                      <w:rFonts w:cs="Times New Roman"/>
                                    </w:rPr>
                                    <w:t xml:space="preserve">TOTAL </w:t>
                                  </w:r>
                                  <w:r w:rsidRPr="00162A72">
                                    <w:rPr>
                                      <w:rFonts w:cs="Times New Roma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260" w:type="dxa"/>
                                  <w:vAlign w:val="center"/>
                                </w:tcPr>
                                <w:p w:rsidR="003A37E7" w:rsidRPr="00162A72" w:rsidRDefault="003A37E7" w:rsidP="00996B2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15</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1CFE6E" id="Text Box 48" o:spid="_x0000_s1093" type="#_x0000_t202" style="position:absolute;left:0;text-align:left;margin-left:-75.4pt;margin-top:20.6pt;width:341.3pt;height:433.85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" fillcolor="white [3201]" stroked="f" strokeweight=".5pt">
                <v:textbox>
                  <w:txbxContent>
                    <w:tbl>
                      <w:tblPr>
                        <w:tblStyle w:val="LightGrid"/>
                        <w:tblW w:w="6290" w:type="dxa"/>
                        <w:tblLayout w:type="fixed"/>
                        <w:tblLook w:val="04A0" w:firstRow="1" w:lastRow="0" w:firstColumn="1" w:lastColumn="0" w:noHBand="0" w:noVBand="1"/>
                      </w:tblPr>
                      <w:tblGrid>
                        <w:gridCol w:w="1250"/>
                        <w:gridCol w:w="3780"/>
                        <w:gridCol w:w="1260"/>
                      </w:tblGrid>
                      <w:tr w:rsidR="003A37E7" w:rsidRPr="00162A72" w:rsidTr="00AC57D8">
                        <w:trPr>
                          <w:cnfStyle w:val="100000000000" w:firstRow="1" w:lastRow="0" w:firstColumn="0" w:lastColumn="0" w:oddVBand="0" w:evenVBand="0" w:oddHBand="0"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36560B">
                            <w:pPr>
                              <w:jc w:val="center"/>
                              <w:rPr>
                                <w:rFonts w:cs="Times New Roman"/>
                                <w:color w:val="FF0000"/>
                              </w:rPr>
                            </w:pPr>
                            <w:r w:rsidRPr="00162A72">
                              <w:rPr>
                                <w:rFonts w:cs="Times New Roman"/>
                                <w:color w:val="FF0000"/>
                              </w:rPr>
                              <w:t>BSc. ECONOMICS AND FINANCE</w:t>
                            </w:r>
                          </w:p>
                        </w:tc>
                      </w:tr>
                      <w:tr w:rsidR="003A37E7" w:rsidRPr="00162A72" w:rsidTr="00AC57D8">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AC57D8">
                            <w:pPr>
                              <w:jc w:val="center"/>
                              <w:rPr>
                                <w:rFonts w:cs="Times New Roman"/>
                              </w:rPr>
                            </w:pPr>
                            <w:r w:rsidRPr="00162A72">
                              <w:rPr>
                                <w:rFonts w:cs="Times New Roman"/>
                              </w:rPr>
                              <w:t>SOPHOMORE YEAR (YEARII) - SECOND SEMESTER</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1250" w:type="dxa"/>
                            <w:vAlign w:val="center"/>
                          </w:tcPr>
                          <w:p w:rsidR="003A37E7" w:rsidRPr="00162A72" w:rsidRDefault="003A37E7" w:rsidP="00AC57D8">
                            <w:pPr>
                              <w:jc w:val="center"/>
                              <w:rPr>
                                <w:rFonts w:cs="Times New Roman"/>
                              </w:rPr>
                            </w:pPr>
                            <w:r w:rsidRPr="00162A72">
                              <w:rPr>
                                <w:rFonts w:cs="Times New Roman"/>
                              </w:rPr>
                              <w:t>COURSE CODE</w:t>
                            </w:r>
                          </w:p>
                        </w:tc>
                        <w:tc>
                          <w:tcPr>
                            <w:tcW w:w="3780" w:type="dxa"/>
                            <w:vAlign w:val="center"/>
                          </w:tcPr>
                          <w:p w:rsidR="003A37E7" w:rsidRPr="00162A72" w:rsidRDefault="003A37E7" w:rsidP="00AC57D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COURSE TITLE</w:t>
                            </w:r>
                          </w:p>
                        </w:tc>
                        <w:tc>
                          <w:tcPr>
                            <w:tcW w:w="1260" w:type="dxa"/>
                            <w:vAlign w:val="center"/>
                          </w:tcPr>
                          <w:p w:rsidR="003A37E7" w:rsidRPr="00162A72" w:rsidRDefault="003A37E7" w:rsidP="00AC57D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1250" w:type="dxa"/>
                            <w:vAlign w:val="center"/>
                          </w:tcPr>
                          <w:p w:rsidR="003A37E7" w:rsidRPr="00162A72" w:rsidRDefault="003A37E7" w:rsidP="00996B2A">
                            <w:pPr>
                              <w:jc w:val="center"/>
                              <w:rPr>
                                <w:rFonts w:cs="Times New Roman"/>
                              </w:rPr>
                            </w:pPr>
                            <w:r w:rsidRPr="00162A72">
                              <w:rPr>
                                <w:rFonts w:cs="Times New Roman"/>
                              </w:rPr>
                              <w:t>GEN 108</w:t>
                            </w:r>
                          </w:p>
                        </w:tc>
                        <w:tc>
                          <w:tcPr>
                            <w:tcW w:w="3780" w:type="dxa"/>
                            <w:vAlign w:val="center"/>
                          </w:tcPr>
                          <w:p w:rsidR="003A37E7" w:rsidRPr="00162A72" w:rsidRDefault="003A37E7" w:rsidP="00996B2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DISCIPLESHIP  2</w:t>
                            </w:r>
                          </w:p>
                        </w:tc>
                        <w:tc>
                          <w:tcPr>
                            <w:tcW w:w="1260" w:type="dxa"/>
                            <w:vAlign w:val="center"/>
                          </w:tcPr>
                          <w:p w:rsidR="003A37E7" w:rsidRPr="00162A72" w:rsidRDefault="003A37E7" w:rsidP="00996B2A">
                            <w:pPr>
                              <w:jc w:val="center"/>
                              <w:cnfStyle w:val="000000100000" w:firstRow="0" w:lastRow="0" w:firstColumn="0" w:lastColumn="0" w:oddVBand="0" w:evenVBand="0" w:oddHBand="1" w:evenHBand="0" w:firstRowFirstColumn="0" w:firstRowLastColumn="0" w:lastRowFirstColumn="0" w:lastRowLastColumn="0"/>
                              <w:rPr>
                                <w:rFonts w:cs="Times New Roman"/>
                                <w: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62A72">
                              <w:rPr>
                                <w:rFonts w:cs="Times New Roman"/>
                                <w:b/>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250" w:type="dxa"/>
                            <w:vAlign w:val="center"/>
                          </w:tcPr>
                          <w:p w:rsidR="003A37E7" w:rsidRPr="00162A72" w:rsidRDefault="003A37E7" w:rsidP="00996B2A">
                            <w:pPr>
                              <w:jc w:val="center"/>
                              <w:rPr>
                                <w:rFonts w:cs="Times New Roman"/>
                              </w:rPr>
                            </w:pPr>
                            <w:r w:rsidRPr="00162A72">
                              <w:rPr>
                                <w:rFonts w:cs="Times New Roman"/>
                              </w:rPr>
                              <w:t>ECON 211</w:t>
                            </w:r>
                          </w:p>
                        </w:tc>
                        <w:tc>
                          <w:tcPr>
                            <w:tcW w:w="3780" w:type="dxa"/>
                            <w:vAlign w:val="center"/>
                          </w:tcPr>
                          <w:p w:rsidR="003A37E7" w:rsidRPr="00162A72" w:rsidRDefault="003A37E7" w:rsidP="00996B2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LABOUR ECONOMICS</w:t>
                            </w:r>
                          </w:p>
                        </w:tc>
                        <w:tc>
                          <w:tcPr>
                            <w:tcW w:w="1260" w:type="dxa"/>
                            <w:vAlign w:val="center"/>
                          </w:tcPr>
                          <w:p w:rsidR="003A37E7" w:rsidRPr="00162A72" w:rsidRDefault="003A37E7" w:rsidP="00996B2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668"/>
                        </w:trPr>
                        <w:tc>
                          <w:tcPr>
                            <w:cnfStyle w:val="001000000000" w:firstRow="0" w:lastRow="0" w:firstColumn="1" w:lastColumn="0" w:oddVBand="0" w:evenVBand="0" w:oddHBand="0" w:evenHBand="0" w:firstRowFirstColumn="0" w:firstRowLastColumn="0" w:lastRowFirstColumn="0" w:lastRowLastColumn="0"/>
                            <w:tcW w:w="1250" w:type="dxa"/>
                            <w:vAlign w:val="center"/>
                          </w:tcPr>
                          <w:p w:rsidR="003A37E7" w:rsidRPr="00162A72" w:rsidRDefault="003A37E7" w:rsidP="00996B2A">
                            <w:pPr>
                              <w:jc w:val="center"/>
                              <w:rPr>
                                <w:rFonts w:cs="Times New Roman"/>
                              </w:rPr>
                            </w:pPr>
                            <w:r w:rsidRPr="00162A72">
                              <w:rPr>
                                <w:rFonts w:cs="Times New Roman"/>
                              </w:rPr>
                              <w:t>ECON 212</w:t>
                            </w:r>
                          </w:p>
                        </w:tc>
                        <w:tc>
                          <w:tcPr>
                            <w:tcW w:w="3780" w:type="dxa"/>
                            <w:vAlign w:val="center"/>
                          </w:tcPr>
                          <w:p w:rsidR="003A37E7" w:rsidRPr="00162A72" w:rsidRDefault="003A37E7" w:rsidP="00996B2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DEVELOPMENT ECONOMICS</w:t>
                            </w:r>
                          </w:p>
                        </w:tc>
                        <w:tc>
                          <w:tcPr>
                            <w:tcW w:w="1260" w:type="dxa"/>
                            <w:vAlign w:val="center"/>
                          </w:tcPr>
                          <w:p w:rsidR="003A37E7" w:rsidRPr="00162A72" w:rsidRDefault="003A37E7" w:rsidP="00996B2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569"/>
                        </w:trPr>
                        <w:tc>
                          <w:tcPr>
                            <w:cnfStyle w:val="001000000000" w:firstRow="0" w:lastRow="0" w:firstColumn="1" w:lastColumn="0" w:oddVBand="0" w:evenVBand="0" w:oddHBand="0" w:evenHBand="0" w:firstRowFirstColumn="0" w:firstRowLastColumn="0" w:lastRowFirstColumn="0" w:lastRowLastColumn="0"/>
                            <w:tcW w:w="1250" w:type="dxa"/>
                            <w:vAlign w:val="center"/>
                          </w:tcPr>
                          <w:p w:rsidR="003A37E7" w:rsidRPr="00162A72" w:rsidRDefault="003A37E7" w:rsidP="00996B2A">
                            <w:pPr>
                              <w:jc w:val="center"/>
                              <w:rPr>
                                <w:rFonts w:cs="Times New Roman"/>
                              </w:rPr>
                            </w:pPr>
                            <w:r w:rsidRPr="00162A72">
                              <w:rPr>
                                <w:rFonts w:cs="Times New Roman"/>
                              </w:rPr>
                              <w:t>BUS 215</w:t>
                            </w:r>
                          </w:p>
                        </w:tc>
                        <w:tc>
                          <w:tcPr>
                            <w:tcW w:w="3780" w:type="dxa"/>
                            <w:vAlign w:val="center"/>
                          </w:tcPr>
                          <w:p w:rsidR="003A37E7" w:rsidRPr="00162A72" w:rsidRDefault="003A37E7" w:rsidP="00996B2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MANAGEMENT II</w:t>
                            </w:r>
                          </w:p>
                        </w:tc>
                        <w:tc>
                          <w:tcPr>
                            <w:tcW w:w="1260" w:type="dxa"/>
                            <w:vAlign w:val="center"/>
                          </w:tcPr>
                          <w:p w:rsidR="003A37E7" w:rsidRPr="00162A72" w:rsidRDefault="003A37E7" w:rsidP="00996B2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587"/>
                        </w:trPr>
                        <w:tc>
                          <w:tcPr>
                            <w:cnfStyle w:val="001000000000" w:firstRow="0" w:lastRow="0" w:firstColumn="1" w:lastColumn="0" w:oddVBand="0" w:evenVBand="0" w:oddHBand="0" w:evenHBand="0" w:firstRowFirstColumn="0" w:firstRowLastColumn="0" w:lastRowFirstColumn="0" w:lastRowLastColumn="0"/>
                            <w:tcW w:w="1250" w:type="dxa"/>
                            <w:vAlign w:val="center"/>
                          </w:tcPr>
                          <w:p w:rsidR="003A37E7" w:rsidRPr="00162A72" w:rsidRDefault="003A37E7" w:rsidP="00996B2A">
                            <w:pPr>
                              <w:jc w:val="center"/>
                              <w:rPr>
                                <w:rFonts w:cs="Times New Roman"/>
                              </w:rPr>
                            </w:pPr>
                            <w:r w:rsidRPr="00162A72">
                              <w:rPr>
                                <w:rFonts w:cs="Times New Roman"/>
                              </w:rPr>
                              <w:t>ACC 202</w:t>
                            </w:r>
                          </w:p>
                        </w:tc>
                        <w:tc>
                          <w:tcPr>
                            <w:tcW w:w="3780" w:type="dxa"/>
                            <w:vAlign w:val="center"/>
                          </w:tcPr>
                          <w:p w:rsidR="003A37E7" w:rsidRPr="00162A72" w:rsidRDefault="003A37E7" w:rsidP="00996B2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PRINCIPLE OF ACCOUNTING II</w:t>
                            </w:r>
                          </w:p>
                        </w:tc>
                        <w:tc>
                          <w:tcPr>
                            <w:tcW w:w="1260" w:type="dxa"/>
                            <w:vAlign w:val="center"/>
                          </w:tcPr>
                          <w:p w:rsidR="003A37E7" w:rsidRPr="00162A72" w:rsidRDefault="003A37E7" w:rsidP="00996B2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250" w:type="dxa"/>
                            <w:vAlign w:val="center"/>
                          </w:tcPr>
                          <w:p w:rsidR="003A37E7" w:rsidRPr="00162A72" w:rsidRDefault="003A37E7" w:rsidP="00996B2A">
                            <w:pPr>
                              <w:jc w:val="center"/>
                              <w:rPr>
                                <w:rFonts w:cs="Times New Roman"/>
                              </w:rPr>
                            </w:pPr>
                            <w:r w:rsidRPr="00162A72">
                              <w:rPr>
                                <w:rFonts w:cs="Times New Roman"/>
                              </w:rPr>
                              <w:t>TMC 111</w:t>
                            </w:r>
                          </w:p>
                        </w:tc>
                        <w:tc>
                          <w:tcPr>
                            <w:tcW w:w="3780" w:type="dxa"/>
                            <w:vAlign w:val="center"/>
                          </w:tcPr>
                          <w:p w:rsidR="003A37E7" w:rsidRPr="00162A72" w:rsidRDefault="003A37E7" w:rsidP="00996B2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TOTAL MEANS CONCEPTS</w:t>
                            </w:r>
                          </w:p>
                        </w:tc>
                        <w:tc>
                          <w:tcPr>
                            <w:tcW w:w="1260" w:type="dxa"/>
                            <w:vAlign w:val="center"/>
                          </w:tcPr>
                          <w:p w:rsidR="003A37E7" w:rsidRPr="00162A72" w:rsidRDefault="003A37E7" w:rsidP="00996B2A">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162A72">
                              <w:rPr>
                                <w:rFonts w:cs="Times New Roman"/>
                                <w:b/>
                              </w:rPr>
                              <w:t>1</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848"/>
                        </w:trPr>
                        <w:tc>
                          <w:tcPr>
                            <w:cnfStyle w:val="001000000000" w:firstRow="0" w:lastRow="0" w:firstColumn="1" w:lastColumn="0" w:oddVBand="0" w:evenVBand="0" w:oddHBand="0" w:evenHBand="0" w:firstRowFirstColumn="0" w:firstRowLastColumn="0" w:lastRowFirstColumn="0" w:lastRowLastColumn="0"/>
                            <w:tcW w:w="5030" w:type="dxa"/>
                            <w:gridSpan w:val="2"/>
                            <w:vAlign w:val="center"/>
                          </w:tcPr>
                          <w:p w:rsidR="003A37E7" w:rsidRPr="00162A72" w:rsidRDefault="003A37E7" w:rsidP="00996B2A">
                            <w:pPr>
                              <w:jc w:val="center"/>
                              <w:rPr>
                                <w:rFonts w:cs="Times New Roman"/>
                              </w:rPr>
                            </w:pPr>
                            <w:r w:rsidRPr="00162A72">
                              <w:rPr>
                                <w:rFonts w:cs="Times New Roman"/>
                              </w:rPr>
                              <w:t xml:space="preserve">TOTAL </w:t>
                            </w:r>
                            <w:r w:rsidRPr="00162A72">
                              <w:rPr>
                                <w:rFonts w:cs="Times New Roma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260" w:type="dxa"/>
                            <w:vAlign w:val="center"/>
                          </w:tcPr>
                          <w:p w:rsidR="003A37E7" w:rsidRPr="00162A72" w:rsidRDefault="003A37E7" w:rsidP="00996B2A">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162A72">
                              <w:rPr>
                                <w:rFonts w:cs="Times New Roman"/>
                                <w:b/>
                              </w:rPr>
                              <w:t>15</w:t>
                            </w:r>
                          </w:p>
                        </w:tc>
                      </w:tr>
                    </w:tbl>
                    <w:p w:rsidR="003A37E7" w:rsidRDefault="003A37E7"/>
                  </w:txbxContent>
                </v:textbox>
                <w10:wrap anchorx="margin"/>
              </v:shape>
            </w:pict>
          </mc:Fallback>
        </mc:AlternateContent>
      </w:r>
    </w:p>
    <w:p w:rsidR="00DD67EA" w:rsidRDefault="00DD67EA" w:rsidP="00412947">
      <w:pPr>
        <w:jc w:val="center"/>
      </w:pPr>
    </w:p>
    <w:p w:rsidR="00DD67EA" w:rsidRDefault="00DD67EA" w:rsidP="00412947">
      <w:pPr>
        <w:jc w:val="center"/>
      </w:pPr>
    </w:p>
    <w:p w:rsidR="00DD67EA" w:rsidRDefault="00DD67EA" w:rsidP="00412947">
      <w:pPr>
        <w:jc w:val="center"/>
      </w:pPr>
    </w:p>
    <w:p w:rsidR="00DD67EA" w:rsidRDefault="00DD67EA" w:rsidP="00412947">
      <w:pPr>
        <w:jc w:val="center"/>
      </w:pPr>
    </w:p>
    <w:p w:rsidR="00DD67EA" w:rsidRDefault="00DD67EA" w:rsidP="00412947">
      <w:pPr>
        <w:jc w:val="center"/>
      </w:pPr>
    </w:p>
    <w:p w:rsidR="00DD67EA" w:rsidRDefault="00DD67EA" w:rsidP="00412947">
      <w:pPr>
        <w:jc w:val="center"/>
      </w:pPr>
    </w:p>
    <w:p w:rsidR="00DD67EA" w:rsidRDefault="00DD67EA" w:rsidP="00412947">
      <w:pPr>
        <w:jc w:val="center"/>
      </w:pPr>
    </w:p>
    <w:p w:rsidR="00DD67EA" w:rsidRDefault="00DD67EA" w:rsidP="00412947">
      <w:pPr>
        <w:jc w:val="center"/>
      </w:pPr>
    </w:p>
    <w:p w:rsidR="00DD67EA" w:rsidRDefault="00DD67EA" w:rsidP="00412947">
      <w:pPr>
        <w:jc w:val="center"/>
      </w:pPr>
    </w:p>
    <w:p w:rsidR="00DD67EA" w:rsidRDefault="00DD67EA" w:rsidP="00412947">
      <w:pPr>
        <w:jc w:val="center"/>
      </w:pPr>
    </w:p>
    <w:p w:rsidR="00DD67EA" w:rsidRDefault="00DD67EA" w:rsidP="00412947">
      <w:pPr>
        <w:jc w:val="center"/>
      </w:pPr>
    </w:p>
    <w:p w:rsidR="00DD67EA" w:rsidRDefault="00BA23B2" w:rsidP="00412947">
      <w:pPr>
        <w:jc w:val="center"/>
      </w:pPr>
      <w:r>
        <w:rPr>
          <w:noProof/>
        </w:rPr>
        <w:lastRenderedPageBreak/>
        <mc:AlternateContent>
          <mc:Choice Requires="wps">
            <w:drawing>
              <wp:anchor distT="0" distB="0" distL="114300" distR="114300" simplePos="0" relativeHeight="251701248" behindDoc="0" locked="0" layoutInCell="1" allowOverlap="1" wp14:anchorId="3206118E" wp14:editId="2DDC315B">
                <wp:simplePos x="0" y="0"/>
                <wp:positionH relativeFrom="page">
                  <wp:posOffset>365760</wp:posOffset>
                </wp:positionH>
                <wp:positionV relativeFrom="paragraph">
                  <wp:posOffset>-755904</wp:posOffset>
                </wp:positionV>
                <wp:extent cx="4462272" cy="3011424"/>
                <wp:effectExtent l="0" t="0" r="0" b="0"/>
                <wp:wrapNone/>
                <wp:docPr id="49" name="Text Box 49"/>
                <wp:cNvGraphicFramePr/>
                <a:graphic xmlns:a="http://schemas.openxmlformats.org/drawingml/2006/main">
                  <a:graphicData uri="http://schemas.microsoft.com/office/word/2010/wordprocessingShape">
                    <wps:wsp>
                      <wps:cNvSpPr txBox="1"/>
                      <wps:spPr>
                        <a:xfrm>
                          <a:off x="0" y="0"/>
                          <a:ext cx="4462272" cy="301142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560" w:type="dxa"/>
                              <w:tblLayout w:type="fixed"/>
                              <w:tblLook w:val="04A0" w:firstRow="1" w:lastRow="0" w:firstColumn="1" w:lastColumn="0" w:noHBand="0" w:noVBand="1"/>
                            </w:tblPr>
                            <w:tblGrid>
                              <w:gridCol w:w="1440"/>
                              <w:gridCol w:w="4040"/>
                              <w:gridCol w:w="1080"/>
                            </w:tblGrid>
                            <w:tr w:rsidR="003A37E7" w:rsidRPr="006D64F1" w:rsidTr="00162A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0" w:type="dxa"/>
                                  <w:gridSpan w:val="3"/>
                                  <w:vAlign w:val="center"/>
                                </w:tcPr>
                                <w:p w:rsidR="003A37E7" w:rsidRPr="006D64F1" w:rsidRDefault="003A37E7" w:rsidP="0036560B">
                                  <w:pPr>
                                    <w:jc w:val="center"/>
                                    <w:rPr>
                                      <w:rFonts w:cs="Times New Roman"/>
                                      <w:color w:val="FF0000"/>
                                      <w:sz w:val="20"/>
                                      <w:szCs w:val="20"/>
                                    </w:rPr>
                                  </w:pPr>
                                  <w:r w:rsidRPr="006D64F1">
                                    <w:rPr>
                                      <w:rFonts w:cs="Times New Roman"/>
                                      <w:color w:val="FF0000"/>
                                      <w:sz w:val="20"/>
                                      <w:szCs w:val="20"/>
                                    </w:rPr>
                                    <w:t>BSC. ECONOMICS AND FINANCE</w:t>
                                  </w:r>
                                </w:p>
                              </w:tc>
                            </w:tr>
                            <w:tr w:rsidR="003A37E7" w:rsidRPr="006D64F1" w:rsidTr="00162A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0" w:type="dxa"/>
                                  <w:gridSpan w:val="3"/>
                                  <w:vAlign w:val="center"/>
                                </w:tcPr>
                                <w:p w:rsidR="003A37E7" w:rsidRPr="006D64F1" w:rsidRDefault="003A37E7" w:rsidP="001075C3">
                                  <w:pPr>
                                    <w:jc w:val="center"/>
                                    <w:rPr>
                                      <w:rFonts w:cs="Times New Roman"/>
                                      <w:sz w:val="20"/>
                                      <w:szCs w:val="20"/>
                                    </w:rPr>
                                  </w:pPr>
                                  <w:r w:rsidRPr="006D64F1">
                                    <w:rPr>
                                      <w:rFonts w:cs="Times New Roman"/>
                                      <w:sz w:val="20"/>
                                      <w:szCs w:val="20"/>
                                    </w:rPr>
                                    <w:t>JUNIOR YEAR (YEARIII) - FIRST SEMESTER</w:t>
                                  </w:r>
                                </w:p>
                              </w:tc>
                            </w:tr>
                            <w:tr w:rsidR="003A37E7" w:rsidRPr="006D64F1" w:rsidTr="00162A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6D64F1" w:rsidRDefault="003A37E7" w:rsidP="001075C3">
                                  <w:pPr>
                                    <w:jc w:val="center"/>
                                    <w:rPr>
                                      <w:rFonts w:cs="Times New Roman"/>
                                      <w:sz w:val="20"/>
                                      <w:szCs w:val="20"/>
                                    </w:rPr>
                                  </w:pPr>
                                  <w:r w:rsidRPr="006D64F1">
                                    <w:rPr>
                                      <w:rFonts w:cs="Times New Roman"/>
                                      <w:sz w:val="20"/>
                                      <w:szCs w:val="20"/>
                                    </w:rPr>
                                    <w:t>COURSE CODE</w:t>
                                  </w:r>
                                </w:p>
                              </w:tc>
                              <w:tc>
                                <w:tcPr>
                                  <w:tcW w:w="404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rPr>
                                    <w:t>COURSE TITLE</w:t>
                                  </w:r>
                                </w:p>
                              </w:tc>
                              <w:tc>
                                <w:tcPr>
                                  <w:tcW w:w="108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6D64F1" w:rsidTr="00162A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6D64F1" w:rsidRDefault="003A37E7" w:rsidP="001075C3">
                                  <w:pPr>
                                    <w:jc w:val="center"/>
                                    <w:rPr>
                                      <w:rFonts w:cs="Times New Roman"/>
                                      <w:sz w:val="20"/>
                                      <w:szCs w:val="20"/>
                                    </w:rPr>
                                  </w:pPr>
                                  <w:r w:rsidRPr="006D64F1">
                                    <w:rPr>
                                      <w:rFonts w:cs="Times New Roman"/>
                                      <w:sz w:val="20"/>
                                      <w:szCs w:val="20"/>
                                    </w:rPr>
                                    <w:t>GEN 107</w:t>
                                  </w:r>
                                </w:p>
                              </w:tc>
                              <w:tc>
                                <w:tcPr>
                                  <w:tcW w:w="4040" w:type="dxa"/>
                                  <w:vAlign w:val="center"/>
                                </w:tcPr>
                                <w:p w:rsidR="003A37E7" w:rsidRPr="006D64F1"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6D64F1">
                                    <w:rPr>
                                      <w:rFonts w:cs="Times New Roman"/>
                                      <w:b/>
                                      <w:sz w:val="20"/>
                                      <w:szCs w:val="20"/>
                                    </w:rPr>
                                    <w:t>DYNAMIC OF FAITH 1</w:t>
                                  </w:r>
                                </w:p>
                              </w:tc>
                              <w:tc>
                                <w:tcPr>
                                  <w:tcW w:w="1080" w:type="dxa"/>
                                  <w:vAlign w:val="center"/>
                                </w:tcPr>
                                <w:p w:rsidR="003A37E7" w:rsidRPr="006D64F1"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D64F1">
                                    <w:rPr>
                                      <w:rFonts w:cs="Times New Roman"/>
                                      <w:b/>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p>
                              </w:tc>
                            </w:tr>
                            <w:tr w:rsidR="003A37E7" w:rsidRPr="006D64F1" w:rsidTr="00162A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6D64F1" w:rsidRDefault="003A37E7" w:rsidP="001075C3">
                                  <w:pPr>
                                    <w:jc w:val="center"/>
                                    <w:rPr>
                                      <w:rFonts w:cs="Times New Roman"/>
                                      <w:sz w:val="20"/>
                                      <w:szCs w:val="20"/>
                                    </w:rPr>
                                  </w:pPr>
                                  <w:r w:rsidRPr="006D64F1">
                                    <w:rPr>
                                      <w:rFonts w:cs="Times New Roman"/>
                                      <w:sz w:val="20"/>
                                      <w:szCs w:val="20"/>
                                    </w:rPr>
                                    <w:t>ECON 315</w:t>
                                  </w:r>
                                </w:p>
                              </w:tc>
                              <w:tc>
                                <w:tcPr>
                                  <w:tcW w:w="404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rPr>
                                    <w:t>INTERMEDIATE MICROECONOMIC THEORY</w:t>
                                  </w:r>
                                </w:p>
                              </w:tc>
                              <w:tc>
                                <w:tcPr>
                                  <w:tcW w:w="108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rPr>
                                    <w:t>3</w:t>
                                  </w:r>
                                </w:p>
                              </w:tc>
                            </w:tr>
                            <w:tr w:rsidR="003A37E7" w:rsidRPr="006D64F1" w:rsidTr="00162A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6D64F1" w:rsidRDefault="003A37E7" w:rsidP="001075C3">
                                  <w:pPr>
                                    <w:jc w:val="center"/>
                                    <w:rPr>
                                      <w:rFonts w:cs="Times New Roman"/>
                                      <w:sz w:val="20"/>
                                      <w:szCs w:val="20"/>
                                    </w:rPr>
                                  </w:pPr>
                                  <w:r w:rsidRPr="006D64F1">
                                    <w:rPr>
                                      <w:rFonts w:cs="Times New Roman"/>
                                      <w:sz w:val="20"/>
                                      <w:szCs w:val="20"/>
                                    </w:rPr>
                                    <w:t>ECON 316</w:t>
                                  </w:r>
                                </w:p>
                              </w:tc>
                              <w:tc>
                                <w:tcPr>
                                  <w:tcW w:w="4040" w:type="dxa"/>
                                  <w:vAlign w:val="center"/>
                                </w:tcPr>
                                <w:p w:rsidR="003A37E7" w:rsidRPr="006D64F1"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6D64F1">
                                    <w:rPr>
                                      <w:rFonts w:cs="Times New Roman"/>
                                      <w:b/>
                                      <w:sz w:val="20"/>
                                      <w:szCs w:val="20"/>
                                    </w:rPr>
                                    <w:t>INTERMEDIATE MACROECONOMIC THEORY</w:t>
                                  </w:r>
                                </w:p>
                              </w:tc>
                              <w:tc>
                                <w:tcPr>
                                  <w:tcW w:w="1080" w:type="dxa"/>
                                  <w:vAlign w:val="center"/>
                                </w:tcPr>
                                <w:p w:rsidR="003A37E7" w:rsidRPr="006D64F1"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6D64F1">
                                    <w:rPr>
                                      <w:rFonts w:cs="Times New Roman"/>
                                      <w:b/>
                                      <w:sz w:val="20"/>
                                      <w:szCs w:val="20"/>
                                    </w:rPr>
                                    <w:t>3</w:t>
                                  </w:r>
                                </w:p>
                              </w:tc>
                            </w:tr>
                            <w:tr w:rsidR="003A37E7" w:rsidRPr="006D64F1" w:rsidTr="00162A72">
                              <w:trPr>
                                <w:cnfStyle w:val="000000010000" w:firstRow="0" w:lastRow="0" w:firstColumn="0" w:lastColumn="0" w:oddVBand="0" w:evenVBand="0" w:oddHBand="0" w:evenHBand="1"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6D64F1" w:rsidRDefault="003A37E7" w:rsidP="001075C3">
                                  <w:pPr>
                                    <w:jc w:val="center"/>
                                    <w:rPr>
                                      <w:rFonts w:cs="Times New Roman"/>
                                      <w:sz w:val="20"/>
                                      <w:szCs w:val="20"/>
                                    </w:rPr>
                                  </w:pPr>
                                  <w:r w:rsidRPr="006D64F1">
                                    <w:rPr>
                                      <w:rFonts w:cs="Times New Roman"/>
                                      <w:sz w:val="20"/>
                                      <w:szCs w:val="20"/>
                                    </w:rPr>
                                    <w:t>ECON 341</w:t>
                                  </w:r>
                                </w:p>
                              </w:tc>
                              <w:tc>
                                <w:tcPr>
                                  <w:tcW w:w="404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rPr>
                                    <w:t>SURVEY OF THE LIBERIAN ECONOMY</w:t>
                                  </w:r>
                                </w:p>
                              </w:tc>
                              <w:tc>
                                <w:tcPr>
                                  <w:tcW w:w="108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rPr>
                                    <w:t>3</w:t>
                                  </w:r>
                                </w:p>
                              </w:tc>
                            </w:tr>
                            <w:tr w:rsidR="003A37E7" w:rsidRPr="006D64F1" w:rsidTr="00162A7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6D64F1" w:rsidRDefault="003A37E7" w:rsidP="001075C3">
                                  <w:pPr>
                                    <w:jc w:val="center"/>
                                    <w:rPr>
                                      <w:rFonts w:cs="Times New Roman"/>
                                      <w:sz w:val="20"/>
                                      <w:szCs w:val="20"/>
                                    </w:rPr>
                                  </w:pPr>
                                  <w:r w:rsidRPr="006D64F1">
                                    <w:rPr>
                                      <w:rFonts w:cs="Times New Roman"/>
                                      <w:sz w:val="20"/>
                                      <w:szCs w:val="20"/>
                                    </w:rPr>
                                    <w:t>ECON 391</w:t>
                                  </w:r>
                                </w:p>
                              </w:tc>
                              <w:tc>
                                <w:tcPr>
                                  <w:tcW w:w="4040" w:type="dxa"/>
                                  <w:vAlign w:val="center"/>
                                </w:tcPr>
                                <w:p w:rsidR="003A37E7" w:rsidRPr="006D64F1"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6D64F1">
                                    <w:rPr>
                                      <w:rFonts w:cs="Times New Roman"/>
                                      <w:b/>
                                      <w:sz w:val="20"/>
                                      <w:szCs w:val="20"/>
                                    </w:rPr>
                                    <w:t>URBAN ECONOMICS</w:t>
                                  </w:r>
                                </w:p>
                              </w:tc>
                              <w:tc>
                                <w:tcPr>
                                  <w:tcW w:w="1080" w:type="dxa"/>
                                  <w:vAlign w:val="center"/>
                                </w:tcPr>
                                <w:p w:rsidR="003A37E7" w:rsidRPr="006D64F1"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6D64F1">
                                    <w:rPr>
                                      <w:rFonts w:cs="Times New Roman"/>
                                      <w:b/>
                                      <w:sz w:val="20"/>
                                      <w:szCs w:val="20"/>
                                    </w:rPr>
                                    <w:t>3</w:t>
                                  </w:r>
                                </w:p>
                              </w:tc>
                            </w:tr>
                            <w:tr w:rsidR="003A37E7" w:rsidRPr="006D64F1" w:rsidTr="00162A7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6D64F1" w:rsidRDefault="003A37E7" w:rsidP="001075C3">
                                  <w:pPr>
                                    <w:jc w:val="center"/>
                                    <w:rPr>
                                      <w:rFonts w:cs="Times New Roman"/>
                                      <w:sz w:val="20"/>
                                      <w:szCs w:val="20"/>
                                    </w:rPr>
                                  </w:pPr>
                                  <w:r w:rsidRPr="006D64F1">
                                    <w:rPr>
                                      <w:rFonts w:cs="Times New Roman"/>
                                      <w:sz w:val="20"/>
                                      <w:szCs w:val="20"/>
                                    </w:rPr>
                                    <w:t>BUS 314</w:t>
                                  </w:r>
                                </w:p>
                              </w:tc>
                              <w:tc>
                                <w:tcPr>
                                  <w:tcW w:w="404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rPr>
                                    <w:t>SOCIAL SCIENCE STATISTICS</w:t>
                                  </w:r>
                                </w:p>
                              </w:tc>
                              <w:tc>
                                <w:tcPr>
                                  <w:tcW w:w="108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rPr>
                                    <w:t>3</w:t>
                                  </w:r>
                                </w:p>
                              </w:tc>
                            </w:tr>
                            <w:tr w:rsidR="006D64F1" w:rsidRPr="006D64F1" w:rsidTr="006D64F1">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6D64F1" w:rsidRPr="006D64F1" w:rsidRDefault="006D64F1" w:rsidP="001075C3">
                                  <w:pPr>
                                    <w:jc w:val="center"/>
                                    <w:rPr>
                                      <w:rFonts w:cs="Times New Roman"/>
                                      <w:sz w:val="20"/>
                                      <w:szCs w:val="20"/>
                                    </w:rPr>
                                  </w:pPr>
                                  <w:r>
                                    <w:rPr>
                                      <w:rFonts w:cs="Times New Roman"/>
                                      <w:sz w:val="20"/>
                                      <w:szCs w:val="20"/>
                                    </w:rPr>
                                    <w:t>MINOR</w:t>
                                  </w:r>
                                </w:p>
                              </w:tc>
                              <w:tc>
                                <w:tcPr>
                                  <w:tcW w:w="4040" w:type="dxa"/>
                                  <w:vAlign w:val="center"/>
                                </w:tcPr>
                                <w:p w:rsidR="006D64F1" w:rsidRPr="006D64F1" w:rsidRDefault="006D64F1"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p>
                              </w:tc>
                              <w:tc>
                                <w:tcPr>
                                  <w:tcW w:w="1080" w:type="dxa"/>
                                  <w:vAlign w:val="center"/>
                                </w:tcPr>
                                <w:p w:rsidR="006D64F1" w:rsidRPr="006D64F1" w:rsidRDefault="006D64F1"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rFonts w:cs="Times New Roman"/>
                                      <w:b/>
                                      <w:sz w:val="20"/>
                                      <w:szCs w:val="20"/>
                                    </w:rPr>
                                    <w:t>3</w:t>
                                  </w:r>
                                </w:p>
                              </w:tc>
                            </w:tr>
                            <w:tr w:rsidR="006D64F1" w:rsidRPr="006D64F1" w:rsidTr="006D64F1">
                              <w:trPr>
                                <w:cnfStyle w:val="000000010000" w:firstRow="0" w:lastRow="0" w:firstColumn="0" w:lastColumn="0" w:oddVBand="0" w:evenVBand="0" w:oddHBand="0" w:evenHBand="1"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6D64F1" w:rsidRDefault="006D64F1" w:rsidP="001075C3">
                                  <w:pPr>
                                    <w:jc w:val="center"/>
                                    <w:rPr>
                                      <w:rFonts w:cs="Times New Roman"/>
                                      <w:sz w:val="20"/>
                                      <w:szCs w:val="20"/>
                                    </w:rPr>
                                  </w:pPr>
                                  <w:r>
                                    <w:rPr>
                                      <w:rFonts w:cs="Times New Roman"/>
                                      <w:sz w:val="20"/>
                                      <w:szCs w:val="20"/>
                                    </w:rPr>
                                    <w:t>MINOR</w:t>
                                  </w:r>
                                </w:p>
                              </w:tc>
                              <w:tc>
                                <w:tcPr>
                                  <w:tcW w:w="4040" w:type="dxa"/>
                                  <w:vAlign w:val="center"/>
                                </w:tcPr>
                                <w:p w:rsidR="006D64F1" w:rsidRPr="006D64F1" w:rsidRDefault="006D64F1"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p>
                              </w:tc>
                              <w:tc>
                                <w:tcPr>
                                  <w:tcW w:w="1080" w:type="dxa"/>
                                  <w:vAlign w:val="center"/>
                                </w:tcPr>
                                <w:p w:rsidR="006D64F1" w:rsidRDefault="006D64F1"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Pr>
                                      <w:rFonts w:cs="Times New Roman"/>
                                      <w:b/>
                                      <w:sz w:val="20"/>
                                      <w:szCs w:val="20"/>
                                    </w:rPr>
                                    <w:t>3</w:t>
                                  </w:r>
                                </w:p>
                              </w:tc>
                            </w:tr>
                            <w:tr w:rsidR="003A37E7" w:rsidRPr="006D64F1" w:rsidTr="006D64F1">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5480" w:type="dxa"/>
                                  <w:gridSpan w:val="2"/>
                                  <w:vAlign w:val="center"/>
                                </w:tcPr>
                                <w:p w:rsidR="003A37E7" w:rsidRPr="006D64F1" w:rsidRDefault="003A37E7" w:rsidP="001075C3">
                                  <w:pPr>
                                    <w:jc w:val="center"/>
                                    <w:rPr>
                                      <w:rFonts w:cs="Times New Roman"/>
                                      <w:sz w:val="20"/>
                                      <w:szCs w:val="20"/>
                                    </w:rPr>
                                  </w:pPr>
                                  <w:r w:rsidRPr="006D64F1">
                                    <w:rPr>
                                      <w:rFonts w:cs="Times New Roman"/>
                                      <w:sz w:val="20"/>
                                      <w:szCs w:val="20"/>
                                    </w:rPr>
                                    <w:t>TOTAL CREDIT UNITS</w:t>
                                  </w:r>
                                </w:p>
                              </w:tc>
                              <w:tc>
                                <w:tcPr>
                                  <w:tcW w:w="1080" w:type="dxa"/>
                                  <w:vAlign w:val="center"/>
                                </w:tcPr>
                                <w:p w:rsidR="003A37E7" w:rsidRPr="006D64F1" w:rsidRDefault="006D64F1"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rFonts w:cs="Times New Roman"/>
                                      <w:b/>
                                      <w:sz w:val="20"/>
                                      <w:szCs w:val="20"/>
                                    </w:rPr>
                                    <w:t>23</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6118E" id="Text Box 49" o:spid="_x0000_s1094" type="#_x0000_t202" style="position:absolute;left:0;text-align:left;margin-left:28.8pt;margin-top:-59.5pt;width:351.35pt;height:237.1pt;z-index:251701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" fillcolor="white [3201]" stroked="f" strokeweight=".5pt">
                <v:textbox>
                  <w:txbxContent>
                    <w:tbl>
                      <w:tblPr>
                        <w:tblStyle w:val="LightGrid"/>
                        <w:tblW w:w="6560" w:type="dxa"/>
                        <w:tblLayout w:type="fixed"/>
                        <w:tblLook w:val="04A0" w:firstRow="1" w:lastRow="0" w:firstColumn="1" w:lastColumn="0" w:noHBand="0" w:noVBand="1"/>
                      </w:tblPr>
                      <w:tblGrid>
                        <w:gridCol w:w="1440"/>
                        <w:gridCol w:w="4040"/>
                        <w:gridCol w:w="1080"/>
                      </w:tblGrid>
                      <w:tr w:rsidR="003A37E7" w:rsidRPr="006D64F1" w:rsidTr="00162A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0" w:type="dxa"/>
                            <w:gridSpan w:val="3"/>
                            <w:vAlign w:val="center"/>
                          </w:tcPr>
                          <w:p w:rsidR="003A37E7" w:rsidRPr="006D64F1" w:rsidRDefault="003A37E7" w:rsidP="0036560B">
                            <w:pPr>
                              <w:jc w:val="center"/>
                              <w:rPr>
                                <w:rFonts w:cs="Times New Roman"/>
                                <w:color w:val="FF0000"/>
                                <w:sz w:val="20"/>
                                <w:szCs w:val="20"/>
                              </w:rPr>
                            </w:pPr>
                            <w:r w:rsidRPr="006D64F1">
                              <w:rPr>
                                <w:rFonts w:cs="Times New Roman"/>
                                <w:color w:val="FF0000"/>
                                <w:sz w:val="20"/>
                                <w:szCs w:val="20"/>
                              </w:rPr>
                              <w:t>BSC. ECONOMICS AND FINANCE</w:t>
                            </w:r>
                          </w:p>
                        </w:tc>
                      </w:tr>
                      <w:tr w:rsidR="003A37E7" w:rsidRPr="006D64F1" w:rsidTr="00162A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0" w:type="dxa"/>
                            <w:gridSpan w:val="3"/>
                            <w:vAlign w:val="center"/>
                          </w:tcPr>
                          <w:p w:rsidR="003A37E7" w:rsidRPr="006D64F1" w:rsidRDefault="003A37E7" w:rsidP="001075C3">
                            <w:pPr>
                              <w:jc w:val="center"/>
                              <w:rPr>
                                <w:rFonts w:cs="Times New Roman"/>
                                <w:sz w:val="20"/>
                                <w:szCs w:val="20"/>
                              </w:rPr>
                            </w:pPr>
                            <w:r w:rsidRPr="006D64F1">
                              <w:rPr>
                                <w:rFonts w:cs="Times New Roman"/>
                                <w:sz w:val="20"/>
                                <w:szCs w:val="20"/>
                              </w:rPr>
                              <w:t>JUNIOR YEAR (YEARIII) - FIRST SEMESTER</w:t>
                            </w:r>
                          </w:p>
                        </w:tc>
                      </w:tr>
                      <w:tr w:rsidR="003A37E7" w:rsidRPr="006D64F1" w:rsidTr="00162A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6D64F1" w:rsidRDefault="003A37E7" w:rsidP="001075C3">
                            <w:pPr>
                              <w:jc w:val="center"/>
                              <w:rPr>
                                <w:rFonts w:cs="Times New Roman"/>
                                <w:sz w:val="20"/>
                                <w:szCs w:val="20"/>
                              </w:rPr>
                            </w:pPr>
                            <w:r w:rsidRPr="006D64F1">
                              <w:rPr>
                                <w:rFonts w:cs="Times New Roman"/>
                                <w:sz w:val="20"/>
                                <w:szCs w:val="20"/>
                              </w:rPr>
                              <w:t>COURSE CODE</w:t>
                            </w:r>
                          </w:p>
                        </w:tc>
                        <w:tc>
                          <w:tcPr>
                            <w:tcW w:w="404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rPr>
                              <w:t>COURSE TITLE</w:t>
                            </w:r>
                          </w:p>
                        </w:tc>
                        <w:tc>
                          <w:tcPr>
                            <w:tcW w:w="108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6D64F1" w:rsidTr="00162A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6D64F1" w:rsidRDefault="003A37E7" w:rsidP="001075C3">
                            <w:pPr>
                              <w:jc w:val="center"/>
                              <w:rPr>
                                <w:rFonts w:cs="Times New Roman"/>
                                <w:sz w:val="20"/>
                                <w:szCs w:val="20"/>
                              </w:rPr>
                            </w:pPr>
                            <w:r w:rsidRPr="006D64F1">
                              <w:rPr>
                                <w:rFonts w:cs="Times New Roman"/>
                                <w:sz w:val="20"/>
                                <w:szCs w:val="20"/>
                              </w:rPr>
                              <w:t>GEN 107</w:t>
                            </w:r>
                          </w:p>
                        </w:tc>
                        <w:tc>
                          <w:tcPr>
                            <w:tcW w:w="4040" w:type="dxa"/>
                            <w:vAlign w:val="center"/>
                          </w:tcPr>
                          <w:p w:rsidR="003A37E7" w:rsidRPr="006D64F1"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6D64F1">
                              <w:rPr>
                                <w:rFonts w:cs="Times New Roman"/>
                                <w:b/>
                                <w:sz w:val="20"/>
                                <w:szCs w:val="20"/>
                              </w:rPr>
                              <w:t>DYNAMIC OF FAITH 1</w:t>
                            </w:r>
                          </w:p>
                        </w:tc>
                        <w:tc>
                          <w:tcPr>
                            <w:tcW w:w="1080" w:type="dxa"/>
                            <w:vAlign w:val="center"/>
                          </w:tcPr>
                          <w:p w:rsidR="003A37E7" w:rsidRPr="006D64F1"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6D64F1">
                              <w:rPr>
                                <w:rFonts w:cs="Times New Roman"/>
                                <w:b/>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p>
                        </w:tc>
                      </w:tr>
                      <w:tr w:rsidR="003A37E7" w:rsidRPr="006D64F1" w:rsidTr="00162A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6D64F1" w:rsidRDefault="003A37E7" w:rsidP="001075C3">
                            <w:pPr>
                              <w:jc w:val="center"/>
                              <w:rPr>
                                <w:rFonts w:cs="Times New Roman"/>
                                <w:sz w:val="20"/>
                                <w:szCs w:val="20"/>
                              </w:rPr>
                            </w:pPr>
                            <w:r w:rsidRPr="006D64F1">
                              <w:rPr>
                                <w:rFonts w:cs="Times New Roman"/>
                                <w:sz w:val="20"/>
                                <w:szCs w:val="20"/>
                              </w:rPr>
                              <w:t>ECON 315</w:t>
                            </w:r>
                          </w:p>
                        </w:tc>
                        <w:tc>
                          <w:tcPr>
                            <w:tcW w:w="404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rPr>
                              <w:t>INTERMEDIATE MICROECONOMIC THEORY</w:t>
                            </w:r>
                          </w:p>
                        </w:tc>
                        <w:tc>
                          <w:tcPr>
                            <w:tcW w:w="108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rPr>
                              <w:t>3</w:t>
                            </w:r>
                          </w:p>
                        </w:tc>
                      </w:tr>
                      <w:tr w:rsidR="003A37E7" w:rsidRPr="006D64F1" w:rsidTr="00162A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6D64F1" w:rsidRDefault="003A37E7" w:rsidP="001075C3">
                            <w:pPr>
                              <w:jc w:val="center"/>
                              <w:rPr>
                                <w:rFonts w:cs="Times New Roman"/>
                                <w:sz w:val="20"/>
                                <w:szCs w:val="20"/>
                              </w:rPr>
                            </w:pPr>
                            <w:r w:rsidRPr="006D64F1">
                              <w:rPr>
                                <w:rFonts w:cs="Times New Roman"/>
                                <w:sz w:val="20"/>
                                <w:szCs w:val="20"/>
                              </w:rPr>
                              <w:t>ECON 316</w:t>
                            </w:r>
                          </w:p>
                        </w:tc>
                        <w:tc>
                          <w:tcPr>
                            <w:tcW w:w="4040" w:type="dxa"/>
                            <w:vAlign w:val="center"/>
                          </w:tcPr>
                          <w:p w:rsidR="003A37E7" w:rsidRPr="006D64F1"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6D64F1">
                              <w:rPr>
                                <w:rFonts w:cs="Times New Roman"/>
                                <w:b/>
                                <w:sz w:val="20"/>
                                <w:szCs w:val="20"/>
                              </w:rPr>
                              <w:t>INTERMEDIATE MACROECONOMIC THEORY</w:t>
                            </w:r>
                          </w:p>
                        </w:tc>
                        <w:tc>
                          <w:tcPr>
                            <w:tcW w:w="1080" w:type="dxa"/>
                            <w:vAlign w:val="center"/>
                          </w:tcPr>
                          <w:p w:rsidR="003A37E7" w:rsidRPr="006D64F1"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6D64F1">
                              <w:rPr>
                                <w:rFonts w:cs="Times New Roman"/>
                                <w:b/>
                                <w:sz w:val="20"/>
                                <w:szCs w:val="20"/>
                              </w:rPr>
                              <w:t>3</w:t>
                            </w:r>
                          </w:p>
                        </w:tc>
                      </w:tr>
                      <w:tr w:rsidR="003A37E7" w:rsidRPr="006D64F1" w:rsidTr="00162A72">
                        <w:trPr>
                          <w:cnfStyle w:val="000000010000" w:firstRow="0" w:lastRow="0" w:firstColumn="0" w:lastColumn="0" w:oddVBand="0" w:evenVBand="0" w:oddHBand="0" w:evenHBand="1"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6D64F1" w:rsidRDefault="003A37E7" w:rsidP="001075C3">
                            <w:pPr>
                              <w:jc w:val="center"/>
                              <w:rPr>
                                <w:rFonts w:cs="Times New Roman"/>
                                <w:sz w:val="20"/>
                                <w:szCs w:val="20"/>
                              </w:rPr>
                            </w:pPr>
                            <w:r w:rsidRPr="006D64F1">
                              <w:rPr>
                                <w:rFonts w:cs="Times New Roman"/>
                                <w:sz w:val="20"/>
                                <w:szCs w:val="20"/>
                              </w:rPr>
                              <w:t>ECON 341</w:t>
                            </w:r>
                          </w:p>
                        </w:tc>
                        <w:tc>
                          <w:tcPr>
                            <w:tcW w:w="404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rPr>
                              <w:t>SURVEY OF THE LIBERIAN ECONOMY</w:t>
                            </w:r>
                          </w:p>
                        </w:tc>
                        <w:tc>
                          <w:tcPr>
                            <w:tcW w:w="108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rPr>
                              <w:t>3</w:t>
                            </w:r>
                          </w:p>
                        </w:tc>
                      </w:tr>
                      <w:tr w:rsidR="003A37E7" w:rsidRPr="006D64F1" w:rsidTr="00162A7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6D64F1" w:rsidRDefault="003A37E7" w:rsidP="001075C3">
                            <w:pPr>
                              <w:jc w:val="center"/>
                              <w:rPr>
                                <w:rFonts w:cs="Times New Roman"/>
                                <w:sz w:val="20"/>
                                <w:szCs w:val="20"/>
                              </w:rPr>
                            </w:pPr>
                            <w:r w:rsidRPr="006D64F1">
                              <w:rPr>
                                <w:rFonts w:cs="Times New Roman"/>
                                <w:sz w:val="20"/>
                                <w:szCs w:val="20"/>
                              </w:rPr>
                              <w:t>ECON 391</w:t>
                            </w:r>
                          </w:p>
                        </w:tc>
                        <w:tc>
                          <w:tcPr>
                            <w:tcW w:w="4040" w:type="dxa"/>
                            <w:vAlign w:val="center"/>
                          </w:tcPr>
                          <w:p w:rsidR="003A37E7" w:rsidRPr="006D64F1"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6D64F1">
                              <w:rPr>
                                <w:rFonts w:cs="Times New Roman"/>
                                <w:b/>
                                <w:sz w:val="20"/>
                                <w:szCs w:val="20"/>
                              </w:rPr>
                              <w:t>URBAN ECONOMICS</w:t>
                            </w:r>
                          </w:p>
                        </w:tc>
                        <w:tc>
                          <w:tcPr>
                            <w:tcW w:w="1080" w:type="dxa"/>
                            <w:vAlign w:val="center"/>
                          </w:tcPr>
                          <w:p w:rsidR="003A37E7" w:rsidRPr="006D64F1"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6D64F1">
                              <w:rPr>
                                <w:rFonts w:cs="Times New Roman"/>
                                <w:b/>
                                <w:sz w:val="20"/>
                                <w:szCs w:val="20"/>
                              </w:rPr>
                              <w:t>3</w:t>
                            </w:r>
                          </w:p>
                        </w:tc>
                      </w:tr>
                      <w:tr w:rsidR="003A37E7" w:rsidRPr="006D64F1" w:rsidTr="00162A7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6D64F1" w:rsidRDefault="003A37E7" w:rsidP="001075C3">
                            <w:pPr>
                              <w:jc w:val="center"/>
                              <w:rPr>
                                <w:rFonts w:cs="Times New Roman"/>
                                <w:sz w:val="20"/>
                                <w:szCs w:val="20"/>
                              </w:rPr>
                            </w:pPr>
                            <w:r w:rsidRPr="006D64F1">
                              <w:rPr>
                                <w:rFonts w:cs="Times New Roman"/>
                                <w:sz w:val="20"/>
                                <w:szCs w:val="20"/>
                              </w:rPr>
                              <w:t>BUS 314</w:t>
                            </w:r>
                          </w:p>
                        </w:tc>
                        <w:tc>
                          <w:tcPr>
                            <w:tcW w:w="404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rPr>
                              <w:t>SOCIAL SCIENCE STATISTICS</w:t>
                            </w:r>
                          </w:p>
                        </w:tc>
                        <w:tc>
                          <w:tcPr>
                            <w:tcW w:w="1080" w:type="dxa"/>
                            <w:vAlign w:val="center"/>
                          </w:tcPr>
                          <w:p w:rsidR="003A37E7" w:rsidRPr="006D64F1"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6D64F1">
                              <w:rPr>
                                <w:rFonts w:cs="Times New Roman"/>
                                <w:b/>
                                <w:sz w:val="20"/>
                                <w:szCs w:val="20"/>
                              </w:rPr>
                              <w:t>3</w:t>
                            </w:r>
                          </w:p>
                        </w:tc>
                      </w:tr>
                      <w:tr w:rsidR="006D64F1" w:rsidRPr="006D64F1" w:rsidTr="006D64F1">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6D64F1" w:rsidRPr="006D64F1" w:rsidRDefault="006D64F1" w:rsidP="001075C3">
                            <w:pPr>
                              <w:jc w:val="center"/>
                              <w:rPr>
                                <w:rFonts w:cs="Times New Roman"/>
                                <w:sz w:val="20"/>
                                <w:szCs w:val="20"/>
                              </w:rPr>
                            </w:pPr>
                            <w:r>
                              <w:rPr>
                                <w:rFonts w:cs="Times New Roman"/>
                                <w:sz w:val="20"/>
                                <w:szCs w:val="20"/>
                              </w:rPr>
                              <w:t>MINOR</w:t>
                            </w:r>
                          </w:p>
                        </w:tc>
                        <w:tc>
                          <w:tcPr>
                            <w:tcW w:w="4040" w:type="dxa"/>
                            <w:vAlign w:val="center"/>
                          </w:tcPr>
                          <w:p w:rsidR="006D64F1" w:rsidRPr="006D64F1" w:rsidRDefault="006D64F1"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p>
                        </w:tc>
                        <w:tc>
                          <w:tcPr>
                            <w:tcW w:w="1080" w:type="dxa"/>
                            <w:vAlign w:val="center"/>
                          </w:tcPr>
                          <w:p w:rsidR="006D64F1" w:rsidRPr="006D64F1" w:rsidRDefault="006D64F1"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rFonts w:cs="Times New Roman"/>
                                <w:b/>
                                <w:sz w:val="20"/>
                                <w:szCs w:val="20"/>
                              </w:rPr>
                              <w:t>3</w:t>
                            </w:r>
                          </w:p>
                        </w:tc>
                      </w:tr>
                      <w:tr w:rsidR="006D64F1" w:rsidRPr="006D64F1" w:rsidTr="006D64F1">
                        <w:trPr>
                          <w:cnfStyle w:val="000000010000" w:firstRow="0" w:lastRow="0" w:firstColumn="0" w:lastColumn="0" w:oddVBand="0" w:evenVBand="0" w:oddHBand="0" w:evenHBand="1"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6D64F1" w:rsidRDefault="006D64F1" w:rsidP="001075C3">
                            <w:pPr>
                              <w:jc w:val="center"/>
                              <w:rPr>
                                <w:rFonts w:cs="Times New Roman"/>
                                <w:sz w:val="20"/>
                                <w:szCs w:val="20"/>
                              </w:rPr>
                            </w:pPr>
                            <w:r>
                              <w:rPr>
                                <w:rFonts w:cs="Times New Roman"/>
                                <w:sz w:val="20"/>
                                <w:szCs w:val="20"/>
                              </w:rPr>
                              <w:t>MINOR</w:t>
                            </w:r>
                          </w:p>
                        </w:tc>
                        <w:tc>
                          <w:tcPr>
                            <w:tcW w:w="4040" w:type="dxa"/>
                            <w:vAlign w:val="center"/>
                          </w:tcPr>
                          <w:p w:rsidR="006D64F1" w:rsidRPr="006D64F1" w:rsidRDefault="006D64F1"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p>
                        </w:tc>
                        <w:tc>
                          <w:tcPr>
                            <w:tcW w:w="1080" w:type="dxa"/>
                            <w:vAlign w:val="center"/>
                          </w:tcPr>
                          <w:p w:rsidR="006D64F1" w:rsidRDefault="006D64F1" w:rsidP="001075C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Pr>
                                <w:rFonts w:cs="Times New Roman"/>
                                <w:b/>
                                <w:sz w:val="20"/>
                                <w:szCs w:val="20"/>
                              </w:rPr>
                              <w:t>3</w:t>
                            </w:r>
                          </w:p>
                        </w:tc>
                      </w:tr>
                      <w:tr w:rsidR="003A37E7" w:rsidRPr="006D64F1" w:rsidTr="006D64F1">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5480" w:type="dxa"/>
                            <w:gridSpan w:val="2"/>
                            <w:vAlign w:val="center"/>
                          </w:tcPr>
                          <w:p w:rsidR="003A37E7" w:rsidRPr="006D64F1" w:rsidRDefault="003A37E7" w:rsidP="001075C3">
                            <w:pPr>
                              <w:jc w:val="center"/>
                              <w:rPr>
                                <w:rFonts w:cs="Times New Roman"/>
                                <w:sz w:val="20"/>
                                <w:szCs w:val="20"/>
                              </w:rPr>
                            </w:pPr>
                            <w:r w:rsidRPr="006D64F1">
                              <w:rPr>
                                <w:rFonts w:cs="Times New Roman"/>
                                <w:sz w:val="20"/>
                                <w:szCs w:val="20"/>
                              </w:rPr>
                              <w:t>TOTAL CREDIT UNITS</w:t>
                            </w:r>
                          </w:p>
                        </w:tc>
                        <w:tc>
                          <w:tcPr>
                            <w:tcW w:w="1080" w:type="dxa"/>
                            <w:vAlign w:val="center"/>
                          </w:tcPr>
                          <w:p w:rsidR="003A37E7" w:rsidRPr="006D64F1" w:rsidRDefault="006D64F1"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rFonts w:cs="Times New Roman"/>
                                <w:b/>
                                <w:sz w:val="20"/>
                                <w:szCs w:val="20"/>
                              </w:rPr>
                              <w:t>23</w:t>
                            </w:r>
                          </w:p>
                        </w:tc>
                      </w:tr>
                    </w:tbl>
                    <w:p w:rsidR="003A37E7" w:rsidRDefault="003A37E7"/>
                  </w:txbxContent>
                </v:textbox>
                <w10:wrap anchorx="page"/>
              </v:shape>
            </w:pict>
          </mc:Fallback>
        </mc:AlternateContent>
      </w:r>
    </w:p>
    <w:p w:rsidR="00DD67EA" w:rsidRDefault="00DD67EA" w:rsidP="00412947">
      <w:pPr>
        <w:jc w:val="center"/>
      </w:pPr>
    </w:p>
    <w:p w:rsidR="00DD67EA" w:rsidRDefault="00DD67EA" w:rsidP="00412947">
      <w:pPr>
        <w:jc w:val="center"/>
      </w:pPr>
    </w:p>
    <w:p w:rsidR="00DD67EA" w:rsidRDefault="00DD67EA" w:rsidP="00412947">
      <w:pPr>
        <w:jc w:val="center"/>
      </w:pPr>
    </w:p>
    <w:p w:rsidR="00DD67EA" w:rsidRDefault="00DD67EA" w:rsidP="00412947">
      <w:pPr>
        <w:jc w:val="center"/>
      </w:pPr>
    </w:p>
    <w:p w:rsidR="00DD67EA" w:rsidRDefault="00DD67EA" w:rsidP="00412947">
      <w:pPr>
        <w:jc w:val="center"/>
      </w:pPr>
    </w:p>
    <w:p w:rsidR="00DD67EA" w:rsidRDefault="003D10EC" w:rsidP="00412947">
      <w:pPr>
        <w:jc w:val="center"/>
      </w:pPr>
      <w:r>
        <w:rPr>
          <w:noProof/>
        </w:rPr>
        <mc:AlternateContent>
          <mc:Choice Requires="wps">
            <w:drawing>
              <wp:anchor distT="0" distB="0" distL="114300" distR="114300" simplePos="0" relativeHeight="251702272" behindDoc="0" locked="0" layoutInCell="1" allowOverlap="1" wp14:anchorId="0E2ED975" wp14:editId="36590B49">
                <wp:simplePos x="0" y="0"/>
                <wp:positionH relativeFrom="page">
                  <wp:posOffset>329057</wp:posOffset>
                </wp:positionH>
                <wp:positionV relativeFrom="paragraph">
                  <wp:posOffset>351917</wp:posOffset>
                </wp:positionV>
                <wp:extent cx="4498848" cy="10003536"/>
                <wp:effectExtent l="0" t="0" r="0" b="0"/>
                <wp:wrapNone/>
                <wp:docPr id="51" name="Text Box 51"/>
                <wp:cNvGraphicFramePr/>
                <a:graphic xmlns:a="http://schemas.openxmlformats.org/drawingml/2006/main">
                  <a:graphicData uri="http://schemas.microsoft.com/office/word/2010/wordprocessingShape">
                    <wps:wsp>
                      <wps:cNvSpPr txBox="1"/>
                      <wps:spPr>
                        <a:xfrm>
                          <a:off x="0" y="0"/>
                          <a:ext cx="4498848" cy="1000353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480" w:type="dxa"/>
                              <w:tblInd w:w="-10" w:type="dxa"/>
                              <w:tblLayout w:type="fixed"/>
                              <w:tblLook w:val="04A0" w:firstRow="1" w:lastRow="0" w:firstColumn="1" w:lastColumn="0" w:noHBand="0" w:noVBand="1"/>
                            </w:tblPr>
                            <w:tblGrid>
                              <w:gridCol w:w="1170"/>
                              <w:gridCol w:w="4050"/>
                              <w:gridCol w:w="1260"/>
                            </w:tblGrid>
                            <w:tr w:rsidR="003A37E7" w:rsidRPr="00162A72" w:rsidTr="003D10EC">
                              <w:trPr>
                                <w:cnfStyle w:val="100000000000" w:firstRow="1" w:lastRow="0" w:firstColumn="0" w:lastColumn="0" w:oddVBand="0" w:evenVBand="0" w:oddHBand="0"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6480" w:type="dxa"/>
                                  <w:gridSpan w:val="3"/>
                                  <w:vAlign w:val="center"/>
                                </w:tcPr>
                                <w:p w:rsidR="003A37E7" w:rsidRPr="00162A72" w:rsidRDefault="003A37E7" w:rsidP="0036560B">
                                  <w:pPr>
                                    <w:jc w:val="center"/>
                                    <w:rPr>
                                      <w:rFonts w:cs="Times New Roman"/>
                                      <w:color w:val="FF0000"/>
                                      <w:sz w:val="24"/>
                                      <w:szCs w:val="24"/>
                                    </w:rPr>
                                  </w:pPr>
                                  <w:r w:rsidRPr="00162A72">
                                    <w:rPr>
                                      <w:rFonts w:cs="Times New Roman"/>
                                      <w:color w:val="FF0000"/>
                                      <w:sz w:val="24"/>
                                      <w:szCs w:val="24"/>
                                    </w:rPr>
                                    <w:t>BSC. ECONOMICS AND FINANCE</w:t>
                                  </w:r>
                                </w:p>
                              </w:tc>
                            </w:tr>
                            <w:tr w:rsidR="003A37E7" w:rsidRPr="00162A72" w:rsidTr="003D10EC">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6480" w:type="dxa"/>
                                  <w:gridSpan w:val="3"/>
                                  <w:vAlign w:val="center"/>
                                </w:tcPr>
                                <w:p w:rsidR="003A37E7" w:rsidRPr="00162A72" w:rsidRDefault="003A37E7" w:rsidP="001075C3">
                                  <w:pPr>
                                    <w:jc w:val="center"/>
                                    <w:rPr>
                                      <w:rFonts w:cs="Times New Roman"/>
                                      <w:sz w:val="24"/>
                                      <w:szCs w:val="24"/>
                                    </w:rPr>
                                  </w:pPr>
                                  <w:r w:rsidRPr="00162A72">
                                    <w:rPr>
                                      <w:rFonts w:cs="Times New Roman"/>
                                      <w:sz w:val="24"/>
                                      <w:szCs w:val="24"/>
                                    </w:rPr>
                                    <w:t>JUNIOR YEAR (YEARIII) - SECOND SEMESTER</w:t>
                                  </w:r>
                                </w:p>
                              </w:tc>
                            </w:tr>
                            <w:tr w:rsidR="003A37E7" w:rsidRPr="00162A72" w:rsidTr="00162A72">
                              <w:trPr>
                                <w:cnfStyle w:val="000000010000" w:firstRow="0" w:lastRow="0" w:firstColumn="0" w:lastColumn="0" w:oddVBand="0" w:evenVBand="0" w:oddHBand="0" w:evenHBand="1" w:firstRowFirstColumn="0" w:firstRowLastColumn="0" w:lastRowFirstColumn="0" w:lastRowLastColumn="0"/>
                                <w:trHeight w:val="545"/>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COURSE CODE</w:t>
                                  </w:r>
                                </w:p>
                              </w:tc>
                              <w:tc>
                                <w:tcPr>
                                  <w:tcW w:w="4050" w:type="dxa"/>
                                  <w:vAlign w:val="center"/>
                                </w:tcPr>
                                <w:p w:rsidR="003A37E7" w:rsidRPr="00162A72"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162A72">
                                    <w:rPr>
                                      <w:rFonts w:cs="Times New Roman"/>
                                      <w:b/>
                                      <w:sz w:val="24"/>
                                      <w:szCs w:val="24"/>
                                    </w:rPr>
                                    <w:t>COURSE TITLE</w:t>
                                  </w:r>
                                </w:p>
                              </w:tc>
                              <w:tc>
                                <w:tcPr>
                                  <w:tcW w:w="1260" w:type="dxa"/>
                                  <w:vAlign w:val="center"/>
                                </w:tcPr>
                                <w:p w:rsidR="003A37E7" w:rsidRPr="00162A72"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162A72">
                                    <w:rPr>
                                      <w:rFonts w:cs="Times New Roman"/>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162A72" w:rsidTr="00162A72">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GEN 108</w:t>
                                  </w:r>
                                </w:p>
                              </w:tc>
                              <w:tc>
                                <w:tcPr>
                                  <w:tcW w:w="405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DYNAMIC OF FAITH 2</w:t>
                                  </w:r>
                                </w:p>
                              </w:tc>
                              <w:tc>
                                <w:tcPr>
                                  <w:tcW w:w="126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62A72">
                                    <w:rPr>
                                      <w:rFonts w:cs="Times New Roman"/>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p>
                              </w:tc>
                            </w:tr>
                            <w:tr w:rsidR="003A37E7" w:rsidRPr="00162A72" w:rsidTr="00162A72">
                              <w:trPr>
                                <w:cnfStyle w:val="000000010000" w:firstRow="0" w:lastRow="0" w:firstColumn="0" w:lastColumn="0" w:oddVBand="0" w:evenVBand="0" w:oddHBand="0" w:evenHBand="1"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BUS 339</w:t>
                                  </w:r>
                                </w:p>
                              </w:tc>
                              <w:tc>
                                <w:tcPr>
                                  <w:tcW w:w="4050" w:type="dxa"/>
                                  <w:vAlign w:val="center"/>
                                </w:tcPr>
                                <w:p w:rsidR="003A37E7" w:rsidRPr="00162A72" w:rsidRDefault="00731670"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Pr>
                                      <w:rFonts w:cs="Times New Roman"/>
                                      <w:sz w:val="24"/>
                                      <w:szCs w:val="24"/>
                                    </w:rPr>
                                    <w:t>RESEARCH METHODOLOGY</w:t>
                                  </w:r>
                                </w:p>
                              </w:tc>
                              <w:tc>
                                <w:tcPr>
                                  <w:tcW w:w="1260" w:type="dxa"/>
                                  <w:vAlign w:val="center"/>
                                </w:tcPr>
                                <w:p w:rsidR="003A37E7" w:rsidRPr="00162A72"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162A72">
                                    <w:rPr>
                                      <w:rFonts w:cs="Times New Roman"/>
                                      <w:sz w:val="24"/>
                                      <w:szCs w:val="24"/>
                                    </w:rPr>
                                    <w:t>3</w:t>
                                  </w:r>
                                </w:p>
                              </w:tc>
                            </w:tr>
                            <w:tr w:rsidR="003A37E7" w:rsidRPr="00162A72" w:rsidTr="00162A72">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BUS 401</w:t>
                                  </w:r>
                                </w:p>
                              </w:tc>
                              <w:tc>
                                <w:tcPr>
                                  <w:tcW w:w="405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162A72">
                                    <w:rPr>
                                      <w:rFonts w:cs="Times New Roman"/>
                                      <w:sz w:val="24"/>
                                      <w:szCs w:val="24"/>
                                    </w:rPr>
                                    <w:t>LEADERSHIP SKILLS TRAINING SEMINAR</w:t>
                                  </w:r>
                                </w:p>
                              </w:tc>
                              <w:tc>
                                <w:tcPr>
                                  <w:tcW w:w="126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162A72">
                                    <w:rPr>
                                      <w:rFonts w:cs="Times New Roman"/>
                                      <w:sz w:val="24"/>
                                      <w:szCs w:val="24"/>
                                    </w:rPr>
                                    <w:t>2</w:t>
                                  </w:r>
                                </w:p>
                              </w:tc>
                            </w:tr>
                            <w:tr w:rsidR="003A37E7" w:rsidRPr="00162A72" w:rsidTr="00162A72">
                              <w:trPr>
                                <w:cnfStyle w:val="000000010000" w:firstRow="0" w:lastRow="0" w:firstColumn="0" w:lastColumn="0" w:oddVBand="0" w:evenVBand="0" w:oddHBand="0" w:evenHBand="1" w:firstRowFirstColumn="0" w:firstRowLastColumn="0" w:lastRowFirstColumn="0" w:lastRowLastColumn="0"/>
                                <w:trHeight w:val="478"/>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BUS 404</w:t>
                                  </w:r>
                                </w:p>
                              </w:tc>
                              <w:tc>
                                <w:tcPr>
                                  <w:tcW w:w="4050" w:type="dxa"/>
                                  <w:vAlign w:val="center"/>
                                </w:tcPr>
                                <w:p w:rsidR="003A37E7" w:rsidRPr="00162A72"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162A72">
                                    <w:rPr>
                                      <w:rFonts w:cs="Times New Roman"/>
                                      <w:sz w:val="24"/>
                                      <w:szCs w:val="24"/>
                                    </w:rPr>
                                    <w:t>PROJECT MANAGEMENT</w:t>
                                  </w:r>
                                </w:p>
                              </w:tc>
                              <w:tc>
                                <w:tcPr>
                                  <w:tcW w:w="1260" w:type="dxa"/>
                                  <w:vAlign w:val="center"/>
                                </w:tcPr>
                                <w:p w:rsidR="003A37E7" w:rsidRPr="00162A72"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162A72">
                                    <w:rPr>
                                      <w:rFonts w:cs="Times New Roman"/>
                                      <w:sz w:val="24"/>
                                      <w:szCs w:val="24"/>
                                    </w:rPr>
                                    <w:t>3</w:t>
                                  </w:r>
                                </w:p>
                              </w:tc>
                            </w:tr>
                            <w:tr w:rsidR="003A37E7" w:rsidRPr="00162A72" w:rsidTr="00162A72">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ECO 411</w:t>
                                  </w:r>
                                </w:p>
                              </w:tc>
                              <w:tc>
                                <w:tcPr>
                                  <w:tcW w:w="405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162A72">
                                    <w:rPr>
                                      <w:rFonts w:cs="Times New Roman"/>
                                      <w:sz w:val="24"/>
                                      <w:szCs w:val="24"/>
                                    </w:rPr>
                                    <w:t>INTERNATIONAL TRADE THEORY</w:t>
                                  </w:r>
                                </w:p>
                              </w:tc>
                              <w:tc>
                                <w:tcPr>
                                  <w:tcW w:w="126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162A72">
                                    <w:rPr>
                                      <w:rFonts w:cs="Times New Roman"/>
                                      <w:sz w:val="24"/>
                                      <w:szCs w:val="24"/>
                                    </w:rPr>
                                    <w:t>3</w:t>
                                  </w:r>
                                </w:p>
                              </w:tc>
                            </w:tr>
                            <w:tr w:rsidR="003A37E7" w:rsidRPr="00162A72" w:rsidTr="00162A72">
                              <w:trPr>
                                <w:cnfStyle w:val="000000010000" w:firstRow="0" w:lastRow="0" w:firstColumn="0" w:lastColumn="0" w:oddVBand="0" w:evenVBand="0" w:oddHBand="0" w:evenHBand="1"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ECO 412</w:t>
                                  </w:r>
                                </w:p>
                              </w:tc>
                              <w:tc>
                                <w:tcPr>
                                  <w:tcW w:w="4050" w:type="dxa"/>
                                  <w:vAlign w:val="center"/>
                                </w:tcPr>
                                <w:p w:rsidR="003A37E7" w:rsidRPr="00162A72"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162A72">
                                    <w:rPr>
                                      <w:rFonts w:cs="Times New Roman"/>
                                      <w:sz w:val="24"/>
                                      <w:szCs w:val="24"/>
                                    </w:rPr>
                                    <w:t>MONEY &amp; BANKING</w:t>
                                  </w:r>
                                </w:p>
                              </w:tc>
                              <w:tc>
                                <w:tcPr>
                                  <w:tcW w:w="1260" w:type="dxa"/>
                                  <w:vAlign w:val="center"/>
                                </w:tcPr>
                                <w:p w:rsidR="003A37E7" w:rsidRPr="00162A72"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162A72">
                                    <w:rPr>
                                      <w:rFonts w:cs="Times New Roman"/>
                                      <w:sz w:val="24"/>
                                      <w:szCs w:val="24"/>
                                    </w:rPr>
                                    <w:t>3</w:t>
                                  </w:r>
                                </w:p>
                              </w:tc>
                            </w:tr>
                            <w:tr w:rsidR="003A37E7" w:rsidRPr="00162A72" w:rsidTr="00162A72">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ENTR 402</w:t>
                                  </w:r>
                                </w:p>
                              </w:tc>
                              <w:tc>
                                <w:tcPr>
                                  <w:tcW w:w="405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162A72">
                                    <w:rPr>
                                      <w:rFonts w:cs="Times New Roman"/>
                                      <w:sz w:val="24"/>
                                      <w:szCs w:val="24"/>
                                    </w:rPr>
                                    <w:t>ENTREPRENEURSHIP IN EDUCATION I</w:t>
                                  </w:r>
                                </w:p>
                              </w:tc>
                              <w:tc>
                                <w:tcPr>
                                  <w:tcW w:w="126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162A72">
                                    <w:rPr>
                                      <w:rFonts w:cs="Times New Roman"/>
                                      <w:sz w:val="24"/>
                                      <w:szCs w:val="24"/>
                                    </w:rPr>
                                    <w:t>1</w:t>
                                  </w:r>
                                </w:p>
                              </w:tc>
                            </w:tr>
                            <w:tr w:rsidR="007A7B10" w:rsidRPr="00162A72" w:rsidTr="00162A72">
                              <w:trPr>
                                <w:cnfStyle w:val="000000010000" w:firstRow="0" w:lastRow="0" w:firstColumn="0" w:lastColumn="0" w:oddVBand="0" w:evenVBand="0" w:oddHBand="0" w:evenHBand="1"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170" w:type="dxa"/>
                                  <w:vAlign w:val="center"/>
                                </w:tcPr>
                                <w:p w:rsidR="007A7B10" w:rsidRPr="00162A72" w:rsidRDefault="007A7B10" w:rsidP="001075C3">
                                  <w:pPr>
                                    <w:jc w:val="center"/>
                                    <w:rPr>
                                      <w:rFonts w:cs="Times New Roman"/>
                                      <w:sz w:val="24"/>
                                      <w:szCs w:val="24"/>
                                    </w:rPr>
                                  </w:pPr>
                                  <w:r>
                                    <w:rPr>
                                      <w:rFonts w:cs="Times New Roman"/>
                                      <w:sz w:val="24"/>
                                      <w:szCs w:val="24"/>
                                    </w:rPr>
                                    <w:t>MINOR</w:t>
                                  </w:r>
                                </w:p>
                              </w:tc>
                              <w:tc>
                                <w:tcPr>
                                  <w:tcW w:w="4050" w:type="dxa"/>
                                  <w:vAlign w:val="center"/>
                                </w:tcPr>
                                <w:p w:rsidR="007A7B10" w:rsidRPr="00162A72" w:rsidRDefault="007A7B10"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p>
                              </w:tc>
                              <w:tc>
                                <w:tcPr>
                                  <w:tcW w:w="1260" w:type="dxa"/>
                                  <w:vAlign w:val="center"/>
                                </w:tcPr>
                                <w:p w:rsidR="007A7B10" w:rsidRPr="00162A72" w:rsidRDefault="007A7B10"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Pr>
                                      <w:rFonts w:cs="Times New Roman"/>
                                      <w:sz w:val="24"/>
                                      <w:szCs w:val="24"/>
                                    </w:rPr>
                                    <w:t>3</w:t>
                                  </w:r>
                                </w:p>
                              </w:tc>
                            </w:tr>
                            <w:tr w:rsidR="007A7B10" w:rsidRPr="00162A72" w:rsidTr="00162A72">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170" w:type="dxa"/>
                                  <w:vAlign w:val="center"/>
                                </w:tcPr>
                                <w:p w:rsidR="007A7B10" w:rsidRPr="00162A72" w:rsidRDefault="007A7B10" w:rsidP="001075C3">
                                  <w:pPr>
                                    <w:jc w:val="center"/>
                                    <w:rPr>
                                      <w:rFonts w:cs="Times New Roman"/>
                                      <w:sz w:val="24"/>
                                      <w:szCs w:val="24"/>
                                    </w:rPr>
                                  </w:pPr>
                                  <w:r>
                                    <w:rPr>
                                      <w:rFonts w:cs="Times New Roman"/>
                                      <w:sz w:val="24"/>
                                      <w:szCs w:val="24"/>
                                    </w:rPr>
                                    <w:t>MINOR</w:t>
                                  </w:r>
                                </w:p>
                              </w:tc>
                              <w:tc>
                                <w:tcPr>
                                  <w:tcW w:w="4050" w:type="dxa"/>
                                  <w:vAlign w:val="center"/>
                                </w:tcPr>
                                <w:p w:rsidR="007A7B10" w:rsidRPr="00162A72" w:rsidRDefault="007A7B10"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p>
                              </w:tc>
                              <w:tc>
                                <w:tcPr>
                                  <w:tcW w:w="1260" w:type="dxa"/>
                                  <w:vAlign w:val="center"/>
                                </w:tcPr>
                                <w:p w:rsidR="007A7B10" w:rsidRPr="00162A72" w:rsidRDefault="007A7B10"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Pr>
                                      <w:rFonts w:cs="Times New Roman"/>
                                      <w:sz w:val="24"/>
                                      <w:szCs w:val="24"/>
                                    </w:rPr>
                                    <w:t>3</w:t>
                                  </w:r>
                                </w:p>
                              </w:tc>
                            </w:tr>
                            <w:tr w:rsidR="003A37E7" w:rsidRPr="00162A72" w:rsidTr="003D10EC">
                              <w:trPr>
                                <w:cnfStyle w:val="000000010000" w:firstRow="0" w:lastRow="0" w:firstColumn="0" w:lastColumn="0" w:oddVBand="0" w:evenVBand="0" w:oddHBand="0" w:evenHBand="1" w:firstRowFirstColumn="0" w:firstRowLastColumn="0" w:lastRowFirstColumn="0" w:lastRowLastColumn="0"/>
                                <w:trHeight w:val="778"/>
                              </w:trPr>
                              <w:tc>
                                <w:tcPr>
                                  <w:cnfStyle w:val="001000000000" w:firstRow="0" w:lastRow="0" w:firstColumn="1" w:lastColumn="0" w:oddVBand="0" w:evenVBand="0" w:oddHBand="0" w:evenHBand="0" w:firstRowFirstColumn="0" w:firstRowLastColumn="0" w:lastRowFirstColumn="0" w:lastRowLastColumn="0"/>
                                  <w:tcW w:w="5220" w:type="dxa"/>
                                  <w:gridSpan w:val="2"/>
                                  <w:vAlign w:val="center"/>
                                </w:tcPr>
                                <w:p w:rsidR="003A37E7" w:rsidRPr="00162A72" w:rsidRDefault="003A37E7" w:rsidP="001075C3">
                                  <w:pPr>
                                    <w:jc w:val="center"/>
                                    <w:rPr>
                                      <w:rFonts w:cs="Times New Roman"/>
                                      <w:sz w:val="24"/>
                                      <w:szCs w:val="24"/>
                                    </w:rPr>
                                  </w:pPr>
                                  <w:r w:rsidRPr="00162A72">
                                    <w:rPr>
                                      <w:rFonts w:cs="Times New Roman"/>
                                      <w:sz w:val="24"/>
                                      <w:szCs w:val="24"/>
                                    </w:rPr>
                                    <w:t xml:space="preserve">TOTAL </w:t>
                                  </w:r>
                                  <w:r w:rsidRPr="00162A72">
                                    <w:rPr>
                                      <w:rFonts w:cs="Times New Roman"/>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260" w:type="dxa"/>
                                  <w:vAlign w:val="center"/>
                                </w:tcPr>
                                <w:p w:rsidR="003A37E7" w:rsidRPr="00162A72" w:rsidRDefault="007A7B10"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Pr>
                                      <w:rFonts w:cs="Times New Roman"/>
                                      <w:sz w:val="24"/>
                                      <w:szCs w:val="24"/>
                                    </w:rPr>
                                    <w:t>23</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2ED975" id="Text Box 51" o:spid="_x0000_s1095" type="#_x0000_t202" style="position:absolute;left:0;text-align:left;margin-left:25.9pt;margin-top:27.7pt;width:354.25pt;height:787.7pt;z-index:251702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" fillcolor="white [3201]" stroked="f" strokeweight=".5pt">
                <v:textbox>
                  <w:txbxContent>
                    <w:tbl>
                      <w:tblPr>
                        <w:tblStyle w:val="LightGrid"/>
                        <w:tblW w:w="6480" w:type="dxa"/>
                        <w:tblInd w:w="-10" w:type="dxa"/>
                        <w:tblLayout w:type="fixed"/>
                        <w:tblLook w:val="04A0" w:firstRow="1" w:lastRow="0" w:firstColumn="1" w:lastColumn="0" w:noHBand="0" w:noVBand="1"/>
                      </w:tblPr>
                      <w:tblGrid>
                        <w:gridCol w:w="1170"/>
                        <w:gridCol w:w="4050"/>
                        <w:gridCol w:w="1260"/>
                      </w:tblGrid>
                      <w:tr w:rsidR="003A37E7" w:rsidRPr="00162A72" w:rsidTr="003D10EC">
                        <w:trPr>
                          <w:cnfStyle w:val="100000000000" w:firstRow="1" w:lastRow="0" w:firstColumn="0" w:lastColumn="0" w:oddVBand="0" w:evenVBand="0" w:oddHBand="0"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6480" w:type="dxa"/>
                            <w:gridSpan w:val="3"/>
                            <w:vAlign w:val="center"/>
                          </w:tcPr>
                          <w:p w:rsidR="003A37E7" w:rsidRPr="00162A72" w:rsidRDefault="003A37E7" w:rsidP="0036560B">
                            <w:pPr>
                              <w:jc w:val="center"/>
                              <w:rPr>
                                <w:rFonts w:cs="Times New Roman"/>
                                <w:color w:val="FF0000"/>
                                <w:sz w:val="24"/>
                                <w:szCs w:val="24"/>
                              </w:rPr>
                            </w:pPr>
                            <w:r w:rsidRPr="00162A72">
                              <w:rPr>
                                <w:rFonts w:cs="Times New Roman"/>
                                <w:color w:val="FF0000"/>
                                <w:sz w:val="24"/>
                                <w:szCs w:val="24"/>
                              </w:rPr>
                              <w:t>BSC. ECONOMICS AND FINANCE</w:t>
                            </w:r>
                          </w:p>
                        </w:tc>
                      </w:tr>
                      <w:tr w:rsidR="003A37E7" w:rsidRPr="00162A72" w:rsidTr="003D10EC">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6480" w:type="dxa"/>
                            <w:gridSpan w:val="3"/>
                            <w:vAlign w:val="center"/>
                          </w:tcPr>
                          <w:p w:rsidR="003A37E7" w:rsidRPr="00162A72" w:rsidRDefault="003A37E7" w:rsidP="001075C3">
                            <w:pPr>
                              <w:jc w:val="center"/>
                              <w:rPr>
                                <w:rFonts w:cs="Times New Roman"/>
                                <w:sz w:val="24"/>
                                <w:szCs w:val="24"/>
                              </w:rPr>
                            </w:pPr>
                            <w:r w:rsidRPr="00162A72">
                              <w:rPr>
                                <w:rFonts w:cs="Times New Roman"/>
                                <w:sz w:val="24"/>
                                <w:szCs w:val="24"/>
                              </w:rPr>
                              <w:t>JUNIOR YEAR (YEARIII) - SECOND SEMESTER</w:t>
                            </w:r>
                          </w:p>
                        </w:tc>
                      </w:tr>
                      <w:tr w:rsidR="003A37E7" w:rsidRPr="00162A72" w:rsidTr="00162A72">
                        <w:trPr>
                          <w:cnfStyle w:val="000000010000" w:firstRow="0" w:lastRow="0" w:firstColumn="0" w:lastColumn="0" w:oddVBand="0" w:evenVBand="0" w:oddHBand="0" w:evenHBand="1" w:firstRowFirstColumn="0" w:firstRowLastColumn="0" w:lastRowFirstColumn="0" w:lastRowLastColumn="0"/>
                          <w:trHeight w:val="545"/>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COURSE CODE</w:t>
                            </w:r>
                          </w:p>
                        </w:tc>
                        <w:tc>
                          <w:tcPr>
                            <w:tcW w:w="4050" w:type="dxa"/>
                            <w:vAlign w:val="center"/>
                          </w:tcPr>
                          <w:p w:rsidR="003A37E7" w:rsidRPr="00162A72"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162A72">
                              <w:rPr>
                                <w:rFonts w:cs="Times New Roman"/>
                                <w:b/>
                                <w:sz w:val="24"/>
                                <w:szCs w:val="24"/>
                              </w:rPr>
                              <w:t>COURSE TITLE</w:t>
                            </w:r>
                          </w:p>
                        </w:tc>
                        <w:tc>
                          <w:tcPr>
                            <w:tcW w:w="1260" w:type="dxa"/>
                            <w:vAlign w:val="center"/>
                          </w:tcPr>
                          <w:p w:rsidR="003A37E7" w:rsidRPr="00162A72"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162A72">
                              <w:rPr>
                                <w:rFonts w:cs="Times New Roman"/>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162A72" w:rsidTr="00162A72">
                        <w:trPr>
                          <w:cnfStyle w:val="000000100000" w:firstRow="0" w:lastRow="0" w:firstColumn="0" w:lastColumn="0" w:oddVBand="0" w:evenVBand="0" w:oddHBand="1"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GEN 108</w:t>
                            </w:r>
                          </w:p>
                        </w:tc>
                        <w:tc>
                          <w:tcPr>
                            <w:tcW w:w="405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162A72">
                              <w:rPr>
                                <w:rFonts w:cs="Times New Roman"/>
                                <w:b/>
                                <w:sz w:val="24"/>
                                <w:szCs w:val="24"/>
                              </w:rPr>
                              <w:t>DYNAMIC OF FAITH 2</w:t>
                            </w:r>
                          </w:p>
                        </w:tc>
                        <w:tc>
                          <w:tcPr>
                            <w:tcW w:w="126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62A72">
                              <w:rPr>
                                <w:rFonts w:cs="Times New Roman"/>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p>
                        </w:tc>
                      </w:tr>
                      <w:tr w:rsidR="003A37E7" w:rsidRPr="00162A72" w:rsidTr="00162A72">
                        <w:trPr>
                          <w:cnfStyle w:val="000000010000" w:firstRow="0" w:lastRow="0" w:firstColumn="0" w:lastColumn="0" w:oddVBand="0" w:evenVBand="0" w:oddHBand="0" w:evenHBand="1"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BUS 339</w:t>
                            </w:r>
                          </w:p>
                        </w:tc>
                        <w:tc>
                          <w:tcPr>
                            <w:tcW w:w="4050" w:type="dxa"/>
                            <w:vAlign w:val="center"/>
                          </w:tcPr>
                          <w:p w:rsidR="003A37E7" w:rsidRPr="00162A72" w:rsidRDefault="00731670"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Pr>
                                <w:rFonts w:cs="Times New Roman"/>
                                <w:sz w:val="24"/>
                                <w:szCs w:val="24"/>
                              </w:rPr>
                              <w:t>RESEARCH METHODOLOGY</w:t>
                            </w:r>
                          </w:p>
                        </w:tc>
                        <w:tc>
                          <w:tcPr>
                            <w:tcW w:w="1260" w:type="dxa"/>
                            <w:vAlign w:val="center"/>
                          </w:tcPr>
                          <w:p w:rsidR="003A37E7" w:rsidRPr="00162A72"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162A72">
                              <w:rPr>
                                <w:rFonts w:cs="Times New Roman"/>
                                <w:sz w:val="24"/>
                                <w:szCs w:val="24"/>
                              </w:rPr>
                              <w:t>3</w:t>
                            </w:r>
                          </w:p>
                        </w:tc>
                      </w:tr>
                      <w:tr w:rsidR="003A37E7" w:rsidRPr="00162A72" w:rsidTr="00162A72">
                        <w:trPr>
                          <w:cnfStyle w:val="000000100000" w:firstRow="0" w:lastRow="0" w:firstColumn="0" w:lastColumn="0" w:oddVBand="0" w:evenVBand="0" w:oddHBand="1" w:evenHBand="0" w:firstRowFirstColumn="0" w:firstRowLastColumn="0" w:lastRowFirstColumn="0" w:lastRowLastColumn="0"/>
                          <w:trHeight w:val="244"/>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BUS 401</w:t>
                            </w:r>
                          </w:p>
                        </w:tc>
                        <w:tc>
                          <w:tcPr>
                            <w:tcW w:w="405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162A72">
                              <w:rPr>
                                <w:rFonts w:cs="Times New Roman"/>
                                <w:sz w:val="24"/>
                                <w:szCs w:val="24"/>
                              </w:rPr>
                              <w:t>LEADERSHIP SKILLS TRAINING SEMINAR</w:t>
                            </w:r>
                          </w:p>
                        </w:tc>
                        <w:tc>
                          <w:tcPr>
                            <w:tcW w:w="126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162A72">
                              <w:rPr>
                                <w:rFonts w:cs="Times New Roman"/>
                                <w:sz w:val="24"/>
                                <w:szCs w:val="24"/>
                              </w:rPr>
                              <w:t>2</w:t>
                            </w:r>
                          </w:p>
                        </w:tc>
                      </w:tr>
                      <w:tr w:rsidR="003A37E7" w:rsidRPr="00162A72" w:rsidTr="00162A72">
                        <w:trPr>
                          <w:cnfStyle w:val="000000010000" w:firstRow="0" w:lastRow="0" w:firstColumn="0" w:lastColumn="0" w:oddVBand="0" w:evenVBand="0" w:oddHBand="0" w:evenHBand="1" w:firstRowFirstColumn="0" w:firstRowLastColumn="0" w:lastRowFirstColumn="0" w:lastRowLastColumn="0"/>
                          <w:trHeight w:val="478"/>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BUS 404</w:t>
                            </w:r>
                          </w:p>
                        </w:tc>
                        <w:tc>
                          <w:tcPr>
                            <w:tcW w:w="4050" w:type="dxa"/>
                            <w:vAlign w:val="center"/>
                          </w:tcPr>
                          <w:p w:rsidR="003A37E7" w:rsidRPr="00162A72"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162A72">
                              <w:rPr>
                                <w:rFonts w:cs="Times New Roman"/>
                                <w:sz w:val="24"/>
                                <w:szCs w:val="24"/>
                              </w:rPr>
                              <w:t>PROJECT MANAGEMENT</w:t>
                            </w:r>
                          </w:p>
                        </w:tc>
                        <w:tc>
                          <w:tcPr>
                            <w:tcW w:w="1260" w:type="dxa"/>
                            <w:vAlign w:val="center"/>
                          </w:tcPr>
                          <w:p w:rsidR="003A37E7" w:rsidRPr="00162A72"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162A72">
                              <w:rPr>
                                <w:rFonts w:cs="Times New Roman"/>
                                <w:sz w:val="24"/>
                                <w:szCs w:val="24"/>
                              </w:rPr>
                              <w:t>3</w:t>
                            </w:r>
                          </w:p>
                        </w:tc>
                      </w:tr>
                      <w:tr w:rsidR="003A37E7" w:rsidRPr="00162A72" w:rsidTr="00162A72">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ECO 411</w:t>
                            </w:r>
                          </w:p>
                        </w:tc>
                        <w:tc>
                          <w:tcPr>
                            <w:tcW w:w="405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162A72">
                              <w:rPr>
                                <w:rFonts w:cs="Times New Roman"/>
                                <w:sz w:val="24"/>
                                <w:szCs w:val="24"/>
                              </w:rPr>
                              <w:t>INTERNATIONAL TRADE THEORY</w:t>
                            </w:r>
                          </w:p>
                        </w:tc>
                        <w:tc>
                          <w:tcPr>
                            <w:tcW w:w="126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162A72">
                              <w:rPr>
                                <w:rFonts w:cs="Times New Roman"/>
                                <w:sz w:val="24"/>
                                <w:szCs w:val="24"/>
                              </w:rPr>
                              <w:t>3</w:t>
                            </w:r>
                          </w:p>
                        </w:tc>
                      </w:tr>
                      <w:tr w:rsidR="003A37E7" w:rsidRPr="00162A72" w:rsidTr="00162A72">
                        <w:trPr>
                          <w:cnfStyle w:val="000000010000" w:firstRow="0" w:lastRow="0" w:firstColumn="0" w:lastColumn="0" w:oddVBand="0" w:evenVBand="0" w:oddHBand="0" w:evenHBand="1"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ECO 412</w:t>
                            </w:r>
                          </w:p>
                        </w:tc>
                        <w:tc>
                          <w:tcPr>
                            <w:tcW w:w="4050" w:type="dxa"/>
                            <w:vAlign w:val="center"/>
                          </w:tcPr>
                          <w:p w:rsidR="003A37E7" w:rsidRPr="00162A72"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162A72">
                              <w:rPr>
                                <w:rFonts w:cs="Times New Roman"/>
                                <w:sz w:val="24"/>
                                <w:szCs w:val="24"/>
                              </w:rPr>
                              <w:t>MONEY &amp; BANKING</w:t>
                            </w:r>
                          </w:p>
                        </w:tc>
                        <w:tc>
                          <w:tcPr>
                            <w:tcW w:w="1260" w:type="dxa"/>
                            <w:vAlign w:val="center"/>
                          </w:tcPr>
                          <w:p w:rsidR="003A37E7" w:rsidRPr="00162A72" w:rsidRDefault="003A37E7"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sidRPr="00162A72">
                              <w:rPr>
                                <w:rFonts w:cs="Times New Roman"/>
                                <w:sz w:val="24"/>
                                <w:szCs w:val="24"/>
                              </w:rPr>
                              <w:t>3</w:t>
                            </w:r>
                          </w:p>
                        </w:tc>
                      </w:tr>
                      <w:tr w:rsidR="003A37E7" w:rsidRPr="00162A72" w:rsidTr="00162A72">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170" w:type="dxa"/>
                            <w:vAlign w:val="center"/>
                          </w:tcPr>
                          <w:p w:rsidR="003A37E7" w:rsidRPr="00162A72" w:rsidRDefault="003A37E7" w:rsidP="001075C3">
                            <w:pPr>
                              <w:jc w:val="center"/>
                              <w:rPr>
                                <w:rFonts w:cs="Times New Roman"/>
                                <w:sz w:val="24"/>
                                <w:szCs w:val="24"/>
                              </w:rPr>
                            </w:pPr>
                            <w:r w:rsidRPr="00162A72">
                              <w:rPr>
                                <w:rFonts w:cs="Times New Roman"/>
                                <w:sz w:val="24"/>
                                <w:szCs w:val="24"/>
                              </w:rPr>
                              <w:t>ENTR 402</w:t>
                            </w:r>
                          </w:p>
                        </w:tc>
                        <w:tc>
                          <w:tcPr>
                            <w:tcW w:w="405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162A72">
                              <w:rPr>
                                <w:rFonts w:cs="Times New Roman"/>
                                <w:sz w:val="24"/>
                                <w:szCs w:val="24"/>
                              </w:rPr>
                              <w:t>ENTREPRENEURSHIP IN EDUCATION I</w:t>
                            </w:r>
                          </w:p>
                        </w:tc>
                        <w:tc>
                          <w:tcPr>
                            <w:tcW w:w="1260" w:type="dxa"/>
                            <w:vAlign w:val="center"/>
                          </w:tcPr>
                          <w:p w:rsidR="003A37E7" w:rsidRPr="00162A72" w:rsidRDefault="003A37E7"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sidRPr="00162A72">
                              <w:rPr>
                                <w:rFonts w:cs="Times New Roman"/>
                                <w:sz w:val="24"/>
                                <w:szCs w:val="24"/>
                              </w:rPr>
                              <w:t>1</w:t>
                            </w:r>
                          </w:p>
                        </w:tc>
                      </w:tr>
                      <w:tr w:rsidR="007A7B10" w:rsidRPr="00162A72" w:rsidTr="00162A72">
                        <w:trPr>
                          <w:cnfStyle w:val="000000010000" w:firstRow="0" w:lastRow="0" w:firstColumn="0" w:lastColumn="0" w:oddVBand="0" w:evenVBand="0" w:oddHBand="0" w:evenHBand="1"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170" w:type="dxa"/>
                            <w:vAlign w:val="center"/>
                          </w:tcPr>
                          <w:p w:rsidR="007A7B10" w:rsidRPr="00162A72" w:rsidRDefault="007A7B10" w:rsidP="001075C3">
                            <w:pPr>
                              <w:jc w:val="center"/>
                              <w:rPr>
                                <w:rFonts w:cs="Times New Roman"/>
                                <w:sz w:val="24"/>
                                <w:szCs w:val="24"/>
                              </w:rPr>
                            </w:pPr>
                            <w:r>
                              <w:rPr>
                                <w:rFonts w:cs="Times New Roman"/>
                                <w:sz w:val="24"/>
                                <w:szCs w:val="24"/>
                              </w:rPr>
                              <w:t>MINOR</w:t>
                            </w:r>
                          </w:p>
                        </w:tc>
                        <w:tc>
                          <w:tcPr>
                            <w:tcW w:w="4050" w:type="dxa"/>
                            <w:vAlign w:val="center"/>
                          </w:tcPr>
                          <w:p w:rsidR="007A7B10" w:rsidRPr="00162A72" w:rsidRDefault="007A7B10"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p>
                        </w:tc>
                        <w:tc>
                          <w:tcPr>
                            <w:tcW w:w="1260" w:type="dxa"/>
                            <w:vAlign w:val="center"/>
                          </w:tcPr>
                          <w:p w:rsidR="007A7B10" w:rsidRPr="00162A72" w:rsidRDefault="007A7B10"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Pr>
                                <w:rFonts w:cs="Times New Roman"/>
                                <w:sz w:val="24"/>
                                <w:szCs w:val="24"/>
                              </w:rPr>
                              <w:t>3</w:t>
                            </w:r>
                          </w:p>
                        </w:tc>
                      </w:tr>
                      <w:tr w:rsidR="007A7B10" w:rsidRPr="00162A72" w:rsidTr="00162A72">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1170" w:type="dxa"/>
                            <w:vAlign w:val="center"/>
                          </w:tcPr>
                          <w:p w:rsidR="007A7B10" w:rsidRPr="00162A72" w:rsidRDefault="007A7B10" w:rsidP="001075C3">
                            <w:pPr>
                              <w:jc w:val="center"/>
                              <w:rPr>
                                <w:rFonts w:cs="Times New Roman"/>
                                <w:sz w:val="24"/>
                                <w:szCs w:val="24"/>
                              </w:rPr>
                            </w:pPr>
                            <w:r>
                              <w:rPr>
                                <w:rFonts w:cs="Times New Roman"/>
                                <w:sz w:val="24"/>
                                <w:szCs w:val="24"/>
                              </w:rPr>
                              <w:t>MINOR</w:t>
                            </w:r>
                          </w:p>
                        </w:tc>
                        <w:tc>
                          <w:tcPr>
                            <w:tcW w:w="4050" w:type="dxa"/>
                            <w:vAlign w:val="center"/>
                          </w:tcPr>
                          <w:p w:rsidR="007A7B10" w:rsidRPr="00162A72" w:rsidRDefault="007A7B10"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p>
                        </w:tc>
                        <w:tc>
                          <w:tcPr>
                            <w:tcW w:w="1260" w:type="dxa"/>
                            <w:vAlign w:val="center"/>
                          </w:tcPr>
                          <w:p w:rsidR="007A7B10" w:rsidRPr="00162A72" w:rsidRDefault="007A7B10" w:rsidP="001075C3">
                            <w:pPr>
                              <w:jc w:val="center"/>
                              <w:cnfStyle w:val="000000100000" w:firstRow="0" w:lastRow="0" w:firstColumn="0" w:lastColumn="0" w:oddVBand="0" w:evenVBand="0" w:oddHBand="1" w:evenHBand="0" w:firstRowFirstColumn="0" w:firstRowLastColumn="0" w:lastRowFirstColumn="0" w:lastRowLastColumn="0"/>
                              <w:rPr>
                                <w:rFonts w:cs="Times New Roman"/>
                                <w:sz w:val="24"/>
                                <w:szCs w:val="24"/>
                              </w:rPr>
                            </w:pPr>
                            <w:r>
                              <w:rPr>
                                <w:rFonts w:cs="Times New Roman"/>
                                <w:sz w:val="24"/>
                                <w:szCs w:val="24"/>
                              </w:rPr>
                              <w:t>3</w:t>
                            </w:r>
                          </w:p>
                        </w:tc>
                      </w:tr>
                      <w:tr w:rsidR="003A37E7" w:rsidRPr="00162A72" w:rsidTr="003D10EC">
                        <w:trPr>
                          <w:cnfStyle w:val="000000010000" w:firstRow="0" w:lastRow="0" w:firstColumn="0" w:lastColumn="0" w:oddVBand="0" w:evenVBand="0" w:oddHBand="0" w:evenHBand="1" w:firstRowFirstColumn="0" w:firstRowLastColumn="0" w:lastRowFirstColumn="0" w:lastRowLastColumn="0"/>
                          <w:trHeight w:val="778"/>
                        </w:trPr>
                        <w:tc>
                          <w:tcPr>
                            <w:cnfStyle w:val="001000000000" w:firstRow="0" w:lastRow="0" w:firstColumn="1" w:lastColumn="0" w:oddVBand="0" w:evenVBand="0" w:oddHBand="0" w:evenHBand="0" w:firstRowFirstColumn="0" w:firstRowLastColumn="0" w:lastRowFirstColumn="0" w:lastRowLastColumn="0"/>
                            <w:tcW w:w="5220" w:type="dxa"/>
                            <w:gridSpan w:val="2"/>
                            <w:vAlign w:val="center"/>
                          </w:tcPr>
                          <w:p w:rsidR="003A37E7" w:rsidRPr="00162A72" w:rsidRDefault="003A37E7" w:rsidP="001075C3">
                            <w:pPr>
                              <w:jc w:val="center"/>
                              <w:rPr>
                                <w:rFonts w:cs="Times New Roman"/>
                                <w:sz w:val="24"/>
                                <w:szCs w:val="24"/>
                              </w:rPr>
                            </w:pPr>
                            <w:r w:rsidRPr="00162A72">
                              <w:rPr>
                                <w:rFonts w:cs="Times New Roman"/>
                                <w:sz w:val="24"/>
                                <w:szCs w:val="24"/>
                              </w:rPr>
                              <w:t xml:space="preserve">TOTAL </w:t>
                            </w:r>
                            <w:r w:rsidRPr="00162A72">
                              <w:rPr>
                                <w:rFonts w:cs="Times New Roman"/>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260" w:type="dxa"/>
                            <w:vAlign w:val="center"/>
                          </w:tcPr>
                          <w:p w:rsidR="003A37E7" w:rsidRPr="00162A72" w:rsidRDefault="007A7B10" w:rsidP="001075C3">
                            <w:pPr>
                              <w:jc w:val="center"/>
                              <w:cnfStyle w:val="000000010000" w:firstRow="0" w:lastRow="0" w:firstColumn="0" w:lastColumn="0" w:oddVBand="0" w:evenVBand="0" w:oddHBand="0" w:evenHBand="1" w:firstRowFirstColumn="0" w:firstRowLastColumn="0" w:lastRowFirstColumn="0" w:lastRowLastColumn="0"/>
                              <w:rPr>
                                <w:rFonts w:cs="Times New Roman"/>
                                <w:sz w:val="24"/>
                                <w:szCs w:val="24"/>
                              </w:rPr>
                            </w:pPr>
                            <w:r>
                              <w:rPr>
                                <w:rFonts w:cs="Times New Roman"/>
                                <w:sz w:val="24"/>
                                <w:szCs w:val="24"/>
                              </w:rPr>
                              <w:t>23</w:t>
                            </w:r>
                          </w:p>
                        </w:tc>
                      </w:tr>
                    </w:tbl>
                    <w:p w:rsidR="003A37E7" w:rsidRDefault="003A37E7"/>
                  </w:txbxContent>
                </v:textbox>
                <w10:wrap anchorx="page"/>
              </v:shape>
            </w:pict>
          </mc:Fallback>
        </mc:AlternateContent>
      </w:r>
    </w:p>
    <w:p w:rsidR="001075C3" w:rsidRDefault="001075C3" w:rsidP="00412947">
      <w:pPr>
        <w:jc w:val="center"/>
      </w:pPr>
    </w:p>
    <w:p w:rsidR="001075C3" w:rsidRDefault="001075C3" w:rsidP="00412947">
      <w:pPr>
        <w:jc w:val="center"/>
      </w:pPr>
    </w:p>
    <w:p w:rsidR="001075C3" w:rsidRDefault="001075C3" w:rsidP="00412947">
      <w:pPr>
        <w:jc w:val="center"/>
      </w:pPr>
    </w:p>
    <w:p w:rsidR="001075C3" w:rsidRDefault="001075C3" w:rsidP="00412947">
      <w:pPr>
        <w:jc w:val="center"/>
      </w:pPr>
    </w:p>
    <w:p w:rsidR="001075C3" w:rsidRDefault="001075C3" w:rsidP="00412947">
      <w:pPr>
        <w:jc w:val="center"/>
      </w:pPr>
    </w:p>
    <w:p w:rsidR="001075C3" w:rsidRDefault="001075C3" w:rsidP="00412947">
      <w:pPr>
        <w:jc w:val="center"/>
      </w:pPr>
    </w:p>
    <w:p w:rsidR="001075C3" w:rsidRDefault="001075C3" w:rsidP="00412947">
      <w:pPr>
        <w:jc w:val="center"/>
      </w:pPr>
    </w:p>
    <w:p w:rsidR="001075C3" w:rsidRDefault="001075C3" w:rsidP="00412947">
      <w:pPr>
        <w:jc w:val="center"/>
      </w:pPr>
    </w:p>
    <w:p w:rsidR="001075C3" w:rsidRDefault="001075C3" w:rsidP="00412947">
      <w:pPr>
        <w:jc w:val="center"/>
      </w:pPr>
    </w:p>
    <w:p w:rsidR="001075C3" w:rsidRDefault="001075C3" w:rsidP="00412947">
      <w:pPr>
        <w:jc w:val="center"/>
      </w:pPr>
    </w:p>
    <w:p w:rsidR="001075C3" w:rsidRDefault="001075C3" w:rsidP="00412947">
      <w:pPr>
        <w:jc w:val="center"/>
      </w:pPr>
    </w:p>
    <w:p w:rsidR="001075C3" w:rsidRDefault="001075C3" w:rsidP="00412947">
      <w:pPr>
        <w:jc w:val="center"/>
      </w:pPr>
    </w:p>
    <w:p w:rsidR="001075C3" w:rsidRDefault="00BA23B2" w:rsidP="00412947">
      <w:pPr>
        <w:jc w:val="center"/>
      </w:pPr>
      <w:r>
        <w:rPr>
          <w:noProof/>
        </w:rPr>
        <w:lastRenderedPageBreak/>
        <mc:AlternateContent>
          <mc:Choice Requires="wps">
            <w:drawing>
              <wp:anchor distT="0" distB="0" distL="114300" distR="114300" simplePos="0" relativeHeight="251703296" behindDoc="0" locked="0" layoutInCell="1" allowOverlap="1" wp14:anchorId="50DABCFA" wp14:editId="7290AB1E">
                <wp:simplePos x="0" y="0"/>
                <wp:positionH relativeFrom="column">
                  <wp:posOffset>-1011588</wp:posOffset>
                </wp:positionH>
                <wp:positionV relativeFrom="paragraph">
                  <wp:posOffset>-828675</wp:posOffset>
                </wp:positionV>
                <wp:extent cx="4239491" cy="3279648"/>
                <wp:effectExtent l="0" t="0" r="8890" b="0"/>
                <wp:wrapNone/>
                <wp:docPr id="52" name="Text Box 52"/>
                <wp:cNvGraphicFramePr/>
                <a:graphic xmlns:a="http://schemas.openxmlformats.org/drawingml/2006/main">
                  <a:graphicData uri="http://schemas.microsoft.com/office/word/2010/wordprocessingShape">
                    <wps:wsp>
                      <wps:cNvSpPr txBox="1"/>
                      <wps:spPr>
                        <a:xfrm>
                          <a:off x="0" y="0"/>
                          <a:ext cx="4239491" cy="327964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290" w:type="dxa"/>
                              <w:tblLayout w:type="fixed"/>
                              <w:tblLook w:val="04A0" w:firstRow="1" w:lastRow="0" w:firstColumn="1" w:lastColumn="0" w:noHBand="0" w:noVBand="1"/>
                            </w:tblPr>
                            <w:tblGrid>
                              <w:gridCol w:w="1440"/>
                              <w:gridCol w:w="3590"/>
                              <w:gridCol w:w="1260"/>
                            </w:tblGrid>
                            <w:tr w:rsidR="003A37E7" w:rsidRPr="00162A72" w:rsidTr="00636E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36560B">
                                  <w:pPr>
                                    <w:jc w:val="center"/>
                                    <w:rPr>
                                      <w:color w:val="FF0000"/>
                                      <w:sz w:val="24"/>
                                      <w:szCs w:val="24"/>
                                    </w:rPr>
                                  </w:pPr>
                                  <w:r w:rsidRPr="00162A72">
                                    <w:rPr>
                                      <w:color w:val="FF0000"/>
                                      <w:sz w:val="24"/>
                                      <w:szCs w:val="24"/>
                                    </w:rPr>
                                    <w:t>BSC. ECONOMICS AND FINANCE</w:t>
                                  </w:r>
                                </w:p>
                              </w:tc>
                            </w:tr>
                            <w:tr w:rsidR="003A37E7" w:rsidRPr="00162A72" w:rsidTr="00636E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531ECA">
                                  <w:pPr>
                                    <w:jc w:val="center"/>
                                    <w:rPr>
                                      <w:sz w:val="24"/>
                                      <w:szCs w:val="24"/>
                                    </w:rPr>
                                  </w:pPr>
                                  <w:r w:rsidRPr="00162A72">
                                    <w:rPr>
                                      <w:sz w:val="20"/>
                                      <w:szCs w:val="20"/>
                                    </w:rPr>
                                    <w:t>SENIOR YEAR (YEARIV) - FIRST SEMESTER</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531ECA">
                                  <w:pPr>
                                    <w:jc w:val="center"/>
                                    <w:rPr>
                                      <w:sz w:val="24"/>
                                      <w:szCs w:val="24"/>
                                    </w:rPr>
                                  </w:pPr>
                                  <w:r w:rsidRPr="00162A72">
                                    <w:rPr>
                                      <w:sz w:val="24"/>
                                      <w:szCs w:val="24"/>
                                    </w:rPr>
                                    <w:t>COURSE CODE</w:t>
                                  </w:r>
                                </w:p>
                              </w:tc>
                              <w:tc>
                                <w:tcPr>
                                  <w:tcW w:w="359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COURSE TITLE</w:t>
                                  </w:r>
                                </w:p>
                              </w:tc>
                              <w:tc>
                                <w:tcPr>
                                  <w:tcW w:w="126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531ECA">
                                  <w:pPr>
                                    <w:jc w:val="center"/>
                                    <w:rPr>
                                      <w:sz w:val="24"/>
                                      <w:szCs w:val="24"/>
                                    </w:rPr>
                                  </w:pPr>
                                  <w:r w:rsidRPr="00162A72">
                                    <w:rPr>
                                      <w:sz w:val="24"/>
                                      <w:szCs w:val="24"/>
                                    </w:rPr>
                                    <w:t>ECO 413</w:t>
                                  </w:r>
                                </w:p>
                              </w:tc>
                              <w:tc>
                                <w:tcPr>
                                  <w:tcW w:w="359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PUBLIC FINANCE</w:t>
                                  </w:r>
                                </w:p>
                              </w:tc>
                              <w:tc>
                                <w:tcPr>
                                  <w:tcW w:w="126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531ECA">
                                  <w:pPr>
                                    <w:jc w:val="center"/>
                                    <w:rPr>
                                      <w:sz w:val="24"/>
                                      <w:szCs w:val="24"/>
                                    </w:rPr>
                                  </w:pPr>
                                  <w:r w:rsidRPr="00162A72">
                                    <w:rPr>
                                      <w:sz w:val="24"/>
                                      <w:szCs w:val="24"/>
                                    </w:rPr>
                                    <w:t>ECO 433</w:t>
                                  </w:r>
                                </w:p>
                              </w:tc>
                              <w:tc>
                                <w:tcPr>
                                  <w:tcW w:w="359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MANAGERIAL ECONOMICS</w:t>
                                  </w:r>
                                </w:p>
                              </w:tc>
                              <w:tc>
                                <w:tcPr>
                                  <w:tcW w:w="126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531ECA">
                                  <w:pPr>
                                    <w:jc w:val="center"/>
                                    <w:rPr>
                                      <w:rFonts w:ascii="Bahnschrift" w:hAnsi="Bahnschrift"/>
                                      <w:sz w:val="24"/>
                                      <w:szCs w:val="24"/>
                                    </w:rPr>
                                  </w:pPr>
                                  <w:r w:rsidRPr="00162A72">
                                    <w:rPr>
                                      <w:rFonts w:ascii="Bahnschrift" w:hAnsi="Bahnschrift"/>
                                      <w:sz w:val="24"/>
                                      <w:szCs w:val="24"/>
                                    </w:rPr>
                                    <w:t>ECO 440</w:t>
                                  </w:r>
                                </w:p>
                              </w:tc>
                              <w:tc>
                                <w:tcPr>
                                  <w:tcW w:w="359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4"/>
                                      <w:szCs w:val="24"/>
                                    </w:rPr>
                                  </w:pPr>
                                  <w:r w:rsidRPr="00162A72">
                                    <w:rPr>
                                      <w:rFonts w:ascii="Bahnschrift" w:hAnsi="Bahnschrift"/>
                                      <w:b/>
                                      <w:sz w:val="24"/>
                                      <w:szCs w:val="24"/>
                                    </w:rPr>
                                    <w:t>ECONOMIC DATA PROCESSING</w:t>
                                  </w:r>
                                </w:p>
                              </w:tc>
                              <w:tc>
                                <w:tcPr>
                                  <w:tcW w:w="126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531ECA">
                                  <w:pPr>
                                    <w:jc w:val="center"/>
                                    <w:rPr>
                                      <w:rFonts w:ascii="Bahnschrift" w:hAnsi="Bahnschrift"/>
                                      <w:sz w:val="24"/>
                                      <w:szCs w:val="24"/>
                                    </w:rPr>
                                  </w:pPr>
                                  <w:r w:rsidRPr="00162A72">
                                    <w:rPr>
                                      <w:rFonts w:ascii="Bahnschrift" w:hAnsi="Bahnschrift"/>
                                      <w:sz w:val="24"/>
                                      <w:szCs w:val="24"/>
                                    </w:rPr>
                                    <w:t>ECO 490</w:t>
                                  </w:r>
                                </w:p>
                              </w:tc>
                              <w:tc>
                                <w:tcPr>
                                  <w:tcW w:w="359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4"/>
                                      <w:szCs w:val="24"/>
                                    </w:rPr>
                                  </w:pPr>
                                  <w:r w:rsidRPr="00162A72">
                                    <w:rPr>
                                      <w:rFonts w:ascii="Bahnschrift" w:hAnsi="Bahnschrift"/>
                                      <w:b/>
                                      <w:sz w:val="24"/>
                                      <w:szCs w:val="24"/>
                                    </w:rPr>
                                    <w:t>DEVELOPMENT ECONOMICS</w:t>
                                  </w:r>
                                </w:p>
                              </w:tc>
                              <w:tc>
                                <w:tcPr>
                                  <w:tcW w:w="126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531ECA">
                                  <w:pPr>
                                    <w:jc w:val="center"/>
                                    <w:rPr>
                                      <w:rFonts w:ascii="Bahnschrift" w:hAnsi="Bahnschrift"/>
                                      <w:sz w:val="24"/>
                                      <w:szCs w:val="24"/>
                                    </w:rPr>
                                  </w:pPr>
                                  <w:r w:rsidRPr="00162A72">
                                    <w:rPr>
                                      <w:rFonts w:ascii="Bahnschrift" w:hAnsi="Bahnschrift"/>
                                      <w:sz w:val="24"/>
                                      <w:szCs w:val="24"/>
                                    </w:rPr>
                                    <w:t>ECO 493</w:t>
                                  </w:r>
                                </w:p>
                              </w:tc>
                              <w:tc>
                                <w:tcPr>
                                  <w:tcW w:w="359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ECONOMETRICS</w:t>
                                  </w:r>
                                </w:p>
                              </w:tc>
                              <w:tc>
                                <w:tcPr>
                                  <w:tcW w:w="126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531ECA">
                                  <w:pPr>
                                    <w:jc w:val="center"/>
                                    <w:rPr>
                                      <w:rFonts w:ascii="Bahnschrift" w:hAnsi="Bahnschrift"/>
                                      <w:sz w:val="24"/>
                                      <w:szCs w:val="24"/>
                                    </w:rPr>
                                  </w:pPr>
                                  <w:r>
                                    <w:rPr>
                                      <w:rFonts w:ascii="Bahnschrift" w:hAnsi="Bahnschrift"/>
                                      <w:sz w:val="24"/>
                                      <w:szCs w:val="24"/>
                                    </w:rPr>
                                    <w:t>GEN 109</w:t>
                                  </w:r>
                                </w:p>
                              </w:tc>
                              <w:tc>
                                <w:tcPr>
                                  <w:tcW w:w="359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0"/>
                                      <w:szCs w:val="20"/>
                                    </w:rPr>
                                    <w:t>CHRISTIAN DEVELOPMENT CHARACTER I</w:t>
                                  </w:r>
                                </w:p>
                              </w:tc>
                              <w:tc>
                                <w:tcPr>
                                  <w:tcW w:w="126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2</w:t>
                                  </w:r>
                                </w:p>
                              </w:tc>
                            </w:tr>
                            <w:tr w:rsidR="00BE4EB5" w:rsidRPr="00162A72" w:rsidTr="006075A2">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BE4EB5" w:rsidRDefault="00BE4EB5" w:rsidP="00531ECA">
                                  <w:pPr>
                                    <w:jc w:val="center"/>
                                    <w:rPr>
                                      <w:rFonts w:ascii="Bahnschrift" w:hAnsi="Bahnschrift"/>
                                      <w:sz w:val="24"/>
                                      <w:szCs w:val="24"/>
                                    </w:rPr>
                                  </w:pPr>
                                  <w:r>
                                    <w:rPr>
                                      <w:rFonts w:ascii="Bahnschrift" w:hAnsi="Bahnschrift"/>
                                      <w:sz w:val="24"/>
                                      <w:szCs w:val="24"/>
                                    </w:rPr>
                                    <w:t>MINOR</w:t>
                                  </w:r>
                                </w:p>
                              </w:tc>
                              <w:tc>
                                <w:tcPr>
                                  <w:tcW w:w="3590" w:type="dxa"/>
                                  <w:vAlign w:val="center"/>
                                </w:tcPr>
                                <w:p w:rsidR="00BE4EB5" w:rsidRDefault="00BE4EB5" w:rsidP="00531ECA">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260" w:type="dxa"/>
                                  <w:vAlign w:val="center"/>
                                </w:tcPr>
                                <w:p w:rsidR="00BE4EB5" w:rsidRDefault="00BE4EB5"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5030" w:type="dxa"/>
                                  <w:gridSpan w:val="2"/>
                                  <w:vAlign w:val="center"/>
                                </w:tcPr>
                                <w:p w:rsidR="003A37E7" w:rsidRPr="00162A72" w:rsidRDefault="003A37E7" w:rsidP="00531ECA">
                                  <w:pPr>
                                    <w:jc w:val="center"/>
                                    <w:rPr>
                                      <w:sz w:val="24"/>
                                      <w:szCs w:val="24"/>
                                    </w:rPr>
                                  </w:pPr>
                                  <w:r w:rsidRPr="00162A72">
                                    <w:rPr>
                                      <w:sz w:val="24"/>
                                      <w:szCs w:val="24"/>
                                    </w:rPr>
                                    <w:t xml:space="preserve">TOTAL </w:t>
                                  </w:r>
                                  <w:r w:rsidRPr="00162A72">
                                    <w:rPr>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260" w:type="dxa"/>
                                  <w:vAlign w:val="center"/>
                                </w:tcPr>
                                <w:p w:rsidR="003A37E7" w:rsidRPr="00162A72" w:rsidRDefault="00BE4EB5"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DABCFA" id="Text Box 52" o:spid="_x0000_s1096" type="#_x0000_t202" style="position:absolute;left:0;text-align:left;margin-left:-79.65pt;margin-top:-65.25pt;width:333.8pt;height:258.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" fillcolor="white [3201]" stroked="f" strokeweight=".5pt">
                <v:textbox>
                  <w:txbxContent>
                    <w:tbl>
                      <w:tblPr>
                        <w:tblStyle w:val="LightGrid"/>
                        <w:tblW w:w="6290" w:type="dxa"/>
                        <w:tblLayout w:type="fixed"/>
                        <w:tblLook w:val="04A0" w:firstRow="1" w:lastRow="0" w:firstColumn="1" w:lastColumn="0" w:noHBand="0" w:noVBand="1"/>
                      </w:tblPr>
                      <w:tblGrid>
                        <w:gridCol w:w="1440"/>
                        <w:gridCol w:w="3590"/>
                        <w:gridCol w:w="1260"/>
                      </w:tblGrid>
                      <w:tr w:rsidR="003A37E7" w:rsidRPr="00162A72" w:rsidTr="00636E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36560B">
                            <w:pPr>
                              <w:jc w:val="center"/>
                              <w:rPr>
                                <w:color w:val="FF0000"/>
                                <w:sz w:val="24"/>
                                <w:szCs w:val="24"/>
                              </w:rPr>
                            </w:pPr>
                            <w:r w:rsidRPr="00162A72">
                              <w:rPr>
                                <w:color w:val="FF0000"/>
                                <w:sz w:val="24"/>
                                <w:szCs w:val="24"/>
                              </w:rPr>
                              <w:t>BSC. ECONOMICS AND FINANCE</w:t>
                            </w:r>
                          </w:p>
                        </w:tc>
                      </w:tr>
                      <w:tr w:rsidR="003A37E7" w:rsidRPr="00162A72" w:rsidTr="00636E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531ECA">
                            <w:pPr>
                              <w:jc w:val="center"/>
                              <w:rPr>
                                <w:sz w:val="24"/>
                                <w:szCs w:val="24"/>
                              </w:rPr>
                            </w:pPr>
                            <w:r w:rsidRPr="00162A72">
                              <w:rPr>
                                <w:sz w:val="20"/>
                                <w:szCs w:val="20"/>
                              </w:rPr>
                              <w:t>SENIOR YEAR (YEARIV) - FIRST SEMESTER</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531ECA">
                            <w:pPr>
                              <w:jc w:val="center"/>
                              <w:rPr>
                                <w:sz w:val="24"/>
                                <w:szCs w:val="24"/>
                              </w:rPr>
                            </w:pPr>
                            <w:r w:rsidRPr="00162A72">
                              <w:rPr>
                                <w:sz w:val="24"/>
                                <w:szCs w:val="24"/>
                              </w:rPr>
                              <w:t>COURSE CODE</w:t>
                            </w:r>
                          </w:p>
                        </w:tc>
                        <w:tc>
                          <w:tcPr>
                            <w:tcW w:w="359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COURSE TITLE</w:t>
                            </w:r>
                          </w:p>
                        </w:tc>
                        <w:tc>
                          <w:tcPr>
                            <w:tcW w:w="126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531ECA">
                            <w:pPr>
                              <w:jc w:val="center"/>
                              <w:rPr>
                                <w:sz w:val="24"/>
                                <w:szCs w:val="24"/>
                              </w:rPr>
                            </w:pPr>
                            <w:r w:rsidRPr="00162A72">
                              <w:rPr>
                                <w:sz w:val="24"/>
                                <w:szCs w:val="24"/>
                              </w:rPr>
                              <w:t>ECO 413</w:t>
                            </w:r>
                          </w:p>
                        </w:tc>
                        <w:tc>
                          <w:tcPr>
                            <w:tcW w:w="359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PUBLIC FINANCE</w:t>
                            </w:r>
                          </w:p>
                        </w:tc>
                        <w:tc>
                          <w:tcPr>
                            <w:tcW w:w="126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531ECA">
                            <w:pPr>
                              <w:jc w:val="center"/>
                              <w:rPr>
                                <w:sz w:val="24"/>
                                <w:szCs w:val="24"/>
                              </w:rPr>
                            </w:pPr>
                            <w:r w:rsidRPr="00162A72">
                              <w:rPr>
                                <w:sz w:val="24"/>
                                <w:szCs w:val="24"/>
                              </w:rPr>
                              <w:t>ECO 433</w:t>
                            </w:r>
                          </w:p>
                        </w:tc>
                        <w:tc>
                          <w:tcPr>
                            <w:tcW w:w="359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MANAGERIAL ECONOMICS</w:t>
                            </w:r>
                          </w:p>
                        </w:tc>
                        <w:tc>
                          <w:tcPr>
                            <w:tcW w:w="126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531ECA">
                            <w:pPr>
                              <w:jc w:val="center"/>
                              <w:rPr>
                                <w:rFonts w:ascii="Bahnschrift" w:hAnsi="Bahnschrift"/>
                                <w:sz w:val="24"/>
                                <w:szCs w:val="24"/>
                              </w:rPr>
                            </w:pPr>
                            <w:r w:rsidRPr="00162A72">
                              <w:rPr>
                                <w:rFonts w:ascii="Bahnschrift" w:hAnsi="Bahnschrift"/>
                                <w:sz w:val="24"/>
                                <w:szCs w:val="24"/>
                              </w:rPr>
                              <w:t>ECO 440</w:t>
                            </w:r>
                          </w:p>
                        </w:tc>
                        <w:tc>
                          <w:tcPr>
                            <w:tcW w:w="359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4"/>
                                <w:szCs w:val="24"/>
                              </w:rPr>
                            </w:pPr>
                            <w:r w:rsidRPr="00162A72">
                              <w:rPr>
                                <w:rFonts w:ascii="Bahnschrift" w:hAnsi="Bahnschrift"/>
                                <w:b/>
                                <w:sz w:val="24"/>
                                <w:szCs w:val="24"/>
                              </w:rPr>
                              <w:t>ECONOMIC DATA PROCESSING</w:t>
                            </w:r>
                          </w:p>
                        </w:tc>
                        <w:tc>
                          <w:tcPr>
                            <w:tcW w:w="126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531ECA">
                            <w:pPr>
                              <w:jc w:val="center"/>
                              <w:rPr>
                                <w:rFonts w:ascii="Bahnschrift" w:hAnsi="Bahnschrift"/>
                                <w:sz w:val="24"/>
                                <w:szCs w:val="24"/>
                              </w:rPr>
                            </w:pPr>
                            <w:r w:rsidRPr="00162A72">
                              <w:rPr>
                                <w:rFonts w:ascii="Bahnschrift" w:hAnsi="Bahnschrift"/>
                                <w:sz w:val="24"/>
                                <w:szCs w:val="24"/>
                              </w:rPr>
                              <w:t>ECO 490</w:t>
                            </w:r>
                          </w:p>
                        </w:tc>
                        <w:tc>
                          <w:tcPr>
                            <w:tcW w:w="359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4"/>
                                <w:szCs w:val="24"/>
                              </w:rPr>
                            </w:pPr>
                            <w:r w:rsidRPr="00162A72">
                              <w:rPr>
                                <w:rFonts w:ascii="Bahnschrift" w:hAnsi="Bahnschrift"/>
                                <w:b/>
                                <w:sz w:val="24"/>
                                <w:szCs w:val="24"/>
                              </w:rPr>
                              <w:t>DEVELOPMENT ECONOMICS</w:t>
                            </w:r>
                          </w:p>
                        </w:tc>
                        <w:tc>
                          <w:tcPr>
                            <w:tcW w:w="126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531ECA">
                            <w:pPr>
                              <w:jc w:val="center"/>
                              <w:rPr>
                                <w:rFonts w:ascii="Bahnschrift" w:hAnsi="Bahnschrift"/>
                                <w:sz w:val="24"/>
                                <w:szCs w:val="24"/>
                              </w:rPr>
                            </w:pPr>
                            <w:r w:rsidRPr="00162A72">
                              <w:rPr>
                                <w:rFonts w:ascii="Bahnschrift" w:hAnsi="Bahnschrift"/>
                                <w:sz w:val="24"/>
                                <w:szCs w:val="24"/>
                              </w:rPr>
                              <w:t>ECO 493</w:t>
                            </w:r>
                          </w:p>
                        </w:tc>
                        <w:tc>
                          <w:tcPr>
                            <w:tcW w:w="359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ECONOMETRICS</w:t>
                            </w:r>
                          </w:p>
                        </w:tc>
                        <w:tc>
                          <w:tcPr>
                            <w:tcW w:w="126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62A72" w:rsidRDefault="003A37E7" w:rsidP="00531ECA">
                            <w:pPr>
                              <w:jc w:val="center"/>
                              <w:rPr>
                                <w:rFonts w:ascii="Bahnschrift" w:hAnsi="Bahnschrift"/>
                                <w:sz w:val="24"/>
                                <w:szCs w:val="24"/>
                              </w:rPr>
                            </w:pPr>
                            <w:r>
                              <w:rPr>
                                <w:rFonts w:ascii="Bahnschrift" w:hAnsi="Bahnschrift"/>
                                <w:sz w:val="24"/>
                                <w:szCs w:val="24"/>
                              </w:rPr>
                              <w:t>GEN 109</w:t>
                            </w:r>
                          </w:p>
                        </w:tc>
                        <w:tc>
                          <w:tcPr>
                            <w:tcW w:w="359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0"/>
                                <w:szCs w:val="20"/>
                              </w:rPr>
                              <w:t>CHRISTIAN DEVELOPMENT CHARACTER I</w:t>
                            </w:r>
                          </w:p>
                        </w:tc>
                        <w:tc>
                          <w:tcPr>
                            <w:tcW w:w="126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2</w:t>
                            </w:r>
                          </w:p>
                        </w:tc>
                      </w:tr>
                      <w:tr w:rsidR="00BE4EB5" w:rsidRPr="00162A72" w:rsidTr="006075A2">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BE4EB5" w:rsidRDefault="00BE4EB5" w:rsidP="00531ECA">
                            <w:pPr>
                              <w:jc w:val="center"/>
                              <w:rPr>
                                <w:rFonts w:ascii="Bahnschrift" w:hAnsi="Bahnschrift"/>
                                <w:sz w:val="24"/>
                                <w:szCs w:val="24"/>
                              </w:rPr>
                            </w:pPr>
                            <w:r>
                              <w:rPr>
                                <w:rFonts w:ascii="Bahnschrift" w:hAnsi="Bahnschrift"/>
                                <w:sz w:val="24"/>
                                <w:szCs w:val="24"/>
                              </w:rPr>
                              <w:t>MINOR</w:t>
                            </w:r>
                          </w:p>
                        </w:tc>
                        <w:tc>
                          <w:tcPr>
                            <w:tcW w:w="3590" w:type="dxa"/>
                            <w:vAlign w:val="center"/>
                          </w:tcPr>
                          <w:p w:rsidR="00BE4EB5" w:rsidRDefault="00BE4EB5" w:rsidP="00531ECA">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260" w:type="dxa"/>
                            <w:vAlign w:val="center"/>
                          </w:tcPr>
                          <w:p w:rsidR="00BE4EB5" w:rsidRDefault="00BE4EB5"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5030" w:type="dxa"/>
                            <w:gridSpan w:val="2"/>
                            <w:vAlign w:val="center"/>
                          </w:tcPr>
                          <w:p w:rsidR="003A37E7" w:rsidRPr="00162A72" w:rsidRDefault="003A37E7" w:rsidP="00531ECA">
                            <w:pPr>
                              <w:jc w:val="center"/>
                              <w:rPr>
                                <w:sz w:val="24"/>
                                <w:szCs w:val="24"/>
                              </w:rPr>
                            </w:pPr>
                            <w:r w:rsidRPr="00162A72">
                              <w:rPr>
                                <w:sz w:val="24"/>
                                <w:szCs w:val="24"/>
                              </w:rPr>
                              <w:t xml:space="preserve">TOTAL </w:t>
                            </w:r>
                            <w:r w:rsidRPr="00162A72">
                              <w:rPr>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260" w:type="dxa"/>
                            <w:vAlign w:val="center"/>
                          </w:tcPr>
                          <w:p w:rsidR="003A37E7" w:rsidRPr="00162A72" w:rsidRDefault="00BE4EB5"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20</w:t>
                            </w:r>
                          </w:p>
                        </w:tc>
                      </w:tr>
                    </w:tbl>
                    <w:p w:rsidR="003A37E7" w:rsidRDefault="003A37E7"/>
                  </w:txbxContent>
                </v:textbox>
              </v:shape>
            </w:pict>
          </mc:Fallback>
        </mc:AlternateContent>
      </w:r>
    </w:p>
    <w:p w:rsidR="001075C3" w:rsidRDefault="001075C3" w:rsidP="00412947">
      <w:pPr>
        <w:jc w:val="center"/>
      </w:pPr>
    </w:p>
    <w:p w:rsidR="001075C3" w:rsidRDefault="001075C3" w:rsidP="00412947">
      <w:pPr>
        <w:jc w:val="center"/>
      </w:pPr>
    </w:p>
    <w:p w:rsidR="001075C3" w:rsidRDefault="001075C3" w:rsidP="00412947">
      <w:pPr>
        <w:jc w:val="center"/>
      </w:pPr>
    </w:p>
    <w:p w:rsidR="001075C3" w:rsidRDefault="001075C3" w:rsidP="00412947">
      <w:pPr>
        <w:jc w:val="center"/>
      </w:pPr>
    </w:p>
    <w:p w:rsidR="001075C3" w:rsidRDefault="001075C3" w:rsidP="00412947">
      <w:pPr>
        <w:jc w:val="center"/>
      </w:pPr>
    </w:p>
    <w:p w:rsidR="00DD67EA" w:rsidRDefault="006910D0" w:rsidP="00412947">
      <w:pPr>
        <w:jc w:val="center"/>
      </w:pPr>
      <w:r>
        <w:rPr>
          <w:noProof/>
        </w:rPr>
        <mc:AlternateContent>
          <mc:Choice Requires="wps">
            <w:drawing>
              <wp:anchor distT="0" distB="0" distL="114300" distR="114300" simplePos="0" relativeHeight="251704320" behindDoc="0" locked="0" layoutInCell="1" allowOverlap="1" wp14:anchorId="1A384220" wp14:editId="7B4D7A85">
                <wp:simplePos x="0" y="0"/>
                <wp:positionH relativeFrom="page">
                  <wp:posOffset>451104</wp:posOffset>
                </wp:positionH>
                <wp:positionV relativeFrom="paragraph">
                  <wp:posOffset>389001</wp:posOffset>
                </wp:positionV>
                <wp:extent cx="4108862" cy="2877312"/>
                <wp:effectExtent l="0" t="0" r="6350" b="0"/>
                <wp:wrapNone/>
                <wp:docPr id="54" name="Text Box 54"/>
                <wp:cNvGraphicFramePr/>
                <a:graphic xmlns:a="http://schemas.openxmlformats.org/drawingml/2006/main">
                  <a:graphicData uri="http://schemas.microsoft.com/office/word/2010/wordprocessingShape">
                    <wps:wsp>
                      <wps:cNvSpPr txBox="1"/>
                      <wps:spPr>
                        <a:xfrm>
                          <a:off x="0" y="0"/>
                          <a:ext cx="4108862" cy="287731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290" w:type="dxa"/>
                              <w:tblInd w:w="-10" w:type="dxa"/>
                              <w:tblLayout w:type="fixed"/>
                              <w:tblLook w:val="04A0" w:firstRow="1" w:lastRow="0" w:firstColumn="1" w:lastColumn="0" w:noHBand="0" w:noVBand="1"/>
                            </w:tblPr>
                            <w:tblGrid>
                              <w:gridCol w:w="1700"/>
                              <w:gridCol w:w="3340"/>
                              <w:gridCol w:w="1250"/>
                            </w:tblGrid>
                            <w:tr w:rsidR="003A37E7" w:rsidRPr="00162A72" w:rsidTr="00162A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36560B">
                                  <w:pPr>
                                    <w:jc w:val="center"/>
                                    <w:rPr>
                                      <w:color w:val="FF0000"/>
                                      <w:sz w:val="24"/>
                                      <w:szCs w:val="24"/>
                                    </w:rPr>
                                  </w:pPr>
                                  <w:r w:rsidRPr="00162A72">
                                    <w:rPr>
                                      <w:color w:val="FF0000"/>
                                      <w:sz w:val="24"/>
                                      <w:szCs w:val="24"/>
                                    </w:rPr>
                                    <w:t>BSC. ECONOMICS AND FINANCE</w:t>
                                  </w:r>
                                </w:p>
                              </w:tc>
                            </w:tr>
                            <w:tr w:rsidR="003A37E7" w:rsidRPr="00162A72" w:rsidTr="00162A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531ECA">
                                  <w:pPr>
                                    <w:jc w:val="center"/>
                                    <w:rPr>
                                      <w:sz w:val="24"/>
                                      <w:szCs w:val="24"/>
                                    </w:rPr>
                                  </w:pPr>
                                  <w:r w:rsidRPr="00162A72">
                                    <w:rPr>
                                      <w:sz w:val="20"/>
                                      <w:szCs w:val="20"/>
                                    </w:rPr>
                                    <w:t>SENIOR YEAR (YEARIV) - SECOND SEMESTER</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vAlign w:val="center"/>
                                </w:tcPr>
                                <w:p w:rsidR="003A37E7" w:rsidRPr="00162A72" w:rsidRDefault="003A37E7" w:rsidP="00531ECA">
                                  <w:pPr>
                                    <w:jc w:val="center"/>
                                    <w:rPr>
                                      <w:sz w:val="24"/>
                                      <w:szCs w:val="24"/>
                                    </w:rPr>
                                  </w:pPr>
                                  <w:r w:rsidRPr="00162A72">
                                    <w:rPr>
                                      <w:sz w:val="24"/>
                                      <w:szCs w:val="24"/>
                                    </w:rPr>
                                    <w:t>COURSE CODE</w:t>
                                  </w:r>
                                </w:p>
                              </w:tc>
                              <w:tc>
                                <w:tcPr>
                                  <w:tcW w:w="334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COURSE TITLE</w:t>
                                  </w:r>
                                </w:p>
                              </w:tc>
                              <w:tc>
                                <w:tcPr>
                                  <w:tcW w:w="125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vAlign w:val="center"/>
                                </w:tcPr>
                                <w:p w:rsidR="003A37E7" w:rsidRPr="00162A72" w:rsidRDefault="003A37E7" w:rsidP="00531ECA">
                                  <w:pPr>
                                    <w:jc w:val="center"/>
                                    <w:rPr>
                                      <w:sz w:val="24"/>
                                      <w:szCs w:val="24"/>
                                    </w:rPr>
                                  </w:pPr>
                                  <w:r>
                                    <w:rPr>
                                      <w:sz w:val="24"/>
                                      <w:szCs w:val="24"/>
                                    </w:rPr>
                                    <w:t>ECO 495</w:t>
                                  </w:r>
                                </w:p>
                              </w:tc>
                              <w:tc>
                                <w:tcPr>
                                  <w:tcW w:w="334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LABOR ECONOMICS</w:t>
                                  </w:r>
                                </w:p>
                              </w:tc>
                              <w:tc>
                                <w:tcPr>
                                  <w:tcW w:w="125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vAlign w:val="center"/>
                                </w:tcPr>
                                <w:p w:rsidR="003A37E7" w:rsidRPr="00162A72" w:rsidRDefault="00961474" w:rsidP="00531ECA">
                                  <w:pPr>
                                    <w:jc w:val="center"/>
                                    <w:rPr>
                                      <w:sz w:val="24"/>
                                      <w:szCs w:val="24"/>
                                    </w:rPr>
                                  </w:pPr>
                                  <w:r>
                                    <w:rPr>
                                      <w:sz w:val="24"/>
                                      <w:szCs w:val="24"/>
                                    </w:rPr>
                                    <w:t>MINOR</w:t>
                                  </w:r>
                                </w:p>
                              </w:tc>
                              <w:tc>
                                <w:tcPr>
                                  <w:tcW w:w="334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p>
                              </w:tc>
                              <w:tc>
                                <w:tcPr>
                                  <w:tcW w:w="125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vAlign w:val="center"/>
                                </w:tcPr>
                                <w:p w:rsidR="003A37E7" w:rsidRPr="00162A72" w:rsidRDefault="003A37E7" w:rsidP="00531ECA">
                                  <w:pPr>
                                    <w:jc w:val="center"/>
                                    <w:rPr>
                                      <w:sz w:val="24"/>
                                      <w:szCs w:val="24"/>
                                    </w:rPr>
                                  </w:pPr>
                                  <w:r>
                                    <w:rPr>
                                      <w:sz w:val="24"/>
                                      <w:szCs w:val="24"/>
                                    </w:rPr>
                                    <w:t>BUS 444</w:t>
                                  </w:r>
                                </w:p>
                              </w:tc>
                              <w:tc>
                                <w:tcPr>
                                  <w:tcW w:w="334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FINANCIAL ACCOUNTING</w:t>
                                  </w:r>
                                </w:p>
                              </w:tc>
                              <w:tc>
                                <w:tcPr>
                                  <w:tcW w:w="125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vAlign w:val="center"/>
                                </w:tcPr>
                                <w:p w:rsidR="003A37E7" w:rsidRPr="00162A72" w:rsidRDefault="003A37E7" w:rsidP="00531ECA">
                                  <w:pPr>
                                    <w:jc w:val="center"/>
                                    <w:rPr>
                                      <w:sz w:val="24"/>
                                      <w:szCs w:val="24"/>
                                    </w:rPr>
                                  </w:pPr>
                                  <w:r>
                                    <w:rPr>
                                      <w:sz w:val="24"/>
                                      <w:szCs w:val="24"/>
                                    </w:rPr>
                                    <w:t>BUS 445</w:t>
                                  </w:r>
                                </w:p>
                              </w:tc>
                              <w:tc>
                                <w:tcPr>
                                  <w:tcW w:w="334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STATISTICS FOR MANAGER</w:t>
                                  </w:r>
                                </w:p>
                              </w:tc>
                              <w:tc>
                                <w:tcPr>
                                  <w:tcW w:w="125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vAlign w:val="center"/>
                                </w:tcPr>
                                <w:p w:rsidR="003A37E7" w:rsidRPr="00162A72" w:rsidRDefault="003A37E7" w:rsidP="00531ECA">
                                  <w:pPr>
                                    <w:jc w:val="center"/>
                                    <w:rPr>
                                      <w:sz w:val="24"/>
                                      <w:szCs w:val="24"/>
                                    </w:rPr>
                                  </w:pPr>
                                  <w:r w:rsidRPr="00162A72">
                                    <w:rPr>
                                      <w:sz w:val="24"/>
                                      <w:szCs w:val="24"/>
                                    </w:rPr>
                                    <w:t>BUS 440</w:t>
                                  </w:r>
                                </w:p>
                              </w:tc>
                              <w:tc>
                                <w:tcPr>
                                  <w:tcW w:w="334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SENIOR RESEARCH PAPER</w:t>
                                  </w:r>
                                </w:p>
                              </w:tc>
                              <w:tc>
                                <w:tcPr>
                                  <w:tcW w:w="125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6</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vAlign w:val="center"/>
                                </w:tcPr>
                                <w:p w:rsidR="003A37E7" w:rsidRPr="00162A72" w:rsidRDefault="003A37E7" w:rsidP="00531ECA">
                                  <w:pPr>
                                    <w:jc w:val="center"/>
                                    <w:rPr>
                                      <w:sz w:val="24"/>
                                      <w:szCs w:val="24"/>
                                    </w:rPr>
                                  </w:pPr>
                                  <w:r>
                                    <w:rPr>
                                      <w:sz w:val="24"/>
                                      <w:szCs w:val="24"/>
                                    </w:rPr>
                                    <w:t>GEN 110</w:t>
                                  </w:r>
                                </w:p>
                              </w:tc>
                              <w:tc>
                                <w:tcPr>
                                  <w:tcW w:w="334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0"/>
                                      <w:szCs w:val="20"/>
                                    </w:rPr>
                                    <w:t>CHRISTIAN DEVELOPMENT CHARACTER II</w:t>
                                  </w:r>
                                </w:p>
                              </w:tc>
                              <w:tc>
                                <w:tcPr>
                                  <w:tcW w:w="1250" w:type="dxa"/>
                                  <w:vAlign w:val="center"/>
                                </w:tcPr>
                                <w:p w:rsidR="003A37E7"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2</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794"/>
                              </w:trPr>
                              <w:tc>
                                <w:tcPr>
                                  <w:cnfStyle w:val="001000000000" w:firstRow="0" w:lastRow="0" w:firstColumn="1" w:lastColumn="0" w:oddVBand="0" w:evenVBand="0" w:oddHBand="0" w:evenHBand="0" w:firstRowFirstColumn="0" w:firstRowLastColumn="0" w:lastRowFirstColumn="0" w:lastRowLastColumn="0"/>
                                  <w:tcW w:w="5040" w:type="dxa"/>
                                  <w:gridSpan w:val="2"/>
                                  <w:vAlign w:val="center"/>
                                </w:tcPr>
                                <w:p w:rsidR="003A37E7" w:rsidRPr="00162A72" w:rsidRDefault="003A37E7" w:rsidP="00531ECA">
                                  <w:pPr>
                                    <w:jc w:val="center"/>
                                    <w:rPr>
                                      <w:sz w:val="24"/>
                                      <w:szCs w:val="24"/>
                                    </w:rPr>
                                  </w:pPr>
                                  <w:r w:rsidRPr="00162A72">
                                    <w:rPr>
                                      <w:sz w:val="24"/>
                                      <w:szCs w:val="24"/>
                                    </w:rPr>
                                    <w:t xml:space="preserve">TOTAL </w:t>
                                  </w:r>
                                  <w:r w:rsidRPr="00162A72">
                                    <w:rPr>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25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384220" id="Text Box 54" o:spid="_x0000_s1097" type="#_x0000_t202" style="position:absolute;left:0;text-align:left;margin-left:35.5pt;margin-top:30.65pt;width:323.55pt;height:226.55pt;z-index:251704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" fillcolor="white [3201]" stroked="f" strokeweight=".5pt">
                <v:textbox>
                  <w:txbxContent>
                    <w:tbl>
                      <w:tblPr>
                        <w:tblStyle w:val="LightGrid"/>
                        <w:tblW w:w="6290" w:type="dxa"/>
                        <w:tblInd w:w="-10" w:type="dxa"/>
                        <w:tblLayout w:type="fixed"/>
                        <w:tblLook w:val="04A0" w:firstRow="1" w:lastRow="0" w:firstColumn="1" w:lastColumn="0" w:noHBand="0" w:noVBand="1"/>
                      </w:tblPr>
                      <w:tblGrid>
                        <w:gridCol w:w="1700"/>
                        <w:gridCol w:w="3340"/>
                        <w:gridCol w:w="1250"/>
                      </w:tblGrid>
                      <w:tr w:rsidR="003A37E7" w:rsidRPr="00162A72" w:rsidTr="00162A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36560B">
                            <w:pPr>
                              <w:jc w:val="center"/>
                              <w:rPr>
                                <w:color w:val="FF0000"/>
                                <w:sz w:val="24"/>
                                <w:szCs w:val="24"/>
                              </w:rPr>
                            </w:pPr>
                            <w:r w:rsidRPr="00162A72">
                              <w:rPr>
                                <w:color w:val="FF0000"/>
                                <w:sz w:val="24"/>
                                <w:szCs w:val="24"/>
                              </w:rPr>
                              <w:t>BSC. ECONOMICS AND FINANCE</w:t>
                            </w:r>
                          </w:p>
                        </w:tc>
                      </w:tr>
                      <w:tr w:rsidR="003A37E7" w:rsidRPr="00162A72" w:rsidTr="00162A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162A72" w:rsidRDefault="003A37E7" w:rsidP="00531ECA">
                            <w:pPr>
                              <w:jc w:val="center"/>
                              <w:rPr>
                                <w:sz w:val="24"/>
                                <w:szCs w:val="24"/>
                              </w:rPr>
                            </w:pPr>
                            <w:r w:rsidRPr="00162A72">
                              <w:rPr>
                                <w:sz w:val="20"/>
                                <w:szCs w:val="20"/>
                              </w:rPr>
                              <w:t>SENIOR YEAR (YEARIV) - SECOND SEMESTER</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vAlign w:val="center"/>
                          </w:tcPr>
                          <w:p w:rsidR="003A37E7" w:rsidRPr="00162A72" w:rsidRDefault="003A37E7" w:rsidP="00531ECA">
                            <w:pPr>
                              <w:jc w:val="center"/>
                              <w:rPr>
                                <w:sz w:val="24"/>
                                <w:szCs w:val="24"/>
                              </w:rPr>
                            </w:pPr>
                            <w:r w:rsidRPr="00162A72">
                              <w:rPr>
                                <w:sz w:val="24"/>
                                <w:szCs w:val="24"/>
                              </w:rPr>
                              <w:t>COURSE CODE</w:t>
                            </w:r>
                          </w:p>
                        </w:tc>
                        <w:tc>
                          <w:tcPr>
                            <w:tcW w:w="334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COURSE TITLE</w:t>
                            </w:r>
                          </w:p>
                        </w:tc>
                        <w:tc>
                          <w:tcPr>
                            <w:tcW w:w="125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vAlign w:val="center"/>
                          </w:tcPr>
                          <w:p w:rsidR="003A37E7" w:rsidRPr="00162A72" w:rsidRDefault="003A37E7" w:rsidP="00531ECA">
                            <w:pPr>
                              <w:jc w:val="center"/>
                              <w:rPr>
                                <w:sz w:val="24"/>
                                <w:szCs w:val="24"/>
                              </w:rPr>
                            </w:pPr>
                            <w:r>
                              <w:rPr>
                                <w:sz w:val="24"/>
                                <w:szCs w:val="24"/>
                              </w:rPr>
                              <w:t>ECO 495</w:t>
                            </w:r>
                          </w:p>
                        </w:tc>
                        <w:tc>
                          <w:tcPr>
                            <w:tcW w:w="334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LABOR ECONOMICS</w:t>
                            </w:r>
                          </w:p>
                        </w:tc>
                        <w:tc>
                          <w:tcPr>
                            <w:tcW w:w="125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vAlign w:val="center"/>
                          </w:tcPr>
                          <w:p w:rsidR="003A37E7" w:rsidRPr="00162A72" w:rsidRDefault="00961474" w:rsidP="00531ECA">
                            <w:pPr>
                              <w:jc w:val="center"/>
                              <w:rPr>
                                <w:sz w:val="24"/>
                                <w:szCs w:val="24"/>
                              </w:rPr>
                            </w:pPr>
                            <w:r>
                              <w:rPr>
                                <w:sz w:val="24"/>
                                <w:szCs w:val="24"/>
                              </w:rPr>
                              <w:t>MINOR</w:t>
                            </w:r>
                          </w:p>
                        </w:tc>
                        <w:tc>
                          <w:tcPr>
                            <w:tcW w:w="334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p>
                        </w:tc>
                        <w:tc>
                          <w:tcPr>
                            <w:tcW w:w="125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vAlign w:val="center"/>
                          </w:tcPr>
                          <w:p w:rsidR="003A37E7" w:rsidRPr="00162A72" w:rsidRDefault="003A37E7" w:rsidP="00531ECA">
                            <w:pPr>
                              <w:jc w:val="center"/>
                              <w:rPr>
                                <w:sz w:val="24"/>
                                <w:szCs w:val="24"/>
                              </w:rPr>
                            </w:pPr>
                            <w:r>
                              <w:rPr>
                                <w:sz w:val="24"/>
                                <w:szCs w:val="24"/>
                              </w:rPr>
                              <w:t>BUS 444</w:t>
                            </w:r>
                          </w:p>
                        </w:tc>
                        <w:tc>
                          <w:tcPr>
                            <w:tcW w:w="334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FINANCIAL ACCOUNTING</w:t>
                            </w:r>
                          </w:p>
                        </w:tc>
                        <w:tc>
                          <w:tcPr>
                            <w:tcW w:w="125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vAlign w:val="center"/>
                          </w:tcPr>
                          <w:p w:rsidR="003A37E7" w:rsidRPr="00162A72" w:rsidRDefault="003A37E7" w:rsidP="00531ECA">
                            <w:pPr>
                              <w:jc w:val="center"/>
                              <w:rPr>
                                <w:sz w:val="24"/>
                                <w:szCs w:val="24"/>
                              </w:rPr>
                            </w:pPr>
                            <w:r>
                              <w:rPr>
                                <w:sz w:val="24"/>
                                <w:szCs w:val="24"/>
                              </w:rPr>
                              <w:t>BUS 445</w:t>
                            </w:r>
                          </w:p>
                        </w:tc>
                        <w:tc>
                          <w:tcPr>
                            <w:tcW w:w="334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STATISTICS FOR MANAGER</w:t>
                            </w:r>
                          </w:p>
                        </w:tc>
                        <w:tc>
                          <w:tcPr>
                            <w:tcW w:w="125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162A72">
                              <w:rPr>
                                <w:b/>
                                <w:sz w:val="24"/>
                                <w:szCs w:val="24"/>
                              </w:rPr>
                              <w:t>3</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vAlign w:val="center"/>
                          </w:tcPr>
                          <w:p w:rsidR="003A37E7" w:rsidRPr="00162A72" w:rsidRDefault="003A37E7" w:rsidP="00531ECA">
                            <w:pPr>
                              <w:jc w:val="center"/>
                              <w:rPr>
                                <w:sz w:val="24"/>
                                <w:szCs w:val="24"/>
                              </w:rPr>
                            </w:pPr>
                            <w:r w:rsidRPr="00162A72">
                              <w:rPr>
                                <w:sz w:val="24"/>
                                <w:szCs w:val="24"/>
                              </w:rPr>
                              <w:t>BUS 440</w:t>
                            </w:r>
                          </w:p>
                        </w:tc>
                        <w:tc>
                          <w:tcPr>
                            <w:tcW w:w="334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sidRPr="00162A72">
                              <w:rPr>
                                <w:b/>
                                <w:sz w:val="24"/>
                                <w:szCs w:val="24"/>
                              </w:rPr>
                              <w:t>SENIOR RESEARCH PAPER</w:t>
                            </w:r>
                          </w:p>
                        </w:tc>
                        <w:tc>
                          <w:tcPr>
                            <w:tcW w:w="125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6</w:t>
                            </w:r>
                          </w:p>
                        </w:tc>
                      </w:tr>
                      <w:tr w:rsidR="003A37E7" w:rsidRPr="00162A7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0" w:type="dxa"/>
                            <w:vAlign w:val="center"/>
                          </w:tcPr>
                          <w:p w:rsidR="003A37E7" w:rsidRPr="00162A72" w:rsidRDefault="003A37E7" w:rsidP="00531ECA">
                            <w:pPr>
                              <w:jc w:val="center"/>
                              <w:rPr>
                                <w:sz w:val="24"/>
                                <w:szCs w:val="24"/>
                              </w:rPr>
                            </w:pPr>
                            <w:r>
                              <w:rPr>
                                <w:sz w:val="24"/>
                                <w:szCs w:val="24"/>
                              </w:rPr>
                              <w:t>GEN 110</w:t>
                            </w:r>
                          </w:p>
                        </w:tc>
                        <w:tc>
                          <w:tcPr>
                            <w:tcW w:w="3340" w:type="dxa"/>
                            <w:vAlign w:val="center"/>
                          </w:tcPr>
                          <w:p w:rsidR="003A37E7" w:rsidRPr="00162A72"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0"/>
                                <w:szCs w:val="20"/>
                              </w:rPr>
                              <w:t>CHRISTIAN DEVELOPMENT CHARACTER II</w:t>
                            </w:r>
                          </w:p>
                        </w:tc>
                        <w:tc>
                          <w:tcPr>
                            <w:tcW w:w="1250" w:type="dxa"/>
                            <w:vAlign w:val="center"/>
                          </w:tcPr>
                          <w:p w:rsidR="003A37E7" w:rsidRDefault="003A37E7" w:rsidP="00531ECA">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2</w:t>
                            </w:r>
                          </w:p>
                        </w:tc>
                      </w:tr>
                      <w:tr w:rsidR="003A37E7" w:rsidRPr="00162A72" w:rsidTr="006075A2">
                        <w:trPr>
                          <w:cnfStyle w:val="000000100000" w:firstRow="0" w:lastRow="0" w:firstColumn="0" w:lastColumn="0" w:oddVBand="0" w:evenVBand="0" w:oddHBand="1" w:evenHBand="0" w:firstRowFirstColumn="0" w:firstRowLastColumn="0" w:lastRowFirstColumn="0" w:lastRowLastColumn="0"/>
                          <w:trHeight w:val="794"/>
                        </w:trPr>
                        <w:tc>
                          <w:tcPr>
                            <w:cnfStyle w:val="001000000000" w:firstRow="0" w:lastRow="0" w:firstColumn="1" w:lastColumn="0" w:oddVBand="0" w:evenVBand="0" w:oddHBand="0" w:evenHBand="0" w:firstRowFirstColumn="0" w:firstRowLastColumn="0" w:lastRowFirstColumn="0" w:lastRowLastColumn="0"/>
                            <w:tcW w:w="5040" w:type="dxa"/>
                            <w:gridSpan w:val="2"/>
                            <w:vAlign w:val="center"/>
                          </w:tcPr>
                          <w:p w:rsidR="003A37E7" w:rsidRPr="00162A72" w:rsidRDefault="003A37E7" w:rsidP="00531ECA">
                            <w:pPr>
                              <w:jc w:val="center"/>
                              <w:rPr>
                                <w:sz w:val="24"/>
                                <w:szCs w:val="24"/>
                              </w:rPr>
                            </w:pPr>
                            <w:r w:rsidRPr="00162A72">
                              <w:rPr>
                                <w:sz w:val="24"/>
                                <w:szCs w:val="24"/>
                              </w:rPr>
                              <w:t xml:space="preserve">TOTAL </w:t>
                            </w:r>
                            <w:r w:rsidRPr="00162A72">
                              <w:rPr>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250" w:type="dxa"/>
                            <w:vAlign w:val="center"/>
                          </w:tcPr>
                          <w:p w:rsidR="003A37E7" w:rsidRPr="00162A72" w:rsidRDefault="003A37E7" w:rsidP="00531ECA">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20</w:t>
                            </w:r>
                          </w:p>
                        </w:tc>
                      </w:tr>
                    </w:tbl>
                    <w:p w:rsidR="003A37E7" w:rsidRDefault="003A37E7"/>
                  </w:txbxContent>
                </v:textbox>
                <w10:wrap anchorx="page"/>
              </v:shape>
            </w:pict>
          </mc:Fallback>
        </mc:AlternateContent>
      </w:r>
    </w:p>
    <w:p w:rsidR="00531ECA" w:rsidRDefault="00531ECA" w:rsidP="00412947">
      <w:pPr>
        <w:jc w:val="center"/>
      </w:pPr>
    </w:p>
    <w:p w:rsidR="00531ECA" w:rsidRDefault="00531ECA" w:rsidP="00412947">
      <w:pPr>
        <w:jc w:val="center"/>
      </w:pPr>
    </w:p>
    <w:p w:rsidR="00531ECA" w:rsidRDefault="00531ECA" w:rsidP="00412947">
      <w:pPr>
        <w:jc w:val="center"/>
      </w:pPr>
    </w:p>
    <w:p w:rsidR="00531ECA" w:rsidRDefault="00531ECA" w:rsidP="00412947">
      <w:pPr>
        <w:jc w:val="center"/>
      </w:pPr>
    </w:p>
    <w:p w:rsidR="00531ECA" w:rsidRDefault="00531ECA" w:rsidP="00412947">
      <w:pPr>
        <w:jc w:val="center"/>
      </w:pPr>
    </w:p>
    <w:p w:rsidR="00531ECA" w:rsidRDefault="00531ECA" w:rsidP="00412947">
      <w:pPr>
        <w:jc w:val="center"/>
      </w:pPr>
    </w:p>
    <w:p w:rsidR="00531ECA" w:rsidRDefault="00531ECA" w:rsidP="00412947">
      <w:pPr>
        <w:jc w:val="center"/>
      </w:pPr>
    </w:p>
    <w:p w:rsidR="00531ECA" w:rsidRDefault="00531ECA" w:rsidP="00412947">
      <w:pPr>
        <w:jc w:val="center"/>
      </w:pPr>
      <w:bookmarkStart w:id="9" w:name="_GoBack"/>
      <w:bookmarkEnd w:id="9"/>
    </w:p>
    <w:p w:rsidR="00531ECA" w:rsidRDefault="00531ECA" w:rsidP="00412947">
      <w:pPr>
        <w:jc w:val="center"/>
      </w:pPr>
    </w:p>
    <w:p w:rsidR="00EB4EA4" w:rsidRDefault="004D24DC" w:rsidP="000B2DD7">
      <w:pPr>
        <w:jc w:val="center"/>
      </w:pPr>
      <w:r>
        <w:rPr>
          <w:noProof/>
        </w:rPr>
        <mc:AlternateContent>
          <mc:Choice Requires="wps">
            <w:drawing>
              <wp:anchor distT="0" distB="0" distL="114300" distR="114300" simplePos="0" relativeHeight="251737088" behindDoc="0" locked="0" layoutInCell="1" allowOverlap="1" wp14:anchorId="288D8487" wp14:editId="5821FB9E">
                <wp:simplePos x="0" y="0"/>
                <wp:positionH relativeFrom="page">
                  <wp:posOffset>575310</wp:posOffset>
                </wp:positionH>
                <wp:positionV relativeFrom="paragraph">
                  <wp:posOffset>205232</wp:posOffset>
                </wp:positionV>
                <wp:extent cx="3994785" cy="642257"/>
                <wp:effectExtent l="57150" t="38100" r="81915" b="100965"/>
                <wp:wrapNone/>
                <wp:docPr id="85" name="Text Box 85"/>
                <wp:cNvGraphicFramePr/>
                <a:graphic xmlns:a="http://schemas.openxmlformats.org/drawingml/2006/main">
                  <a:graphicData uri="http://schemas.microsoft.com/office/word/2010/wordprocessingShape">
                    <wps:wsp>
                      <wps:cNvSpPr txBox="1"/>
                      <wps:spPr>
                        <a:xfrm>
                          <a:off x="0" y="0"/>
                          <a:ext cx="3994785" cy="642257"/>
                        </a:xfrm>
                        <a:prstGeom prst="rect">
                          <a:avLst/>
                        </a:prstGeom>
                        <a:ln/>
                      </wps:spPr>
                      <wps:style>
                        <a:lnRef idx="1">
                          <a:schemeClr val="accent1"/>
                        </a:lnRef>
                        <a:fillRef idx="2">
                          <a:schemeClr val="accent1"/>
                        </a:fillRef>
                        <a:effectRef idx="1">
                          <a:schemeClr val="accent1"/>
                        </a:effectRef>
                        <a:fontRef idx="minor">
                          <a:schemeClr val="dk1"/>
                        </a:fontRef>
                      </wps:style>
                      <wps:txbx>
                        <w:txbxContent>
                          <w:tbl>
                            <w:tblPr>
                              <w:tblStyle w:val="TableGrid"/>
                              <w:tblW w:w="0" w:type="auto"/>
                              <w:tblLook w:val="04A0" w:firstRow="1" w:lastRow="0" w:firstColumn="1" w:lastColumn="0" w:noHBand="0" w:noVBand="1"/>
                            </w:tblPr>
                            <w:tblGrid>
                              <w:gridCol w:w="3952"/>
                              <w:gridCol w:w="2027"/>
                            </w:tblGrid>
                            <w:tr w:rsidR="003A37E7" w:rsidRPr="00E47AC6" w:rsidTr="00990EB8">
                              <w:trPr>
                                <w:trHeight w:val="621"/>
                              </w:trPr>
                              <w:tc>
                                <w:tcPr>
                                  <w:tcW w:w="3955" w:type="dxa"/>
                                  <w:vAlign w:val="center"/>
                                </w:tcPr>
                                <w:p w:rsidR="003A37E7" w:rsidRPr="00E47AC6" w:rsidRDefault="003A37E7" w:rsidP="00990EB8">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2028" w:type="dxa"/>
                                  <w:vAlign w:val="center"/>
                                </w:tcPr>
                                <w:p w:rsidR="003A37E7" w:rsidRPr="00E47AC6" w:rsidRDefault="003A37E7" w:rsidP="00990EB8">
                                  <w:pPr>
                                    <w:jc w:val="cente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150</w:t>
                                  </w:r>
                                </w:p>
                              </w:tc>
                            </w:tr>
                          </w:tbl>
                          <w:p w:rsidR="003A37E7" w:rsidRPr="00E47AC6"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8D8487" id="Text Box 85" o:spid="_x0000_s1098" type="#_x0000_t202" style="position:absolute;left:0;text-align:left;margin-left:45.3pt;margin-top:16.15pt;width:314.55pt;height:50.55pt;z-index:251737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" fillcolor="#a7bfde [1620]" strokecolor="#4579b8 [3044]">
                <v:fill color2="#e4ecf5 [500]" rotate="t" angle="180" colors="0 #a3c4ff;22938f #bfd5ff;1 #e5eeff" focus="100%" type="gradient"/>
                <v:shadow on="t" color="black" opacity="24903f" origin=",.5" offset="0,.55556mm"/>
                <v:textbox>
                  <w:txbxContent>
                    <w:tbl>
                      <w:tblPr>
                        <w:tblStyle w:val="TableGrid"/>
                        <w:tblW w:w="0" w:type="auto"/>
                        <w:tblLook w:val="04A0" w:firstRow="1" w:lastRow="0" w:firstColumn="1" w:lastColumn="0" w:noHBand="0" w:noVBand="1"/>
                      </w:tblPr>
                      <w:tblGrid>
                        <w:gridCol w:w="3952"/>
                        <w:gridCol w:w="2027"/>
                      </w:tblGrid>
                      <w:tr w:rsidR="003A37E7" w:rsidRPr="00E47AC6" w:rsidTr="00990EB8">
                        <w:trPr>
                          <w:trHeight w:val="621"/>
                        </w:trPr>
                        <w:tc>
                          <w:tcPr>
                            <w:tcW w:w="3955" w:type="dxa"/>
                            <w:vAlign w:val="center"/>
                          </w:tcPr>
                          <w:p w:rsidR="003A37E7" w:rsidRPr="00E47AC6" w:rsidRDefault="003A37E7" w:rsidP="00990EB8">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47AC6">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2028" w:type="dxa"/>
                            <w:vAlign w:val="center"/>
                          </w:tcPr>
                          <w:p w:rsidR="003A37E7" w:rsidRPr="00E47AC6" w:rsidRDefault="003A37E7" w:rsidP="00990EB8">
                            <w:pPr>
                              <w:jc w:val="cente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150</w:t>
                            </w:r>
                          </w:p>
                        </w:tc>
                      </w:tr>
                    </w:tbl>
                    <w:p w:rsidR="003A37E7" w:rsidRPr="00E47AC6"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page"/>
              </v:shape>
            </w:pict>
          </mc:Fallback>
        </mc:AlternateContent>
      </w:r>
    </w:p>
    <w:p w:rsidR="00EB4EA4" w:rsidRDefault="00EB4EA4" w:rsidP="00C14A9C">
      <w:pPr>
        <w:pStyle w:val="NormalWeb"/>
        <w:jc w:val="center"/>
      </w:pPr>
    </w:p>
    <w:p w:rsidR="005C3791" w:rsidRDefault="00C1723E" w:rsidP="005C3791">
      <w:pPr>
        <w:pStyle w:val="NormalWeb"/>
        <w:jc w:val="center"/>
        <w:rPr>
          <w:b/>
        </w:rPr>
      </w:pPr>
      <w:r>
        <w:rPr>
          <w:noProof/>
        </w:rPr>
        <w:lastRenderedPageBreak/>
        <mc:AlternateContent>
          <mc:Choice Requires="wps">
            <w:drawing>
              <wp:anchor distT="0" distB="0" distL="114300" distR="114300" simplePos="0" relativeHeight="251752448" behindDoc="0" locked="0" layoutInCell="1" allowOverlap="1" wp14:anchorId="7903E75B" wp14:editId="25CF91DC">
                <wp:simplePos x="0" y="0"/>
                <wp:positionH relativeFrom="column">
                  <wp:posOffset>-1145540</wp:posOffset>
                </wp:positionH>
                <wp:positionV relativeFrom="paragraph">
                  <wp:posOffset>57658</wp:posOffset>
                </wp:positionV>
                <wp:extent cx="4401185" cy="951865"/>
                <wp:effectExtent l="57150" t="38100" r="75565" b="95885"/>
                <wp:wrapSquare wrapText="bothSides"/>
                <wp:docPr id="89" name="Text Box 89"/>
                <wp:cNvGraphicFramePr/>
                <a:graphic xmlns:a="http://schemas.openxmlformats.org/drawingml/2006/main">
                  <a:graphicData uri="http://schemas.microsoft.com/office/word/2010/wordprocessingShape">
                    <wps:wsp>
                      <wps:cNvSpPr txBox="1"/>
                      <wps:spPr>
                        <a:xfrm>
                          <a:off x="0" y="0"/>
                          <a:ext cx="4401185" cy="951865"/>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C1723E" w:rsidRDefault="003A37E7" w:rsidP="00C1723E">
                            <w:pPr>
                              <w:pStyle w:val="NormalWeb"/>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1723E">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SCIENCE AND TECHNOLOGY (CST)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3E75B" id="Text Box 89" o:spid="_x0000_s1099" type="#_x0000_t202" style="position:absolute;left:0;text-align:left;margin-left:-90.2pt;margin-top:4.55pt;width:346.55pt;height:74.9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" fillcolor="#a7bfde [1620]" strokecolor="#4579b8 [3044]">
                <v:fill color2="#e4ecf5 [500]" rotate="t" angle="180" colors="0 #a3c4ff;22938f #bfd5ff;1 #e5eeff" focus="100%" type="gradient"/>
                <v:shadow on="t" color="black" opacity="24903f" origin=",.5" offset="0,.55556mm"/>
                <v:textbox>
                  <w:txbxContent>
                    <w:p w:rsidR="003A37E7" w:rsidRPr="00C1723E" w:rsidRDefault="003A37E7" w:rsidP="00C1723E">
                      <w:pPr>
                        <w:pStyle w:val="NormalWeb"/>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1723E">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SCIENCE AND TECHNOLOGY (CST)</w:t>
                      </w:r>
                    </w:p>
                  </w:txbxContent>
                </v:textbox>
                <w10:wrap type="square"/>
              </v:shape>
            </w:pict>
          </mc:Fallback>
        </mc:AlternateContent>
      </w:r>
      <w:r w:rsidR="005C3791">
        <w:rPr>
          <w:noProof/>
        </w:rPr>
        <mc:AlternateContent>
          <mc:Choice Requires="wps">
            <w:drawing>
              <wp:anchor distT="0" distB="0" distL="114300" distR="114300" simplePos="0" relativeHeight="251879424" behindDoc="0" locked="0" layoutInCell="1" allowOverlap="1" wp14:anchorId="52739601" wp14:editId="374E72D0">
                <wp:simplePos x="0" y="0"/>
                <wp:positionH relativeFrom="column">
                  <wp:posOffset>36576</wp:posOffset>
                </wp:positionH>
                <wp:positionV relativeFrom="paragraph">
                  <wp:posOffset>1146049</wp:posOffset>
                </wp:positionV>
                <wp:extent cx="2353056" cy="329184"/>
                <wp:effectExtent l="57150" t="38100" r="66675" b="71120"/>
                <wp:wrapNone/>
                <wp:docPr id="183" name="Text Box 183"/>
                <wp:cNvGraphicFramePr/>
                <a:graphic xmlns:a="http://schemas.openxmlformats.org/drawingml/2006/main">
                  <a:graphicData uri="http://schemas.microsoft.com/office/word/2010/wordprocessingShape">
                    <wps:wsp>
                      <wps:cNvSpPr txBox="1"/>
                      <wps:spPr>
                        <a:xfrm>
                          <a:off x="0" y="0"/>
                          <a:ext cx="2353056" cy="329184"/>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5C3791" w:rsidRDefault="003A37E7" w:rsidP="005C3791">
                            <w:pPr>
                              <w:spacing w:before="100" w:beforeAutospacing="1" w:after="100" w:afterAutospacing="1" w:line="240" w:lineRule="auto"/>
                              <w:jc w:val="center"/>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C3791">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w:t>
                            </w:r>
                          </w:p>
                          <w:p w:rsidR="003A37E7" w:rsidRPr="005C3791" w:rsidRDefault="003A37E7" w:rsidP="005C3791">
                            <w:pPr>
                              <w:pStyle w:val="NormalWeb"/>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A37E7" w:rsidRPr="005C3791" w:rsidRDefault="003A37E7" w:rsidP="005C3791">
                            <w:pPr>
                              <w:spacing w:before="100" w:beforeAutospacing="1" w:after="100" w:afterAutospacing="1" w:line="240" w:lineRule="auto"/>
                              <w:jc w:val="center"/>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C3791">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w:t>
                            </w:r>
                          </w:p>
                          <w:p w:rsidR="003A37E7" w:rsidRPr="005C3791"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2739601" id="Text Box 183" o:spid="_x0000_s1100" type="#_x0000_t202" style="position:absolute;left:0;text-align:left;margin-left:2.9pt;margin-top:90.25pt;width:185.3pt;height:25.9pt;z-index:2518794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" fillcolor="#a7bfde [1620]" stroked="f">
                <v:fill color2="#e4ecf5 [500]" rotate="t" angle="180" colors="0 #a3c4ff;22938f #bfd5ff;1 #e5eeff" focus="100%" type="gradient"/>
                <v:shadow on="t" color="black" opacity="24903f" origin=",.5" offset="0,.55556mm"/>
                <v:textbox>
                  <w:txbxContent>
                    <w:p w:rsidR="003A37E7" w:rsidRPr="005C3791" w:rsidRDefault="003A37E7" w:rsidP="005C3791">
                      <w:pPr>
                        <w:spacing w:before="100" w:beforeAutospacing="1" w:after="100" w:afterAutospacing="1" w:line="240" w:lineRule="auto"/>
                        <w:jc w:val="center"/>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C3791">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w:t>
                      </w:r>
                    </w:p>
                    <w:p w:rsidR="003A37E7" w:rsidRPr="005C3791" w:rsidRDefault="003A37E7" w:rsidP="005C3791">
                      <w:pPr>
                        <w:pStyle w:val="NormalWeb"/>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A37E7" w:rsidRPr="005C3791" w:rsidRDefault="003A37E7" w:rsidP="005C3791">
                      <w:pPr>
                        <w:spacing w:before="100" w:beforeAutospacing="1" w:after="100" w:afterAutospacing="1" w:line="240" w:lineRule="auto"/>
                        <w:jc w:val="center"/>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C3791">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w:t>
                      </w:r>
                    </w:p>
                    <w:p w:rsidR="003A37E7" w:rsidRPr="005C3791"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C14A9C" w:rsidRPr="00C14A9C" w:rsidRDefault="00061548" w:rsidP="005C3791">
      <w:pPr>
        <w:spacing w:before="100" w:beforeAutospacing="1" w:after="100" w:afterAutospacing="1" w:line="240" w:lineRule="auto"/>
        <w:jc w:val="center"/>
        <w:rPr>
          <w:rFonts w:eastAsia="Times New Roman" w:cs="Times New Roman"/>
          <w:sz w:val="24"/>
          <w:szCs w:val="24"/>
        </w:rPr>
      </w:pPr>
      <w:r>
        <w:rPr>
          <w:rFonts w:eastAsia="Times New Roman" w:cs="Times New Roman"/>
          <w:noProof/>
          <w:sz w:val="24"/>
          <w:szCs w:val="24"/>
        </w:rPr>
        <mc:AlternateContent>
          <mc:Choice Requires="wps">
            <w:drawing>
              <wp:anchor distT="0" distB="0" distL="114300" distR="114300" simplePos="0" relativeHeight="251880448" behindDoc="0" locked="0" layoutInCell="1" allowOverlap="1">
                <wp:simplePos x="0" y="0"/>
                <wp:positionH relativeFrom="column">
                  <wp:posOffset>36576</wp:posOffset>
                </wp:positionH>
                <wp:positionV relativeFrom="paragraph">
                  <wp:posOffset>1764665</wp:posOffset>
                </wp:positionV>
                <wp:extent cx="2718816" cy="329184"/>
                <wp:effectExtent l="57150" t="38100" r="62865" b="71120"/>
                <wp:wrapNone/>
                <wp:docPr id="184" name="Text Box 184"/>
                <wp:cNvGraphicFramePr/>
                <a:graphic xmlns:a="http://schemas.openxmlformats.org/drawingml/2006/main">
                  <a:graphicData uri="http://schemas.microsoft.com/office/word/2010/wordprocessingShape">
                    <wps:wsp>
                      <wps:cNvSpPr txBox="1"/>
                      <wps:spPr>
                        <a:xfrm>
                          <a:off x="0" y="0"/>
                          <a:ext cx="2718816" cy="329184"/>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061548" w:rsidRDefault="003A37E7" w:rsidP="00061548">
                            <w:pPr>
                              <w:jc w:val="center"/>
                              <w:rPr>
                                <w:sz w:val="32"/>
                                <w:szCs w:val="32"/>
                              </w:rPr>
                            </w:pPr>
                            <w:r w:rsidRPr="00061548">
                              <w:rPr>
                                <w:rFonts w:eastAsia="Times New Roman" w:cs="Times New Roman"/>
                                <w:b/>
                                <w:sz w:val="32"/>
                                <w:szCs w:val="32"/>
                              </w:rPr>
                              <w:t>VISION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84" o:spid="_x0000_s1101" type="#_x0000_t202" style="position:absolute;left:0;text-align:left;margin-left:2.9pt;margin-top:138.95pt;width:214.1pt;height:25.9pt;z-index:251880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" fillcolor="#a7bfde [1620]" stroked="f">
                <v:fill color2="#e4ecf5 [500]" rotate="t" angle="180" colors="0 #a3c4ff;22938f #bfd5ff;1 #e5eeff" focus="100%" type="gradient"/>
                <v:shadow on="t" color="black" opacity="24903f" origin=",.5" offset="0,.55556mm"/>
                <v:textbox>
                  <w:txbxContent>
                    <w:p w:rsidR="003A37E7" w:rsidRPr="00061548" w:rsidRDefault="003A37E7" w:rsidP="00061548">
                      <w:pPr>
                        <w:jc w:val="center"/>
                        <w:rPr>
                          <w:sz w:val="32"/>
                          <w:szCs w:val="32"/>
                        </w:rPr>
                      </w:pPr>
                      <w:r w:rsidRPr="00061548">
                        <w:rPr>
                          <w:rFonts w:eastAsia="Times New Roman" w:cs="Times New Roman"/>
                          <w:b/>
                          <w:sz w:val="32"/>
                          <w:szCs w:val="32"/>
                        </w:rPr>
                        <w:t>VISION</w:t>
                      </w:r>
                    </w:p>
                  </w:txbxContent>
                </v:textbox>
              </v:shape>
            </w:pict>
          </mc:Fallback>
        </mc:AlternateContent>
      </w:r>
      <w:r w:rsidR="00C14A9C" w:rsidRPr="00C14A9C">
        <w:rPr>
          <w:rFonts w:eastAsia="Times New Roman" w:cs="Times New Roman"/>
          <w:sz w:val="24"/>
          <w:szCs w:val="24"/>
        </w:rPr>
        <w:br/>
        <w:t>The College of Science and Technology prepares students to solve real-world problems in computing and engineering. With modern laboratories, project-based learning, and internships, CST develops graduates who can design reliable systems, write efficient software, maintain critical infrastructure, and support national development.</w:t>
      </w:r>
    </w:p>
    <w:p w:rsidR="00C14A9C" w:rsidRPr="00C14A9C" w:rsidRDefault="00061548" w:rsidP="00C14A9C">
      <w:pPr>
        <w:spacing w:before="100" w:beforeAutospacing="1" w:after="100" w:afterAutospacing="1" w:line="240" w:lineRule="auto"/>
        <w:jc w:val="both"/>
        <w:rPr>
          <w:rFonts w:eastAsia="Times New Roman" w:cs="Times New Roman"/>
          <w:sz w:val="24"/>
          <w:szCs w:val="24"/>
        </w:rPr>
      </w:pPr>
      <w:r>
        <w:rPr>
          <w:rFonts w:eastAsia="Times New Roman" w:cs="Times New Roman"/>
          <w:noProof/>
          <w:sz w:val="24"/>
          <w:szCs w:val="24"/>
        </w:rPr>
        <mc:AlternateContent>
          <mc:Choice Requires="wps">
            <w:drawing>
              <wp:anchor distT="0" distB="0" distL="114300" distR="114300" simplePos="0" relativeHeight="251881472" behindDoc="0" locked="0" layoutInCell="1" allowOverlap="1">
                <wp:simplePos x="0" y="0"/>
                <wp:positionH relativeFrom="column">
                  <wp:posOffset>36576</wp:posOffset>
                </wp:positionH>
                <wp:positionV relativeFrom="paragraph">
                  <wp:posOffset>1004697</wp:posOffset>
                </wp:positionV>
                <wp:extent cx="2718435" cy="329184"/>
                <wp:effectExtent l="57150" t="38100" r="81915" b="90170"/>
                <wp:wrapNone/>
                <wp:docPr id="185" name="Text Box 185"/>
                <wp:cNvGraphicFramePr/>
                <a:graphic xmlns:a="http://schemas.openxmlformats.org/drawingml/2006/main">
                  <a:graphicData uri="http://schemas.microsoft.com/office/word/2010/wordprocessingShape">
                    <wps:wsp>
                      <wps:cNvSpPr txBox="1"/>
                      <wps:spPr>
                        <a:xfrm>
                          <a:off x="0" y="0"/>
                          <a:ext cx="2718435" cy="329184"/>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061548" w:rsidRDefault="003A37E7" w:rsidP="00061548">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61548">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MISSION</w:t>
                            </w:r>
                            <w:r w:rsidRPr="00061548">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5" o:spid="_x0000_s1102" type="#_x0000_t202" style="position:absolute;left:0;text-align:left;margin-left:2.9pt;margin-top:79.1pt;width:214.05pt;height:25.9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" fillcolor="#a7bfde [1620]" strokecolor="#4579b8 [3044]">
                <v:fill color2="#e4ecf5 [500]" rotate="t" angle="180" colors="0 #a3c4ff;22938f #bfd5ff;1 #e5eeff" focus="100%" type="gradient"/>
                <v:shadow on="t" color="black" opacity="24903f" origin=",.5" offset="0,.55556mm"/>
                <v:textbox>
                  <w:txbxContent>
                    <w:p w:rsidR="003A37E7" w:rsidRPr="00061548" w:rsidRDefault="003A37E7" w:rsidP="00061548">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61548">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MISSION</w:t>
                      </w:r>
                      <w:r w:rsidRPr="00061548">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p>
                  </w:txbxContent>
                </v:textbox>
              </v:shape>
            </w:pict>
          </mc:Fallback>
        </mc:AlternateContent>
      </w:r>
      <w:r w:rsidR="00C14A9C" w:rsidRPr="00C14A9C">
        <w:rPr>
          <w:rFonts w:eastAsia="Times New Roman" w:cs="Times New Roman"/>
          <w:sz w:val="24"/>
          <w:szCs w:val="24"/>
        </w:rPr>
        <w:br/>
        <w:t>To be a practice-led STEM college recognized for producing ethical, job-ready innovators and researchers who advance technology for Liberia and the wider region.</w:t>
      </w:r>
    </w:p>
    <w:p w:rsidR="00061548" w:rsidRDefault="00061548" w:rsidP="00BA7B43">
      <w:pPr>
        <w:spacing w:before="100" w:beforeAutospacing="1" w:after="100" w:afterAutospacing="1" w:line="240" w:lineRule="auto"/>
        <w:jc w:val="both"/>
        <w:rPr>
          <w:rFonts w:eastAsia="Times New Roman" w:cs="Times New Roman"/>
          <w:sz w:val="24"/>
          <w:szCs w:val="24"/>
        </w:rPr>
      </w:pPr>
    </w:p>
    <w:p w:rsidR="00C14A9C" w:rsidRPr="00C14A9C" w:rsidRDefault="00C14A9C" w:rsidP="00686040">
      <w:pPr>
        <w:spacing w:before="100" w:beforeAutospacing="1" w:after="100" w:afterAutospacing="1" w:line="240" w:lineRule="auto"/>
        <w:jc w:val="center"/>
        <w:rPr>
          <w:rFonts w:eastAsia="Times New Roman" w:cs="Times New Roman"/>
          <w:sz w:val="24"/>
          <w:szCs w:val="24"/>
        </w:rPr>
      </w:pPr>
      <w:r w:rsidRPr="00C14A9C">
        <w:rPr>
          <w:rFonts w:eastAsia="Times New Roman" w:cs="Times New Roman"/>
          <w:sz w:val="24"/>
          <w:szCs w:val="24"/>
        </w:rPr>
        <w:t>— Deliver strong theoretical and quantitative foundations in computing and engineering.</w:t>
      </w:r>
      <w:r w:rsidRPr="00C14A9C">
        <w:rPr>
          <w:rFonts w:eastAsia="Times New Roman" w:cs="Times New Roman"/>
          <w:sz w:val="24"/>
          <w:szCs w:val="24"/>
        </w:rPr>
        <w:br/>
        <w:t>— Provide hands-on, lab-intensive learning with capstones, internships, and community projects.</w:t>
      </w:r>
      <w:r w:rsidRPr="00C14A9C">
        <w:rPr>
          <w:rFonts w:eastAsia="Times New Roman" w:cs="Times New Roman"/>
          <w:sz w:val="24"/>
          <w:szCs w:val="24"/>
        </w:rPr>
        <w:br/>
      </w:r>
      <w:r w:rsidRPr="00C14A9C">
        <w:rPr>
          <w:rFonts w:eastAsia="Times New Roman" w:cs="Times New Roman"/>
          <w:sz w:val="24"/>
          <w:szCs w:val="24"/>
        </w:rPr>
        <w:lastRenderedPageBreak/>
        <w:t xml:space="preserve">— </w:t>
      </w:r>
      <w:proofErr w:type="gramStart"/>
      <w:r w:rsidRPr="00C14A9C">
        <w:rPr>
          <w:rFonts w:eastAsia="Times New Roman" w:cs="Times New Roman"/>
          <w:sz w:val="24"/>
          <w:szCs w:val="24"/>
        </w:rPr>
        <w:t>Cultivate</w:t>
      </w:r>
      <w:proofErr w:type="gramEnd"/>
      <w:r w:rsidRPr="00C14A9C">
        <w:rPr>
          <w:rFonts w:eastAsia="Times New Roman" w:cs="Times New Roman"/>
          <w:sz w:val="24"/>
          <w:szCs w:val="24"/>
        </w:rPr>
        <w:t xml:space="preserve"> research, problem-solving, and entrepreneurship to address local and global challenges.</w:t>
      </w:r>
      <w:r w:rsidRPr="00C14A9C">
        <w:rPr>
          <w:rFonts w:eastAsia="Times New Roman" w:cs="Times New Roman"/>
          <w:sz w:val="24"/>
          <w:szCs w:val="24"/>
        </w:rPr>
        <w:br/>
        <w:t xml:space="preserve">— Model professionalism, integrity, safety, </w:t>
      </w:r>
      <w:r w:rsidR="00686040">
        <w:rPr>
          <w:rFonts w:eastAsia="Times New Roman" w:cs="Times New Roman"/>
          <w:noProof/>
          <w:sz w:val="24"/>
          <w:szCs w:val="24"/>
        </w:rPr>
        <mc:AlternateContent>
          <mc:Choice Requires="wps">
            <w:drawing>
              <wp:anchor distT="0" distB="0" distL="114300" distR="114300" simplePos="0" relativeHeight="251882496" behindDoc="0" locked="0" layoutInCell="1" allowOverlap="1">
                <wp:simplePos x="0" y="0"/>
                <wp:positionH relativeFrom="column">
                  <wp:posOffset>290322</wp:posOffset>
                </wp:positionH>
                <wp:positionV relativeFrom="paragraph">
                  <wp:posOffset>889635</wp:posOffset>
                </wp:positionV>
                <wp:extent cx="2609088" cy="438912"/>
                <wp:effectExtent l="57150" t="38100" r="58420" b="75565"/>
                <wp:wrapNone/>
                <wp:docPr id="186" name="Text Box 186"/>
                <wp:cNvGraphicFramePr/>
                <a:graphic xmlns:a="http://schemas.openxmlformats.org/drawingml/2006/main">
                  <a:graphicData uri="http://schemas.microsoft.com/office/word/2010/wordprocessingShape">
                    <wps:wsp>
                      <wps:cNvSpPr txBox="1"/>
                      <wps:spPr>
                        <a:xfrm>
                          <a:off x="0" y="0"/>
                          <a:ext cx="2609088" cy="438912"/>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686040" w:rsidRDefault="003A37E7" w:rsidP="00686040">
                            <w:pPr>
                              <w:jc w:val="center"/>
                              <w:rPr>
                                <w:sz w:val="32"/>
                                <w:szCs w:val="32"/>
                              </w:rPr>
                            </w:pPr>
                            <w:r w:rsidRPr="00686040">
                              <w:rPr>
                                <w:rFonts w:cs="Times New Roman"/>
                                <w:sz w:val="32"/>
                                <w:szCs w:val="32"/>
                              </w:rPr>
                              <w:t>DEPARTMENTS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6" o:spid="_x0000_s1103" type="#_x0000_t202" style="position:absolute;left:0;text-align:left;margin-left:22.85pt;margin-top:70.05pt;width:205.45pt;height:34.55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" fillcolor="#a7bfde [1620]" stroked="f">
                <v:fill color2="#e4ecf5 [500]" rotate="t" angle="180" colors="0 #a3c4ff;22938f #bfd5ff;1 #e5eeff" focus="100%" type="gradient"/>
                <v:shadow on="t" color="black" opacity="24903f" origin=",.5" offset="0,.55556mm"/>
                <v:textbox>
                  <w:txbxContent>
                    <w:p w:rsidR="003A37E7" w:rsidRPr="00686040" w:rsidRDefault="003A37E7" w:rsidP="00686040">
                      <w:pPr>
                        <w:jc w:val="center"/>
                        <w:rPr>
                          <w:sz w:val="32"/>
                          <w:szCs w:val="32"/>
                        </w:rPr>
                      </w:pPr>
                      <w:r w:rsidRPr="00686040">
                        <w:rPr>
                          <w:rFonts w:cs="Times New Roman"/>
                          <w:sz w:val="32"/>
                          <w:szCs w:val="32"/>
                        </w:rPr>
                        <w:t>DEPARTMENTS</w:t>
                      </w:r>
                    </w:p>
                  </w:txbxContent>
                </v:textbox>
              </v:shape>
            </w:pict>
          </mc:Fallback>
        </mc:AlternateContent>
      </w:r>
      <w:r w:rsidRPr="00C14A9C">
        <w:rPr>
          <w:rFonts w:eastAsia="Times New Roman" w:cs="Times New Roman"/>
          <w:sz w:val="24"/>
          <w:szCs w:val="24"/>
        </w:rPr>
        <w:t>and service in all teaching and learning.</w:t>
      </w:r>
    </w:p>
    <w:p w:rsidR="00686040" w:rsidRDefault="00C14A9C" w:rsidP="00686040">
      <w:pPr>
        <w:pStyle w:val="NoSpacing"/>
        <w:jc w:val="center"/>
        <w:rPr>
          <w:rFonts w:ascii="Times New Roman" w:hAnsi="Times New Roman" w:cs="Times New Roman"/>
          <w:sz w:val="24"/>
          <w:szCs w:val="24"/>
        </w:rPr>
      </w:pPr>
      <w:r w:rsidRPr="00061548">
        <w:rPr>
          <w:rFonts w:ascii="Times New Roman" w:hAnsi="Times New Roman" w:cs="Times New Roman"/>
        </w:rPr>
        <w:br/>
      </w:r>
    </w:p>
    <w:p w:rsidR="00C14A9C" w:rsidRPr="00061548" w:rsidRDefault="00C14A9C" w:rsidP="00686040">
      <w:pPr>
        <w:pStyle w:val="NoSpacing"/>
        <w:jc w:val="center"/>
        <w:rPr>
          <w:rFonts w:ascii="Times New Roman" w:hAnsi="Times New Roman" w:cs="Times New Roman"/>
        </w:rPr>
      </w:pPr>
      <w:r w:rsidRPr="00686040">
        <w:rPr>
          <w:rFonts w:ascii="Times New Roman" w:hAnsi="Times New Roman" w:cs="Times New Roman"/>
          <w:b/>
          <w:i/>
          <w:sz w:val="24"/>
          <w:szCs w:val="24"/>
        </w:rPr>
        <w:t>Department of</w:t>
      </w:r>
      <w:r w:rsidR="00061548" w:rsidRPr="00686040">
        <w:rPr>
          <w:rFonts w:ascii="Times New Roman" w:hAnsi="Times New Roman" w:cs="Times New Roman"/>
          <w:b/>
          <w:i/>
          <w:sz w:val="24"/>
          <w:szCs w:val="24"/>
        </w:rPr>
        <w:t xml:space="preserve"> Computer Science &amp; Information Technology</w:t>
      </w:r>
      <w:r w:rsidRPr="00686040">
        <w:rPr>
          <w:rFonts w:ascii="Times New Roman" w:hAnsi="Times New Roman" w:cs="Times New Roman"/>
          <w:b/>
          <w:i/>
        </w:rPr>
        <w:br/>
      </w:r>
      <w:r w:rsidRPr="00061548">
        <w:rPr>
          <w:rFonts w:ascii="Times New Roman" w:hAnsi="Times New Roman" w:cs="Times New Roman"/>
        </w:rPr>
        <w:t>Focus areas: algorithms and programming, databases, networks, cybersecurity, cloud, data analytics/AI, software engineering, and IT service management. Emphasis on building scalable, secure software and managing reliable information systems.</w:t>
      </w:r>
    </w:p>
    <w:p w:rsidR="00C14A9C" w:rsidRPr="00C14A9C" w:rsidRDefault="00686040" w:rsidP="00686040">
      <w:pPr>
        <w:spacing w:before="100" w:beforeAutospacing="1" w:after="100" w:afterAutospacing="1" w:line="240" w:lineRule="auto"/>
        <w:jc w:val="center"/>
        <w:rPr>
          <w:rFonts w:eastAsia="Times New Roman" w:cs="Times New Roman"/>
          <w:sz w:val="24"/>
          <w:szCs w:val="24"/>
        </w:rPr>
      </w:pPr>
      <w:r>
        <w:rPr>
          <w:rFonts w:eastAsia="Times New Roman" w:cs="Times New Roman"/>
          <w:b/>
          <w:i/>
          <w:noProof/>
          <w:sz w:val="24"/>
          <w:szCs w:val="24"/>
        </w:rPr>
        <mc:AlternateContent>
          <mc:Choice Requires="wps">
            <w:drawing>
              <wp:anchor distT="0" distB="0" distL="114300" distR="114300" simplePos="0" relativeHeight="251883520" behindDoc="0" locked="0" layoutInCell="1" allowOverlap="1">
                <wp:simplePos x="0" y="0"/>
                <wp:positionH relativeFrom="column">
                  <wp:posOffset>168402</wp:posOffset>
                </wp:positionH>
                <wp:positionV relativeFrom="paragraph">
                  <wp:posOffset>1428623</wp:posOffset>
                </wp:positionV>
                <wp:extent cx="2901061" cy="438912"/>
                <wp:effectExtent l="57150" t="38100" r="71120" b="94615"/>
                <wp:wrapNone/>
                <wp:docPr id="187" name="Text Box 187"/>
                <wp:cNvGraphicFramePr/>
                <a:graphic xmlns:a="http://schemas.openxmlformats.org/drawingml/2006/main">
                  <a:graphicData uri="http://schemas.microsoft.com/office/word/2010/wordprocessingShape">
                    <wps:wsp>
                      <wps:cNvSpPr txBox="1"/>
                      <wps:spPr>
                        <a:xfrm>
                          <a:off x="0" y="0"/>
                          <a:ext cx="2901061" cy="438912"/>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686040" w:rsidRDefault="003A37E7" w:rsidP="00686040">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86040">
                              <w:rPr>
                                <w:rFonts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CAREER PATHS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87" o:spid="_x0000_s1104" type="#_x0000_t202" style="position:absolute;left:0;text-align:left;margin-left:13.25pt;margin-top:112.5pt;width:228.45pt;height:34.55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" fillcolor="#a7bfde [1620]" strokecolor="#4579b8 [3044]">
                <v:fill color2="#e4ecf5 [500]" rotate="t" angle="180" colors="0 #a3c4ff;22938f #bfd5ff;1 #e5eeff" focus="100%" type="gradient"/>
                <v:shadow on="t" color="black" opacity="24903f" origin=",.5" offset="0,.55556mm"/>
                <v:textbox>
                  <w:txbxContent>
                    <w:p w:rsidR="003A37E7" w:rsidRPr="00686040" w:rsidRDefault="003A37E7" w:rsidP="00686040">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86040">
                        <w:rPr>
                          <w:rFonts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CAREER PATHS</w:t>
                      </w:r>
                    </w:p>
                  </w:txbxContent>
                </v:textbox>
              </v:shape>
            </w:pict>
          </mc:Fallback>
        </mc:AlternateContent>
      </w:r>
      <w:r w:rsidR="00C14A9C" w:rsidRPr="00686040">
        <w:rPr>
          <w:rFonts w:eastAsia="Times New Roman" w:cs="Times New Roman"/>
          <w:b/>
          <w:i/>
          <w:sz w:val="24"/>
          <w:szCs w:val="24"/>
        </w:rPr>
        <w:t>Department of Electrical Engineering</w:t>
      </w:r>
      <w:r w:rsidR="00C14A9C" w:rsidRPr="00C14A9C">
        <w:rPr>
          <w:rFonts w:eastAsia="Times New Roman" w:cs="Times New Roman"/>
          <w:sz w:val="24"/>
          <w:szCs w:val="24"/>
        </w:rPr>
        <w:br/>
        <w:t>Focus areas: circuit theory, electronics, power systems, machines, control and instrumentation, telecommunications, and renewable energy. Emphasis on design, testing, maintenance, and safe operation of electrical infrastructure.</w:t>
      </w:r>
    </w:p>
    <w:p w:rsidR="00686040" w:rsidRDefault="00C14A9C" w:rsidP="00686040">
      <w:pPr>
        <w:pStyle w:val="NoSpacing"/>
        <w:jc w:val="center"/>
        <w:rPr>
          <w:rFonts w:ascii="Times New Roman" w:hAnsi="Times New Roman" w:cs="Times New Roman"/>
          <w:sz w:val="24"/>
          <w:szCs w:val="24"/>
        </w:rPr>
      </w:pPr>
      <w:r w:rsidRPr="00BA7B43">
        <w:rPr>
          <w:rFonts w:ascii="Times New Roman" w:hAnsi="Times New Roman" w:cs="Times New Roman"/>
          <w:sz w:val="24"/>
          <w:szCs w:val="24"/>
        </w:rPr>
        <w:br/>
      </w:r>
    </w:p>
    <w:p w:rsidR="00C14A9C" w:rsidRPr="00BA7B43" w:rsidRDefault="00C14A9C" w:rsidP="00686040">
      <w:pPr>
        <w:pStyle w:val="NoSpacing"/>
        <w:jc w:val="center"/>
        <w:rPr>
          <w:rFonts w:ascii="Times New Roman" w:hAnsi="Times New Roman" w:cs="Times New Roman"/>
          <w:sz w:val="24"/>
          <w:szCs w:val="24"/>
        </w:rPr>
      </w:pPr>
      <w:r w:rsidRPr="00BA7B43">
        <w:rPr>
          <w:rFonts w:ascii="Times New Roman" w:hAnsi="Times New Roman" w:cs="Times New Roman"/>
          <w:sz w:val="24"/>
          <w:szCs w:val="24"/>
        </w:rPr>
        <w:t>Computer Science &amp; Information Technology</w:t>
      </w:r>
      <w:r w:rsidRPr="00BA7B43">
        <w:rPr>
          <w:rFonts w:ascii="Times New Roman" w:hAnsi="Times New Roman" w:cs="Times New Roman"/>
          <w:sz w:val="24"/>
          <w:szCs w:val="24"/>
        </w:rPr>
        <w:br/>
        <w:t>— Software/Web/Mobile Developer</w:t>
      </w:r>
      <w:r w:rsidRPr="00BA7B43">
        <w:rPr>
          <w:rFonts w:ascii="Times New Roman" w:hAnsi="Times New Roman" w:cs="Times New Roman"/>
          <w:sz w:val="24"/>
          <w:szCs w:val="24"/>
        </w:rPr>
        <w:br/>
        <w:t>— Systems/Network Administrator</w:t>
      </w:r>
      <w:r w:rsidRPr="00BA7B43">
        <w:rPr>
          <w:rFonts w:ascii="Times New Roman" w:hAnsi="Times New Roman" w:cs="Times New Roman"/>
          <w:sz w:val="24"/>
          <w:szCs w:val="24"/>
        </w:rPr>
        <w:br/>
        <w:t>— Database or Cloud Engineer</w:t>
      </w:r>
      <w:r w:rsidRPr="00BA7B43">
        <w:rPr>
          <w:rFonts w:ascii="Times New Roman" w:hAnsi="Times New Roman" w:cs="Times New Roman"/>
          <w:sz w:val="24"/>
          <w:szCs w:val="24"/>
        </w:rPr>
        <w:br/>
        <w:t>— Cybersecurity Analyst</w:t>
      </w:r>
      <w:r w:rsidRPr="00BA7B43">
        <w:rPr>
          <w:rFonts w:ascii="Times New Roman" w:hAnsi="Times New Roman" w:cs="Times New Roman"/>
          <w:sz w:val="24"/>
          <w:szCs w:val="24"/>
        </w:rPr>
        <w:br/>
        <w:t>— Data Analyst/Engineer</w:t>
      </w:r>
      <w:r w:rsidRPr="00BA7B43">
        <w:rPr>
          <w:rFonts w:ascii="Times New Roman" w:hAnsi="Times New Roman" w:cs="Times New Roman"/>
          <w:sz w:val="24"/>
          <w:szCs w:val="24"/>
        </w:rPr>
        <w:br/>
      </w:r>
      <w:r w:rsidRPr="00BA7B43">
        <w:rPr>
          <w:rFonts w:ascii="Times New Roman" w:hAnsi="Times New Roman" w:cs="Times New Roman"/>
          <w:sz w:val="24"/>
          <w:szCs w:val="24"/>
        </w:rPr>
        <w:lastRenderedPageBreak/>
        <w:br/>
        <w:t>— Tech Entrepreneur; Product/Business Analyst</w:t>
      </w:r>
    </w:p>
    <w:p w:rsidR="00C14A9C" w:rsidRPr="00BA7B43" w:rsidRDefault="00C14A9C" w:rsidP="00BA7B43">
      <w:pPr>
        <w:rPr>
          <w:sz w:val="24"/>
          <w:szCs w:val="24"/>
        </w:rPr>
      </w:pPr>
      <w:r w:rsidRPr="00BA7B43">
        <w:rPr>
          <w:sz w:val="24"/>
          <w:szCs w:val="24"/>
        </w:rPr>
        <w:t>Electrical Engineering</w:t>
      </w:r>
      <w:r w:rsidRPr="00BA7B43">
        <w:rPr>
          <w:sz w:val="24"/>
          <w:szCs w:val="24"/>
        </w:rPr>
        <w:br/>
        <w:t>— Power Systems or Substation Engineer</w:t>
      </w:r>
      <w:r w:rsidRPr="00BA7B43">
        <w:rPr>
          <w:sz w:val="24"/>
          <w:szCs w:val="24"/>
        </w:rPr>
        <w:br/>
        <w:t>— Electrical Maintenance/Plant Engineer</w:t>
      </w:r>
      <w:r w:rsidRPr="00BA7B43">
        <w:rPr>
          <w:sz w:val="24"/>
          <w:szCs w:val="24"/>
        </w:rPr>
        <w:br/>
        <w:t>— Electronics/Embedded Systems Engineer</w:t>
      </w:r>
      <w:r w:rsidRPr="00BA7B43">
        <w:rPr>
          <w:sz w:val="24"/>
          <w:szCs w:val="24"/>
        </w:rPr>
        <w:br/>
        <w:t>— Control and Instrumentation Engineer</w:t>
      </w:r>
      <w:r w:rsidRPr="00BA7B43">
        <w:rPr>
          <w:sz w:val="24"/>
          <w:szCs w:val="24"/>
        </w:rPr>
        <w:br/>
        <w:t>— Telecommunications Engineer</w:t>
      </w:r>
      <w:r w:rsidRPr="00BA7B43">
        <w:rPr>
          <w:sz w:val="24"/>
          <w:szCs w:val="24"/>
        </w:rPr>
        <w:br/>
        <w:t>— Renewable Energy/Solar PV Engineer</w:t>
      </w:r>
      <w:r w:rsidRPr="00BA7B43">
        <w:rPr>
          <w:sz w:val="24"/>
          <w:szCs w:val="24"/>
        </w:rPr>
        <w:br/>
        <w:t>— Quality Assurance/Testing Engineer; Technical Sales/Applications</w:t>
      </w:r>
    </w:p>
    <w:p w:rsidR="004D475B" w:rsidRDefault="004D475B" w:rsidP="004D475B">
      <w:pPr>
        <w:pStyle w:val="NormalWeb"/>
        <w:jc w:val="both"/>
      </w:pPr>
    </w:p>
    <w:p w:rsidR="00B71B6A" w:rsidRDefault="00B71B6A" w:rsidP="004D475B">
      <w:pPr>
        <w:pStyle w:val="NormalWeb"/>
        <w:jc w:val="both"/>
      </w:pPr>
    </w:p>
    <w:p w:rsidR="00B71B6A" w:rsidRDefault="00B71B6A" w:rsidP="004D475B">
      <w:pPr>
        <w:pStyle w:val="NormalWeb"/>
        <w:jc w:val="both"/>
      </w:pPr>
    </w:p>
    <w:p w:rsidR="00B71B6A" w:rsidRDefault="00B71B6A" w:rsidP="004D475B">
      <w:pPr>
        <w:pStyle w:val="NormalWeb"/>
        <w:jc w:val="both"/>
      </w:pPr>
    </w:p>
    <w:p w:rsidR="00B71B6A" w:rsidRDefault="00B71B6A" w:rsidP="004D475B">
      <w:pPr>
        <w:pStyle w:val="NormalWeb"/>
        <w:jc w:val="both"/>
      </w:pPr>
    </w:p>
    <w:p w:rsidR="00B71B6A" w:rsidRPr="00C17ECA" w:rsidRDefault="00B71B6A" w:rsidP="004D475B">
      <w:pPr>
        <w:pStyle w:val="NormalWeb"/>
        <w:jc w:val="both"/>
      </w:pPr>
    </w:p>
    <w:p w:rsidR="004D475B" w:rsidRPr="00C17ECA" w:rsidRDefault="004D475B" w:rsidP="004D475B">
      <w:pPr>
        <w:pStyle w:val="NormalWeb"/>
        <w:jc w:val="both"/>
      </w:pPr>
    </w:p>
    <w:p w:rsidR="004D475B" w:rsidRDefault="00A817A1" w:rsidP="00412947">
      <w:pPr>
        <w:jc w:val="center"/>
      </w:pPr>
      <w:r>
        <w:rPr>
          <w:noProof/>
        </w:rPr>
        <w:lastRenderedPageBreak/>
        <mc:AlternateContent>
          <mc:Choice Requires="wps">
            <w:drawing>
              <wp:anchor distT="0" distB="0" distL="114300" distR="114300" simplePos="0" relativeHeight="251705344" behindDoc="0" locked="0" layoutInCell="1" allowOverlap="1" wp14:anchorId="2389C242" wp14:editId="76EE1100">
                <wp:simplePos x="0" y="0"/>
                <wp:positionH relativeFrom="column">
                  <wp:posOffset>-1409172</wp:posOffset>
                </wp:positionH>
                <wp:positionV relativeFrom="paragraph">
                  <wp:posOffset>-699786</wp:posOffset>
                </wp:positionV>
                <wp:extent cx="4852416" cy="1182624"/>
                <wp:effectExtent l="57150" t="38100" r="81915" b="93980"/>
                <wp:wrapNone/>
                <wp:docPr id="31" name="Text Box 31"/>
                <wp:cNvGraphicFramePr/>
                <a:graphic xmlns:a="http://schemas.openxmlformats.org/drawingml/2006/main">
                  <a:graphicData uri="http://schemas.microsoft.com/office/word/2010/wordprocessingShape">
                    <wps:wsp>
                      <wps:cNvSpPr txBox="1"/>
                      <wps:spPr>
                        <a:xfrm>
                          <a:off x="0" y="0"/>
                          <a:ext cx="4852416" cy="1182624"/>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31123E" w:rsidRDefault="003A37E7" w:rsidP="00B4250A">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123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SCIENCE AND TECHNOLOGY</w:t>
                            </w:r>
                          </w:p>
                          <w:p w:rsidR="003A37E7" w:rsidRPr="00F742A4" w:rsidRDefault="003A37E7" w:rsidP="00B4250A">
                            <w:pPr>
                              <w:jc w:val="center"/>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742A4">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COMPUTER SCIENCE &amp; TECHNOLOGY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89C242" id="Text Box 31" o:spid="_x0000_s1105" type="#_x0000_t202" style="position:absolute;left:0;text-align:left;margin-left:-110.95pt;margin-top:-55.1pt;width:382.1pt;height:93.1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" fillcolor="#a7bfde [1620]" strokecolor="#4579b8 [3044]">
                <v:fill color2="#e4ecf5 [500]" rotate="t" angle="180" colors="0 #a3c4ff;22938f #bfd5ff;1 #e5eeff" focus="100%" type="gradient"/>
                <v:shadow on="t" color="black" opacity="24903f" origin=",.5" offset="0,.55556mm"/>
                <v:textbox>
                  <w:txbxContent>
                    <w:p w:rsidR="003A37E7" w:rsidRPr="0031123E" w:rsidRDefault="003A37E7" w:rsidP="00B4250A">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123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SCIENCE AND TECHNOLOGY</w:t>
                      </w:r>
                    </w:p>
                    <w:p w:rsidR="003A37E7" w:rsidRPr="00F742A4" w:rsidRDefault="003A37E7" w:rsidP="00B4250A">
                      <w:pPr>
                        <w:jc w:val="center"/>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742A4">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COMPUTER SCIENCE &amp; TECHNOLOGY</w:t>
                      </w:r>
                    </w:p>
                  </w:txbxContent>
                </v:textbox>
              </v:shape>
            </w:pict>
          </mc:Fallback>
        </mc:AlternateContent>
      </w:r>
    </w:p>
    <w:p w:rsidR="004D475B" w:rsidRDefault="0009743A" w:rsidP="00412947">
      <w:pPr>
        <w:jc w:val="center"/>
      </w:pPr>
      <w:r>
        <w:rPr>
          <w:noProof/>
        </w:rPr>
        <mc:AlternateContent>
          <mc:Choice Requires="wps">
            <w:drawing>
              <wp:anchor distT="0" distB="0" distL="114300" distR="114300" simplePos="0" relativeHeight="251706368" behindDoc="0" locked="0" layoutInCell="1" allowOverlap="1" wp14:anchorId="16C9B9A1" wp14:editId="53E31A92">
                <wp:simplePos x="0" y="0"/>
                <wp:positionH relativeFrom="margin">
                  <wp:posOffset>-1036477</wp:posOffset>
                </wp:positionH>
                <wp:positionV relativeFrom="paragraph">
                  <wp:posOffset>283771</wp:posOffset>
                </wp:positionV>
                <wp:extent cx="4179570" cy="335280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4179570" cy="3352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290" w:type="dxa"/>
                              <w:tblLayout w:type="fixed"/>
                              <w:tblLook w:val="04A0" w:firstRow="1" w:lastRow="0" w:firstColumn="1" w:lastColumn="0" w:noHBand="0" w:noVBand="1"/>
                            </w:tblPr>
                            <w:tblGrid>
                              <w:gridCol w:w="1440"/>
                              <w:gridCol w:w="3770"/>
                              <w:gridCol w:w="1080"/>
                            </w:tblGrid>
                            <w:tr w:rsidR="003A37E7" w:rsidRPr="00D86379" w:rsidTr="00EC6D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D86379" w:rsidRDefault="003A37E7" w:rsidP="00D0662E">
                                  <w:pPr>
                                    <w:jc w:val="center"/>
                                    <w:rPr>
                                      <w:rFonts w:cs="Times New Roman"/>
                                      <w:color w:val="FF0000"/>
                                      <w:sz w:val="20"/>
                                      <w:szCs w:val="20"/>
                                    </w:rPr>
                                  </w:pPr>
                                  <w:r w:rsidRPr="00D86379">
                                    <w:rPr>
                                      <w:rFonts w:cs="Times New Roman"/>
                                      <w:color w:val="FF0000"/>
                                      <w:sz w:val="20"/>
                                      <w:szCs w:val="20"/>
                                    </w:rPr>
                                    <w:t>COMPUTER SCIENCE &amp; INFORMATION TECHNOLOGY</w:t>
                                  </w:r>
                                </w:p>
                              </w:tc>
                            </w:tr>
                            <w:tr w:rsidR="003A37E7" w:rsidRPr="00D86379" w:rsidTr="00EC6D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D86379" w:rsidRDefault="003A37E7" w:rsidP="00D0662E">
                                  <w:pPr>
                                    <w:jc w:val="center"/>
                                    <w:rPr>
                                      <w:rFonts w:cs="Times New Roman"/>
                                      <w:sz w:val="20"/>
                                      <w:szCs w:val="20"/>
                                    </w:rPr>
                                  </w:pPr>
                                  <w:r w:rsidRPr="00D86379">
                                    <w:rPr>
                                      <w:rFonts w:cs="Times New Roman"/>
                                      <w:sz w:val="20"/>
                                      <w:szCs w:val="20"/>
                                    </w:rPr>
                                    <w:t>FRESHMEN YEAR (YEAR I) - FIRST SEMESTER</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COURSE CODE</w:t>
                                  </w:r>
                                </w:p>
                              </w:tc>
                              <w:tc>
                                <w:tcPr>
                                  <w:tcW w:w="377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COURSE TITLE</w:t>
                                  </w:r>
                                </w:p>
                              </w:tc>
                              <w:tc>
                                <w:tcPr>
                                  <w:tcW w:w="108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CREDIT HOURS</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GEN 101</w:t>
                                  </w:r>
                                </w:p>
                              </w:tc>
                              <w:tc>
                                <w:tcPr>
                                  <w:tcW w:w="377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LIFE IN CHRIST 1</w:t>
                                  </w:r>
                                </w:p>
                              </w:tc>
                              <w:tc>
                                <w:tcPr>
                                  <w:tcW w:w="108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2</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CMP 111</w:t>
                                  </w:r>
                                </w:p>
                              </w:tc>
                              <w:tc>
                                <w:tcPr>
                                  <w:tcW w:w="377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INTRODUCTION TO COMPUTER SCIENCE</w:t>
                                  </w:r>
                                </w:p>
                              </w:tc>
                              <w:tc>
                                <w:tcPr>
                                  <w:tcW w:w="108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FRN 101</w:t>
                                  </w:r>
                                </w:p>
                              </w:tc>
                              <w:tc>
                                <w:tcPr>
                                  <w:tcW w:w="377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FUNDAMENTAL OF FRENCH</w:t>
                                  </w:r>
                                </w:p>
                              </w:tc>
                              <w:tc>
                                <w:tcPr>
                                  <w:tcW w:w="108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2</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SOS 101</w:t>
                                  </w:r>
                                </w:p>
                              </w:tc>
                              <w:tc>
                                <w:tcPr>
                                  <w:tcW w:w="377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INTRODUCTION TO SOCIAL SCIENCES</w:t>
                                  </w:r>
                                </w:p>
                              </w:tc>
                              <w:tc>
                                <w:tcPr>
                                  <w:tcW w:w="108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MTH 101</w:t>
                                  </w:r>
                                </w:p>
                              </w:tc>
                              <w:tc>
                                <w:tcPr>
                                  <w:tcW w:w="377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PRE- CALCULUS</w:t>
                                  </w:r>
                                </w:p>
                              </w:tc>
                              <w:tc>
                                <w:tcPr>
                                  <w:tcW w:w="108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PHY 101</w:t>
                                  </w:r>
                                </w:p>
                              </w:tc>
                              <w:tc>
                                <w:tcPr>
                                  <w:tcW w:w="377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GENERAL PHYSICS</w:t>
                                  </w:r>
                                </w:p>
                              </w:tc>
                              <w:tc>
                                <w:tcPr>
                                  <w:tcW w:w="108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ENG 101</w:t>
                                  </w:r>
                                </w:p>
                              </w:tc>
                              <w:tc>
                                <w:tcPr>
                                  <w:tcW w:w="377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ENGLISH AND COMMUNICATION SKILL (FRESHMEN ENGLISH)</w:t>
                                  </w:r>
                                </w:p>
                              </w:tc>
                              <w:tc>
                                <w:tcPr>
                                  <w:tcW w:w="108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5210" w:type="dxa"/>
                                  <w:gridSpan w:val="2"/>
                                  <w:vAlign w:val="center"/>
                                </w:tcPr>
                                <w:p w:rsidR="003A37E7" w:rsidRPr="00D86379" w:rsidRDefault="003A37E7" w:rsidP="00D0662E">
                                  <w:pPr>
                                    <w:jc w:val="center"/>
                                    <w:rPr>
                                      <w:rFonts w:cs="Times New Roman"/>
                                      <w:sz w:val="20"/>
                                      <w:szCs w:val="20"/>
                                    </w:rPr>
                                  </w:pPr>
                                  <w:r w:rsidRPr="00D86379">
                                    <w:rPr>
                                      <w:rFonts w:cs="Times New Roman"/>
                                      <w:sz w:val="20"/>
                                      <w:szCs w:val="20"/>
                                    </w:rPr>
                                    <w:t xml:space="preserve">TOTAL </w:t>
                                  </w:r>
                                  <w:r w:rsidRPr="00D86379">
                                    <w:rPr>
                                      <w:rFonts w:cs="Times New Roman"/>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08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19</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C9B9A1" id="Text Box 50" o:spid="_x0000_s1106" type="#_x0000_t202" style="position:absolute;left:0;text-align:left;margin-left:-81.6pt;margin-top:22.35pt;width:329.1pt;height:264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" fillcolor="white [3201]" stroked="f" strokeweight=".5pt">
                <v:textbox>
                  <w:txbxContent>
                    <w:tbl>
                      <w:tblPr>
                        <w:tblStyle w:val="LightGrid"/>
                        <w:tblW w:w="6290" w:type="dxa"/>
                        <w:tblLayout w:type="fixed"/>
                        <w:tblLook w:val="04A0" w:firstRow="1" w:lastRow="0" w:firstColumn="1" w:lastColumn="0" w:noHBand="0" w:noVBand="1"/>
                      </w:tblPr>
                      <w:tblGrid>
                        <w:gridCol w:w="1440"/>
                        <w:gridCol w:w="3770"/>
                        <w:gridCol w:w="1080"/>
                      </w:tblGrid>
                      <w:tr w:rsidR="003A37E7" w:rsidRPr="00D86379" w:rsidTr="00EC6D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D86379" w:rsidRDefault="003A37E7" w:rsidP="00D0662E">
                            <w:pPr>
                              <w:jc w:val="center"/>
                              <w:rPr>
                                <w:rFonts w:cs="Times New Roman"/>
                                <w:color w:val="FF0000"/>
                                <w:sz w:val="20"/>
                                <w:szCs w:val="20"/>
                              </w:rPr>
                            </w:pPr>
                            <w:r w:rsidRPr="00D86379">
                              <w:rPr>
                                <w:rFonts w:cs="Times New Roman"/>
                                <w:color w:val="FF0000"/>
                                <w:sz w:val="20"/>
                                <w:szCs w:val="20"/>
                              </w:rPr>
                              <w:t>COMPUTER SCIENCE &amp; INFORMATION TECHNOLOGY</w:t>
                            </w:r>
                          </w:p>
                        </w:tc>
                      </w:tr>
                      <w:tr w:rsidR="003A37E7" w:rsidRPr="00D86379" w:rsidTr="00EC6D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D86379" w:rsidRDefault="003A37E7" w:rsidP="00D0662E">
                            <w:pPr>
                              <w:jc w:val="center"/>
                              <w:rPr>
                                <w:rFonts w:cs="Times New Roman"/>
                                <w:sz w:val="20"/>
                                <w:szCs w:val="20"/>
                              </w:rPr>
                            </w:pPr>
                            <w:r w:rsidRPr="00D86379">
                              <w:rPr>
                                <w:rFonts w:cs="Times New Roman"/>
                                <w:sz w:val="20"/>
                                <w:szCs w:val="20"/>
                              </w:rPr>
                              <w:t>FRESHMEN YEAR (YEAR I) - FIRST SEMESTER</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COURSE CODE</w:t>
                            </w:r>
                          </w:p>
                        </w:tc>
                        <w:tc>
                          <w:tcPr>
                            <w:tcW w:w="377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COURSE TITLE</w:t>
                            </w:r>
                          </w:p>
                        </w:tc>
                        <w:tc>
                          <w:tcPr>
                            <w:tcW w:w="108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CREDIT HOURS</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GEN 101</w:t>
                            </w:r>
                          </w:p>
                        </w:tc>
                        <w:tc>
                          <w:tcPr>
                            <w:tcW w:w="377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LIFE IN CHRIST 1</w:t>
                            </w:r>
                          </w:p>
                        </w:tc>
                        <w:tc>
                          <w:tcPr>
                            <w:tcW w:w="108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2</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CMP 111</w:t>
                            </w:r>
                          </w:p>
                        </w:tc>
                        <w:tc>
                          <w:tcPr>
                            <w:tcW w:w="377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INTRODUCTION TO COMPUTER SCIENCE</w:t>
                            </w:r>
                          </w:p>
                        </w:tc>
                        <w:tc>
                          <w:tcPr>
                            <w:tcW w:w="108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FRN 101</w:t>
                            </w:r>
                          </w:p>
                        </w:tc>
                        <w:tc>
                          <w:tcPr>
                            <w:tcW w:w="377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FUNDAMENTAL OF FRENCH</w:t>
                            </w:r>
                          </w:p>
                        </w:tc>
                        <w:tc>
                          <w:tcPr>
                            <w:tcW w:w="108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2</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SOS 101</w:t>
                            </w:r>
                          </w:p>
                        </w:tc>
                        <w:tc>
                          <w:tcPr>
                            <w:tcW w:w="377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INTRODUCTION TO SOCIAL SCIENCES</w:t>
                            </w:r>
                          </w:p>
                        </w:tc>
                        <w:tc>
                          <w:tcPr>
                            <w:tcW w:w="108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MTH 101</w:t>
                            </w:r>
                          </w:p>
                        </w:tc>
                        <w:tc>
                          <w:tcPr>
                            <w:tcW w:w="377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PRE- CALCULUS</w:t>
                            </w:r>
                          </w:p>
                        </w:tc>
                        <w:tc>
                          <w:tcPr>
                            <w:tcW w:w="108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PHY 101</w:t>
                            </w:r>
                          </w:p>
                        </w:tc>
                        <w:tc>
                          <w:tcPr>
                            <w:tcW w:w="377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GENERAL PHYSICS</w:t>
                            </w:r>
                          </w:p>
                        </w:tc>
                        <w:tc>
                          <w:tcPr>
                            <w:tcW w:w="108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0662E">
                            <w:pPr>
                              <w:jc w:val="center"/>
                              <w:rPr>
                                <w:rFonts w:cs="Times New Roman"/>
                                <w:sz w:val="20"/>
                                <w:szCs w:val="20"/>
                              </w:rPr>
                            </w:pPr>
                            <w:r w:rsidRPr="00D86379">
                              <w:rPr>
                                <w:rFonts w:cs="Times New Roman"/>
                                <w:sz w:val="20"/>
                                <w:szCs w:val="20"/>
                              </w:rPr>
                              <w:t>ENG 101</w:t>
                            </w:r>
                          </w:p>
                        </w:tc>
                        <w:tc>
                          <w:tcPr>
                            <w:tcW w:w="377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ENGLISH AND COMMUNICATION SKILL (FRESHMEN ENGLISH)</w:t>
                            </w:r>
                          </w:p>
                        </w:tc>
                        <w:tc>
                          <w:tcPr>
                            <w:tcW w:w="1080" w:type="dxa"/>
                            <w:vAlign w:val="center"/>
                          </w:tcPr>
                          <w:p w:rsidR="003A37E7" w:rsidRPr="00D86379" w:rsidRDefault="003A37E7" w:rsidP="00D0662E">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D86379">
                              <w:rPr>
                                <w:rFonts w:cs="Times New Roman"/>
                                <w:b/>
                                <w:sz w:val="20"/>
                                <w:szCs w:val="20"/>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5210" w:type="dxa"/>
                            <w:gridSpan w:val="2"/>
                            <w:vAlign w:val="center"/>
                          </w:tcPr>
                          <w:p w:rsidR="003A37E7" w:rsidRPr="00D86379" w:rsidRDefault="003A37E7" w:rsidP="00D0662E">
                            <w:pPr>
                              <w:jc w:val="center"/>
                              <w:rPr>
                                <w:rFonts w:cs="Times New Roman"/>
                                <w:sz w:val="20"/>
                                <w:szCs w:val="20"/>
                              </w:rPr>
                            </w:pPr>
                            <w:r w:rsidRPr="00D86379">
                              <w:rPr>
                                <w:rFonts w:cs="Times New Roman"/>
                                <w:sz w:val="20"/>
                                <w:szCs w:val="20"/>
                              </w:rPr>
                              <w:t xml:space="preserve">TOTAL </w:t>
                            </w:r>
                            <w:r w:rsidRPr="00D86379">
                              <w:rPr>
                                <w:rFonts w:cs="Times New Roman"/>
                                <w:sz w:val="20"/>
                                <w:szCs w:val="20"/>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CREDIT HOURS</w:t>
                            </w:r>
                          </w:p>
                        </w:tc>
                        <w:tc>
                          <w:tcPr>
                            <w:tcW w:w="1080" w:type="dxa"/>
                            <w:vAlign w:val="center"/>
                          </w:tcPr>
                          <w:p w:rsidR="003A37E7" w:rsidRPr="00D86379" w:rsidRDefault="003A37E7" w:rsidP="00D0662E">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D86379">
                              <w:rPr>
                                <w:rFonts w:cs="Times New Roman"/>
                                <w:b/>
                                <w:sz w:val="20"/>
                                <w:szCs w:val="20"/>
                              </w:rPr>
                              <w:t>19</w:t>
                            </w:r>
                          </w:p>
                        </w:tc>
                      </w:tr>
                    </w:tbl>
                    <w:p w:rsidR="003A37E7" w:rsidRDefault="003A37E7"/>
                  </w:txbxContent>
                </v:textbox>
                <w10:wrap anchorx="margin"/>
              </v:shape>
            </w:pict>
          </mc:Fallback>
        </mc:AlternateContent>
      </w:r>
    </w:p>
    <w:p w:rsidR="004D475B" w:rsidRDefault="004D475B" w:rsidP="00412947">
      <w:pPr>
        <w:jc w:val="center"/>
      </w:pPr>
    </w:p>
    <w:p w:rsidR="004D475B" w:rsidRDefault="004D475B" w:rsidP="001D2325"/>
    <w:p w:rsidR="004D475B" w:rsidRDefault="004D475B" w:rsidP="00412947">
      <w:pPr>
        <w:jc w:val="center"/>
      </w:pPr>
    </w:p>
    <w:p w:rsidR="00531ECA" w:rsidRDefault="00531ECA" w:rsidP="00412947">
      <w:pPr>
        <w:jc w:val="center"/>
      </w:pPr>
    </w:p>
    <w:p w:rsidR="00431BFA" w:rsidRDefault="00431BFA" w:rsidP="00412947">
      <w:pPr>
        <w:jc w:val="center"/>
      </w:pPr>
    </w:p>
    <w:p w:rsidR="00431BFA" w:rsidRDefault="00431BFA" w:rsidP="00412947">
      <w:pPr>
        <w:jc w:val="center"/>
      </w:pPr>
    </w:p>
    <w:p w:rsidR="00431BFA" w:rsidRDefault="00431BFA" w:rsidP="00412947">
      <w:pPr>
        <w:jc w:val="center"/>
      </w:pPr>
    </w:p>
    <w:p w:rsidR="00431BFA" w:rsidRDefault="00431BFA" w:rsidP="00412947">
      <w:pPr>
        <w:jc w:val="center"/>
      </w:pPr>
    </w:p>
    <w:p w:rsidR="00431BFA" w:rsidRDefault="00431BFA" w:rsidP="00412947">
      <w:pPr>
        <w:jc w:val="center"/>
      </w:pPr>
    </w:p>
    <w:p w:rsidR="00431BFA" w:rsidRDefault="00D86379" w:rsidP="00412947">
      <w:pPr>
        <w:jc w:val="center"/>
      </w:pPr>
      <w:r>
        <w:rPr>
          <w:noProof/>
        </w:rPr>
        <mc:AlternateContent>
          <mc:Choice Requires="wps">
            <w:drawing>
              <wp:anchor distT="0" distB="0" distL="114300" distR="114300" simplePos="0" relativeHeight="251707392" behindDoc="0" locked="0" layoutInCell="1" allowOverlap="1" wp14:anchorId="7DEF8428" wp14:editId="68ADE7A4">
                <wp:simplePos x="0" y="0"/>
                <wp:positionH relativeFrom="column">
                  <wp:posOffset>-1038381</wp:posOffset>
                </wp:positionH>
                <wp:positionV relativeFrom="paragraph">
                  <wp:posOffset>241935</wp:posOffset>
                </wp:positionV>
                <wp:extent cx="4291584" cy="3547872"/>
                <wp:effectExtent l="0" t="0" r="0" b="0"/>
                <wp:wrapNone/>
                <wp:docPr id="53" name="Text Box 53"/>
                <wp:cNvGraphicFramePr/>
                <a:graphic xmlns:a="http://schemas.openxmlformats.org/drawingml/2006/main">
                  <a:graphicData uri="http://schemas.microsoft.com/office/word/2010/wordprocessingShape">
                    <wps:wsp>
                      <wps:cNvSpPr txBox="1"/>
                      <wps:spPr>
                        <a:xfrm>
                          <a:off x="0" y="0"/>
                          <a:ext cx="4291584" cy="354787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290" w:type="dxa"/>
                              <w:tblLayout w:type="fixed"/>
                              <w:tblLook w:val="04A0" w:firstRow="1" w:lastRow="0" w:firstColumn="1" w:lastColumn="0" w:noHBand="0" w:noVBand="1"/>
                            </w:tblPr>
                            <w:tblGrid>
                              <w:gridCol w:w="1440"/>
                              <w:gridCol w:w="3770"/>
                              <w:gridCol w:w="1080"/>
                            </w:tblGrid>
                            <w:tr w:rsidR="003A37E7" w:rsidRPr="00FE1A62" w:rsidTr="00EC6D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FE1A62" w:rsidRDefault="003A37E7" w:rsidP="00D0662E">
                                  <w:pPr>
                                    <w:jc w:val="center"/>
                                    <w:rPr>
                                      <w:color w:val="FF0000"/>
                                      <w:sz w:val="18"/>
                                      <w:szCs w:val="18"/>
                                    </w:rPr>
                                  </w:pPr>
                                  <w:r w:rsidRPr="00FE1A62">
                                    <w:rPr>
                                      <w:color w:val="FF0000"/>
                                      <w:sz w:val="18"/>
                                      <w:szCs w:val="18"/>
                                    </w:rPr>
                                    <w:t>COMPUTER SCIENCE &amp; INFORMATION TECHNOLOGY</w:t>
                                  </w:r>
                                </w:p>
                              </w:tc>
                            </w:tr>
                            <w:tr w:rsidR="003A37E7" w:rsidRPr="00FE1A62" w:rsidTr="00EC6D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FE1A62" w:rsidRDefault="003A37E7" w:rsidP="00D0662E">
                                  <w:pPr>
                                    <w:jc w:val="center"/>
                                    <w:rPr>
                                      <w:sz w:val="18"/>
                                      <w:szCs w:val="18"/>
                                    </w:rPr>
                                  </w:pPr>
                                  <w:r w:rsidRPr="00FE1A62">
                                    <w:rPr>
                                      <w:sz w:val="18"/>
                                      <w:szCs w:val="18"/>
                                    </w:rPr>
                                    <w:t>FRESHMEN YEAR (YEAR I) - SECOND SEMESTER</w:t>
                                  </w:r>
                                </w:p>
                              </w:tc>
                            </w:tr>
                            <w:tr w:rsidR="003A37E7" w:rsidRPr="00FE1A6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sz w:val="18"/>
                                      <w:szCs w:val="18"/>
                                    </w:rPr>
                                  </w:pPr>
                                  <w:r w:rsidRPr="00FE1A62">
                                    <w:rPr>
                                      <w:sz w:val="18"/>
                                      <w:szCs w:val="18"/>
                                    </w:rPr>
                                    <w:t>COURSE CODE</w:t>
                                  </w:r>
                                </w:p>
                              </w:tc>
                              <w:tc>
                                <w:tcPr>
                                  <w:tcW w:w="377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b/>
                                      <w:sz w:val="18"/>
                                      <w:szCs w:val="18"/>
                                    </w:rPr>
                                    <w:t>COURSE TITLE</w:t>
                                  </w:r>
                                </w:p>
                              </w:tc>
                              <w:tc>
                                <w:tcPr>
                                  <w:tcW w:w="108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b/>
                                      <w:sz w:val="18"/>
                                      <w:szCs w:val="18"/>
                                    </w:rPr>
                                    <w:t>CREDIT HOURS</w:t>
                                  </w:r>
                                </w:p>
                              </w:tc>
                            </w:tr>
                            <w:tr w:rsidR="003A37E7" w:rsidRPr="00FE1A6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sz w:val="18"/>
                                      <w:szCs w:val="18"/>
                                    </w:rPr>
                                  </w:pPr>
                                  <w:r w:rsidRPr="00FE1A62">
                                    <w:rPr>
                                      <w:sz w:val="18"/>
                                      <w:szCs w:val="18"/>
                                    </w:rPr>
                                    <w:t>GEN 102</w:t>
                                  </w:r>
                                </w:p>
                              </w:tc>
                              <w:tc>
                                <w:tcPr>
                                  <w:tcW w:w="377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FE1A62">
                                    <w:rPr>
                                      <w:b/>
                                      <w:sz w:val="18"/>
                                      <w:szCs w:val="18"/>
                                    </w:rPr>
                                    <w:t>LIFE IN CHRIST 2</w:t>
                                  </w:r>
                                </w:p>
                              </w:tc>
                              <w:tc>
                                <w:tcPr>
                                  <w:tcW w:w="108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FE1A62">
                                    <w:rPr>
                                      <w:b/>
                                      <w:sz w:val="18"/>
                                      <w:szCs w:val="18"/>
                                    </w:rPr>
                                    <w:t>2</w:t>
                                  </w:r>
                                </w:p>
                              </w:tc>
                            </w:tr>
                            <w:tr w:rsidR="003A37E7" w:rsidRPr="00FE1A6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sz w:val="18"/>
                                      <w:szCs w:val="18"/>
                                    </w:rPr>
                                  </w:pPr>
                                  <w:r w:rsidRPr="00FE1A62">
                                    <w:rPr>
                                      <w:sz w:val="18"/>
                                      <w:szCs w:val="18"/>
                                    </w:rPr>
                                    <w:t>INFO 112</w:t>
                                  </w:r>
                                </w:p>
                              </w:tc>
                              <w:tc>
                                <w:tcPr>
                                  <w:tcW w:w="377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sz w:val="18"/>
                                      <w:szCs w:val="18"/>
                                    </w:rPr>
                                    <w:t>DIGITAL MEDIA I</w:t>
                                  </w:r>
                                </w:p>
                              </w:tc>
                              <w:tc>
                                <w:tcPr>
                                  <w:tcW w:w="108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sz w:val="18"/>
                                      <w:szCs w:val="18"/>
                                    </w:rPr>
                                    <w:t>3</w:t>
                                  </w:r>
                                </w:p>
                              </w:tc>
                            </w:tr>
                            <w:tr w:rsidR="003A37E7" w:rsidRPr="00FE1A6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sz w:val="18"/>
                                      <w:szCs w:val="18"/>
                                    </w:rPr>
                                  </w:pPr>
                                  <w:r w:rsidRPr="00FE1A62">
                                    <w:rPr>
                                      <w:sz w:val="18"/>
                                      <w:szCs w:val="18"/>
                                    </w:rPr>
                                    <w:t>INFO 102</w:t>
                                  </w:r>
                                </w:p>
                              </w:tc>
                              <w:tc>
                                <w:tcPr>
                                  <w:tcW w:w="377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sz w:val="18"/>
                                      <w:szCs w:val="18"/>
                                    </w:rPr>
                                  </w:pPr>
                                  <w:r w:rsidRPr="00FE1A62">
                                    <w:rPr>
                                      <w:sz w:val="18"/>
                                      <w:szCs w:val="18"/>
                                    </w:rPr>
                                    <w:t>FUNDAMENTAL OF COMPUTER NETWORKING</w:t>
                                  </w:r>
                                </w:p>
                              </w:tc>
                              <w:tc>
                                <w:tcPr>
                                  <w:tcW w:w="108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sz w:val="18"/>
                                      <w:szCs w:val="18"/>
                                    </w:rPr>
                                  </w:pPr>
                                  <w:r w:rsidRPr="00FE1A62">
                                    <w:rPr>
                                      <w:sz w:val="18"/>
                                      <w:szCs w:val="18"/>
                                    </w:rPr>
                                    <w:t>3</w:t>
                                  </w:r>
                                </w:p>
                              </w:tc>
                            </w:tr>
                            <w:tr w:rsidR="003A37E7" w:rsidRPr="00FE1A62" w:rsidTr="006075A2">
                              <w:trPr>
                                <w:cnfStyle w:val="000000010000" w:firstRow="0" w:lastRow="0" w:firstColumn="0" w:lastColumn="0" w:oddVBand="0" w:evenVBand="0" w:oddHBand="0" w:evenHBand="1"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rFonts w:ascii="Bahnschrift" w:hAnsi="Bahnschrift"/>
                                      <w:sz w:val="18"/>
                                      <w:szCs w:val="18"/>
                                    </w:rPr>
                                  </w:pPr>
                                  <w:r w:rsidRPr="00FE1A62">
                                    <w:rPr>
                                      <w:rFonts w:ascii="Bahnschrift" w:hAnsi="Bahnschrift"/>
                                      <w:sz w:val="18"/>
                                      <w:szCs w:val="18"/>
                                    </w:rPr>
                                    <w:t>PHY 102</w:t>
                                  </w:r>
                                </w:p>
                              </w:tc>
                              <w:tc>
                                <w:tcPr>
                                  <w:tcW w:w="377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18"/>
                                      <w:szCs w:val="18"/>
                                    </w:rPr>
                                  </w:pPr>
                                  <w:r w:rsidRPr="00FE1A62">
                                    <w:rPr>
                                      <w:rFonts w:ascii="Bahnschrift" w:hAnsi="Bahnschrift"/>
                                      <w:sz w:val="18"/>
                                      <w:szCs w:val="18"/>
                                    </w:rPr>
                                    <w:t>GENERAL PHYSICS II</w:t>
                                  </w:r>
                                </w:p>
                              </w:tc>
                              <w:tc>
                                <w:tcPr>
                                  <w:tcW w:w="108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sz w:val="18"/>
                                      <w:szCs w:val="18"/>
                                    </w:rPr>
                                    <w:t>3</w:t>
                                  </w:r>
                                </w:p>
                              </w:tc>
                            </w:tr>
                            <w:tr w:rsidR="003A37E7" w:rsidRPr="00FE1A62" w:rsidTr="006075A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rFonts w:ascii="Bahnschrift" w:hAnsi="Bahnschrift"/>
                                      <w:sz w:val="18"/>
                                      <w:szCs w:val="18"/>
                                    </w:rPr>
                                  </w:pPr>
                                  <w:r w:rsidRPr="00FE1A62">
                                    <w:rPr>
                                      <w:rFonts w:ascii="Bahnschrift" w:hAnsi="Bahnschrift"/>
                                      <w:sz w:val="18"/>
                                      <w:szCs w:val="18"/>
                                    </w:rPr>
                                    <w:t>MTH 110</w:t>
                                  </w:r>
                                </w:p>
                              </w:tc>
                              <w:tc>
                                <w:tcPr>
                                  <w:tcW w:w="377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18"/>
                                      <w:szCs w:val="18"/>
                                    </w:rPr>
                                  </w:pPr>
                                  <w:r w:rsidRPr="00FE1A62">
                                    <w:rPr>
                                      <w:rFonts w:ascii="Bahnschrift" w:hAnsi="Bahnschrift"/>
                                      <w:sz w:val="18"/>
                                      <w:szCs w:val="18"/>
                                    </w:rPr>
                                    <w:t>CALCULUS</w:t>
                                  </w:r>
                                </w:p>
                              </w:tc>
                              <w:tc>
                                <w:tcPr>
                                  <w:tcW w:w="108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sz w:val="18"/>
                                      <w:szCs w:val="18"/>
                                    </w:rPr>
                                  </w:pPr>
                                  <w:r w:rsidRPr="00FE1A62">
                                    <w:rPr>
                                      <w:sz w:val="18"/>
                                      <w:szCs w:val="18"/>
                                    </w:rPr>
                                    <w:t>4</w:t>
                                  </w:r>
                                </w:p>
                              </w:tc>
                            </w:tr>
                            <w:tr w:rsidR="003A37E7" w:rsidRPr="00FE1A62" w:rsidTr="006075A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rFonts w:ascii="Bahnschrift" w:hAnsi="Bahnschrift"/>
                                      <w:sz w:val="18"/>
                                      <w:szCs w:val="18"/>
                                    </w:rPr>
                                  </w:pPr>
                                  <w:r w:rsidRPr="00FE1A62">
                                    <w:rPr>
                                      <w:rFonts w:ascii="Bahnschrift" w:hAnsi="Bahnschrift"/>
                                      <w:sz w:val="18"/>
                                      <w:szCs w:val="18"/>
                                    </w:rPr>
                                    <w:t>INFO 105</w:t>
                                  </w:r>
                                </w:p>
                              </w:tc>
                              <w:tc>
                                <w:tcPr>
                                  <w:tcW w:w="377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sz w:val="18"/>
                                      <w:szCs w:val="18"/>
                                    </w:rPr>
                                    <w:t>OPERATING SYSTEM</w:t>
                                  </w:r>
                                </w:p>
                              </w:tc>
                              <w:tc>
                                <w:tcPr>
                                  <w:tcW w:w="108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sz w:val="18"/>
                                      <w:szCs w:val="18"/>
                                    </w:rPr>
                                    <w:t>3</w:t>
                                  </w:r>
                                </w:p>
                              </w:tc>
                            </w:tr>
                            <w:tr w:rsidR="003A37E7" w:rsidRPr="00FE1A62" w:rsidTr="006075A2">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rFonts w:ascii="Bahnschrift" w:hAnsi="Bahnschrift"/>
                                      <w:sz w:val="18"/>
                                      <w:szCs w:val="18"/>
                                    </w:rPr>
                                  </w:pPr>
                                  <w:r w:rsidRPr="00FE1A62">
                                    <w:rPr>
                                      <w:rFonts w:ascii="Bahnschrift" w:hAnsi="Bahnschrift"/>
                                      <w:sz w:val="18"/>
                                      <w:szCs w:val="18"/>
                                    </w:rPr>
                                    <w:t>INFO 106</w:t>
                                  </w:r>
                                </w:p>
                              </w:tc>
                              <w:tc>
                                <w:tcPr>
                                  <w:tcW w:w="377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sz w:val="18"/>
                                      <w:szCs w:val="18"/>
                                    </w:rPr>
                                  </w:pPr>
                                  <w:r w:rsidRPr="00FE1A62">
                                    <w:rPr>
                                      <w:sz w:val="18"/>
                                      <w:szCs w:val="18"/>
                                    </w:rPr>
                                    <w:t>FUNDAMENTAL OF DATABASE</w:t>
                                  </w:r>
                                </w:p>
                              </w:tc>
                              <w:tc>
                                <w:tcPr>
                                  <w:tcW w:w="108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sz w:val="18"/>
                                      <w:szCs w:val="18"/>
                                    </w:rPr>
                                  </w:pPr>
                                  <w:r w:rsidRPr="00FE1A62">
                                    <w:rPr>
                                      <w:sz w:val="18"/>
                                      <w:szCs w:val="18"/>
                                    </w:rPr>
                                    <w:t>3</w:t>
                                  </w:r>
                                </w:p>
                              </w:tc>
                            </w:tr>
                            <w:tr w:rsidR="003A37E7" w:rsidRPr="00FE1A62" w:rsidTr="006075A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rFonts w:ascii="Bahnschrift" w:hAnsi="Bahnschrift"/>
                                      <w:sz w:val="18"/>
                                      <w:szCs w:val="18"/>
                                    </w:rPr>
                                  </w:pPr>
                                  <w:r w:rsidRPr="00FE1A62">
                                    <w:rPr>
                                      <w:rFonts w:ascii="Bahnschrift" w:hAnsi="Bahnschrift"/>
                                      <w:sz w:val="18"/>
                                      <w:szCs w:val="18"/>
                                    </w:rPr>
                                    <w:t>ENGL 102</w:t>
                                  </w:r>
                                </w:p>
                              </w:tc>
                              <w:tc>
                                <w:tcPr>
                                  <w:tcW w:w="377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sz w:val="18"/>
                                      <w:szCs w:val="18"/>
                                    </w:rPr>
                                    <w:t>ENGLISH AND COMMUNICATION SKILL II(FRESHMEN ENGLISH II)</w:t>
                                  </w:r>
                                </w:p>
                              </w:tc>
                              <w:tc>
                                <w:tcPr>
                                  <w:tcW w:w="108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sz w:val="18"/>
                                      <w:szCs w:val="18"/>
                                    </w:rPr>
                                    <w:t>3</w:t>
                                  </w:r>
                                </w:p>
                              </w:tc>
                            </w:tr>
                            <w:tr w:rsidR="003A37E7" w:rsidRPr="00FE1A62" w:rsidTr="006075A2">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5210" w:type="dxa"/>
                                  <w:gridSpan w:val="2"/>
                                  <w:vAlign w:val="center"/>
                                </w:tcPr>
                                <w:p w:rsidR="003A37E7" w:rsidRPr="00FE1A62" w:rsidRDefault="003A37E7" w:rsidP="00D0662E">
                                  <w:pPr>
                                    <w:jc w:val="center"/>
                                    <w:rPr>
                                      <w:sz w:val="18"/>
                                      <w:szCs w:val="18"/>
                                    </w:rPr>
                                  </w:pPr>
                                  <w:r w:rsidRPr="00FE1A62">
                                    <w:rPr>
                                      <w:sz w:val="18"/>
                                      <w:szCs w:val="18"/>
                                    </w:rPr>
                                    <w:t xml:space="preserve">TOTAL </w:t>
                                  </w:r>
                                  <w:r w:rsidRPr="00FE1A62">
                                    <w:rPr>
                                      <w:b w:val="0"/>
                                      <w:sz w:val="18"/>
                                      <w:szCs w:val="18"/>
                                    </w:rPr>
                                    <w:t>CREDIT HOURS</w:t>
                                  </w:r>
                                </w:p>
                              </w:tc>
                              <w:tc>
                                <w:tcPr>
                                  <w:tcW w:w="108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sz w:val="18"/>
                                      <w:szCs w:val="18"/>
                                    </w:rPr>
                                  </w:pPr>
                                  <w:r w:rsidRPr="00FE1A62">
                                    <w:rPr>
                                      <w:sz w:val="18"/>
                                      <w:szCs w:val="18"/>
                                    </w:rPr>
                                    <w:t>24</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EF8428" id="Text Box 53" o:spid="_x0000_s1107" type="#_x0000_t202" style="position:absolute;left:0;text-align:left;margin-left:-81.75pt;margin-top:19.05pt;width:337.9pt;height:279.3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" fillcolor="white [3201]" stroked="f" strokeweight=".5pt">
                <v:textbox>
                  <w:txbxContent>
                    <w:tbl>
                      <w:tblPr>
                        <w:tblStyle w:val="LightGrid"/>
                        <w:tblW w:w="6290" w:type="dxa"/>
                        <w:tblLayout w:type="fixed"/>
                        <w:tblLook w:val="04A0" w:firstRow="1" w:lastRow="0" w:firstColumn="1" w:lastColumn="0" w:noHBand="0" w:noVBand="1"/>
                      </w:tblPr>
                      <w:tblGrid>
                        <w:gridCol w:w="1440"/>
                        <w:gridCol w:w="3770"/>
                        <w:gridCol w:w="1080"/>
                      </w:tblGrid>
                      <w:tr w:rsidR="003A37E7" w:rsidRPr="00FE1A62" w:rsidTr="00EC6D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FE1A62" w:rsidRDefault="003A37E7" w:rsidP="00D0662E">
                            <w:pPr>
                              <w:jc w:val="center"/>
                              <w:rPr>
                                <w:color w:val="FF0000"/>
                                <w:sz w:val="18"/>
                                <w:szCs w:val="18"/>
                              </w:rPr>
                            </w:pPr>
                            <w:r w:rsidRPr="00FE1A62">
                              <w:rPr>
                                <w:color w:val="FF0000"/>
                                <w:sz w:val="18"/>
                                <w:szCs w:val="18"/>
                              </w:rPr>
                              <w:t>COMPUTER SCIENCE &amp; INFORMATION TECHNOLOGY</w:t>
                            </w:r>
                          </w:p>
                        </w:tc>
                      </w:tr>
                      <w:tr w:rsidR="003A37E7" w:rsidRPr="00FE1A62" w:rsidTr="00EC6D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FE1A62" w:rsidRDefault="003A37E7" w:rsidP="00D0662E">
                            <w:pPr>
                              <w:jc w:val="center"/>
                              <w:rPr>
                                <w:sz w:val="18"/>
                                <w:szCs w:val="18"/>
                              </w:rPr>
                            </w:pPr>
                            <w:r w:rsidRPr="00FE1A62">
                              <w:rPr>
                                <w:sz w:val="18"/>
                                <w:szCs w:val="18"/>
                              </w:rPr>
                              <w:t>FRESHMEN YEAR (YEAR I) - SECOND SEMESTER</w:t>
                            </w:r>
                          </w:p>
                        </w:tc>
                      </w:tr>
                      <w:tr w:rsidR="003A37E7" w:rsidRPr="00FE1A6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sz w:val="18"/>
                                <w:szCs w:val="18"/>
                              </w:rPr>
                            </w:pPr>
                            <w:r w:rsidRPr="00FE1A62">
                              <w:rPr>
                                <w:sz w:val="18"/>
                                <w:szCs w:val="18"/>
                              </w:rPr>
                              <w:t>COURSE CODE</w:t>
                            </w:r>
                          </w:p>
                        </w:tc>
                        <w:tc>
                          <w:tcPr>
                            <w:tcW w:w="377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b/>
                                <w:sz w:val="18"/>
                                <w:szCs w:val="18"/>
                              </w:rPr>
                              <w:t>COURSE TITLE</w:t>
                            </w:r>
                          </w:p>
                        </w:tc>
                        <w:tc>
                          <w:tcPr>
                            <w:tcW w:w="108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b/>
                                <w:sz w:val="18"/>
                                <w:szCs w:val="18"/>
                              </w:rPr>
                              <w:t>CREDIT HOURS</w:t>
                            </w:r>
                          </w:p>
                        </w:tc>
                      </w:tr>
                      <w:tr w:rsidR="003A37E7" w:rsidRPr="00FE1A6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sz w:val="18"/>
                                <w:szCs w:val="18"/>
                              </w:rPr>
                            </w:pPr>
                            <w:r w:rsidRPr="00FE1A62">
                              <w:rPr>
                                <w:sz w:val="18"/>
                                <w:szCs w:val="18"/>
                              </w:rPr>
                              <w:t>GEN 102</w:t>
                            </w:r>
                          </w:p>
                        </w:tc>
                        <w:tc>
                          <w:tcPr>
                            <w:tcW w:w="377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FE1A62">
                              <w:rPr>
                                <w:b/>
                                <w:sz w:val="18"/>
                                <w:szCs w:val="18"/>
                              </w:rPr>
                              <w:t>LIFE IN CHRIST 2</w:t>
                            </w:r>
                          </w:p>
                        </w:tc>
                        <w:tc>
                          <w:tcPr>
                            <w:tcW w:w="108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FE1A62">
                              <w:rPr>
                                <w:b/>
                                <w:sz w:val="18"/>
                                <w:szCs w:val="18"/>
                              </w:rPr>
                              <w:t>2</w:t>
                            </w:r>
                          </w:p>
                        </w:tc>
                      </w:tr>
                      <w:tr w:rsidR="003A37E7" w:rsidRPr="00FE1A62"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sz w:val="18"/>
                                <w:szCs w:val="18"/>
                              </w:rPr>
                            </w:pPr>
                            <w:r w:rsidRPr="00FE1A62">
                              <w:rPr>
                                <w:sz w:val="18"/>
                                <w:szCs w:val="18"/>
                              </w:rPr>
                              <w:t>INFO 112</w:t>
                            </w:r>
                          </w:p>
                        </w:tc>
                        <w:tc>
                          <w:tcPr>
                            <w:tcW w:w="377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sz w:val="18"/>
                                <w:szCs w:val="18"/>
                              </w:rPr>
                              <w:t>DIGITAL MEDIA I</w:t>
                            </w:r>
                          </w:p>
                        </w:tc>
                        <w:tc>
                          <w:tcPr>
                            <w:tcW w:w="108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sz w:val="18"/>
                                <w:szCs w:val="18"/>
                              </w:rPr>
                              <w:t>3</w:t>
                            </w:r>
                          </w:p>
                        </w:tc>
                      </w:tr>
                      <w:tr w:rsidR="003A37E7" w:rsidRPr="00FE1A62"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sz w:val="18"/>
                                <w:szCs w:val="18"/>
                              </w:rPr>
                            </w:pPr>
                            <w:r w:rsidRPr="00FE1A62">
                              <w:rPr>
                                <w:sz w:val="18"/>
                                <w:szCs w:val="18"/>
                              </w:rPr>
                              <w:t>INFO 102</w:t>
                            </w:r>
                          </w:p>
                        </w:tc>
                        <w:tc>
                          <w:tcPr>
                            <w:tcW w:w="377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sz w:val="18"/>
                                <w:szCs w:val="18"/>
                              </w:rPr>
                            </w:pPr>
                            <w:r w:rsidRPr="00FE1A62">
                              <w:rPr>
                                <w:sz w:val="18"/>
                                <w:szCs w:val="18"/>
                              </w:rPr>
                              <w:t>FUNDAMENTAL OF COMPUTER NETWORKING</w:t>
                            </w:r>
                          </w:p>
                        </w:tc>
                        <w:tc>
                          <w:tcPr>
                            <w:tcW w:w="108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sz w:val="18"/>
                                <w:szCs w:val="18"/>
                              </w:rPr>
                            </w:pPr>
                            <w:r w:rsidRPr="00FE1A62">
                              <w:rPr>
                                <w:sz w:val="18"/>
                                <w:szCs w:val="18"/>
                              </w:rPr>
                              <w:t>3</w:t>
                            </w:r>
                          </w:p>
                        </w:tc>
                      </w:tr>
                      <w:tr w:rsidR="003A37E7" w:rsidRPr="00FE1A62" w:rsidTr="006075A2">
                        <w:trPr>
                          <w:cnfStyle w:val="000000010000" w:firstRow="0" w:lastRow="0" w:firstColumn="0" w:lastColumn="0" w:oddVBand="0" w:evenVBand="0" w:oddHBand="0" w:evenHBand="1"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rFonts w:ascii="Bahnschrift" w:hAnsi="Bahnschrift"/>
                                <w:sz w:val="18"/>
                                <w:szCs w:val="18"/>
                              </w:rPr>
                            </w:pPr>
                            <w:r w:rsidRPr="00FE1A62">
                              <w:rPr>
                                <w:rFonts w:ascii="Bahnschrift" w:hAnsi="Bahnschrift"/>
                                <w:sz w:val="18"/>
                                <w:szCs w:val="18"/>
                              </w:rPr>
                              <w:t>PHY 102</w:t>
                            </w:r>
                          </w:p>
                        </w:tc>
                        <w:tc>
                          <w:tcPr>
                            <w:tcW w:w="377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18"/>
                                <w:szCs w:val="18"/>
                              </w:rPr>
                            </w:pPr>
                            <w:r w:rsidRPr="00FE1A62">
                              <w:rPr>
                                <w:rFonts w:ascii="Bahnschrift" w:hAnsi="Bahnschrift"/>
                                <w:sz w:val="18"/>
                                <w:szCs w:val="18"/>
                              </w:rPr>
                              <w:t>GENERAL PHYSICS II</w:t>
                            </w:r>
                          </w:p>
                        </w:tc>
                        <w:tc>
                          <w:tcPr>
                            <w:tcW w:w="108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sz w:val="18"/>
                                <w:szCs w:val="18"/>
                              </w:rPr>
                              <w:t>3</w:t>
                            </w:r>
                          </w:p>
                        </w:tc>
                      </w:tr>
                      <w:tr w:rsidR="003A37E7" w:rsidRPr="00FE1A62" w:rsidTr="006075A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rFonts w:ascii="Bahnschrift" w:hAnsi="Bahnschrift"/>
                                <w:sz w:val="18"/>
                                <w:szCs w:val="18"/>
                              </w:rPr>
                            </w:pPr>
                            <w:r w:rsidRPr="00FE1A62">
                              <w:rPr>
                                <w:rFonts w:ascii="Bahnschrift" w:hAnsi="Bahnschrift"/>
                                <w:sz w:val="18"/>
                                <w:szCs w:val="18"/>
                              </w:rPr>
                              <w:t>MTH 110</w:t>
                            </w:r>
                          </w:p>
                        </w:tc>
                        <w:tc>
                          <w:tcPr>
                            <w:tcW w:w="377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18"/>
                                <w:szCs w:val="18"/>
                              </w:rPr>
                            </w:pPr>
                            <w:r w:rsidRPr="00FE1A62">
                              <w:rPr>
                                <w:rFonts w:ascii="Bahnschrift" w:hAnsi="Bahnschrift"/>
                                <w:sz w:val="18"/>
                                <w:szCs w:val="18"/>
                              </w:rPr>
                              <w:t>CALCULUS</w:t>
                            </w:r>
                          </w:p>
                        </w:tc>
                        <w:tc>
                          <w:tcPr>
                            <w:tcW w:w="108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sz w:val="18"/>
                                <w:szCs w:val="18"/>
                              </w:rPr>
                            </w:pPr>
                            <w:r w:rsidRPr="00FE1A62">
                              <w:rPr>
                                <w:sz w:val="18"/>
                                <w:szCs w:val="18"/>
                              </w:rPr>
                              <w:t>4</w:t>
                            </w:r>
                          </w:p>
                        </w:tc>
                      </w:tr>
                      <w:tr w:rsidR="003A37E7" w:rsidRPr="00FE1A62" w:rsidTr="006075A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rFonts w:ascii="Bahnschrift" w:hAnsi="Bahnschrift"/>
                                <w:sz w:val="18"/>
                                <w:szCs w:val="18"/>
                              </w:rPr>
                            </w:pPr>
                            <w:r w:rsidRPr="00FE1A62">
                              <w:rPr>
                                <w:rFonts w:ascii="Bahnschrift" w:hAnsi="Bahnschrift"/>
                                <w:sz w:val="18"/>
                                <w:szCs w:val="18"/>
                              </w:rPr>
                              <w:t>INFO 105</w:t>
                            </w:r>
                          </w:p>
                        </w:tc>
                        <w:tc>
                          <w:tcPr>
                            <w:tcW w:w="377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sz w:val="18"/>
                                <w:szCs w:val="18"/>
                              </w:rPr>
                              <w:t>OPERATING SYSTEM</w:t>
                            </w:r>
                          </w:p>
                        </w:tc>
                        <w:tc>
                          <w:tcPr>
                            <w:tcW w:w="108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sz w:val="18"/>
                                <w:szCs w:val="18"/>
                              </w:rPr>
                              <w:t>3</w:t>
                            </w:r>
                          </w:p>
                        </w:tc>
                      </w:tr>
                      <w:tr w:rsidR="003A37E7" w:rsidRPr="00FE1A62" w:rsidTr="006075A2">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rFonts w:ascii="Bahnschrift" w:hAnsi="Bahnschrift"/>
                                <w:sz w:val="18"/>
                                <w:szCs w:val="18"/>
                              </w:rPr>
                            </w:pPr>
                            <w:r w:rsidRPr="00FE1A62">
                              <w:rPr>
                                <w:rFonts w:ascii="Bahnschrift" w:hAnsi="Bahnschrift"/>
                                <w:sz w:val="18"/>
                                <w:szCs w:val="18"/>
                              </w:rPr>
                              <w:t>INFO 106</w:t>
                            </w:r>
                          </w:p>
                        </w:tc>
                        <w:tc>
                          <w:tcPr>
                            <w:tcW w:w="377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sz w:val="18"/>
                                <w:szCs w:val="18"/>
                              </w:rPr>
                            </w:pPr>
                            <w:r w:rsidRPr="00FE1A62">
                              <w:rPr>
                                <w:sz w:val="18"/>
                                <w:szCs w:val="18"/>
                              </w:rPr>
                              <w:t>FUNDAMENTAL OF DATABASE</w:t>
                            </w:r>
                          </w:p>
                        </w:tc>
                        <w:tc>
                          <w:tcPr>
                            <w:tcW w:w="108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sz w:val="18"/>
                                <w:szCs w:val="18"/>
                              </w:rPr>
                            </w:pPr>
                            <w:r w:rsidRPr="00FE1A62">
                              <w:rPr>
                                <w:sz w:val="18"/>
                                <w:szCs w:val="18"/>
                              </w:rPr>
                              <w:t>3</w:t>
                            </w:r>
                          </w:p>
                        </w:tc>
                      </w:tr>
                      <w:tr w:rsidR="003A37E7" w:rsidRPr="00FE1A62" w:rsidTr="006075A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FE1A62" w:rsidRDefault="003A37E7" w:rsidP="00D0662E">
                            <w:pPr>
                              <w:jc w:val="center"/>
                              <w:rPr>
                                <w:rFonts w:ascii="Bahnschrift" w:hAnsi="Bahnschrift"/>
                                <w:sz w:val="18"/>
                                <w:szCs w:val="18"/>
                              </w:rPr>
                            </w:pPr>
                            <w:r w:rsidRPr="00FE1A62">
                              <w:rPr>
                                <w:rFonts w:ascii="Bahnschrift" w:hAnsi="Bahnschrift"/>
                                <w:sz w:val="18"/>
                                <w:szCs w:val="18"/>
                              </w:rPr>
                              <w:t>ENGL 102</w:t>
                            </w:r>
                          </w:p>
                        </w:tc>
                        <w:tc>
                          <w:tcPr>
                            <w:tcW w:w="377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sz w:val="18"/>
                                <w:szCs w:val="18"/>
                              </w:rPr>
                              <w:t>ENGLISH AND COMMUNICATION SKILL II(FRESHMEN ENGLISH II)</w:t>
                            </w:r>
                          </w:p>
                        </w:tc>
                        <w:tc>
                          <w:tcPr>
                            <w:tcW w:w="1080" w:type="dxa"/>
                            <w:vAlign w:val="center"/>
                          </w:tcPr>
                          <w:p w:rsidR="003A37E7" w:rsidRPr="00FE1A62" w:rsidRDefault="003A37E7" w:rsidP="00D0662E">
                            <w:pPr>
                              <w:jc w:val="center"/>
                              <w:cnfStyle w:val="000000010000" w:firstRow="0" w:lastRow="0" w:firstColumn="0" w:lastColumn="0" w:oddVBand="0" w:evenVBand="0" w:oddHBand="0" w:evenHBand="1" w:firstRowFirstColumn="0" w:firstRowLastColumn="0" w:lastRowFirstColumn="0" w:lastRowLastColumn="0"/>
                              <w:rPr>
                                <w:sz w:val="18"/>
                                <w:szCs w:val="18"/>
                              </w:rPr>
                            </w:pPr>
                            <w:r w:rsidRPr="00FE1A62">
                              <w:rPr>
                                <w:sz w:val="18"/>
                                <w:szCs w:val="18"/>
                              </w:rPr>
                              <w:t>3</w:t>
                            </w:r>
                          </w:p>
                        </w:tc>
                      </w:tr>
                      <w:tr w:rsidR="003A37E7" w:rsidRPr="00FE1A62" w:rsidTr="006075A2">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5210" w:type="dxa"/>
                            <w:gridSpan w:val="2"/>
                            <w:vAlign w:val="center"/>
                          </w:tcPr>
                          <w:p w:rsidR="003A37E7" w:rsidRPr="00FE1A62" w:rsidRDefault="003A37E7" w:rsidP="00D0662E">
                            <w:pPr>
                              <w:jc w:val="center"/>
                              <w:rPr>
                                <w:sz w:val="18"/>
                                <w:szCs w:val="18"/>
                              </w:rPr>
                            </w:pPr>
                            <w:r w:rsidRPr="00FE1A62">
                              <w:rPr>
                                <w:sz w:val="18"/>
                                <w:szCs w:val="18"/>
                              </w:rPr>
                              <w:t xml:space="preserve">TOTAL </w:t>
                            </w:r>
                            <w:r w:rsidRPr="00FE1A62">
                              <w:rPr>
                                <w:b w:val="0"/>
                                <w:sz w:val="18"/>
                                <w:szCs w:val="18"/>
                              </w:rPr>
                              <w:t>CREDIT HOURS</w:t>
                            </w:r>
                          </w:p>
                        </w:tc>
                        <w:tc>
                          <w:tcPr>
                            <w:tcW w:w="1080" w:type="dxa"/>
                            <w:vAlign w:val="center"/>
                          </w:tcPr>
                          <w:p w:rsidR="003A37E7" w:rsidRPr="00FE1A62" w:rsidRDefault="003A37E7" w:rsidP="00D0662E">
                            <w:pPr>
                              <w:jc w:val="center"/>
                              <w:cnfStyle w:val="000000100000" w:firstRow="0" w:lastRow="0" w:firstColumn="0" w:lastColumn="0" w:oddVBand="0" w:evenVBand="0" w:oddHBand="1" w:evenHBand="0" w:firstRowFirstColumn="0" w:firstRowLastColumn="0" w:lastRowFirstColumn="0" w:lastRowLastColumn="0"/>
                              <w:rPr>
                                <w:sz w:val="18"/>
                                <w:szCs w:val="18"/>
                              </w:rPr>
                            </w:pPr>
                            <w:r w:rsidRPr="00FE1A62">
                              <w:rPr>
                                <w:sz w:val="18"/>
                                <w:szCs w:val="18"/>
                              </w:rPr>
                              <w:t>24</w:t>
                            </w:r>
                          </w:p>
                        </w:tc>
                      </w:tr>
                    </w:tbl>
                    <w:p w:rsidR="003A37E7" w:rsidRDefault="003A37E7"/>
                  </w:txbxContent>
                </v:textbox>
              </v:shape>
            </w:pict>
          </mc:Fallback>
        </mc:AlternateContent>
      </w:r>
    </w:p>
    <w:p w:rsidR="00431BFA" w:rsidRDefault="00431BFA" w:rsidP="00412947">
      <w:pPr>
        <w:jc w:val="center"/>
      </w:pPr>
    </w:p>
    <w:p w:rsidR="00431BFA" w:rsidRDefault="00431BFA" w:rsidP="00412947">
      <w:pPr>
        <w:jc w:val="center"/>
      </w:pPr>
    </w:p>
    <w:p w:rsidR="00431BFA" w:rsidRDefault="00431BFA" w:rsidP="00412947">
      <w:pPr>
        <w:jc w:val="center"/>
      </w:pPr>
    </w:p>
    <w:p w:rsidR="00431BFA" w:rsidRDefault="00431BFA" w:rsidP="00412947">
      <w:pPr>
        <w:jc w:val="center"/>
      </w:pPr>
    </w:p>
    <w:p w:rsidR="00431BFA" w:rsidRDefault="00431BFA" w:rsidP="00412947">
      <w:pPr>
        <w:jc w:val="center"/>
      </w:pPr>
    </w:p>
    <w:p w:rsidR="00431BFA" w:rsidRDefault="00431BFA" w:rsidP="00412947">
      <w:pPr>
        <w:jc w:val="center"/>
      </w:pPr>
    </w:p>
    <w:p w:rsidR="00431BFA" w:rsidRDefault="00431BFA" w:rsidP="00412947">
      <w:pPr>
        <w:jc w:val="center"/>
      </w:pPr>
    </w:p>
    <w:p w:rsidR="00431BFA" w:rsidRDefault="00A817A1" w:rsidP="00412947">
      <w:pPr>
        <w:jc w:val="center"/>
      </w:pPr>
      <w:r>
        <w:rPr>
          <w:noProof/>
        </w:rPr>
        <w:lastRenderedPageBreak/>
        <mc:AlternateContent>
          <mc:Choice Requires="wps">
            <w:drawing>
              <wp:anchor distT="0" distB="0" distL="114300" distR="114300" simplePos="0" relativeHeight="251708416" behindDoc="0" locked="0" layoutInCell="1" allowOverlap="1" wp14:anchorId="7BBFDF61" wp14:editId="0AE98061">
                <wp:simplePos x="0" y="0"/>
                <wp:positionH relativeFrom="column">
                  <wp:posOffset>-600611</wp:posOffset>
                </wp:positionH>
                <wp:positionV relativeFrom="paragraph">
                  <wp:posOffset>-581479</wp:posOffset>
                </wp:positionV>
                <wp:extent cx="4385691" cy="3182112"/>
                <wp:effectExtent l="0" t="0" r="0" b="0"/>
                <wp:wrapNone/>
                <wp:docPr id="55" name="Text Box 55"/>
                <wp:cNvGraphicFramePr/>
                <a:graphic xmlns:a="http://schemas.openxmlformats.org/drawingml/2006/main">
                  <a:graphicData uri="http://schemas.microsoft.com/office/word/2010/wordprocessingShape">
                    <wps:wsp>
                      <wps:cNvSpPr txBox="1"/>
                      <wps:spPr>
                        <a:xfrm>
                          <a:off x="0" y="0"/>
                          <a:ext cx="4385691" cy="318211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560" w:type="dxa"/>
                              <w:tblLayout w:type="fixed"/>
                              <w:tblLook w:val="04A0" w:firstRow="1" w:lastRow="0" w:firstColumn="1" w:lastColumn="0" w:noHBand="0" w:noVBand="1"/>
                            </w:tblPr>
                            <w:tblGrid>
                              <w:gridCol w:w="1440"/>
                              <w:gridCol w:w="4040"/>
                              <w:gridCol w:w="1080"/>
                            </w:tblGrid>
                            <w:tr w:rsidR="003A37E7" w:rsidRPr="00D86379" w:rsidTr="00607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0" w:type="dxa"/>
                                  <w:gridSpan w:val="3"/>
                                  <w:vAlign w:val="center"/>
                                </w:tcPr>
                                <w:p w:rsidR="003A37E7" w:rsidRPr="00D86379" w:rsidRDefault="003A37E7" w:rsidP="00754D1F">
                                  <w:pPr>
                                    <w:jc w:val="center"/>
                                    <w:rPr>
                                      <w:rFonts w:cs="Times New Roman"/>
                                      <w:color w:val="FF0000"/>
                                    </w:rPr>
                                  </w:pPr>
                                  <w:r w:rsidRPr="00D86379">
                                    <w:rPr>
                                      <w:rFonts w:cs="Times New Roman"/>
                                      <w:color w:val="FF0000"/>
                                    </w:rPr>
                                    <w:t>COMPUTER SCIENCE &amp; INFORMATION TECHNOLOGY</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0" w:type="dxa"/>
                                  <w:gridSpan w:val="3"/>
                                  <w:vAlign w:val="center"/>
                                </w:tcPr>
                                <w:p w:rsidR="003A37E7" w:rsidRPr="00D86379" w:rsidRDefault="003A37E7" w:rsidP="00754D1F">
                                  <w:pPr>
                                    <w:jc w:val="center"/>
                                    <w:rPr>
                                      <w:rFonts w:cs="Times New Roman"/>
                                    </w:rPr>
                                  </w:pPr>
                                  <w:r w:rsidRPr="00D86379">
                                    <w:rPr>
                                      <w:rFonts w:cs="Times New Roman"/>
                                      <w:sz w:val="20"/>
                                      <w:szCs w:val="20"/>
                                    </w:rPr>
                                    <w:t>SOPHOMORE YEAR (YEAR II) - FIRST SEMESTER</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COURSE CODE</w:t>
                                  </w:r>
                                </w:p>
                              </w:tc>
                              <w:tc>
                                <w:tcPr>
                                  <w:tcW w:w="404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COURSE TITLE</w:t>
                                  </w:r>
                                </w:p>
                              </w:tc>
                              <w:tc>
                                <w:tcPr>
                                  <w:tcW w:w="108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CREDIT HOURS</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GEN 107</w:t>
                                  </w:r>
                                </w:p>
                              </w:tc>
                              <w:tc>
                                <w:tcPr>
                                  <w:tcW w:w="404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DISCIPLESHIP  1</w:t>
                                  </w:r>
                                </w:p>
                              </w:tc>
                              <w:tc>
                                <w:tcPr>
                                  <w:tcW w:w="108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2</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BUS 102</w:t>
                                  </w:r>
                                </w:p>
                              </w:tc>
                              <w:tc>
                                <w:tcPr>
                                  <w:tcW w:w="404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 xml:space="preserve">ENTERPRENEURSHIP </w:t>
                                  </w:r>
                                </w:p>
                              </w:tc>
                              <w:tc>
                                <w:tcPr>
                                  <w:tcW w:w="108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COSC 203</w:t>
                                  </w:r>
                                </w:p>
                              </w:tc>
                              <w:tc>
                                <w:tcPr>
                                  <w:tcW w:w="404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DIGITAL MEDIA II</w:t>
                                  </w:r>
                                </w:p>
                              </w:tc>
                              <w:tc>
                                <w:tcPr>
                                  <w:tcW w:w="108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COSC 205</w:t>
                                  </w:r>
                                </w:p>
                              </w:tc>
                              <w:tc>
                                <w:tcPr>
                                  <w:tcW w:w="404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INTRODUCTION TO NETWORKING</w:t>
                                  </w:r>
                                </w:p>
                              </w:tc>
                              <w:tc>
                                <w:tcPr>
                                  <w:tcW w:w="108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COSC 206</w:t>
                                  </w:r>
                                </w:p>
                              </w:tc>
                              <w:tc>
                                <w:tcPr>
                                  <w:tcW w:w="404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A+ (COMPUTER HARDWARE)</w:t>
                                  </w:r>
                                </w:p>
                              </w:tc>
                              <w:tc>
                                <w:tcPr>
                                  <w:tcW w:w="108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COSC 207</w:t>
                                  </w:r>
                                </w:p>
                              </w:tc>
                              <w:tc>
                                <w:tcPr>
                                  <w:tcW w:w="404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INTRODUCTION TO OBJECT ORIENTED PROGRAMMING (PHP)</w:t>
                                  </w:r>
                                </w:p>
                              </w:tc>
                              <w:tc>
                                <w:tcPr>
                                  <w:tcW w:w="108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COSC 208</w:t>
                                  </w:r>
                                </w:p>
                              </w:tc>
                              <w:tc>
                                <w:tcPr>
                                  <w:tcW w:w="404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INTRODUCTION TO DATABASE</w:t>
                                  </w:r>
                                </w:p>
                              </w:tc>
                              <w:tc>
                                <w:tcPr>
                                  <w:tcW w:w="108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5480" w:type="dxa"/>
                                  <w:gridSpan w:val="2"/>
                                  <w:vAlign w:val="center"/>
                                </w:tcPr>
                                <w:p w:rsidR="003A37E7" w:rsidRPr="00D86379" w:rsidRDefault="003A37E7" w:rsidP="00754D1F">
                                  <w:pPr>
                                    <w:jc w:val="center"/>
                                    <w:rPr>
                                      <w:rFonts w:cs="Times New Roman"/>
                                    </w:rPr>
                                  </w:pPr>
                                  <w:r w:rsidRPr="00D86379">
                                    <w:rPr>
                                      <w:rFonts w:cs="Times New Roman"/>
                                    </w:rPr>
                                    <w:t>TOTAL CREDIT HOURS</w:t>
                                  </w:r>
                                </w:p>
                              </w:tc>
                              <w:tc>
                                <w:tcPr>
                                  <w:tcW w:w="108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BFDF61" id="Text Box 55" o:spid="_x0000_s1108" type="#_x0000_t202" style="position:absolute;left:0;text-align:left;margin-left:-47.3pt;margin-top:-45.8pt;width:345.35pt;height:250.5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" fillcolor="white [3201]" stroked="f" strokeweight=".5pt">
                <v:textbox>
                  <w:txbxContent>
                    <w:tbl>
                      <w:tblPr>
                        <w:tblStyle w:val="LightGrid"/>
                        <w:tblW w:w="6560" w:type="dxa"/>
                        <w:tblLayout w:type="fixed"/>
                        <w:tblLook w:val="04A0" w:firstRow="1" w:lastRow="0" w:firstColumn="1" w:lastColumn="0" w:noHBand="0" w:noVBand="1"/>
                      </w:tblPr>
                      <w:tblGrid>
                        <w:gridCol w:w="1440"/>
                        <w:gridCol w:w="4040"/>
                        <w:gridCol w:w="1080"/>
                      </w:tblGrid>
                      <w:tr w:rsidR="003A37E7" w:rsidRPr="00D86379" w:rsidTr="00607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0" w:type="dxa"/>
                            <w:gridSpan w:val="3"/>
                            <w:vAlign w:val="center"/>
                          </w:tcPr>
                          <w:p w:rsidR="003A37E7" w:rsidRPr="00D86379" w:rsidRDefault="003A37E7" w:rsidP="00754D1F">
                            <w:pPr>
                              <w:jc w:val="center"/>
                              <w:rPr>
                                <w:rFonts w:cs="Times New Roman"/>
                                <w:color w:val="FF0000"/>
                              </w:rPr>
                            </w:pPr>
                            <w:r w:rsidRPr="00D86379">
                              <w:rPr>
                                <w:rFonts w:cs="Times New Roman"/>
                                <w:color w:val="FF0000"/>
                              </w:rPr>
                              <w:t>COMPUTER SCIENCE &amp; INFORMATION TECHNOLOGY</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60" w:type="dxa"/>
                            <w:gridSpan w:val="3"/>
                            <w:vAlign w:val="center"/>
                          </w:tcPr>
                          <w:p w:rsidR="003A37E7" w:rsidRPr="00D86379" w:rsidRDefault="003A37E7" w:rsidP="00754D1F">
                            <w:pPr>
                              <w:jc w:val="center"/>
                              <w:rPr>
                                <w:rFonts w:cs="Times New Roman"/>
                              </w:rPr>
                            </w:pPr>
                            <w:r w:rsidRPr="00D86379">
                              <w:rPr>
                                <w:rFonts w:cs="Times New Roman"/>
                                <w:sz w:val="20"/>
                                <w:szCs w:val="20"/>
                              </w:rPr>
                              <w:t>SOPHOMORE YEAR (YEAR II) - FIRST SEMESTER</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COURSE CODE</w:t>
                            </w:r>
                          </w:p>
                        </w:tc>
                        <w:tc>
                          <w:tcPr>
                            <w:tcW w:w="404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COURSE TITLE</w:t>
                            </w:r>
                          </w:p>
                        </w:tc>
                        <w:tc>
                          <w:tcPr>
                            <w:tcW w:w="108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CREDIT HOURS</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GEN 107</w:t>
                            </w:r>
                          </w:p>
                        </w:tc>
                        <w:tc>
                          <w:tcPr>
                            <w:tcW w:w="404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DISCIPLESHIP  1</w:t>
                            </w:r>
                          </w:p>
                        </w:tc>
                        <w:tc>
                          <w:tcPr>
                            <w:tcW w:w="108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2</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BUS 102</w:t>
                            </w:r>
                          </w:p>
                        </w:tc>
                        <w:tc>
                          <w:tcPr>
                            <w:tcW w:w="404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 xml:space="preserve">ENTERPRENEURSHIP </w:t>
                            </w:r>
                          </w:p>
                        </w:tc>
                        <w:tc>
                          <w:tcPr>
                            <w:tcW w:w="108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COSC 203</w:t>
                            </w:r>
                          </w:p>
                        </w:tc>
                        <w:tc>
                          <w:tcPr>
                            <w:tcW w:w="404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DIGITAL MEDIA II</w:t>
                            </w:r>
                          </w:p>
                        </w:tc>
                        <w:tc>
                          <w:tcPr>
                            <w:tcW w:w="108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COSC 205</w:t>
                            </w:r>
                          </w:p>
                        </w:tc>
                        <w:tc>
                          <w:tcPr>
                            <w:tcW w:w="404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INTRODUCTION TO NETWORKING</w:t>
                            </w:r>
                          </w:p>
                        </w:tc>
                        <w:tc>
                          <w:tcPr>
                            <w:tcW w:w="108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COSC 206</w:t>
                            </w:r>
                          </w:p>
                        </w:tc>
                        <w:tc>
                          <w:tcPr>
                            <w:tcW w:w="404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A+ (COMPUTER HARDWARE)</w:t>
                            </w:r>
                          </w:p>
                        </w:tc>
                        <w:tc>
                          <w:tcPr>
                            <w:tcW w:w="108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COSC 207</w:t>
                            </w:r>
                          </w:p>
                        </w:tc>
                        <w:tc>
                          <w:tcPr>
                            <w:tcW w:w="404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INTRODUCTION TO OBJECT ORIENTED PROGRAMMING (PHP)</w:t>
                            </w:r>
                          </w:p>
                        </w:tc>
                        <w:tc>
                          <w:tcPr>
                            <w:tcW w:w="108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54D1F">
                            <w:pPr>
                              <w:jc w:val="center"/>
                              <w:rPr>
                                <w:rFonts w:cs="Times New Roman"/>
                              </w:rPr>
                            </w:pPr>
                            <w:r w:rsidRPr="00D86379">
                              <w:rPr>
                                <w:rFonts w:cs="Times New Roman"/>
                              </w:rPr>
                              <w:t>COSC 208</w:t>
                            </w:r>
                          </w:p>
                        </w:tc>
                        <w:tc>
                          <w:tcPr>
                            <w:tcW w:w="404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INTRODUCTION TO DATABASE</w:t>
                            </w:r>
                          </w:p>
                        </w:tc>
                        <w:tc>
                          <w:tcPr>
                            <w:tcW w:w="1080" w:type="dxa"/>
                            <w:vAlign w:val="center"/>
                          </w:tcPr>
                          <w:p w:rsidR="003A37E7" w:rsidRPr="00D86379" w:rsidRDefault="003A37E7" w:rsidP="00754D1F">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5480" w:type="dxa"/>
                            <w:gridSpan w:val="2"/>
                            <w:vAlign w:val="center"/>
                          </w:tcPr>
                          <w:p w:rsidR="003A37E7" w:rsidRPr="00D86379" w:rsidRDefault="003A37E7" w:rsidP="00754D1F">
                            <w:pPr>
                              <w:jc w:val="center"/>
                              <w:rPr>
                                <w:rFonts w:cs="Times New Roman"/>
                              </w:rPr>
                            </w:pPr>
                            <w:r w:rsidRPr="00D86379">
                              <w:rPr>
                                <w:rFonts w:cs="Times New Roman"/>
                              </w:rPr>
                              <w:t>TOTAL CREDIT HOURS</w:t>
                            </w:r>
                          </w:p>
                        </w:tc>
                        <w:tc>
                          <w:tcPr>
                            <w:tcW w:w="1080" w:type="dxa"/>
                            <w:vAlign w:val="center"/>
                          </w:tcPr>
                          <w:p w:rsidR="003A37E7" w:rsidRPr="00D86379" w:rsidRDefault="003A37E7" w:rsidP="00754D1F">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20</w:t>
                            </w:r>
                          </w:p>
                        </w:tc>
                      </w:tr>
                    </w:tbl>
                    <w:p w:rsidR="003A37E7" w:rsidRDefault="003A37E7"/>
                  </w:txbxContent>
                </v:textbox>
              </v:shape>
            </w:pict>
          </mc:Fallback>
        </mc:AlternateContent>
      </w:r>
    </w:p>
    <w:p w:rsidR="00431BFA" w:rsidRDefault="00431BFA" w:rsidP="00412947">
      <w:pPr>
        <w:jc w:val="center"/>
      </w:pPr>
    </w:p>
    <w:p w:rsidR="00431BFA" w:rsidRDefault="00431BFA" w:rsidP="00412947">
      <w:pPr>
        <w:jc w:val="center"/>
      </w:pPr>
    </w:p>
    <w:p w:rsidR="00431BFA" w:rsidRDefault="00431BFA" w:rsidP="00412947">
      <w:pPr>
        <w:jc w:val="center"/>
      </w:pPr>
    </w:p>
    <w:p w:rsidR="00431BFA" w:rsidRDefault="00431BFA" w:rsidP="00412947">
      <w:pPr>
        <w:jc w:val="center"/>
      </w:pPr>
    </w:p>
    <w:p w:rsidR="00431BFA" w:rsidRDefault="00431BFA" w:rsidP="00412947">
      <w:pPr>
        <w:jc w:val="center"/>
      </w:pPr>
    </w:p>
    <w:p w:rsidR="00627AC2" w:rsidRDefault="00627AC2" w:rsidP="00412947">
      <w:pPr>
        <w:jc w:val="center"/>
      </w:pPr>
    </w:p>
    <w:p w:rsidR="00627AC2" w:rsidRDefault="00627AC2" w:rsidP="00412947">
      <w:pPr>
        <w:jc w:val="center"/>
      </w:pPr>
    </w:p>
    <w:p w:rsidR="00627AC2" w:rsidRDefault="00D86379" w:rsidP="00412947">
      <w:pPr>
        <w:jc w:val="center"/>
      </w:pPr>
      <w:r>
        <w:rPr>
          <w:noProof/>
        </w:rPr>
        <mc:AlternateContent>
          <mc:Choice Requires="wps">
            <w:drawing>
              <wp:anchor distT="0" distB="0" distL="114300" distR="114300" simplePos="0" relativeHeight="251709440" behindDoc="0" locked="0" layoutInCell="1" allowOverlap="1" wp14:anchorId="5E8C3A7D" wp14:editId="44ACAC0B">
                <wp:simplePos x="0" y="0"/>
                <wp:positionH relativeFrom="column">
                  <wp:posOffset>-632361</wp:posOffset>
                </wp:positionH>
                <wp:positionV relativeFrom="paragraph">
                  <wp:posOffset>134043</wp:posOffset>
                </wp:positionV>
                <wp:extent cx="4417621" cy="3742944"/>
                <wp:effectExtent l="0" t="0" r="2540" b="0"/>
                <wp:wrapNone/>
                <wp:docPr id="56" name="Text Box 56"/>
                <wp:cNvGraphicFramePr/>
                <a:graphic xmlns:a="http://schemas.openxmlformats.org/drawingml/2006/main">
                  <a:graphicData uri="http://schemas.microsoft.com/office/word/2010/wordprocessingShape">
                    <wps:wsp>
                      <wps:cNvSpPr txBox="1"/>
                      <wps:spPr>
                        <a:xfrm>
                          <a:off x="0" y="0"/>
                          <a:ext cx="4417621" cy="374294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650" w:type="dxa"/>
                              <w:tblLayout w:type="fixed"/>
                              <w:tblLook w:val="04A0" w:firstRow="1" w:lastRow="0" w:firstColumn="1" w:lastColumn="0" w:noHBand="0" w:noVBand="1"/>
                            </w:tblPr>
                            <w:tblGrid>
                              <w:gridCol w:w="1440"/>
                              <w:gridCol w:w="4130"/>
                              <w:gridCol w:w="1080"/>
                            </w:tblGrid>
                            <w:tr w:rsidR="003A37E7" w:rsidRPr="00D86379" w:rsidTr="00607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0" w:type="dxa"/>
                                  <w:gridSpan w:val="3"/>
                                  <w:vAlign w:val="center"/>
                                </w:tcPr>
                                <w:p w:rsidR="003A37E7" w:rsidRPr="00D86379" w:rsidRDefault="003A37E7" w:rsidP="00D457AB">
                                  <w:pPr>
                                    <w:jc w:val="center"/>
                                    <w:rPr>
                                      <w:rFonts w:cs="Times New Roman"/>
                                      <w:color w:val="FF0000"/>
                                    </w:rPr>
                                  </w:pPr>
                                  <w:r w:rsidRPr="00D86379">
                                    <w:rPr>
                                      <w:rFonts w:cs="Times New Roman"/>
                                      <w:color w:val="FF0000"/>
                                    </w:rPr>
                                    <w:t>COMPUTER SCIENCE &amp; INFORMATION TECHNOLOGY</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0" w:type="dxa"/>
                                  <w:gridSpan w:val="3"/>
                                  <w:vAlign w:val="center"/>
                                </w:tcPr>
                                <w:p w:rsidR="003A37E7" w:rsidRPr="00D86379" w:rsidRDefault="003A37E7" w:rsidP="00D457AB">
                                  <w:pPr>
                                    <w:jc w:val="center"/>
                                    <w:rPr>
                                      <w:rFonts w:cs="Times New Roman"/>
                                    </w:rPr>
                                  </w:pPr>
                                  <w:r w:rsidRPr="00D86379">
                                    <w:rPr>
                                      <w:rFonts w:cs="Times New Roman"/>
                                      <w:sz w:val="20"/>
                                      <w:szCs w:val="20"/>
                                    </w:rPr>
                                    <w:t>SOPHOMORE YEAR (YEAR II) - SECOND SEMESTER</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457AB">
                                  <w:pPr>
                                    <w:jc w:val="center"/>
                                    <w:rPr>
                                      <w:rFonts w:cs="Times New Roman"/>
                                    </w:rPr>
                                  </w:pPr>
                                  <w:r w:rsidRPr="00D86379">
                                    <w:rPr>
                                      <w:rFonts w:cs="Times New Roman"/>
                                    </w:rPr>
                                    <w:t>COURSE CODE</w:t>
                                  </w:r>
                                </w:p>
                              </w:tc>
                              <w:tc>
                                <w:tcPr>
                                  <w:tcW w:w="413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COURSE TITLE</w:t>
                                  </w:r>
                                </w:p>
                              </w:tc>
                              <w:tc>
                                <w:tcPr>
                                  <w:tcW w:w="108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CREDIT HOURS</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457AB">
                                  <w:pPr>
                                    <w:jc w:val="center"/>
                                    <w:rPr>
                                      <w:rFonts w:cs="Times New Roman"/>
                                    </w:rPr>
                                  </w:pPr>
                                  <w:r w:rsidRPr="00D86379">
                                    <w:rPr>
                                      <w:rFonts w:cs="Times New Roman"/>
                                    </w:rPr>
                                    <w:t>108</w:t>
                                  </w:r>
                                </w:p>
                              </w:tc>
                              <w:tc>
                                <w:tcPr>
                                  <w:tcW w:w="4130" w:type="dxa"/>
                                  <w:vAlign w:val="center"/>
                                </w:tcPr>
                                <w:p w:rsidR="003A37E7" w:rsidRPr="00D86379" w:rsidRDefault="003A37E7" w:rsidP="00D457AB">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DISCIPLESHIP  2</w:t>
                                  </w:r>
                                </w:p>
                              </w:tc>
                              <w:tc>
                                <w:tcPr>
                                  <w:tcW w:w="1080" w:type="dxa"/>
                                  <w:vAlign w:val="center"/>
                                </w:tcPr>
                                <w:p w:rsidR="003A37E7" w:rsidRPr="00D86379" w:rsidRDefault="003A37E7" w:rsidP="00D457AB">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2</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457AB">
                                  <w:pPr>
                                    <w:jc w:val="center"/>
                                    <w:rPr>
                                      <w:rFonts w:cs="Times New Roman"/>
                                    </w:rPr>
                                  </w:pPr>
                                  <w:r w:rsidRPr="00D86379">
                                    <w:rPr>
                                      <w:rFonts w:cs="Times New Roman"/>
                                    </w:rPr>
                                    <w:t>COSC 217</w:t>
                                  </w:r>
                                </w:p>
                              </w:tc>
                              <w:tc>
                                <w:tcPr>
                                  <w:tcW w:w="413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WEB APPLICATION DEVELOPMENT</w:t>
                                  </w:r>
                                </w:p>
                              </w:tc>
                              <w:tc>
                                <w:tcPr>
                                  <w:tcW w:w="108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457AB">
                                  <w:pPr>
                                    <w:jc w:val="center"/>
                                    <w:rPr>
                                      <w:rFonts w:cs="Times New Roman"/>
                                    </w:rPr>
                                  </w:pPr>
                                  <w:r w:rsidRPr="00D86379">
                                    <w:rPr>
                                      <w:rFonts w:cs="Times New Roman"/>
                                    </w:rPr>
                                    <w:t>PETH 201</w:t>
                                  </w:r>
                                </w:p>
                              </w:tc>
                              <w:tc>
                                <w:tcPr>
                                  <w:tcW w:w="4130" w:type="dxa"/>
                                  <w:vAlign w:val="center"/>
                                </w:tcPr>
                                <w:p w:rsidR="003A37E7" w:rsidRPr="00D86379" w:rsidRDefault="003A37E7" w:rsidP="00D457AB">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PROFESSIONAL ETHICS</w:t>
                                  </w:r>
                                </w:p>
                              </w:tc>
                              <w:tc>
                                <w:tcPr>
                                  <w:tcW w:w="1080" w:type="dxa"/>
                                  <w:vAlign w:val="center"/>
                                </w:tcPr>
                                <w:p w:rsidR="003A37E7" w:rsidRPr="00D86379" w:rsidRDefault="003A37E7" w:rsidP="00D457AB">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457AB">
                                  <w:pPr>
                                    <w:jc w:val="center"/>
                                    <w:rPr>
                                      <w:rFonts w:cs="Times New Roman"/>
                                    </w:rPr>
                                  </w:pPr>
                                  <w:r w:rsidRPr="00D86379">
                                    <w:rPr>
                                      <w:rFonts w:cs="Times New Roman"/>
                                    </w:rPr>
                                    <w:t>COSC 300</w:t>
                                  </w:r>
                                </w:p>
                              </w:tc>
                              <w:tc>
                                <w:tcPr>
                                  <w:tcW w:w="413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MINI PROJECT</w:t>
                                  </w:r>
                                </w:p>
                              </w:tc>
                              <w:tc>
                                <w:tcPr>
                                  <w:tcW w:w="108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4</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457AB">
                                  <w:pPr>
                                    <w:jc w:val="center"/>
                                    <w:rPr>
                                      <w:rFonts w:cs="Times New Roman"/>
                                    </w:rPr>
                                  </w:pPr>
                                  <w:r w:rsidRPr="00D86379">
                                    <w:rPr>
                                      <w:rFonts w:cs="Times New Roman"/>
                                    </w:rPr>
                                    <w:t>BUS 211</w:t>
                                  </w:r>
                                </w:p>
                              </w:tc>
                              <w:tc>
                                <w:tcPr>
                                  <w:tcW w:w="4130" w:type="dxa"/>
                                  <w:vAlign w:val="center"/>
                                </w:tcPr>
                                <w:p w:rsidR="003A37E7" w:rsidRPr="00D86379" w:rsidRDefault="003A37E7" w:rsidP="00D457AB">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MANAGEMENT INFORMATION SYSTEM</w:t>
                                  </w:r>
                                </w:p>
                              </w:tc>
                              <w:tc>
                                <w:tcPr>
                                  <w:tcW w:w="1080" w:type="dxa"/>
                                  <w:vAlign w:val="center"/>
                                </w:tcPr>
                                <w:p w:rsidR="003A37E7" w:rsidRPr="00D86379" w:rsidRDefault="003A37E7" w:rsidP="00D457AB">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457AB">
                                  <w:pPr>
                                    <w:jc w:val="center"/>
                                    <w:rPr>
                                      <w:rFonts w:cs="Times New Roman"/>
                                    </w:rPr>
                                  </w:pPr>
                                  <w:r w:rsidRPr="00D86379">
                                    <w:rPr>
                                      <w:rFonts w:cs="Times New Roman"/>
                                    </w:rPr>
                                    <w:t>TMC 11</w:t>
                                  </w:r>
                                </w:p>
                              </w:tc>
                              <w:tc>
                                <w:tcPr>
                                  <w:tcW w:w="413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TOTAL MEANS CONCEPT</w:t>
                                  </w:r>
                                </w:p>
                              </w:tc>
                              <w:tc>
                                <w:tcPr>
                                  <w:tcW w:w="108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1</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1087"/>
                              </w:trPr>
                              <w:tc>
                                <w:tcPr>
                                  <w:cnfStyle w:val="001000000000" w:firstRow="0" w:lastRow="0" w:firstColumn="1" w:lastColumn="0" w:oddVBand="0" w:evenVBand="0" w:oddHBand="0" w:evenHBand="0" w:firstRowFirstColumn="0" w:firstRowLastColumn="0" w:lastRowFirstColumn="0" w:lastRowLastColumn="0"/>
                                  <w:tcW w:w="5570" w:type="dxa"/>
                                  <w:gridSpan w:val="2"/>
                                  <w:vAlign w:val="center"/>
                                </w:tcPr>
                                <w:p w:rsidR="003A37E7" w:rsidRPr="00D86379" w:rsidRDefault="003A37E7" w:rsidP="00D457AB">
                                  <w:pPr>
                                    <w:jc w:val="center"/>
                                    <w:rPr>
                                      <w:rFonts w:cs="Times New Roman"/>
                                    </w:rPr>
                                  </w:pPr>
                                  <w:r w:rsidRPr="00D86379">
                                    <w:rPr>
                                      <w:rFonts w:cs="Times New Roman"/>
                                    </w:rPr>
                                    <w:t>TOTAL CREDIT HOURS</w:t>
                                  </w:r>
                                </w:p>
                              </w:tc>
                              <w:tc>
                                <w:tcPr>
                                  <w:tcW w:w="1080" w:type="dxa"/>
                                  <w:vAlign w:val="center"/>
                                </w:tcPr>
                                <w:p w:rsidR="003A37E7" w:rsidRPr="00D86379" w:rsidRDefault="003A37E7" w:rsidP="00D457AB">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16</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8C3A7D" id="Text Box 56" o:spid="_x0000_s1109" type="#_x0000_t202" style="position:absolute;left:0;text-align:left;margin-left:-49.8pt;margin-top:10.55pt;width:347.85pt;height:294.7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" fillcolor="white [3201]" stroked="f" strokeweight=".5pt">
                <v:textbox>
                  <w:txbxContent>
                    <w:tbl>
                      <w:tblPr>
                        <w:tblStyle w:val="LightGrid"/>
                        <w:tblW w:w="6650" w:type="dxa"/>
                        <w:tblLayout w:type="fixed"/>
                        <w:tblLook w:val="04A0" w:firstRow="1" w:lastRow="0" w:firstColumn="1" w:lastColumn="0" w:noHBand="0" w:noVBand="1"/>
                      </w:tblPr>
                      <w:tblGrid>
                        <w:gridCol w:w="1440"/>
                        <w:gridCol w:w="4130"/>
                        <w:gridCol w:w="1080"/>
                      </w:tblGrid>
                      <w:tr w:rsidR="003A37E7" w:rsidRPr="00D86379" w:rsidTr="00607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0" w:type="dxa"/>
                            <w:gridSpan w:val="3"/>
                            <w:vAlign w:val="center"/>
                          </w:tcPr>
                          <w:p w:rsidR="003A37E7" w:rsidRPr="00D86379" w:rsidRDefault="003A37E7" w:rsidP="00D457AB">
                            <w:pPr>
                              <w:jc w:val="center"/>
                              <w:rPr>
                                <w:rFonts w:cs="Times New Roman"/>
                                <w:color w:val="FF0000"/>
                              </w:rPr>
                            </w:pPr>
                            <w:r w:rsidRPr="00D86379">
                              <w:rPr>
                                <w:rFonts w:cs="Times New Roman"/>
                                <w:color w:val="FF0000"/>
                              </w:rPr>
                              <w:t>COMPUTER SCIENCE &amp; INFORMATION TECHNOLOGY</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0" w:type="dxa"/>
                            <w:gridSpan w:val="3"/>
                            <w:vAlign w:val="center"/>
                          </w:tcPr>
                          <w:p w:rsidR="003A37E7" w:rsidRPr="00D86379" w:rsidRDefault="003A37E7" w:rsidP="00D457AB">
                            <w:pPr>
                              <w:jc w:val="center"/>
                              <w:rPr>
                                <w:rFonts w:cs="Times New Roman"/>
                              </w:rPr>
                            </w:pPr>
                            <w:r w:rsidRPr="00D86379">
                              <w:rPr>
                                <w:rFonts w:cs="Times New Roman"/>
                                <w:sz w:val="20"/>
                                <w:szCs w:val="20"/>
                              </w:rPr>
                              <w:t>SOPHOMORE YEAR (YEAR II) - SECOND SEMESTER</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457AB">
                            <w:pPr>
                              <w:jc w:val="center"/>
                              <w:rPr>
                                <w:rFonts w:cs="Times New Roman"/>
                              </w:rPr>
                            </w:pPr>
                            <w:r w:rsidRPr="00D86379">
                              <w:rPr>
                                <w:rFonts w:cs="Times New Roman"/>
                              </w:rPr>
                              <w:t>COURSE CODE</w:t>
                            </w:r>
                          </w:p>
                        </w:tc>
                        <w:tc>
                          <w:tcPr>
                            <w:tcW w:w="413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COURSE TITLE</w:t>
                            </w:r>
                          </w:p>
                        </w:tc>
                        <w:tc>
                          <w:tcPr>
                            <w:tcW w:w="108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CREDIT HOURS</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457AB">
                            <w:pPr>
                              <w:jc w:val="center"/>
                              <w:rPr>
                                <w:rFonts w:cs="Times New Roman"/>
                              </w:rPr>
                            </w:pPr>
                            <w:r w:rsidRPr="00D86379">
                              <w:rPr>
                                <w:rFonts w:cs="Times New Roman"/>
                              </w:rPr>
                              <w:t>108</w:t>
                            </w:r>
                          </w:p>
                        </w:tc>
                        <w:tc>
                          <w:tcPr>
                            <w:tcW w:w="4130" w:type="dxa"/>
                            <w:vAlign w:val="center"/>
                          </w:tcPr>
                          <w:p w:rsidR="003A37E7" w:rsidRPr="00D86379" w:rsidRDefault="003A37E7" w:rsidP="00D457AB">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DISCIPLESHIP  2</w:t>
                            </w:r>
                          </w:p>
                        </w:tc>
                        <w:tc>
                          <w:tcPr>
                            <w:tcW w:w="1080" w:type="dxa"/>
                            <w:vAlign w:val="center"/>
                          </w:tcPr>
                          <w:p w:rsidR="003A37E7" w:rsidRPr="00D86379" w:rsidRDefault="003A37E7" w:rsidP="00D457AB">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2</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457AB">
                            <w:pPr>
                              <w:jc w:val="center"/>
                              <w:rPr>
                                <w:rFonts w:cs="Times New Roman"/>
                              </w:rPr>
                            </w:pPr>
                            <w:r w:rsidRPr="00D86379">
                              <w:rPr>
                                <w:rFonts w:cs="Times New Roman"/>
                              </w:rPr>
                              <w:t>COSC 217</w:t>
                            </w:r>
                          </w:p>
                        </w:tc>
                        <w:tc>
                          <w:tcPr>
                            <w:tcW w:w="413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WEB APPLICATION DEVELOPMENT</w:t>
                            </w:r>
                          </w:p>
                        </w:tc>
                        <w:tc>
                          <w:tcPr>
                            <w:tcW w:w="108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457AB">
                            <w:pPr>
                              <w:jc w:val="center"/>
                              <w:rPr>
                                <w:rFonts w:cs="Times New Roman"/>
                              </w:rPr>
                            </w:pPr>
                            <w:r w:rsidRPr="00D86379">
                              <w:rPr>
                                <w:rFonts w:cs="Times New Roman"/>
                              </w:rPr>
                              <w:t>PETH 201</w:t>
                            </w:r>
                          </w:p>
                        </w:tc>
                        <w:tc>
                          <w:tcPr>
                            <w:tcW w:w="4130" w:type="dxa"/>
                            <w:vAlign w:val="center"/>
                          </w:tcPr>
                          <w:p w:rsidR="003A37E7" w:rsidRPr="00D86379" w:rsidRDefault="003A37E7" w:rsidP="00D457AB">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PROFESSIONAL ETHICS</w:t>
                            </w:r>
                          </w:p>
                        </w:tc>
                        <w:tc>
                          <w:tcPr>
                            <w:tcW w:w="1080" w:type="dxa"/>
                            <w:vAlign w:val="center"/>
                          </w:tcPr>
                          <w:p w:rsidR="003A37E7" w:rsidRPr="00D86379" w:rsidRDefault="003A37E7" w:rsidP="00D457AB">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457AB">
                            <w:pPr>
                              <w:jc w:val="center"/>
                              <w:rPr>
                                <w:rFonts w:cs="Times New Roman"/>
                              </w:rPr>
                            </w:pPr>
                            <w:r w:rsidRPr="00D86379">
                              <w:rPr>
                                <w:rFonts w:cs="Times New Roman"/>
                              </w:rPr>
                              <w:t>COSC 300</w:t>
                            </w:r>
                          </w:p>
                        </w:tc>
                        <w:tc>
                          <w:tcPr>
                            <w:tcW w:w="413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MINI PROJECT</w:t>
                            </w:r>
                          </w:p>
                        </w:tc>
                        <w:tc>
                          <w:tcPr>
                            <w:tcW w:w="108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4</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457AB">
                            <w:pPr>
                              <w:jc w:val="center"/>
                              <w:rPr>
                                <w:rFonts w:cs="Times New Roman"/>
                              </w:rPr>
                            </w:pPr>
                            <w:r w:rsidRPr="00D86379">
                              <w:rPr>
                                <w:rFonts w:cs="Times New Roman"/>
                              </w:rPr>
                              <w:t>BUS 211</w:t>
                            </w:r>
                          </w:p>
                        </w:tc>
                        <w:tc>
                          <w:tcPr>
                            <w:tcW w:w="4130" w:type="dxa"/>
                            <w:vAlign w:val="center"/>
                          </w:tcPr>
                          <w:p w:rsidR="003A37E7" w:rsidRPr="00D86379" w:rsidRDefault="003A37E7" w:rsidP="00D457AB">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MANAGEMENT INFORMATION SYSTEM</w:t>
                            </w:r>
                          </w:p>
                        </w:tc>
                        <w:tc>
                          <w:tcPr>
                            <w:tcW w:w="1080" w:type="dxa"/>
                            <w:vAlign w:val="center"/>
                          </w:tcPr>
                          <w:p w:rsidR="003A37E7" w:rsidRPr="00D86379" w:rsidRDefault="003A37E7" w:rsidP="00D457AB">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D457AB">
                            <w:pPr>
                              <w:jc w:val="center"/>
                              <w:rPr>
                                <w:rFonts w:cs="Times New Roman"/>
                              </w:rPr>
                            </w:pPr>
                            <w:r w:rsidRPr="00D86379">
                              <w:rPr>
                                <w:rFonts w:cs="Times New Roman"/>
                              </w:rPr>
                              <w:t>TMC 11</w:t>
                            </w:r>
                          </w:p>
                        </w:tc>
                        <w:tc>
                          <w:tcPr>
                            <w:tcW w:w="413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TOTAL MEANS CONCEPT</w:t>
                            </w:r>
                          </w:p>
                        </w:tc>
                        <w:tc>
                          <w:tcPr>
                            <w:tcW w:w="1080" w:type="dxa"/>
                            <w:vAlign w:val="center"/>
                          </w:tcPr>
                          <w:p w:rsidR="003A37E7" w:rsidRPr="00D86379" w:rsidRDefault="003A37E7" w:rsidP="00D457AB">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1</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1087"/>
                        </w:trPr>
                        <w:tc>
                          <w:tcPr>
                            <w:cnfStyle w:val="001000000000" w:firstRow="0" w:lastRow="0" w:firstColumn="1" w:lastColumn="0" w:oddVBand="0" w:evenVBand="0" w:oddHBand="0" w:evenHBand="0" w:firstRowFirstColumn="0" w:firstRowLastColumn="0" w:lastRowFirstColumn="0" w:lastRowLastColumn="0"/>
                            <w:tcW w:w="5570" w:type="dxa"/>
                            <w:gridSpan w:val="2"/>
                            <w:vAlign w:val="center"/>
                          </w:tcPr>
                          <w:p w:rsidR="003A37E7" w:rsidRPr="00D86379" w:rsidRDefault="003A37E7" w:rsidP="00D457AB">
                            <w:pPr>
                              <w:jc w:val="center"/>
                              <w:rPr>
                                <w:rFonts w:cs="Times New Roman"/>
                              </w:rPr>
                            </w:pPr>
                            <w:r w:rsidRPr="00D86379">
                              <w:rPr>
                                <w:rFonts w:cs="Times New Roman"/>
                              </w:rPr>
                              <w:t>TOTAL CREDIT HOURS</w:t>
                            </w:r>
                          </w:p>
                        </w:tc>
                        <w:tc>
                          <w:tcPr>
                            <w:tcW w:w="1080" w:type="dxa"/>
                            <w:vAlign w:val="center"/>
                          </w:tcPr>
                          <w:p w:rsidR="003A37E7" w:rsidRPr="00D86379" w:rsidRDefault="003A37E7" w:rsidP="00D457AB">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16</w:t>
                            </w:r>
                          </w:p>
                        </w:tc>
                      </w:tr>
                    </w:tbl>
                    <w:p w:rsidR="003A37E7" w:rsidRDefault="003A37E7"/>
                  </w:txbxContent>
                </v:textbox>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890B9A" w:rsidP="00412947">
      <w:pPr>
        <w:jc w:val="center"/>
      </w:pPr>
      <w:r>
        <w:rPr>
          <w:noProof/>
        </w:rPr>
        <w:lastRenderedPageBreak/>
        <mc:AlternateContent>
          <mc:Choice Requires="wps">
            <w:drawing>
              <wp:anchor distT="0" distB="0" distL="114300" distR="114300" simplePos="0" relativeHeight="251710464" behindDoc="0" locked="0" layoutInCell="1" allowOverlap="1" wp14:anchorId="55221C45" wp14:editId="18A356C4">
                <wp:simplePos x="0" y="0"/>
                <wp:positionH relativeFrom="column">
                  <wp:posOffset>-1263254</wp:posOffset>
                </wp:positionH>
                <wp:positionV relativeFrom="paragraph">
                  <wp:posOffset>-759798</wp:posOffset>
                </wp:positionV>
                <wp:extent cx="4462272" cy="3632835"/>
                <wp:effectExtent l="0" t="0" r="0" b="5715"/>
                <wp:wrapNone/>
                <wp:docPr id="57" name="Text Box 57"/>
                <wp:cNvGraphicFramePr/>
                <a:graphic xmlns:a="http://schemas.openxmlformats.org/drawingml/2006/main">
                  <a:graphicData uri="http://schemas.microsoft.com/office/word/2010/wordprocessingShape">
                    <wps:wsp>
                      <wps:cNvSpPr txBox="1"/>
                      <wps:spPr>
                        <a:xfrm>
                          <a:off x="0" y="0"/>
                          <a:ext cx="4462272" cy="363283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740" w:type="dxa"/>
                              <w:tblLayout w:type="fixed"/>
                              <w:tblLook w:val="04A0" w:firstRow="1" w:lastRow="0" w:firstColumn="1" w:lastColumn="0" w:noHBand="0" w:noVBand="1"/>
                            </w:tblPr>
                            <w:tblGrid>
                              <w:gridCol w:w="1440"/>
                              <w:gridCol w:w="4220"/>
                              <w:gridCol w:w="1080"/>
                            </w:tblGrid>
                            <w:tr w:rsidR="003A37E7" w:rsidRPr="00D86379" w:rsidTr="00607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40" w:type="dxa"/>
                                  <w:gridSpan w:val="3"/>
                                  <w:vAlign w:val="center"/>
                                </w:tcPr>
                                <w:p w:rsidR="003A37E7" w:rsidRPr="00D86379" w:rsidRDefault="003A37E7" w:rsidP="007443E9">
                                  <w:pPr>
                                    <w:jc w:val="center"/>
                                    <w:rPr>
                                      <w:rFonts w:cs="Times New Roman"/>
                                      <w:color w:val="FF0000"/>
                                    </w:rPr>
                                  </w:pPr>
                                  <w:r w:rsidRPr="00D86379">
                                    <w:rPr>
                                      <w:rFonts w:cs="Times New Roman"/>
                                      <w:color w:val="FF0000"/>
                                    </w:rPr>
                                    <w:t>COMPUTER SCIENCE &amp; INFORMATION TECHNOLOGY</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40" w:type="dxa"/>
                                  <w:gridSpan w:val="3"/>
                                  <w:vAlign w:val="center"/>
                                </w:tcPr>
                                <w:p w:rsidR="003A37E7" w:rsidRPr="00D86379" w:rsidRDefault="003A37E7" w:rsidP="007443E9">
                                  <w:pPr>
                                    <w:jc w:val="center"/>
                                    <w:rPr>
                                      <w:rFonts w:cs="Times New Roman"/>
                                    </w:rPr>
                                  </w:pPr>
                                  <w:r w:rsidRPr="00D86379">
                                    <w:rPr>
                                      <w:rFonts w:cs="Times New Roman"/>
                                      <w:sz w:val="20"/>
                                      <w:szCs w:val="20"/>
                                    </w:rPr>
                                    <w:t>JUNIOR YEAR (YEAR III) - FIRST SEMESTER</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rPr>
                                      <w:rFonts w:cs="Times New Roman"/>
                                    </w:rPr>
                                  </w:pPr>
                                  <w:r w:rsidRPr="00D86379">
                                    <w:rPr>
                                      <w:rFonts w:cs="Times New Roman"/>
                                    </w:rPr>
                                    <w:t>COURSE CODE</w:t>
                                  </w:r>
                                </w:p>
                              </w:tc>
                              <w:tc>
                                <w:tcPr>
                                  <w:tcW w:w="422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COURSE TITLE</w:t>
                                  </w:r>
                                </w:p>
                              </w:tc>
                              <w:tc>
                                <w:tcPr>
                                  <w:tcW w:w="108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CREDIT HOURS</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rPr>
                                      <w:rFonts w:cs="Times New Roman"/>
                                    </w:rPr>
                                  </w:pPr>
                                  <w:r w:rsidRPr="00D86379">
                                    <w:rPr>
                                      <w:rFonts w:cs="Times New Roman"/>
                                    </w:rPr>
                                    <w:t>GEN 107</w:t>
                                  </w:r>
                                </w:p>
                              </w:tc>
                              <w:tc>
                                <w:tcPr>
                                  <w:tcW w:w="422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DYNAMIC OF FAITH 1</w:t>
                                  </w:r>
                                </w:p>
                              </w:tc>
                              <w:tc>
                                <w:tcPr>
                                  <w:tcW w:w="108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2</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5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rPr>
                                      <w:rFonts w:cs="Times New Roman"/>
                                    </w:rPr>
                                  </w:pPr>
                                  <w:r w:rsidRPr="00D86379">
                                    <w:rPr>
                                      <w:rFonts w:cs="Times New Roman"/>
                                    </w:rPr>
                                    <w:t>COMP 301</w:t>
                                  </w:r>
                                </w:p>
                              </w:tc>
                              <w:tc>
                                <w:tcPr>
                                  <w:tcW w:w="422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DATA ANALYSIS &amp; VISUALIZATION</w:t>
                                  </w:r>
                                </w:p>
                              </w:tc>
                              <w:tc>
                                <w:tcPr>
                                  <w:tcW w:w="108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696"/>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rPr>
                                      <w:rFonts w:cs="Times New Roman"/>
                                    </w:rPr>
                                  </w:pPr>
                                  <w:r w:rsidRPr="00D86379">
                                    <w:rPr>
                                      <w:rFonts w:cs="Times New Roman"/>
                                    </w:rPr>
                                    <w:t>COMP 303</w:t>
                                  </w:r>
                                </w:p>
                              </w:tc>
                              <w:tc>
                                <w:tcPr>
                                  <w:tcW w:w="422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COMPUTATIONAL MATHEMATICS</w:t>
                                  </w:r>
                                </w:p>
                              </w:tc>
                              <w:tc>
                                <w:tcPr>
                                  <w:tcW w:w="108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rPr>
                                      <w:rFonts w:cs="Times New Roman"/>
                                    </w:rPr>
                                  </w:pPr>
                                  <w:r w:rsidRPr="00D86379">
                                    <w:rPr>
                                      <w:rFonts w:cs="Times New Roman"/>
                                    </w:rPr>
                                    <w:t>COMP 305</w:t>
                                  </w:r>
                                </w:p>
                              </w:tc>
                              <w:tc>
                                <w:tcPr>
                                  <w:tcW w:w="422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SOFTWARE ENGINEERING</w:t>
                                  </w:r>
                                </w:p>
                              </w:tc>
                              <w:tc>
                                <w:tcPr>
                                  <w:tcW w:w="108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83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rPr>
                                      <w:rFonts w:cs="Times New Roman"/>
                                    </w:rPr>
                                  </w:pPr>
                                  <w:r w:rsidRPr="00D86379">
                                    <w:rPr>
                                      <w:rFonts w:cs="Times New Roman"/>
                                    </w:rPr>
                                    <w:t>COMP 307</w:t>
                                  </w:r>
                                </w:p>
                              </w:tc>
                              <w:tc>
                                <w:tcPr>
                                  <w:tcW w:w="422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MICROPROCESSORS AND MICROCONTROLLERS</w:t>
                                  </w:r>
                                </w:p>
                              </w:tc>
                              <w:tc>
                                <w:tcPr>
                                  <w:tcW w:w="108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1191"/>
                              </w:trPr>
                              <w:tc>
                                <w:tcPr>
                                  <w:cnfStyle w:val="001000000000" w:firstRow="0" w:lastRow="0" w:firstColumn="1" w:lastColumn="0" w:oddVBand="0" w:evenVBand="0" w:oddHBand="0" w:evenHBand="0" w:firstRowFirstColumn="0" w:firstRowLastColumn="0" w:lastRowFirstColumn="0" w:lastRowLastColumn="0"/>
                                  <w:tcW w:w="5660" w:type="dxa"/>
                                  <w:gridSpan w:val="2"/>
                                  <w:vAlign w:val="center"/>
                                </w:tcPr>
                                <w:p w:rsidR="003A37E7" w:rsidRPr="00D86379" w:rsidRDefault="003A37E7" w:rsidP="007443E9">
                                  <w:pPr>
                                    <w:jc w:val="center"/>
                                    <w:rPr>
                                      <w:rFonts w:cs="Times New Roman"/>
                                    </w:rPr>
                                  </w:pPr>
                                  <w:r w:rsidRPr="00D86379">
                                    <w:rPr>
                                      <w:rFonts w:cs="Times New Roman"/>
                                    </w:rPr>
                                    <w:t>TOTAL CREDIT HOURS</w:t>
                                  </w:r>
                                </w:p>
                              </w:tc>
                              <w:tc>
                                <w:tcPr>
                                  <w:tcW w:w="108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14</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21C45" id="Text Box 57" o:spid="_x0000_s1110" type="#_x0000_t202" style="position:absolute;left:0;text-align:left;margin-left:-99.45pt;margin-top:-59.85pt;width:351.35pt;height:286.0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" fillcolor="white [3201]" stroked="f" strokeweight=".5pt">
                <v:textbox>
                  <w:txbxContent>
                    <w:tbl>
                      <w:tblPr>
                        <w:tblStyle w:val="LightGrid"/>
                        <w:tblW w:w="6740" w:type="dxa"/>
                        <w:tblLayout w:type="fixed"/>
                        <w:tblLook w:val="04A0" w:firstRow="1" w:lastRow="0" w:firstColumn="1" w:lastColumn="0" w:noHBand="0" w:noVBand="1"/>
                      </w:tblPr>
                      <w:tblGrid>
                        <w:gridCol w:w="1440"/>
                        <w:gridCol w:w="4220"/>
                        <w:gridCol w:w="1080"/>
                      </w:tblGrid>
                      <w:tr w:rsidR="003A37E7" w:rsidRPr="00D86379" w:rsidTr="00607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40" w:type="dxa"/>
                            <w:gridSpan w:val="3"/>
                            <w:vAlign w:val="center"/>
                          </w:tcPr>
                          <w:p w:rsidR="003A37E7" w:rsidRPr="00D86379" w:rsidRDefault="003A37E7" w:rsidP="007443E9">
                            <w:pPr>
                              <w:jc w:val="center"/>
                              <w:rPr>
                                <w:rFonts w:cs="Times New Roman"/>
                                <w:color w:val="FF0000"/>
                              </w:rPr>
                            </w:pPr>
                            <w:r w:rsidRPr="00D86379">
                              <w:rPr>
                                <w:rFonts w:cs="Times New Roman"/>
                                <w:color w:val="FF0000"/>
                              </w:rPr>
                              <w:t>COMPUTER SCIENCE &amp; INFORMATION TECHNOLOGY</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40" w:type="dxa"/>
                            <w:gridSpan w:val="3"/>
                            <w:vAlign w:val="center"/>
                          </w:tcPr>
                          <w:p w:rsidR="003A37E7" w:rsidRPr="00D86379" w:rsidRDefault="003A37E7" w:rsidP="007443E9">
                            <w:pPr>
                              <w:jc w:val="center"/>
                              <w:rPr>
                                <w:rFonts w:cs="Times New Roman"/>
                              </w:rPr>
                            </w:pPr>
                            <w:r w:rsidRPr="00D86379">
                              <w:rPr>
                                <w:rFonts w:cs="Times New Roman"/>
                                <w:sz w:val="20"/>
                                <w:szCs w:val="20"/>
                              </w:rPr>
                              <w:t>JUNIOR YEAR (YEAR III) - FIRST SEMESTER</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rPr>
                                <w:rFonts w:cs="Times New Roman"/>
                              </w:rPr>
                            </w:pPr>
                            <w:r w:rsidRPr="00D86379">
                              <w:rPr>
                                <w:rFonts w:cs="Times New Roman"/>
                              </w:rPr>
                              <w:t>COURSE CODE</w:t>
                            </w:r>
                          </w:p>
                        </w:tc>
                        <w:tc>
                          <w:tcPr>
                            <w:tcW w:w="422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COURSE TITLE</w:t>
                            </w:r>
                          </w:p>
                        </w:tc>
                        <w:tc>
                          <w:tcPr>
                            <w:tcW w:w="108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CREDIT HOURS</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rPr>
                                <w:rFonts w:cs="Times New Roman"/>
                              </w:rPr>
                            </w:pPr>
                            <w:r w:rsidRPr="00D86379">
                              <w:rPr>
                                <w:rFonts w:cs="Times New Roman"/>
                              </w:rPr>
                              <w:t>GEN 107</w:t>
                            </w:r>
                          </w:p>
                        </w:tc>
                        <w:tc>
                          <w:tcPr>
                            <w:tcW w:w="422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DYNAMIC OF FAITH 1</w:t>
                            </w:r>
                          </w:p>
                        </w:tc>
                        <w:tc>
                          <w:tcPr>
                            <w:tcW w:w="108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2</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5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rPr>
                                <w:rFonts w:cs="Times New Roman"/>
                              </w:rPr>
                            </w:pPr>
                            <w:r w:rsidRPr="00D86379">
                              <w:rPr>
                                <w:rFonts w:cs="Times New Roman"/>
                              </w:rPr>
                              <w:t>COMP 301</w:t>
                            </w:r>
                          </w:p>
                        </w:tc>
                        <w:tc>
                          <w:tcPr>
                            <w:tcW w:w="422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DATA ANALYSIS &amp; VISUALIZATION</w:t>
                            </w:r>
                          </w:p>
                        </w:tc>
                        <w:tc>
                          <w:tcPr>
                            <w:tcW w:w="108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696"/>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rPr>
                                <w:rFonts w:cs="Times New Roman"/>
                              </w:rPr>
                            </w:pPr>
                            <w:r w:rsidRPr="00D86379">
                              <w:rPr>
                                <w:rFonts w:cs="Times New Roman"/>
                              </w:rPr>
                              <w:t>COMP 303</w:t>
                            </w:r>
                          </w:p>
                        </w:tc>
                        <w:tc>
                          <w:tcPr>
                            <w:tcW w:w="422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COMPUTATIONAL MATHEMATICS</w:t>
                            </w:r>
                          </w:p>
                        </w:tc>
                        <w:tc>
                          <w:tcPr>
                            <w:tcW w:w="108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62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rPr>
                                <w:rFonts w:cs="Times New Roman"/>
                              </w:rPr>
                            </w:pPr>
                            <w:r w:rsidRPr="00D86379">
                              <w:rPr>
                                <w:rFonts w:cs="Times New Roman"/>
                              </w:rPr>
                              <w:t>COMP 305</w:t>
                            </w:r>
                          </w:p>
                        </w:tc>
                        <w:tc>
                          <w:tcPr>
                            <w:tcW w:w="422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SOFTWARE ENGINEERING</w:t>
                            </w:r>
                          </w:p>
                        </w:tc>
                        <w:tc>
                          <w:tcPr>
                            <w:tcW w:w="108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83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rPr>
                                <w:rFonts w:cs="Times New Roman"/>
                              </w:rPr>
                            </w:pPr>
                            <w:r w:rsidRPr="00D86379">
                              <w:rPr>
                                <w:rFonts w:cs="Times New Roman"/>
                              </w:rPr>
                              <w:t>COMP 307</w:t>
                            </w:r>
                          </w:p>
                        </w:tc>
                        <w:tc>
                          <w:tcPr>
                            <w:tcW w:w="422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MICROPROCESSORS AND MICROCONTROLLERS</w:t>
                            </w:r>
                          </w:p>
                        </w:tc>
                        <w:tc>
                          <w:tcPr>
                            <w:tcW w:w="108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1191"/>
                        </w:trPr>
                        <w:tc>
                          <w:tcPr>
                            <w:cnfStyle w:val="001000000000" w:firstRow="0" w:lastRow="0" w:firstColumn="1" w:lastColumn="0" w:oddVBand="0" w:evenVBand="0" w:oddHBand="0" w:evenHBand="0" w:firstRowFirstColumn="0" w:firstRowLastColumn="0" w:lastRowFirstColumn="0" w:lastRowLastColumn="0"/>
                            <w:tcW w:w="5660" w:type="dxa"/>
                            <w:gridSpan w:val="2"/>
                            <w:vAlign w:val="center"/>
                          </w:tcPr>
                          <w:p w:rsidR="003A37E7" w:rsidRPr="00D86379" w:rsidRDefault="003A37E7" w:rsidP="007443E9">
                            <w:pPr>
                              <w:jc w:val="center"/>
                              <w:rPr>
                                <w:rFonts w:cs="Times New Roman"/>
                              </w:rPr>
                            </w:pPr>
                            <w:r w:rsidRPr="00D86379">
                              <w:rPr>
                                <w:rFonts w:cs="Times New Roman"/>
                              </w:rPr>
                              <w:t>TOTAL CREDIT HOURS</w:t>
                            </w:r>
                          </w:p>
                        </w:tc>
                        <w:tc>
                          <w:tcPr>
                            <w:tcW w:w="108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14</w:t>
                            </w:r>
                          </w:p>
                        </w:tc>
                      </w:tr>
                    </w:tbl>
                    <w:p w:rsidR="003A37E7" w:rsidRDefault="003A37E7"/>
                  </w:txbxContent>
                </v:textbox>
              </v:shape>
            </w:pict>
          </mc:Fallback>
        </mc:AlternateContent>
      </w:r>
    </w:p>
    <w:p w:rsidR="00627AC2" w:rsidRDefault="00627AC2" w:rsidP="00412947">
      <w:pPr>
        <w:jc w:val="center"/>
      </w:pPr>
    </w:p>
    <w:p w:rsidR="00627AC2" w:rsidRDefault="00627AC2" w:rsidP="00FD03AD"/>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A817A1" w:rsidP="00412947">
      <w:pPr>
        <w:jc w:val="center"/>
      </w:pPr>
      <w:r>
        <w:rPr>
          <w:noProof/>
        </w:rPr>
        <mc:AlternateContent>
          <mc:Choice Requires="wps">
            <w:drawing>
              <wp:anchor distT="0" distB="0" distL="114300" distR="114300" simplePos="0" relativeHeight="251711488" behindDoc="0" locked="0" layoutInCell="1" allowOverlap="1" wp14:anchorId="3F618706" wp14:editId="1B85D73C">
                <wp:simplePos x="0" y="0"/>
                <wp:positionH relativeFrom="margin">
                  <wp:posOffset>-1226185</wp:posOffset>
                </wp:positionH>
                <wp:positionV relativeFrom="paragraph">
                  <wp:posOffset>478155</wp:posOffset>
                </wp:positionV>
                <wp:extent cx="4425315" cy="2987040"/>
                <wp:effectExtent l="0" t="0" r="0" b="3810"/>
                <wp:wrapNone/>
                <wp:docPr id="58" name="Text Box 58"/>
                <wp:cNvGraphicFramePr/>
                <a:graphic xmlns:a="http://schemas.openxmlformats.org/drawingml/2006/main">
                  <a:graphicData uri="http://schemas.microsoft.com/office/word/2010/wordprocessingShape">
                    <wps:wsp>
                      <wps:cNvSpPr txBox="1"/>
                      <wps:spPr>
                        <a:xfrm>
                          <a:off x="0" y="0"/>
                          <a:ext cx="4425315" cy="29870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740" w:type="dxa"/>
                              <w:tblLayout w:type="fixed"/>
                              <w:tblLook w:val="04A0" w:firstRow="1" w:lastRow="0" w:firstColumn="1" w:lastColumn="0" w:noHBand="0" w:noVBand="1"/>
                            </w:tblPr>
                            <w:tblGrid>
                              <w:gridCol w:w="1440"/>
                              <w:gridCol w:w="4220"/>
                              <w:gridCol w:w="1080"/>
                            </w:tblGrid>
                            <w:tr w:rsidR="003A37E7" w:rsidRPr="00D86379" w:rsidTr="00607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40" w:type="dxa"/>
                                  <w:gridSpan w:val="3"/>
                                  <w:vAlign w:val="center"/>
                                </w:tcPr>
                                <w:p w:rsidR="003A37E7" w:rsidRPr="00D86379" w:rsidRDefault="003A37E7" w:rsidP="007443E9">
                                  <w:pPr>
                                    <w:jc w:val="center"/>
                                    <w:rPr>
                                      <w:color w:val="FF0000"/>
                                    </w:rPr>
                                  </w:pPr>
                                  <w:r w:rsidRPr="00D86379">
                                    <w:rPr>
                                      <w:color w:val="FF0000"/>
                                    </w:rPr>
                                    <w:t>COMPUTER SCIENCE &amp; INFORMATION TECHNOLOGY</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40" w:type="dxa"/>
                                  <w:gridSpan w:val="3"/>
                                  <w:vAlign w:val="center"/>
                                </w:tcPr>
                                <w:p w:rsidR="003A37E7" w:rsidRPr="00D86379" w:rsidRDefault="003A37E7" w:rsidP="007443E9">
                                  <w:pPr>
                                    <w:jc w:val="center"/>
                                  </w:pPr>
                                  <w:r w:rsidRPr="00D86379">
                                    <w:t>JUNIOR YEAR (YEAR III) - SECOND SEMESTER</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pPr>
                                  <w:r w:rsidRPr="00D86379">
                                    <w:t>COURSE CODE</w:t>
                                  </w:r>
                                </w:p>
                              </w:tc>
                              <w:tc>
                                <w:tcPr>
                                  <w:tcW w:w="422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b/>
                                    </w:rPr>
                                  </w:pPr>
                                  <w:r w:rsidRPr="00D86379">
                                    <w:rPr>
                                      <w:b/>
                                    </w:rPr>
                                    <w:t>COURSE TITLE</w:t>
                                  </w:r>
                                </w:p>
                              </w:tc>
                              <w:tc>
                                <w:tcPr>
                                  <w:tcW w:w="108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b/>
                                    </w:rPr>
                                  </w:pPr>
                                  <w:r w:rsidRPr="00D86379">
                                    <w:rPr>
                                      <w:b/>
                                    </w:rPr>
                                    <w:t>CREDIT HOURS</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pPr>
                                  <w:r w:rsidRPr="00D86379">
                                    <w:t>GEN 108</w:t>
                                  </w:r>
                                </w:p>
                              </w:tc>
                              <w:tc>
                                <w:tcPr>
                                  <w:tcW w:w="422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b/>
                                    </w:rPr>
                                  </w:pPr>
                                  <w:r w:rsidRPr="00D86379">
                                    <w:rPr>
                                      <w:b/>
                                    </w:rPr>
                                    <w:t>DYNAMIC OF FAITH 2</w:t>
                                  </w:r>
                                </w:p>
                              </w:tc>
                              <w:tc>
                                <w:tcPr>
                                  <w:tcW w:w="108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b/>
                                    </w:rPr>
                                  </w:pPr>
                                  <w:r w:rsidRPr="00D86379">
                                    <w:rPr>
                                      <w:b/>
                                    </w:rPr>
                                    <w:t>2</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pPr>
                                  <w:r w:rsidRPr="00D86379">
                                    <w:t>COMP 302</w:t>
                                  </w:r>
                                </w:p>
                              </w:tc>
                              <w:tc>
                                <w:tcPr>
                                  <w:tcW w:w="422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b/>
                                    </w:rPr>
                                  </w:pPr>
                                  <w:r w:rsidRPr="00D86379">
                                    <w:rPr>
                                      <w:b/>
                                    </w:rPr>
                                    <w:t>NETWORKING &amp; INFORMATION SECURITY</w:t>
                                  </w:r>
                                </w:p>
                              </w:tc>
                              <w:tc>
                                <w:tcPr>
                                  <w:tcW w:w="108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b/>
                                    </w:rPr>
                                  </w:pPr>
                                  <w:r w:rsidRPr="00D86379">
                                    <w:rPr>
                                      <w:b/>
                                    </w:rPr>
                                    <w:t>4</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pPr>
                                  <w:r w:rsidRPr="00D86379">
                                    <w:t>COMP 304</w:t>
                                  </w:r>
                                </w:p>
                              </w:tc>
                              <w:tc>
                                <w:tcPr>
                                  <w:tcW w:w="422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b/>
                                    </w:rPr>
                                  </w:pPr>
                                  <w:r w:rsidRPr="00D86379">
                                    <w:rPr>
                                      <w:b/>
                                    </w:rPr>
                                    <w:t>ARTIFICIAL INTELLIGENCE</w:t>
                                  </w:r>
                                </w:p>
                              </w:tc>
                              <w:tc>
                                <w:tcPr>
                                  <w:tcW w:w="108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b/>
                                    </w:rPr>
                                  </w:pPr>
                                  <w:r w:rsidRPr="00D86379">
                                    <w:rPr>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pPr>
                                  <w:r w:rsidRPr="00D86379">
                                    <w:t>COMP306</w:t>
                                  </w:r>
                                </w:p>
                              </w:tc>
                              <w:tc>
                                <w:tcPr>
                                  <w:tcW w:w="422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b/>
                                    </w:rPr>
                                  </w:pPr>
                                  <w:r w:rsidRPr="00D86379">
                                    <w:rPr>
                                      <w:b/>
                                    </w:rPr>
                                    <w:t>CLOUD COMPUTING &amp; TECHNOLOGY</w:t>
                                  </w:r>
                                </w:p>
                              </w:tc>
                              <w:tc>
                                <w:tcPr>
                                  <w:tcW w:w="108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b/>
                                    </w:rPr>
                                  </w:pPr>
                                  <w:r w:rsidRPr="00D86379">
                                    <w:rPr>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pPr>
                                  <w:r w:rsidRPr="00D86379">
                                    <w:t>COMP 308</w:t>
                                  </w:r>
                                </w:p>
                              </w:tc>
                              <w:tc>
                                <w:tcPr>
                                  <w:tcW w:w="422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b/>
                                    </w:rPr>
                                  </w:pPr>
                                  <w:r w:rsidRPr="00D86379">
                                    <w:rPr>
                                      <w:b/>
                                    </w:rPr>
                                    <w:t>INTRODUCTION TO CYBERSECURITY</w:t>
                                  </w:r>
                                </w:p>
                              </w:tc>
                              <w:tc>
                                <w:tcPr>
                                  <w:tcW w:w="108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b/>
                                    </w:rPr>
                                  </w:pPr>
                                  <w:r w:rsidRPr="00D86379">
                                    <w:rPr>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pPr>
                                  <w:r w:rsidRPr="00D86379">
                                    <w:t>COMP 310</w:t>
                                  </w:r>
                                </w:p>
                              </w:tc>
                              <w:tc>
                                <w:tcPr>
                                  <w:tcW w:w="422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b/>
                                    </w:rPr>
                                  </w:pPr>
                                  <w:r w:rsidRPr="00D86379">
                                    <w:rPr>
                                      <w:b/>
                                    </w:rPr>
                                    <w:t>DATA SCIENCE &amp; MACHINE LEARNING</w:t>
                                  </w:r>
                                </w:p>
                              </w:tc>
                              <w:tc>
                                <w:tcPr>
                                  <w:tcW w:w="108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b/>
                                    </w:rPr>
                                  </w:pPr>
                                  <w:r w:rsidRPr="00D86379">
                                    <w:rPr>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5660" w:type="dxa"/>
                                  <w:gridSpan w:val="2"/>
                                  <w:vAlign w:val="center"/>
                                </w:tcPr>
                                <w:p w:rsidR="003A37E7" w:rsidRPr="00D86379" w:rsidRDefault="003A37E7" w:rsidP="00E80A48">
                                  <w:pPr>
                                    <w:jc w:val="center"/>
                                  </w:pPr>
                                  <w:r w:rsidRPr="00D86379">
                                    <w:t>TOTAL CREDIT HOURS</w:t>
                                  </w:r>
                                </w:p>
                              </w:tc>
                              <w:tc>
                                <w:tcPr>
                                  <w:tcW w:w="108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b/>
                                    </w:rPr>
                                  </w:pPr>
                                  <w:r>
                                    <w:rPr>
                                      <w:b/>
                                    </w:rPr>
                                    <w:t>18</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618706" id="Text Box 58" o:spid="_x0000_s1111" type="#_x0000_t202" style="position:absolute;left:0;text-align:left;margin-left:-96.55pt;margin-top:37.65pt;width:348.45pt;height:235.2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" fillcolor="white [3201]" stroked="f" strokeweight=".5pt">
                <v:textbox>
                  <w:txbxContent>
                    <w:tbl>
                      <w:tblPr>
                        <w:tblStyle w:val="LightGrid"/>
                        <w:tblW w:w="6740" w:type="dxa"/>
                        <w:tblLayout w:type="fixed"/>
                        <w:tblLook w:val="04A0" w:firstRow="1" w:lastRow="0" w:firstColumn="1" w:lastColumn="0" w:noHBand="0" w:noVBand="1"/>
                      </w:tblPr>
                      <w:tblGrid>
                        <w:gridCol w:w="1440"/>
                        <w:gridCol w:w="4220"/>
                        <w:gridCol w:w="1080"/>
                      </w:tblGrid>
                      <w:tr w:rsidR="003A37E7" w:rsidRPr="00D86379" w:rsidTr="00607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40" w:type="dxa"/>
                            <w:gridSpan w:val="3"/>
                            <w:vAlign w:val="center"/>
                          </w:tcPr>
                          <w:p w:rsidR="003A37E7" w:rsidRPr="00D86379" w:rsidRDefault="003A37E7" w:rsidP="007443E9">
                            <w:pPr>
                              <w:jc w:val="center"/>
                              <w:rPr>
                                <w:color w:val="FF0000"/>
                              </w:rPr>
                            </w:pPr>
                            <w:r w:rsidRPr="00D86379">
                              <w:rPr>
                                <w:color w:val="FF0000"/>
                              </w:rPr>
                              <w:t>COMPUTER SCIENCE &amp; INFORMATION TECHNOLOGY</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40" w:type="dxa"/>
                            <w:gridSpan w:val="3"/>
                            <w:vAlign w:val="center"/>
                          </w:tcPr>
                          <w:p w:rsidR="003A37E7" w:rsidRPr="00D86379" w:rsidRDefault="003A37E7" w:rsidP="007443E9">
                            <w:pPr>
                              <w:jc w:val="center"/>
                            </w:pPr>
                            <w:r w:rsidRPr="00D86379">
                              <w:t>JUNIOR YEAR (YEAR III) - SECOND SEMESTER</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pPr>
                            <w:r w:rsidRPr="00D86379">
                              <w:t>COURSE CODE</w:t>
                            </w:r>
                          </w:p>
                        </w:tc>
                        <w:tc>
                          <w:tcPr>
                            <w:tcW w:w="422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b/>
                              </w:rPr>
                            </w:pPr>
                            <w:r w:rsidRPr="00D86379">
                              <w:rPr>
                                <w:b/>
                              </w:rPr>
                              <w:t>COURSE TITLE</w:t>
                            </w:r>
                          </w:p>
                        </w:tc>
                        <w:tc>
                          <w:tcPr>
                            <w:tcW w:w="108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b/>
                              </w:rPr>
                            </w:pPr>
                            <w:r w:rsidRPr="00D86379">
                              <w:rPr>
                                <w:b/>
                              </w:rPr>
                              <w:t>CREDIT HOURS</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pPr>
                            <w:r w:rsidRPr="00D86379">
                              <w:t>GEN 108</w:t>
                            </w:r>
                          </w:p>
                        </w:tc>
                        <w:tc>
                          <w:tcPr>
                            <w:tcW w:w="422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b/>
                              </w:rPr>
                            </w:pPr>
                            <w:r w:rsidRPr="00D86379">
                              <w:rPr>
                                <w:b/>
                              </w:rPr>
                              <w:t>DYNAMIC OF FAITH 2</w:t>
                            </w:r>
                          </w:p>
                        </w:tc>
                        <w:tc>
                          <w:tcPr>
                            <w:tcW w:w="1080" w:type="dxa"/>
                            <w:vAlign w:val="center"/>
                          </w:tcPr>
                          <w:p w:rsidR="003A37E7" w:rsidRPr="00D86379" w:rsidRDefault="003A37E7" w:rsidP="007443E9">
                            <w:pPr>
                              <w:jc w:val="center"/>
                              <w:cnfStyle w:val="000000100000" w:firstRow="0" w:lastRow="0" w:firstColumn="0" w:lastColumn="0" w:oddVBand="0" w:evenVBand="0" w:oddHBand="1" w:evenHBand="0" w:firstRowFirstColumn="0" w:firstRowLastColumn="0" w:lastRowFirstColumn="0" w:lastRowLastColumn="0"/>
                              <w:rPr>
                                <w:b/>
                              </w:rPr>
                            </w:pPr>
                            <w:r w:rsidRPr="00D86379">
                              <w:rPr>
                                <w:b/>
                              </w:rPr>
                              <w:t>2</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7443E9">
                            <w:pPr>
                              <w:jc w:val="center"/>
                            </w:pPr>
                            <w:r w:rsidRPr="00D86379">
                              <w:t>COMP 302</w:t>
                            </w:r>
                          </w:p>
                        </w:tc>
                        <w:tc>
                          <w:tcPr>
                            <w:tcW w:w="422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b/>
                              </w:rPr>
                            </w:pPr>
                            <w:r w:rsidRPr="00D86379">
                              <w:rPr>
                                <w:b/>
                              </w:rPr>
                              <w:t>NETWORKING &amp; INFORMATION SECURITY</w:t>
                            </w:r>
                          </w:p>
                        </w:tc>
                        <w:tc>
                          <w:tcPr>
                            <w:tcW w:w="1080" w:type="dxa"/>
                            <w:vAlign w:val="center"/>
                          </w:tcPr>
                          <w:p w:rsidR="003A37E7" w:rsidRPr="00D86379" w:rsidRDefault="003A37E7" w:rsidP="007443E9">
                            <w:pPr>
                              <w:jc w:val="center"/>
                              <w:cnfStyle w:val="000000010000" w:firstRow="0" w:lastRow="0" w:firstColumn="0" w:lastColumn="0" w:oddVBand="0" w:evenVBand="0" w:oddHBand="0" w:evenHBand="1" w:firstRowFirstColumn="0" w:firstRowLastColumn="0" w:lastRowFirstColumn="0" w:lastRowLastColumn="0"/>
                              <w:rPr>
                                <w:b/>
                              </w:rPr>
                            </w:pPr>
                            <w:r w:rsidRPr="00D86379">
                              <w:rPr>
                                <w:b/>
                              </w:rPr>
                              <w:t>4</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pPr>
                            <w:r w:rsidRPr="00D86379">
                              <w:t>COMP 304</w:t>
                            </w:r>
                          </w:p>
                        </w:tc>
                        <w:tc>
                          <w:tcPr>
                            <w:tcW w:w="422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b/>
                              </w:rPr>
                            </w:pPr>
                            <w:r w:rsidRPr="00D86379">
                              <w:rPr>
                                <w:b/>
                              </w:rPr>
                              <w:t>ARTIFICIAL INTELLIGENCE</w:t>
                            </w:r>
                          </w:p>
                        </w:tc>
                        <w:tc>
                          <w:tcPr>
                            <w:tcW w:w="108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b/>
                              </w:rPr>
                            </w:pPr>
                            <w:r w:rsidRPr="00D86379">
                              <w:rPr>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pPr>
                            <w:r w:rsidRPr="00D86379">
                              <w:t>COMP306</w:t>
                            </w:r>
                          </w:p>
                        </w:tc>
                        <w:tc>
                          <w:tcPr>
                            <w:tcW w:w="422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b/>
                              </w:rPr>
                            </w:pPr>
                            <w:r w:rsidRPr="00D86379">
                              <w:rPr>
                                <w:b/>
                              </w:rPr>
                              <w:t>CLOUD COMPUTING &amp; TECHNOLOGY</w:t>
                            </w:r>
                          </w:p>
                        </w:tc>
                        <w:tc>
                          <w:tcPr>
                            <w:tcW w:w="108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b/>
                              </w:rPr>
                            </w:pPr>
                            <w:r w:rsidRPr="00D86379">
                              <w:rPr>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pPr>
                            <w:r w:rsidRPr="00D86379">
                              <w:t>COMP 308</w:t>
                            </w:r>
                          </w:p>
                        </w:tc>
                        <w:tc>
                          <w:tcPr>
                            <w:tcW w:w="422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b/>
                              </w:rPr>
                            </w:pPr>
                            <w:r w:rsidRPr="00D86379">
                              <w:rPr>
                                <w:b/>
                              </w:rPr>
                              <w:t>INTRODUCTION TO CYBERSECURITY</w:t>
                            </w:r>
                          </w:p>
                        </w:tc>
                        <w:tc>
                          <w:tcPr>
                            <w:tcW w:w="108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b/>
                              </w:rPr>
                            </w:pPr>
                            <w:r w:rsidRPr="00D86379">
                              <w:rPr>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pPr>
                            <w:r w:rsidRPr="00D86379">
                              <w:t>COMP 310</w:t>
                            </w:r>
                          </w:p>
                        </w:tc>
                        <w:tc>
                          <w:tcPr>
                            <w:tcW w:w="422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b/>
                              </w:rPr>
                            </w:pPr>
                            <w:r w:rsidRPr="00D86379">
                              <w:rPr>
                                <w:b/>
                              </w:rPr>
                              <w:t>DATA SCIENCE &amp; MACHINE LEARNING</w:t>
                            </w:r>
                          </w:p>
                        </w:tc>
                        <w:tc>
                          <w:tcPr>
                            <w:tcW w:w="108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b/>
                              </w:rPr>
                            </w:pPr>
                            <w:r w:rsidRPr="00D86379">
                              <w:rPr>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5660" w:type="dxa"/>
                            <w:gridSpan w:val="2"/>
                            <w:vAlign w:val="center"/>
                          </w:tcPr>
                          <w:p w:rsidR="003A37E7" w:rsidRPr="00D86379" w:rsidRDefault="003A37E7" w:rsidP="00E80A48">
                            <w:pPr>
                              <w:jc w:val="center"/>
                            </w:pPr>
                            <w:r w:rsidRPr="00D86379">
                              <w:t>TOTAL CREDIT HOURS</w:t>
                            </w:r>
                          </w:p>
                        </w:tc>
                        <w:tc>
                          <w:tcPr>
                            <w:tcW w:w="108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b/>
                              </w:rPr>
                            </w:pPr>
                            <w:r>
                              <w:rPr>
                                <w:b/>
                              </w:rPr>
                              <w:t>18</w:t>
                            </w:r>
                          </w:p>
                        </w:tc>
                      </w:tr>
                    </w:tbl>
                    <w:p w:rsidR="003A37E7" w:rsidRDefault="003A37E7"/>
                  </w:txbxContent>
                </v:textbox>
                <w10:wrap anchorx="margin"/>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7443E9" w:rsidRDefault="007443E9" w:rsidP="00412947">
      <w:pPr>
        <w:jc w:val="center"/>
      </w:pPr>
    </w:p>
    <w:p w:rsidR="00627AC2" w:rsidRDefault="00627AC2" w:rsidP="00412947">
      <w:pPr>
        <w:jc w:val="center"/>
      </w:pPr>
    </w:p>
    <w:p w:rsidR="00627AC2" w:rsidRDefault="00627AC2" w:rsidP="00412947">
      <w:pPr>
        <w:jc w:val="center"/>
      </w:pPr>
    </w:p>
    <w:p w:rsidR="00627AC2" w:rsidRDefault="00A817A1" w:rsidP="00412947">
      <w:pPr>
        <w:jc w:val="center"/>
      </w:pPr>
      <w:r>
        <w:rPr>
          <w:noProof/>
        </w:rPr>
        <w:lastRenderedPageBreak/>
        <mc:AlternateContent>
          <mc:Choice Requires="wps">
            <w:drawing>
              <wp:anchor distT="0" distB="0" distL="114300" distR="114300" simplePos="0" relativeHeight="251712512" behindDoc="0" locked="0" layoutInCell="1" allowOverlap="1" wp14:anchorId="48B751B2" wp14:editId="3BC60004">
                <wp:simplePos x="0" y="0"/>
                <wp:positionH relativeFrom="column">
                  <wp:posOffset>-488224</wp:posOffset>
                </wp:positionH>
                <wp:positionV relativeFrom="paragraph">
                  <wp:posOffset>-688769</wp:posOffset>
                </wp:positionV>
                <wp:extent cx="4215741" cy="3158837"/>
                <wp:effectExtent l="0" t="0" r="0" b="3810"/>
                <wp:wrapNone/>
                <wp:docPr id="59" name="Text Box 59"/>
                <wp:cNvGraphicFramePr/>
                <a:graphic xmlns:a="http://schemas.openxmlformats.org/drawingml/2006/main">
                  <a:graphicData uri="http://schemas.microsoft.com/office/word/2010/wordprocessingShape">
                    <wps:wsp>
                      <wps:cNvSpPr txBox="1"/>
                      <wps:spPr>
                        <a:xfrm>
                          <a:off x="0" y="0"/>
                          <a:ext cx="4215741" cy="31588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470" w:type="dxa"/>
                              <w:tblLayout w:type="fixed"/>
                              <w:tblLook w:val="04A0" w:firstRow="1" w:lastRow="0" w:firstColumn="1" w:lastColumn="0" w:noHBand="0" w:noVBand="1"/>
                            </w:tblPr>
                            <w:tblGrid>
                              <w:gridCol w:w="1440"/>
                              <w:gridCol w:w="3680"/>
                              <w:gridCol w:w="1350"/>
                            </w:tblGrid>
                            <w:tr w:rsidR="003A37E7" w:rsidRPr="00D86379" w:rsidTr="00607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0" w:type="dxa"/>
                                  <w:gridSpan w:val="3"/>
                                  <w:vAlign w:val="center"/>
                                </w:tcPr>
                                <w:p w:rsidR="003A37E7" w:rsidRPr="00D86379" w:rsidRDefault="003A37E7" w:rsidP="00E80A48">
                                  <w:pPr>
                                    <w:jc w:val="center"/>
                                    <w:rPr>
                                      <w:rFonts w:cs="Times New Roman"/>
                                      <w:color w:val="FF0000"/>
                                    </w:rPr>
                                  </w:pPr>
                                  <w:r w:rsidRPr="00D86379">
                                    <w:rPr>
                                      <w:rFonts w:cs="Times New Roman"/>
                                      <w:color w:val="FF0000"/>
                                    </w:rPr>
                                    <w:t>COMPUTER SCIENCE &amp; INFORMATION TECHNOLOGY</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0" w:type="dxa"/>
                                  <w:gridSpan w:val="3"/>
                                  <w:vAlign w:val="center"/>
                                </w:tcPr>
                                <w:p w:rsidR="003A37E7" w:rsidRPr="00D86379" w:rsidRDefault="003A37E7" w:rsidP="00E80A48">
                                  <w:pPr>
                                    <w:jc w:val="center"/>
                                    <w:rPr>
                                      <w:rFonts w:cs="Times New Roman"/>
                                    </w:rPr>
                                  </w:pPr>
                                  <w:r w:rsidRPr="00D86379">
                                    <w:rPr>
                                      <w:rFonts w:cs="Times New Roman"/>
                                      <w:sz w:val="20"/>
                                      <w:szCs w:val="20"/>
                                    </w:rPr>
                                    <w:t>SENIOR YEAR (YEAR IV) - FIRST SEMESTER</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rPr>
                                      <w:rFonts w:cs="Times New Roman"/>
                                    </w:rPr>
                                  </w:pPr>
                                  <w:r w:rsidRPr="00D86379">
                                    <w:rPr>
                                      <w:rFonts w:cs="Times New Roman"/>
                                    </w:rPr>
                                    <w:t>COURSE CODE</w:t>
                                  </w:r>
                                </w:p>
                              </w:tc>
                              <w:tc>
                                <w:tcPr>
                                  <w:tcW w:w="368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COURSE TITLE</w:t>
                                  </w:r>
                                </w:p>
                              </w:tc>
                              <w:tc>
                                <w:tcPr>
                                  <w:tcW w:w="135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CREDIT HOURS</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rPr>
                                      <w:rFonts w:cs="Times New Roman"/>
                                    </w:rPr>
                                  </w:pPr>
                                  <w:r w:rsidRPr="00D86379">
                                    <w:rPr>
                                      <w:rFonts w:cs="Times New Roman"/>
                                    </w:rPr>
                                    <w:t>COMP 401</w:t>
                                  </w:r>
                                </w:p>
                              </w:tc>
                              <w:tc>
                                <w:tcPr>
                                  <w:tcW w:w="368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MICROSOFT WINDOWS &amp; SERVER ADMINISTRATION</w:t>
                                  </w:r>
                                </w:p>
                              </w:tc>
                              <w:tc>
                                <w:tcPr>
                                  <w:tcW w:w="135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rPr>
                                      <w:rFonts w:cs="Times New Roman"/>
                                    </w:rPr>
                                  </w:pPr>
                                  <w:r w:rsidRPr="00D86379">
                                    <w:rPr>
                                      <w:rFonts w:cs="Times New Roman"/>
                                    </w:rPr>
                                    <w:t>COMP 403</w:t>
                                  </w:r>
                                </w:p>
                              </w:tc>
                              <w:tc>
                                <w:tcPr>
                                  <w:tcW w:w="368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MOBILE APPLICATION DEVELOPMENT</w:t>
                                  </w:r>
                                </w:p>
                              </w:tc>
                              <w:tc>
                                <w:tcPr>
                                  <w:tcW w:w="135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rPr>
                                      <w:rFonts w:cs="Times New Roman"/>
                                    </w:rPr>
                                  </w:pPr>
                                  <w:r w:rsidRPr="00D86379">
                                    <w:rPr>
                                      <w:rFonts w:cs="Times New Roman"/>
                                    </w:rPr>
                                    <w:t>COMP 405</w:t>
                                  </w:r>
                                </w:p>
                              </w:tc>
                              <w:tc>
                                <w:tcPr>
                                  <w:tcW w:w="368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RESEARCH METHODS I</w:t>
                                  </w:r>
                                </w:p>
                              </w:tc>
                              <w:tc>
                                <w:tcPr>
                                  <w:tcW w:w="135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rPr>
                                      <w:rFonts w:cs="Times New Roman"/>
                                    </w:rPr>
                                  </w:pPr>
                                  <w:r w:rsidRPr="00D86379">
                                    <w:rPr>
                                      <w:rFonts w:cs="Times New Roman"/>
                                    </w:rPr>
                                    <w:t>COMP 407</w:t>
                                  </w:r>
                                </w:p>
                              </w:tc>
                              <w:tc>
                                <w:tcPr>
                                  <w:tcW w:w="368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DATA EAREHOUSING &amp; MINING</w:t>
                                  </w:r>
                                </w:p>
                              </w:tc>
                              <w:tc>
                                <w:tcPr>
                                  <w:tcW w:w="135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rPr>
                                      <w:rFonts w:cs="Times New Roman"/>
                                    </w:rPr>
                                  </w:pPr>
                                  <w:r w:rsidRPr="00D86379">
                                    <w:rPr>
                                      <w:rFonts w:cs="Times New Roman"/>
                                    </w:rPr>
                                    <w:t>COMP 409</w:t>
                                  </w:r>
                                </w:p>
                              </w:tc>
                              <w:tc>
                                <w:tcPr>
                                  <w:tcW w:w="368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ADVANCED CYBERSECURITY</w:t>
                                  </w:r>
                                </w:p>
                              </w:tc>
                              <w:tc>
                                <w:tcPr>
                                  <w:tcW w:w="135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rPr>
                                      <w:rFonts w:cs="Times New Roman"/>
                                    </w:rPr>
                                  </w:pPr>
                                  <w:r>
                                    <w:rPr>
                                      <w:rFonts w:cs="Times New Roman"/>
                                    </w:rPr>
                                    <w:t>GEN 109</w:t>
                                  </w:r>
                                </w:p>
                              </w:tc>
                              <w:tc>
                                <w:tcPr>
                                  <w:tcW w:w="368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b/>
                                      <w:sz w:val="20"/>
                                      <w:szCs w:val="20"/>
                                    </w:rPr>
                                    <w:t>CHRISTIAN DEVELOPMENT CHARACTER I</w:t>
                                  </w:r>
                                </w:p>
                              </w:tc>
                              <w:tc>
                                <w:tcPr>
                                  <w:tcW w:w="135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rFonts w:cs="Times New Roman"/>
                                      <w:b/>
                                    </w:rPr>
                                    <w:t>2</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5120" w:type="dxa"/>
                                  <w:gridSpan w:val="2"/>
                                  <w:vAlign w:val="center"/>
                                </w:tcPr>
                                <w:p w:rsidR="003A37E7" w:rsidRPr="00D86379" w:rsidRDefault="003A37E7" w:rsidP="00E80A48">
                                  <w:pPr>
                                    <w:jc w:val="center"/>
                                    <w:rPr>
                                      <w:rFonts w:cs="Times New Roman"/>
                                    </w:rPr>
                                  </w:pPr>
                                  <w:r w:rsidRPr="00D86379">
                                    <w:rPr>
                                      <w:rFonts w:cs="Times New Roman"/>
                                    </w:rPr>
                                    <w:t>TOTAL CREDIT HOURS</w:t>
                                  </w:r>
                                </w:p>
                              </w:tc>
                              <w:tc>
                                <w:tcPr>
                                  <w:tcW w:w="135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17</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B751B2" id="Text Box 59" o:spid="_x0000_s1112" type="#_x0000_t202" style="position:absolute;left:0;text-align:left;margin-left:-38.45pt;margin-top:-54.25pt;width:331.95pt;height:248.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" fillcolor="white [3201]" stroked="f" strokeweight=".5pt">
                <v:textbox>
                  <w:txbxContent>
                    <w:tbl>
                      <w:tblPr>
                        <w:tblStyle w:val="LightGrid"/>
                        <w:tblW w:w="6470" w:type="dxa"/>
                        <w:tblLayout w:type="fixed"/>
                        <w:tblLook w:val="04A0" w:firstRow="1" w:lastRow="0" w:firstColumn="1" w:lastColumn="0" w:noHBand="0" w:noVBand="1"/>
                      </w:tblPr>
                      <w:tblGrid>
                        <w:gridCol w:w="1440"/>
                        <w:gridCol w:w="3680"/>
                        <w:gridCol w:w="1350"/>
                      </w:tblGrid>
                      <w:tr w:rsidR="003A37E7" w:rsidRPr="00D86379" w:rsidTr="00607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0" w:type="dxa"/>
                            <w:gridSpan w:val="3"/>
                            <w:vAlign w:val="center"/>
                          </w:tcPr>
                          <w:p w:rsidR="003A37E7" w:rsidRPr="00D86379" w:rsidRDefault="003A37E7" w:rsidP="00E80A48">
                            <w:pPr>
                              <w:jc w:val="center"/>
                              <w:rPr>
                                <w:rFonts w:cs="Times New Roman"/>
                                <w:color w:val="FF0000"/>
                              </w:rPr>
                            </w:pPr>
                            <w:r w:rsidRPr="00D86379">
                              <w:rPr>
                                <w:rFonts w:cs="Times New Roman"/>
                                <w:color w:val="FF0000"/>
                              </w:rPr>
                              <w:t>COMPUTER SCIENCE &amp; INFORMATION TECHNOLOGY</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70" w:type="dxa"/>
                            <w:gridSpan w:val="3"/>
                            <w:vAlign w:val="center"/>
                          </w:tcPr>
                          <w:p w:rsidR="003A37E7" w:rsidRPr="00D86379" w:rsidRDefault="003A37E7" w:rsidP="00E80A48">
                            <w:pPr>
                              <w:jc w:val="center"/>
                              <w:rPr>
                                <w:rFonts w:cs="Times New Roman"/>
                              </w:rPr>
                            </w:pPr>
                            <w:r w:rsidRPr="00D86379">
                              <w:rPr>
                                <w:rFonts w:cs="Times New Roman"/>
                                <w:sz w:val="20"/>
                                <w:szCs w:val="20"/>
                              </w:rPr>
                              <w:t>SENIOR YEAR (YEAR IV) - FIRST SEMESTER</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rPr>
                                <w:rFonts w:cs="Times New Roman"/>
                              </w:rPr>
                            </w:pPr>
                            <w:r w:rsidRPr="00D86379">
                              <w:rPr>
                                <w:rFonts w:cs="Times New Roman"/>
                              </w:rPr>
                              <w:t>COURSE CODE</w:t>
                            </w:r>
                          </w:p>
                        </w:tc>
                        <w:tc>
                          <w:tcPr>
                            <w:tcW w:w="368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COURSE TITLE</w:t>
                            </w:r>
                          </w:p>
                        </w:tc>
                        <w:tc>
                          <w:tcPr>
                            <w:tcW w:w="135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CREDIT HOURS</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rPr>
                                <w:rFonts w:cs="Times New Roman"/>
                              </w:rPr>
                            </w:pPr>
                            <w:r w:rsidRPr="00D86379">
                              <w:rPr>
                                <w:rFonts w:cs="Times New Roman"/>
                              </w:rPr>
                              <w:t>COMP 401</w:t>
                            </w:r>
                          </w:p>
                        </w:tc>
                        <w:tc>
                          <w:tcPr>
                            <w:tcW w:w="368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MICROSOFT WINDOWS &amp; SERVER ADMINISTRATION</w:t>
                            </w:r>
                          </w:p>
                        </w:tc>
                        <w:tc>
                          <w:tcPr>
                            <w:tcW w:w="135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rPr>
                                <w:rFonts w:cs="Times New Roman"/>
                              </w:rPr>
                            </w:pPr>
                            <w:r w:rsidRPr="00D86379">
                              <w:rPr>
                                <w:rFonts w:cs="Times New Roman"/>
                              </w:rPr>
                              <w:t>COMP 403</w:t>
                            </w:r>
                          </w:p>
                        </w:tc>
                        <w:tc>
                          <w:tcPr>
                            <w:tcW w:w="368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MOBILE APPLICATION DEVELOPMENT</w:t>
                            </w:r>
                          </w:p>
                        </w:tc>
                        <w:tc>
                          <w:tcPr>
                            <w:tcW w:w="135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rPr>
                                <w:rFonts w:cs="Times New Roman"/>
                              </w:rPr>
                            </w:pPr>
                            <w:r w:rsidRPr="00D86379">
                              <w:rPr>
                                <w:rFonts w:cs="Times New Roman"/>
                              </w:rPr>
                              <w:t>COMP 405</w:t>
                            </w:r>
                          </w:p>
                        </w:tc>
                        <w:tc>
                          <w:tcPr>
                            <w:tcW w:w="368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RESEARCH METHODS I</w:t>
                            </w:r>
                          </w:p>
                        </w:tc>
                        <w:tc>
                          <w:tcPr>
                            <w:tcW w:w="135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rPr>
                                <w:rFonts w:cs="Times New Roman"/>
                              </w:rPr>
                            </w:pPr>
                            <w:r w:rsidRPr="00D86379">
                              <w:rPr>
                                <w:rFonts w:cs="Times New Roman"/>
                              </w:rPr>
                              <w:t>COMP 407</w:t>
                            </w:r>
                          </w:p>
                        </w:tc>
                        <w:tc>
                          <w:tcPr>
                            <w:tcW w:w="368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DATA EAREHOUSING &amp; MINING</w:t>
                            </w:r>
                          </w:p>
                        </w:tc>
                        <w:tc>
                          <w:tcPr>
                            <w:tcW w:w="135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rPr>
                                <w:rFonts w:cs="Times New Roman"/>
                              </w:rPr>
                            </w:pPr>
                            <w:r w:rsidRPr="00D86379">
                              <w:rPr>
                                <w:rFonts w:cs="Times New Roman"/>
                              </w:rPr>
                              <w:t>COMP 409</w:t>
                            </w:r>
                          </w:p>
                        </w:tc>
                        <w:tc>
                          <w:tcPr>
                            <w:tcW w:w="368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ADVANCED CYBERSECURITY</w:t>
                            </w:r>
                          </w:p>
                        </w:tc>
                        <w:tc>
                          <w:tcPr>
                            <w:tcW w:w="135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6075A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E80A48">
                            <w:pPr>
                              <w:jc w:val="center"/>
                              <w:rPr>
                                <w:rFonts w:cs="Times New Roman"/>
                              </w:rPr>
                            </w:pPr>
                            <w:r>
                              <w:rPr>
                                <w:rFonts w:cs="Times New Roman"/>
                              </w:rPr>
                              <w:t>GEN 109</w:t>
                            </w:r>
                          </w:p>
                        </w:tc>
                        <w:tc>
                          <w:tcPr>
                            <w:tcW w:w="368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b/>
                                <w:sz w:val="20"/>
                                <w:szCs w:val="20"/>
                              </w:rPr>
                              <w:t>CHRISTIAN DEVELOPMENT CHARACTER I</w:t>
                            </w:r>
                          </w:p>
                        </w:tc>
                        <w:tc>
                          <w:tcPr>
                            <w:tcW w:w="1350" w:type="dxa"/>
                            <w:vAlign w:val="center"/>
                          </w:tcPr>
                          <w:p w:rsidR="003A37E7" w:rsidRPr="00D86379" w:rsidRDefault="003A37E7" w:rsidP="00E80A48">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rFonts w:cs="Times New Roman"/>
                                <w:b/>
                              </w:rPr>
                              <w:t>2</w:t>
                            </w:r>
                          </w:p>
                        </w:tc>
                      </w:tr>
                      <w:tr w:rsidR="003A37E7" w:rsidRPr="00D86379" w:rsidTr="006075A2">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5120" w:type="dxa"/>
                            <w:gridSpan w:val="2"/>
                            <w:vAlign w:val="center"/>
                          </w:tcPr>
                          <w:p w:rsidR="003A37E7" w:rsidRPr="00D86379" w:rsidRDefault="003A37E7" w:rsidP="00E80A48">
                            <w:pPr>
                              <w:jc w:val="center"/>
                              <w:rPr>
                                <w:rFonts w:cs="Times New Roman"/>
                              </w:rPr>
                            </w:pPr>
                            <w:r w:rsidRPr="00D86379">
                              <w:rPr>
                                <w:rFonts w:cs="Times New Roman"/>
                              </w:rPr>
                              <w:t>TOTAL CREDIT HOURS</w:t>
                            </w:r>
                          </w:p>
                        </w:tc>
                        <w:tc>
                          <w:tcPr>
                            <w:tcW w:w="1350" w:type="dxa"/>
                            <w:vAlign w:val="center"/>
                          </w:tcPr>
                          <w:p w:rsidR="003A37E7" w:rsidRPr="00D86379" w:rsidRDefault="003A37E7" w:rsidP="00E80A48">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17</w:t>
                            </w:r>
                          </w:p>
                        </w:tc>
                      </w:tr>
                    </w:tbl>
                    <w:p w:rsidR="003A37E7" w:rsidRDefault="003A37E7"/>
                  </w:txbxContent>
                </v:textbox>
              </v:shape>
            </w:pict>
          </mc:Fallback>
        </mc:AlternateContent>
      </w:r>
    </w:p>
    <w:p w:rsidR="00627AC2" w:rsidRDefault="00627AC2" w:rsidP="00412947">
      <w:pPr>
        <w:jc w:val="center"/>
      </w:pPr>
    </w:p>
    <w:p w:rsidR="00627AC2" w:rsidRDefault="00627AC2" w:rsidP="00FD03AD"/>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09743A" w:rsidP="00412947">
      <w:pPr>
        <w:jc w:val="center"/>
      </w:pPr>
      <w:r>
        <w:rPr>
          <w:noProof/>
        </w:rPr>
        <mc:AlternateContent>
          <mc:Choice Requires="wps">
            <w:drawing>
              <wp:anchor distT="0" distB="0" distL="114300" distR="114300" simplePos="0" relativeHeight="251713536" behindDoc="0" locked="0" layoutInCell="1" allowOverlap="1" wp14:anchorId="3F592191" wp14:editId="59698D3E">
                <wp:simplePos x="0" y="0"/>
                <wp:positionH relativeFrom="page">
                  <wp:posOffset>486888</wp:posOffset>
                </wp:positionH>
                <wp:positionV relativeFrom="paragraph">
                  <wp:posOffset>250107</wp:posOffset>
                </wp:positionV>
                <wp:extent cx="4239491" cy="3170711"/>
                <wp:effectExtent l="0" t="0" r="8890" b="0"/>
                <wp:wrapNone/>
                <wp:docPr id="60" name="Text Box 60"/>
                <wp:cNvGraphicFramePr/>
                <a:graphic xmlns:a="http://schemas.openxmlformats.org/drawingml/2006/main">
                  <a:graphicData uri="http://schemas.microsoft.com/office/word/2010/wordprocessingShape">
                    <wps:wsp>
                      <wps:cNvSpPr txBox="1"/>
                      <wps:spPr>
                        <a:xfrm>
                          <a:off x="0" y="0"/>
                          <a:ext cx="4239491" cy="317071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290" w:type="dxa"/>
                              <w:tblLayout w:type="fixed"/>
                              <w:tblLook w:val="04A0" w:firstRow="1" w:lastRow="0" w:firstColumn="1" w:lastColumn="0" w:noHBand="0" w:noVBand="1"/>
                            </w:tblPr>
                            <w:tblGrid>
                              <w:gridCol w:w="1440"/>
                              <w:gridCol w:w="3500"/>
                              <w:gridCol w:w="1350"/>
                            </w:tblGrid>
                            <w:tr w:rsidR="003A37E7" w:rsidRPr="00D86379" w:rsidTr="00EC6D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D86379" w:rsidRDefault="003A37E7" w:rsidP="009D0372">
                                  <w:pPr>
                                    <w:jc w:val="center"/>
                                    <w:rPr>
                                      <w:rFonts w:cs="Times New Roman"/>
                                      <w:color w:val="FF0000"/>
                                    </w:rPr>
                                  </w:pPr>
                                  <w:r w:rsidRPr="00D86379">
                                    <w:rPr>
                                      <w:rFonts w:cs="Times New Roman"/>
                                      <w:color w:val="FF0000"/>
                                    </w:rPr>
                                    <w:t>COMPUTER SCIENCE &amp; INFORMATION TECHNOLOGY</w:t>
                                  </w:r>
                                </w:p>
                              </w:tc>
                            </w:tr>
                            <w:tr w:rsidR="003A37E7" w:rsidRPr="00D86379" w:rsidTr="009D0372">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D86379" w:rsidRDefault="003A37E7" w:rsidP="009D0372">
                                  <w:pPr>
                                    <w:jc w:val="center"/>
                                    <w:rPr>
                                      <w:rFonts w:cs="Times New Roman"/>
                                    </w:rPr>
                                  </w:pPr>
                                  <w:r w:rsidRPr="00D86379">
                                    <w:rPr>
                                      <w:rFonts w:cs="Times New Roman"/>
                                      <w:sz w:val="20"/>
                                      <w:szCs w:val="20"/>
                                    </w:rPr>
                                    <w:t>SENIOR YEAR (YEAR IV) - SECOND SEMESTER</w:t>
                                  </w:r>
                                </w:p>
                              </w:tc>
                            </w:tr>
                            <w:tr w:rsidR="003A37E7" w:rsidRPr="00D86379" w:rsidTr="009D03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9D0372">
                                  <w:pPr>
                                    <w:jc w:val="center"/>
                                    <w:rPr>
                                      <w:rFonts w:cs="Times New Roman"/>
                                    </w:rPr>
                                  </w:pPr>
                                  <w:r w:rsidRPr="00D86379">
                                    <w:rPr>
                                      <w:rFonts w:cs="Times New Roman"/>
                                    </w:rPr>
                                    <w:t>COURSE CODE</w:t>
                                  </w:r>
                                </w:p>
                              </w:tc>
                              <w:tc>
                                <w:tcPr>
                                  <w:tcW w:w="350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COURSE TITLE</w:t>
                                  </w:r>
                                </w:p>
                              </w:tc>
                              <w:tc>
                                <w:tcPr>
                                  <w:tcW w:w="135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CREDIT HOURS</w:t>
                                  </w:r>
                                </w:p>
                              </w:tc>
                            </w:tr>
                            <w:tr w:rsidR="003A37E7" w:rsidRPr="00D86379" w:rsidTr="009D03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9D0372">
                                  <w:pPr>
                                    <w:jc w:val="center"/>
                                    <w:rPr>
                                      <w:rFonts w:cs="Times New Roman"/>
                                    </w:rPr>
                                  </w:pPr>
                                  <w:r w:rsidRPr="00D86379">
                                    <w:rPr>
                                      <w:rFonts w:cs="Times New Roman"/>
                                    </w:rPr>
                                    <w:t>COMP 402</w:t>
                                  </w:r>
                                </w:p>
                              </w:tc>
                              <w:tc>
                                <w:tcPr>
                                  <w:tcW w:w="3500" w:type="dxa"/>
                                  <w:vAlign w:val="center"/>
                                </w:tcPr>
                                <w:p w:rsidR="003A37E7" w:rsidRPr="00D86379" w:rsidRDefault="003A37E7" w:rsidP="009D0372">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 xml:space="preserve">MANAGEMENT INFORMATION SYSTEM </w:t>
                                  </w:r>
                                </w:p>
                              </w:tc>
                              <w:tc>
                                <w:tcPr>
                                  <w:tcW w:w="1350" w:type="dxa"/>
                                  <w:vAlign w:val="center"/>
                                </w:tcPr>
                                <w:p w:rsidR="003A37E7" w:rsidRPr="00D86379" w:rsidRDefault="003A37E7" w:rsidP="009D0372">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2</w:t>
                                  </w:r>
                                </w:p>
                              </w:tc>
                            </w:tr>
                            <w:tr w:rsidR="003A37E7" w:rsidRPr="00D86379" w:rsidTr="009D03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9D0372">
                                  <w:pPr>
                                    <w:jc w:val="center"/>
                                    <w:rPr>
                                      <w:rFonts w:cs="Times New Roman"/>
                                    </w:rPr>
                                  </w:pPr>
                                  <w:r w:rsidRPr="00D86379">
                                    <w:rPr>
                                      <w:rFonts w:cs="Times New Roman"/>
                                    </w:rPr>
                                    <w:t>COMP 404</w:t>
                                  </w:r>
                                </w:p>
                              </w:tc>
                              <w:tc>
                                <w:tcPr>
                                  <w:tcW w:w="350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MANAGING SOFTWARE PROJECTS</w:t>
                                  </w:r>
                                </w:p>
                              </w:tc>
                              <w:tc>
                                <w:tcPr>
                                  <w:tcW w:w="135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2</w:t>
                                  </w:r>
                                </w:p>
                              </w:tc>
                            </w:tr>
                            <w:tr w:rsidR="003A37E7" w:rsidRPr="00D86379" w:rsidTr="009D037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9D0372">
                                  <w:pPr>
                                    <w:jc w:val="center"/>
                                    <w:rPr>
                                      <w:rFonts w:cs="Times New Roman"/>
                                    </w:rPr>
                                  </w:pPr>
                                  <w:r w:rsidRPr="00D86379">
                                    <w:rPr>
                                      <w:rFonts w:cs="Times New Roman"/>
                                    </w:rPr>
                                    <w:t>COMP 406</w:t>
                                  </w:r>
                                </w:p>
                              </w:tc>
                              <w:tc>
                                <w:tcPr>
                                  <w:tcW w:w="3500" w:type="dxa"/>
                                  <w:vAlign w:val="center"/>
                                </w:tcPr>
                                <w:p w:rsidR="003A37E7" w:rsidRPr="00D86379" w:rsidRDefault="003A37E7" w:rsidP="009D0372">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INTERNSHIP</w:t>
                                  </w:r>
                                </w:p>
                              </w:tc>
                              <w:tc>
                                <w:tcPr>
                                  <w:tcW w:w="1350" w:type="dxa"/>
                                  <w:vAlign w:val="center"/>
                                </w:tcPr>
                                <w:p w:rsidR="003A37E7" w:rsidRPr="00D86379" w:rsidRDefault="003A37E7" w:rsidP="009D0372">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9D0372">
                              <w:trPr>
                                <w:cnfStyle w:val="000000010000" w:firstRow="0" w:lastRow="0" w:firstColumn="0" w:lastColumn="0" w:oddVBand="0" w:evenVBand="0" w:oddHBand="0" w:evenHBand="1"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9D0372">
                                  <w:pPr>
                                    <w:jc w:val="center"/>
                                    <w:rPr>
                                      <w:rFonts w:cs="Times New Roman"/>
                                    </w:rPr>
                                  </w:pPr>
                                  <w:r w:rsidRPr="00D86379">
                                    <w:rPr>
                                      <w:rFonts w:cs="Times New Roman"/>
                                    </w:rPr>
                                    <w:t>COMP 408</w:t>
                                  </w:r>
                                </w:p>
                              </w:tc>
                              <w:tc>
                                <w:tcPr>
                                  <w:tcW w:w="350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RESEARCH METHODS II</w:t>
                                  </w:r>
                                </w:p>
                              </w:tc>
                              <w:tc>
                                <w:tcPr>
                                  <w:tcW w:w="135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9D0372">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9D0372">
                                  <w:pPr>
                                    <w:jc w:val="center"/>
                                    <w:rPr>
                                      <w:rFonts w:cs="Times New Roman"/>
                                    </w:rPr>
                                  </w:pPr>
                                  <w:r w:rsidRPr="00D86379">
                                    <w:rPr>
                                      <w:rFonts w:cs="Times New Roman"/>
                                    </w:rPr>
                                    <w:t>COMP 410</w:t>
                                  </w:r>
                                </w:p>
                              </w:tc>
                              <w:tc>
                                <w:tcPr>
                                  <w:tcW w:w="3500" w:type="dxa"/>
                                  <w:vAlign w:val="center"/>
                                </w:tcPr>
                                <w:p w:rsidR="003A37E7" w:rsidRPr="00D86379" w:rsidRDefault="003A37E7" w:rsidP="009D0372">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FINAL RESEARCH PROJECT REPORT</w:t>
                                  </w:r>
                                </w:p>
                              </w:tc>
                              <w:tc>
                                <w:tcPr>
                                  <w:tcW w:w="1350" w:type="dxa"/>
                                  <w:vAlign w:val="center"/>
                                </w:tcPr>
                                <w:p w:rsidR="003A37E7" w:rsidRPr="00D86379" w:rsidRDefault="003A37E7" w:rsidP="009D0372">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4</w:t>
                                  </w:r>
                                </w:p>
                              </w:tc>
                            </w:tr>
                            <w:tr w:rsidR="003A37E7" w:rsidRPr="00D86379" w:rsidTr="009D037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9D0372">
                                  <w:pPr>
                                    <w:jc w:val="center"/>
                                    <w:rPr>
                                      <w:rFonts w:cs="Times New Roman"/>
                                    </w:rPr>
                                  </w:pPr>
                                  <w:r>
                                    <w:rPr>
                                      <w:rFonts w:cs="Times New Roman"/>
                                    </w:rPr>
                                    <w:t>GEN 110</w:t>
                                  </w:r>
                                </w:p>
                              </w:tc>
                              <w:tc>
                                <w:tcPr>
                                  <w:tcW w:w="350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b/>
                                      <w:sz w:val="20"/>
                                      <w:szCs w:val="20"/>
                                    </w:rPr>
                                    <w:t>CHRISTIAN DEVELOPMENT CHARACTER II</w:t>
                                  </w:r>
                                </w:p>
                              </w:tc>
                              <w:tc>
                                <w:tcPr>
                                  <w:tcW w:w="135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rFonts w:cs="Times New Roman"/>
                                      <w:b/>
                                    </w:rPr>
                                    <w:t>2</w:t>
                                  </w:r>
                                </w:p>
                              </w:tc>
                            </w:tr>
                            <w:tr w:rsidR="003A37E7" w:rsidRPr="00D86379" w:rsidTr="009D0372">
                              <w:trPr>
                                <w:cnfStyle w:val="000000100000" w:firstRow="0" w:lastRow="0" w:firstColumn="0" w:lastColumn="0" w:oddVBand="0" w:evenVBand="0" w:oddHBand="1" w:evenHBand="0" w:firstRowFirstColumn="0" w:firstRowLastColumn="0" w:lastRowFirstColumn="0" w:lastRowLastColumn="0"/>
                                <w:trHeight w:val="522"/>
                              </w:trPr>
                              <w:tc>
                                <w:tcPr>
                                  <w:cnfStyle w:val="001000000000" w:firstRow="0" w:lastRow="0" w:firstColumn="1" w:lastColumn="0" w:oddVBand="0" w:evenVBand="0" w:oddHBand="0" w:evenHBand="0" w:firstRowFirstColumn="0" w:firstRowLastColumn="0" w:lastRowFirstColumn="0" w:lastRowLastColumn="0"/>
                                  <w:tcW w:w="4940" w:type="dxa"/>
                                  <w:gridSpan w:val="2"/>
                                  <w:vAlign w:val="center"/>
                                </w:tcPr>
                                <w:p w:rsidR="003A37E7" w:rsidRPr="00D86379" w:rsidRDefault="003A37E7" w:rsidP="009D0372">
                                  <w:pPr>
                                    <w:jc w:val="center"/>
                                    <w:rPr>
                                      <w:rFonts w:cs="Times New Roman"/>
                                    </w:rPr>
                                  </w:pPr>
                                  <w:r w:rsidRPr="00D86379">
                                    <w:rPr>
                                      <w:rFonts w:cs="Times New Roman"/>
                                    </w:rPr>
                                    <w:t>TOTAL CREDIT HOURS</w:t>
                                  </w:r>
                                </w:p>
                              </w:tc>
                              <w:tc>
                                <w:tcPr>
                                  <w:tcW w:w="1350" w:type="dxa"/>
                                  <w:vAlign w:val="center"/>
                                </w:tcPr>
                                <w:p w:rsidR="003A37E7" w:rsidRPr="00D86379" w:rsidRDefault="003A37E7" w:rsidP="009D0372">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16</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592191" id="Text Box 60" o:spid="_x0000_s1113" type="#_x0000_t202" style="position:absolute;left:0;text-align:left;margin-left:38.35pt;margin-top:19.7pt;width:333.8pt;height:249.65pt;z-index:251713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" fillcolor="white [3201]" stroked="f" strokeweight=".5pt">
                <v:textbox>
                  <w:txbxContent>
                    <w:tbl>
                      <w:tblPr>
                        <w:tblStyle w:val="LightGrid"/>
                        <w:tblW w:w="6290" w:type="dxa"/>
                        <w:tblLayout w:type="fixed"/>
                        <w:tblLook w:val="04A0" w:firstRow="1" w:lastRow="0" w:firstColumn="1" w:lastColumn="0" w:noHBand="0" w:noVBand="1"/>
                      </w:tblPr>
                      <w:tblGrid>
                        <w:gridCol w:w="1440"/>
                        <w:gridCol w:w="3500"/>
                        <w:gridCol w:w="1350"/>
                      </w:tblGrid>
                      <w:tr w:rsidR="003A37E7" w:rsidRPr="00D86379" w:rsidTr="00EC6D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D86379" w:rsidRDefault="003A37E7" w:rsidP="009D0372">
                            <w:pPr>
                              <w:jc w:val="center"/>
                              <w:rPr>
                                <w:rFonts w:cs="Times New Roman"/>
                                <w:color w:val="FF0000"/>
                              </w:rPr>
                            </w:pPr>
                            <w:r w:rsidRPr="00D86379">
                              <w:rPr>
                                <w:rFonts w:cs="Times New Roman"/>
                                <w:color w:val="FF0000"/>
                              </w:rPr>
                              <w:t>COMPUTER SCIENCE &amp; INFORMATION TECHNOLOGY</w:t>
                            </w:r>
                          </w:p>
                        </w:tc>
                      </w:tr>
                      <w:tr w:rsidR="003A37E7" w:rsidRPr="00D86379" w:rsidTr="009D0372">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6290" w:type="dxa"/>
                            <w:gridSpan w:val="3"/>
                            <w:vAlign w:val="center"/>
                          </w:tcPr>
                          <w:p w:rsidR="003A37E7" w:rsidRPr="00D86379" w:rsidRDefault="003A37E7" w:rsidP="009D0372">
                            <w:pPr>
                              <w:jc w:val="center"/>
                              <w:rPr>
                                <w:rFonts w:cs="Times New Roman"/>
                              </w:rPr>
                            </w:pPr>
                            <w:r w:rsidRPr="00D86379">
                              <w:rPr>
                                <w:rFonts w:cs="Times New Roman"/>
                                <w:sz w:val="20"/>
                                <w:szCs w:val="20"/>
                              </w:rPr>
                              <w:t>SENIOR YEAR (YEAR IV) - SECOND SEMESTER</w:t>
                            </w:r>
                          </w:p>
                        </w:tc>
                      </w:tr>
                      <w:tr w:rsidR="003A37E7" w:rsidRPr="00D86379" w:rsidTr="009D03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9D0372">
                            <w:pPr>
                              <w:jc w:val="center"/>
                              <w:rPr>
                                <w:rFonts w:cs="Times New Roman"/>
                              </w:rPr>
                            </w:pPr>
                            <w:r w:rsidRPr="00D86379">
                              <w:rPr>
                                <w:rFonts w:cs="Times New Roman"/>
                              </w:rPr>
                              <w:t>COURSE CODE</w:t>
                            </w:r>
                          </w:p>
                        </w:tc>
                        <w:tc>
                          <w:tcPr>
                            <w:tcW w:w="350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COURSE TITLE</w:t>
                            </w:r>
                          </w:p>
                        </w:tc>
                        <w:tc>
                          <w:tcPr>
                            <w:tcW w:w="135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CREDIT HOURS</w:t>
                            </w:r>
                          </w:p>
                        </w:tc>
                      </w:tr>
                      <w:tr w:rsidR="003A37E7" w:rsidRPr="00D86379" w:rsidTr="009D03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9D0372">
                            <w:pPr>
                              <w:jc w:val="center"/>
                              <w:rPr>
                                <w:rFonts w:cs="Times New Roman"/>
                              </w:rPr>
                            </w:pPr>
                            <w:r w:rsidRPr="00D86379">
                              <w:rPr>
                                <w:rFonts w:cs="Times New Roman"/>
                              </w:rPr>
                              <w:t>COMP 402</w:t>
                            </w:r>
                          </w:p>
                        </w:tc>
                        <w:tc>
                          <w:tcPr>
                            <w:tcW w:w="3500" w:type="dxa"/>
                            <w:vAlign w:val="center"/>
                          </w:tcPr>
                          <w:p w:rsidR="003A37E7" w:rsidRPr="00D86379" w:rsidRDefault="003A37E7" w:rsidP="009D0372">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 xml:space="preserve">MANAGEMENT INFORMATION SYSTEM </w:t>
                            </w:r>
                          </w:p>
                        </w:tc>
                        <w:tc>
                          <w:tcPr>
                            <w:tcW w:w="1350" w:type="dxa"/>
                            <w:vAlign w:val="center"/>
                          </w:tcPr>
                          <w:p w:rsidR="003A37E7" w:rsidRPr="00D86379" w:rsidRDefault="003A37E7" w:rsidP="009D0372">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2</w:t>
                            </w:r>
                          </w:p>
                        </w:tc>
                      </w:tr>
                      <w:tr w:rsidR="003A37E7" w:rsidRPr="00D86379" w:rsidTr="009D03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9D0372">
                            <w:pPr>
                              <w:jc w:val="center"/>
                              <w:rPr>
                                <w:rFonts w:cs="Times New Roman"/>
                              </w:rPr>
                            </w:pPr>
                            <w:r w:rsidRPr="00D86379">
                              <w:rPr>
                                <w:rFonts w:cs="Times New Roman"/>
                              </w:rPr>
                              <w:t>COMP 404</w:t>
                            </w:r>
                          </w:p>
                        </w:tc>
                        <w:tc>
                          <w:tcPr>
                            <w:tcW w:w="350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MANAGING SOFTWARE PROJECTS</w:t>
                            </w:r>
                          </w:p>
                        </w:tc>
                        <w:tc>
                          <w:tcPr>
                            <w:tcW w:w="135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2</w:t>
                            </w:r>
                          </w:p>
                        </w:tc>
                      </w:tr>
                      <w:tr w:rsidR="003A37E7" w:rsidRPr="00D86379" w:rsidTr="009D037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9D0372">
                            <w:pPr>
                              <w:jc w:val="center"/>
                              <w:rPr>
                                <w:rFonts w:cs="Times New Roman"/>
                              </w:rPr>
                            </w:pPr>
                            <w:r w:rsidRPr="00D86379">
                              <w:rPr>
                                <w:rFonts w:cs="Times New Roman"/>
                              </w:rPr>
                              <w:t>COMP 406</w:t>
                            </w:r>
                          </w:p>
                        </w:tc>
                        <w:tc>
                          <w:tcPr>
                            <w:tcW w:w="3500" w:type="dxa"/>
                            <w:vAlign w:val="center"/>
                          </w:tcPr>
                          <w:p w:rsidR="003A37E7" w:rsidRPr="00D86379" w:rsidRDefault="003A37E7" w:rsidP="009D0372">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INTERNSHIP</w:t>
                            </w:r>
                          </w:p>
                        </w:tc>
                        <w:tc>
                          <w:tcPr>
                            <w:tcW w:w="1350" w:type="dxa"/>
                            <w:vAlign w:val="center"/>
                          </w:tcPr>
                          <w:p w:rsidR="003A37E7" w:rsidRPr="00D86379" w:rsidRDefault="003A37E7" w:rsidP="009D0372">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3</w:t>
                            </w:r>
                          </w:p>
                        </w:tc>
                      </w:tr>
                      <w:tr w:rsidR="003A37E7" w:rsidRPr="00D86379" w:rsidTr="009D0372">
                        <w:trPr>
                          <w:cnfStyle w:val="000000010000" w:firstRow="0" w:lastRow="0" w:firstColumn="0" w:lastColumn="0" w:oddVBand="0" w:evenVBand="0" w:oddHBand="0" w:evenHBand="1"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9D0372">
                            <w:pPr>
                              <w:jc w:val="center"/>
                              <w:rPr>
                                <w:rFonts w:cs="Times New Roman"/>
                              </w:rPr>
                            </w:pPr>
                            <w:r w:rsidRPr="00D86379">
                              <w:rPr>
                                <w:rFonts w:cs="Times New Roman"/>
                              </w:rPr>
                              <w:t>COMP 408</w:t>
                            </w:r>
                          </w:p>
                        </w:tc>
                        <w:tc>
                          <w:tcPr>
                            <w:tcW w:w="350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RESEARCH METHODS II</w:t>
                            </w:r>
                          </w:p>
                        </w:tc>
                        <w:tc>
                          <w:tcPr>
                            <w:tcW w:w="135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D86379">
                              <w:rPr>
                                <w:rFonts w:cs="Times New Roman"/>
                                <w:b/>
                              </w:rPr>
                              <w:t>3</w:t>
                            </w:r>
                          </w:p>
                        </w:tc>
                      </w:tr>
                      <w:tr w:rsidR="003A37E7" w:rsidRPr="00D86379" w:rsidTr="009D0372">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9D0372">
                            <w:pPr>
                              <w:jc w:val="center"/>
                              <w:rPr>
                                <w:rFonts w:cs="Times New Roman"/>
                              </w:rPr>
                            </w:pPr>
                            <w:r w:rsidRPr="00D86379">
                              <w:rPr>
                                <w:rFonts w:cs="Times New Roman"/>
                              </w:rPr>
                              <w:t>COMP 410</w:t>
                            </w:r>
                          </w:p>
                        </w:tc>
                        <w:tc>
                          <w:tcPr>
                            <w:tcW w:w="3500" w:type="dxa"/>
                            <w:vAlign w:val="center"/>
                          </w:tcPr>
                          <w:p w:rsidR="003A37E7" w:rsidRPr="00D86379" w:rsidRDefault="003A37E7" w:rsidP="009D0372">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FINAL RESEARCH PROJECT REPORT</w:t>
                            </w:r>
                          </w:p>
                        </w:tc>
                        <w:tc>
                          <w:tcPr>
                            <w:tcW w:w="1350" w:type="dxa"/>
                            <w:vAlign w:val="center"/>
                          </w:tcPr>
                          <w:p w:rsidR="003A37E7" w:rsidRPr="00D86379" w:rsidRDefault="003A37E7" w:rsidP="009D0372">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D86379">
                              <w:rPr>
                                <w:rFonts w:cs="Times New Roman"/>
                                <w:b/>
                              </w:rPr>
                              <w:t>4</w:t>
                            </w:r>
                          </w:p>
                        </w:tc>
                      </w:tr>
                      <w:tr w:rsidR="003A37E7" w:rsidRPr="00D86379" w:rsidTr="009D0372">
                        <w:trPr>
                          <w:cnfStyle w:val="000000010000" w:firstRow="0" w:lastRow="0" w:firstColumn="0" w:lastColumn="0" w:oddVBand="0" w:evenVBand="0" w:oddHBand="0" w:evenHBand="1"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D86379" w:rsidRDefault="003A37E7" w:rsidP="009D0372">
                            <w:pPr>
                              <w:jc w:val="center"/>
                              <w:rPr>
                                <w:rFonts w:cs="Times New Roman"/>
                              </w:rPr>
                            </w:pPr>
                            <w:r>
                              <w:rPr>
                                <w:rFonts w:cs="Times New Roman"/>
                              </w:rPr>
                              <w:t>GEN 110</w:t>
                            </w:r>
                          </w:p>
                        </w:tc>
                        <w:tc>
                          <w:tcPr>
                            <w:tcW w:w="350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b/>
                                <w:sz w:val="20"/>
                                <w:szCs w:val="20"/>
                              </w:rPr>
                              <w:t>CHRISTIAN DEVELOPMENT CHARACTER II</w:t>
                            </w:r>
                          </w:p>
                        </w:tc>
                        <w:tc>
                          <w:tcPr>
                            <w:tcW w:w="1350" w:type="dxa"/>
                            <w:vAlign w:val="center"/>
                          </w:tcPr>
                          <w:p w:rsidR="003A37E7" w:rsidRPr="00D86379" w:rsidRDefault="003A37E7" w:rsidP="009D0372">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rFonts w:cs="Times New Roman"/>
                                <w:b/>
                              </w:rPr>
                              <w:t>2</w:t>
                            </w:r>
                          </w:p>
                        </w:tc>
                      </w:tr>
                      <w:tr w:rsidR="003A37E7" w:rsidRPr="00D86379" w:rsidTr="009D0372">
                        <w:trPr>
                          <w:cnfStyle w:val="000000100000" w:firstRow="0" w:lastRow="0" w:firstColumn="0" w:lastColumn="0" w:oddVBand="0" w:evenVBand="0" w:oddHBand="1" w:evenHBand="0" w:firstRowFirstColumn="0" w:firstRowLastColumn="0" w:lastRowFirstColumn="0" w:lastRowLastColumn="0"/>
                          <w:trHeight w:val="522"/>
                        </w:trPr>
                        <w:tc>
                          <w:tcPr>
                            <w:cnfStyle w:val="001000000000" w:firstRow="0" w:lastRow="0" w:firstColumn="1" w:lastColumn="0" w:oddVBand="0" w:evenVBand="0" w:oddHBand="0" w:evenHBand="0" w:firstRowFirstColumn="0" w:firstRowLastColumn="0" w:lastRowFirstColumn="0" w:lastRowLastColumn="0"/>
                            <w:tcW w:w="4940" w:type="dxa"/>
                            <w:gridSpan w:val="2"/>
                            <w:vAlign w:val="center"/>
                          </w:tcPr>
                          <w:p w:rsidR="003A37E7" w:rsidRPr="00D86379" w:rsidRDefault="003A37E7" w:rsidP="009D0372">
                            <w:pPr>
                              <w:jc w:val="center"/>
                              <w:rPr>
                                <w:rFonts w:cs="Times New Roman"/>
                              </w:rPr>
                            </w:pPr>
                            <w:r w:rsidRPr="00D86379">
                              <w:rPr>
                                <w:rFonts w:cs="Times New Roman"/>
                              </w:rPr>
                              <w:t>TOTAL CREDIT HOURS</w:t>
                            </w:r>
                          </w:p>
                        </w:tc>
                        <w:tc>
                          <w:tcPr>
                            <w:tcW w:w="1350" w:type="dxa"/>
                            <w:vAlign w:val="center"/>
                          </w:tcPr>
                          <w:p w:rsidR="003A37E7" w:rsidRPr="00D86379" w:rsidRDefault="003A37E7" w:rsidP="009D0372">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16</w:t>
                            </w:r>
                          </w:p>
                        </w:tc>
                      </w:tr>
                    </w:tbl>
                    <w:p w:rsidR="003A37E7" w:rsidRDefault="003A37E7"/>
                  </w:txbxContent>
                </v:textbox>
                <w10:wrap anchorx="page"/>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3B0D21" w:rsidP="00412947">
      <w:pPr>
        <w:jc w:val="center"/>
      </w:pPr>
      <w:r>
        <w:rPr>
          <w:noProof/>
        </w:rPr>
        <mc:AlternateContent>
          <mc:Choice Requires="wps">
            <w:drawing>
              <wp:anchor distT="0" distB="0" distL="114300" distR="114300" simplePos="0" relativeHeight="251739136" behindDoc="0" locked="0" layoutInCell="1" allowOverlap="1" wp14:anchorId="7B68CD8A" wp14:editId="7EA218A5">
                <wp:simplePos x="0" y="0"/>
                <wp:positionH relativeFrom="column">
                  <wp:posOffset>-368935</wp:posOffset>
                </wp:positionH>
                <wp:positionV relativeFrom="paragraph">
                  <wp:posOffset>133622</wp:posOffset>
                </wp:positionV>
                <wp:extent cx="4215130" cy="700644"/>
                <wp:effectExtent l="57150" t="38100" r="71120" b="99695"/>
                <wp:wrapNone/>
                <wp:docPr id="87" name="Text Box 87"/>
                <wp:cNvGraphicFramePr/>
                <a:graphic xmlns:a="http://schemas.openxmlformats.org/drawingml/2006/main">
                  <a:graphicData uri="http://schemas.microsoft.com/office/word/2010/wordprocessingShape">
                    <wps:wsp>
                      <wps:cNvSpPr txBox="1"/>
                      <wps:spPr>
                        <a:xfrm>
                          <a:off x="0" y="0"/>
                          <a:ext cx="4215130" cy="700644"/>
                        </a:xfrm>
                        <a:prstGeom prst="rect">
                          <a:avLst/>
                        </a:prstGeom>
                        <a:ln/>
                      </wps:spPr>
                      <wps:style>
                        <a:lnRef idx="1">
                          <a:schemeClr val="accent1"/>
                        </a:lnRef>
                        <a:fillRef idx="2">
                          <a:schemeClr val="accent1"/>
                        </a:fillRef>
                        <a:effectRef idx="1">
                          <a:schemeClr val="accent1"/>
                        </a:effectRef>
                        <a:fontRef idx="minor">
                          <a:schemeClr val="dk1"/>
                        </a:fontRef>
                      </wps:style>
                      <wps:txbx>
                        <w:txbxContent>
                          <w:tbl>
                            <w:tblPr>
                              <w:tblStyle w:val="TableGrid"/>
                              <w:tblW w:w="6225" w:type="dxa"/>
                              <w:tblBorders>
                                <w:top w:val="thinThickSmallGap" w:sz="48" w:space="0" w:color="auto"/>
                                <w:left w:val="thinThickSmallGap" w:sz="48" w:space="0" w:color="auto"/>
                                <w:bottom w:val="thinThickSmallGap" w:sz="48" w:space="0" w:color="auto"/>
                                <w:right w:val="thinThickSmallGap" w:sz="48" w:space="0" w:color="auto"/>
                                <w:insideH w:val="thinThickSmallGap" w:sz="48" w:space="0" w:color="auto"/>
                                <w:insideV w:val="thinThickSmallGap" w:sz="48" w:space="0" w:color="auto"/>
                              </w:tblBorders>
                              <w:tblLook w:val="04A0" w:firstRow="1" w:lastRow="0" w:firstColumn="1" w:lastColumn="0" w:noHBand="0" w:noVBand="1"/>
                            </w:tblPr>
                            <w:tblGrid>
                              <w:gridCol w:w="4875"/>
                              <w:gridCol w:w="1350"/>
                            </w:tblGrid>
                            <w:tr w:rsidR="003A37E7" w:rsidRPr="0031123E" w:rsidTr="006075A2">
                              <w:trPr>
                                <w:trHeight w:val="534"/>
                              </w:trPr>
                              <w:tc>
                                <w:tcPr>
                                  <w:tcW w:w="4875" w:type="dxa"/>
                                  <w:vAlign w:val="center"/>
                                </w:tcPr>
                                <w:p w:rsidR="003A37E7" w:rsidRPr="0031123E" w:rsidRDefault="003A37E7" w:rsidP="002B36AD">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123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1350" w:type="dxa"/>
                                  <w:vAlign w:val="center"/>
                                </w:tcPr>
                                <w:p w:rsidR="003A37E7" w:rsidRPr="0031123E" w:rsidRDefault="003A37E7" w:rsidP="002B36AD">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123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140</w:t>
                                  </w:r>
                                </w:p>
                              </w:tc>
                            </w:tr>
                          </w:tbl>
                          <w:p w:rsidR="003A37E7" w:rsidRPr="0031123E"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68CD8A" id="Text Box 87" o:spid="_x0000_s1114" type="#_x0000_t202" style="position:absolute;left:0;text-align:left;margin-left:-29.05pt;margin-top:10.5pt;width:331.9pt;height:55.1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" fillcolor="#a7bfde [1620]" strokecolor="#4579b8 [3044]">
                <v:fill color2="#e4ecf5 [500]" rotate="t" angle="180" colors="0 #a3c4ff;22938f #bfd5ff;1 #e5eeff" focus="100%" type="gradient"/>
                <v:shadow on="t" color="black" opacity="24903f" origin=",.5" offset="0,.55556mm"/>
                <v:textbox>
                  <w:txbxContent>
                    <w:tbl>
                      <w:tblPr>
                        <w:tblStyle w:val="TableGrid"/>
                        <w:tblW w:w="6225" w:type="dxa"/>
                        <w:tblBorders>
                          <w:top w:val="thinThickSmallGap" w:sz="48" w:space="0" w:color="auto"/>
                          <w:left w:val="thinThickSmallGap" w:sz="48" w:space="0" w:color="auto"/>
                          <w:bottom w:val="thinThickSmallGap" w:sz="48" w:space="0" w:color="auto"/>
                          <w:right w:val="thinThickSmallGap" w:sz="48" w:space="0" w:color="auto"/>
                          <w:insideH w:val="thinThickSmallGap" w:sz="48" w:space="0" w:color="auto"/>
                          <w:insideV w:val="thinThickSmallGap" w:sz="48" w:space="0" w:color="auto"/>
                        </w:tblBorders>
                        <w:tblLook w:val="04A0" w:firstRow="1" w:lastRow="0" w:firstColumn="1" w:lastColumn="0" w:noHBand="0" w:noVBand="1"/>
                      </w:tblPr>
                      <w:tblGrid>
                        <w:gridCol w:w="4875"/>
                        <w:gridCol w:w="1350"/>
                      </w:tblGrid>
                      <w:tr w:rsidR="003A37E7" w:rsidRPr="0031123E" w:rsidTr="006075A2">
                        <w:trPr>
                          <w:trHeight w:val="534"/>
                        </w:trPr>
                        <w:tc>
                          <w:tcPr>
                            <w:tcW w:w="4875" w:type="dxa"/>
                            <w:vAlign w:val="center"/>
                          </w:tcPr>
                          <w:p w:rsidR="003A37E7" w:rsidRPr="0031123E" w:rsidRDefault="003A37E7" w:rsidP="002B36AD">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123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1350" w:type="dxa"/>
                            <w:vAlign w:val="center"/>
                          </w:tcPr>
                          <w:p w:rsidR="003A37E7" w:rsidRPr="0031123E" w:rsidRDefault="003A37E7" w:rsidP="002B36AD">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1123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140</w:t>
                            </w:r>
                          </w:p>
                        </w:tc>
                      </w:tr>
                    </w:tbl>
                    <w:p w:rsidR="003A37E7" w:rsidRPr="0031123E"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A3788B" w:rsidRDefault="0031123E" w:rsidP="00412947">
      <w:pPr>
        <w:jc w:val="center"/>
      </w:pPr>
      <w:r>
        <w:rPr>
          <w:noProof/>
        </w:rPr>
        <w:lastRenderedPageBreak/>
        <mc:AlternateContent>
          <mc:Choice Requires="wps">
            <w:drawing>
              <wp:anchor distT="0" distB="0" distL="114300" distR="114300" simplePos="0" relativeHeight="251853824" behindDoc="0" locked="0" layoutInCell="1" allowOverlap="1" wp14:anchorId="5FB809F9" wp14:editId="32638540">
                <wp:simplePos x="0" y="0"/>
                <wp:positionH relativeFrom="column">
                  <wp:posOffset>-1117584</wp:posOffset>
                </wp:positionH>
                <wp:positionV relativeFrom="paragraph">
                  <wp:posOffset>-20395</wp:posOffset>
                </wp:positionV>
                <wp:extent cx="4242435" cy="828675"/>
                <wp:effectExtent l="57150" t="38100" r="81915" b="104775"/>
                <wp:wrapNone/>
                <wp:docPr id="124" name="Text Box 124"/>
                <wp:cNvGraphicFramePr/>
                <a:graphic xmlns:a="http://schemas.openxmlformats.org/drawingml/2006/main">
                  <a:graphicData uri="http://schemas.microsoft.com/office/word/2010/wordprocessingShape">
                    <wps:wsp>
                      <wps:cNvSpPr txBox="1"/>
                      <wps:spPr>
                        <a:xfrm>
                          <a:off x="0" y="0"/>
                          <a:ext cx="4242435" cy="828675"/>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31123E" w:rsidRDefault="003A37E7" w:rsidP="00E6214E">
                            <w:pPr>
                              <w:jc w:val="center"/>
                              <w:rPr>
                                <w:sz w:val="32"/>
                                <w:szCs w:val="32"/>
                              </w:rPr>
                            </w:pPr>
                            <w:r w:rsidRPr="0031123E">
                              <w:rPr>
                                <w:sz w:val="32"/>
                                <w:szCs w:val="32"/>
                              </w:rPr>
                              <w:t>NON TECHNICAL ELECTIVES FOR COMPUTER SCIENCE AND TECHNOLOGY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FB809F9" id="Text Box 124" o:spid="_x0000_s1115" type="#_x0000_t202" style="position:absolute;left:0;text-align:left;margin-left:-88pt;margin-top:-1.6pt;width:334.05pt;height:65.25pt;z-index:251853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" fillcolor="#a7bfde [1620]" strokecolor="#4579b8 [3044]">
                <v:fill color2="#e4ecf5 [500]" rotate="t" angle="180" colors="0 #a3c4ff;22938f #bfd5ff;1 #e5eeff" focus="100%" type="gradient"/>
                <v:shadow on="t" color="black" opacity="24903f" origin=",.5" offset="0,.55556mm"/>
                <v:textbox>
                  <w:txbxContent>
                    <w:p w:rsidR="003A37E7" w:rsidRPr="0031123E" w:rsidRDefault="003A37E7" w:rsidP="00E6214E">
                      <w:pPr>
                        <w:jc w:val="center"/>
                        <w:rPr>
                          <w:sz w:val="32"/>
                          <w:szCs w:val="32"/>
                        </w:rPr>
                      </w:pPr>
                      <w:r w:rsidRPr="0031123E">
                        <w:rPr>
                          <w:sz w:val="32"/>
                          <w:szCs w:val="32"/>
                        </w:rPr>
                        <w:t>NON TECHNICAL ELECTIVES FOR COMPUTER SCIENCE AND TECHNOLOGY</w:t>
                      </w:r>
                    </w:p>
                  </w:txbxContent>
                </v:textbox>
              </v:shape>
            </w:pict>
          </mc:Fallback>
        </mc:AlternateContent>
      </w:r>
    </w:p>
    <w:p w:rsidR="00AD44CC" w:rsidRDefault="00AD44CC" w:rsidP="00412947">
      <w:pPr>
        <w:jc w:val="center"/>
      </w:pPr>
    </w:p>
    <w:p w:rsidR="00AD44CC" w:rsidRDefault="00E6214E">
      <w:r>
        <w:rPr>
          <w:noProof/>
        </w:rPr>
        <mc:AlternateContent>
          <mc:Choice Requires="wps">
            <w:drawing>
              <wp:anchor distT="0" distB="0" distL="114300" distR="114300" simplePos="0" relativeHeight="251854848" behindDoc="0" locked="0" layoutInCell="1" allowOverlap="1" wp14:anchorId="41E4FEC0" wp14:editId="090DF0FB">
                <wp:simplePos x="0" y="0"/>
                <wp:positionH relativeFrom="column">
                  <wp:posOffset>-1115679</wp:posOffset>
                </wp:positionH>
                <wp:positionV relativeFrom="paragraph">
                  <wp:posOffset>525648</wp:posOffset>
                </wp:positionV>
                <wp:extent cx="4242816" cy="2157984"/>
                <wp:effectExtent l="0" t="0" r="5715" b="0"/>
                <wp:wrapNone/>
                <wp:docPr id="125" name="Text Box 125"/>
                <wp:cNvGraphicFramePr/>
                <a:graphic xmlns:a="http://schemas.openxmlformats.org/drawingml/2006/main">
                  <a:graphicData uri="http://schemas.microsoft.com/office/word/2010/wordprocessingShape">
                    <wps:wsp>
                      <wps:cNvSpPr txBox="1"/>
                      <wps:spPr>
                        <a:xfrm>
                          <a:off x="0" y="0"/>
                          <a:ext cx="4242816" cy="215798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295" w:type="dxa"/>
                              <w:tblBorders>
                                <w:insideH w:val="thinThickSmallGap" w:sz="24" w:space="0" w:color="auto"/>
                                <w:insideV w:val="thinThickSmallGap" w:sz="24" w:space="0" w:color="auto"/>
                              </w:tblBorders>
                              <w:tblLook w:val="04A0" w:firstRow="1" w:lastRow="0" w:firstColumn="1" w:lastColumn="0" w:noHBand="0" w:noVBand="1"/>
                            </w:tblPr>
                            <w:tblGrid>
                              <w:gridCol w:w="1773"/>
                              <w:gridCol w:w="3262"/>
                              <w:gridCol w:w="1260"/>
                            </w:tblGrid>
                            <w:tr w:rsidR="003A37E7" w:rsidRPr="00E6214E" w:rsidTr="00E6214E">
                              <w:tc>
                                <w:tcPr>
                                  <w:tcW w:w="1773"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COURSE CODE</w:t>
                                  </w:r>
                                </w:p>
                              </w:tc>
                              <w:tc>
                                <w:tcPr>
                                  <w:tcW w:w="3262"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COURSE TITLE</w:t>
                                  </w:r>
                                </w:p>
                              </w:tc>
                              <w:tc>
                                <w:tcPr>
                                  <w:tcW w:w="1260"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CREDIT HOURS</w:t>
                                  </w:r>
                                </w:p>
                              </w:tc>
                            </w:tr>
                            <w:tr w:rsidR="003A37E7" w:rsidRPr="00E6214E" w:rsidTr="00E6214E">
                              <w:tc>
                                <w:tcPr>
                                  <w:tcW w:w="1773"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c>
                                <w:tcPr>
                                  <w:tcW w:w="3262"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TECHNICAL WRITING</w:t>
                                  </w:r>
                                </w:p>
                              </w:tc>
                              <w:tc>
                                <w:tcPr>
                                  <w:tcW w:w="1260"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c>
                            </w:tr>
                            <w:tr w:rsidR="003A37E7" w:rsidRPr="00E6214E" w:rsidTr="00E6214E">
                              <w:tc>
                                <w:tcPr>
                                  <w:tcW w:w="1773"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c>
                                <w:tcPr>
                                  <w:tcW w:w="3262"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rStyle w:val="Strong"/>
                                      <w:b w:val="0"/>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PROFESSIONAL AND TECHNICAL COMMUNICATIO</w:t>
                                  </w:r>
                                  <w:r>
                                    <w:rPr>
                                      <w:rStyle w:val="Strong"/>
                                      <w:b w:val="0"/>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w:t>
                                  </w:r>
                                </w:p>
                              </w:tc>
                              <w:tc>
                                <w:tcPr>
                                  <w:tcW w:w="1260"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c>
                            </w:tr>
                            <w:tr w:rsidR="003A37E7" w:rsidRPr="00E6214E" w:rsidTr="00E6214E">
                              <w:trPr>
                                <w:trHeight w:val="764"/>
                              </w:trPr>
                              <w:tc>
                                <w:tcPr>
                                  <w:tcW w:w="1773"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c>
                                <w:tcPr>
                                  <w:tcW w:w="3262" w:type="dxa"/>
                                  <w:vAlign w:val="center"/>
                                </w:tcPr>
                                <w:p w:rsidR="003A37E7" w:rsidRPr="00E6214E" w:rsidRDefault="003A37E7" w:rsidP="00E6214E">
                                  <w:pPr>
                                    <w:jc w:val="center"/>
                                    <w:rPr>
                                      <w:rStyle w:val="Strong"/>
                                      <w:b w:val="0"/>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rStyle w:val="Strong"/>
                                      <w:b w:val="0"/>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ENTREPRENEURSHIP AND INNOVATION</w:t>
                                  </w:r>
                                </w:p>
                              </w:tc>
                              <w:tc>
                                <w:tcPr>
                                  <w:tcW w:w="1260"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c>
                            </w:tr>
                          </w:tbl>
                          <w:p w:rsidR="003A37E7" w:rsidRPr="00E6214E" w:rsidRDefault="003A37E7">
                            <w:pP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E4FEC0" id="Text Box 125" o:spid="_x0000_s1116" type="#_x0000_t202" style="position:absolute;margin-left:-87.85pt;margin-top:41.4pt;width:334.1pt;height:169.9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" fillcolor="white [3201]" stroked="f" strokeweight=".5pt">
                <v:textbox>
                  <w:txbxContent>
                    <w:tbl>
                      <w:tblPr>
                        <w:tblStyle w:val="TableGrid"/>
                        <w:tblW w:w="6295" w:type="dxa"/>
                        <w:tblBorders>
                          <w:insideH w:val="thinThickSmallGap" w:sz="24" w:space="0" w:color="auto"/>
                          <w:insideV w:val="thinThickSmallGap" w:sz="24" w:space="0" w:color="auto"/>
                        </w:tblBorders>
                        <w:tblLook w:val="04A0" w:firstRow="1" w:lastRow="0" w:firstColumn="1" w:lastColumn="0" w:noHBand="0" w:noVBand="1"/>
                      </w:tblPr>
                      <w:tblGrid>
                        <w:gridCol w:w="1773"/>
                        <w:gridCol w:w="3262"/>
                        <w:gridCol w:w="1260"/>
                      </w:tblGrid>
                      <w:tr w:rsidR="003A37E7" w:rsidRPr="00E6214E" w:rsidTr="00E6214E">
                        <w:tc>
                          <w:tcPr>
                            <w:tcW w:w="1773"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COURSE CODE</w:t>
                            </w:r>
                          </w:p>
                        </w:tc>
                        <w:tc>
                          <w:tcPr>
                            <w:tcW w:w="3262"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COURSE TITLE</w:t>
                            </w:r>
                          </w:p>
                        </w:tc>
                        <w:tc>
                          <w:tcPr>
                            <w:tcW w:w="1260"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CREDIT HOURS</w:t>
                            </w:r>
                          </w:p>
                        </w:tc>
                      </w:tr>
                      <w:tr w:rsidR="003A37E7" w:rsidRPr="00E6214E" w:rsidTr="00E6214E">
                        <w:tc>
                          <w:tcPr>
                            <w:tcW w:w="1773"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c>
                          <w:tcPr>
                            <w:tcW w:w="3262"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TECHNICAL WRITING</w:t>
                            </w:r>
                          </w:p>
                        </w:tc>
                        <w:tc>
                          <w:tcPr>
                            <w:tcW w:w="1260"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c>
                      </w:tr>
                      <w:tr w:rsidR="003A37E7" w:rsidRPr="00E6214E" w:rsidTr="00E6214E">
                        <w:tc>
                          <w:tcPr>
                            <w:tcW w:w="1773"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c>
                          <w:tcPr>
                            <w:tcW w:w="3262"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rStyle w:val="Strong"/>
                                <w:b w:val="0"/>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PROFESSIONAL AND TECHNICAL COMMUNICATIO</w:t>
                            </w:r>
                            <w:r>
                              <w:rPr>
                                <w:rStyle w:val="Strong"/>
                                <w:b w:val="0"/>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w:t>
                            </w:r>
                          </w:p>
                        </w:tc>
                        <w:tc>
                          <w:tcPr>
                            <w:tcW w:w="1260"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c>
                      </w:tr>
                      <w:tr w:rsidR="003A37E7" w:rsidRPr="00E6214E" w:rsidTr="00E6214E">
                        <w:trPr>
                          <w:trHeight w:val="764"/>
                        </w:trPr>
                        <w:tc>
                          <w:tcPr>
                            <w:tcW w:w="1773"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c>
                          <w:tcPr>
                            <w:tcW w:w="3262" w:type="dxa"/>
                            <w:vAlign w:val="center"/>
                          </w:tcPr>
                          <w:p w:rsidR="003A37E7" w:rsidRPr="00E6214E" w:rsidRDefault="003A37E7" w:rsidP="00E6214E">
                            <w:pPr>
                              <w:jc w:val="center"/>
                              <w:rPr>
                                <w:rStyle w:val="Strong"/>
                                <w:b w:val="0"/>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6214E">
                              <w:rPr>
                                <w:rStyle w:val="Strong"/>
                                <w:b w:val="0"/>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ENTREPRENEURSHIP AND INNOVATION</w:t>
                            </w:r>
                          </w:p>
                        </w:tc>
                        <w:tc>
                          <w:tcPr>
                            <w:tcW w:w="1260" w:type="dxa"/>
                            <w:vAlign w:val="center"/>
                          </w:tcPr>
                          <w:p w:rsidR="003A37E7" w:rsidRPr="00E6214E" w:rsidRDefault="003A37E7" w:rsidP="00E6214E">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c>
                      </w:tr>
                    </w:tbl>
                    <w:p w:rsidR="003A37E7" w:rsidRPr="00E6214E" w:rsidRDefault="003A37E7">
                      <w:pP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AD44CC">
        <w:br w:type="page"/>
      </w:r>
    </w:p>
    <w:p w:rsidR="00A3788B" w:rsidRDefault="00A817A1" w:rsidP="00412947">
      <w:pPr>
        <w:jc w:val="center"/>
      </w:pPr>
      <w:r>
        <w:rPr>
          <w:noProof/>
        </w:rPr>
        <w:lastRenderedPageBreak/>
        <mc:AlternateContent>
          <mc:Choice Requires="wps">
            <w:drawing>
              <wp:anchor distT="0" distB="0" distL="114300" distR="114300" simplePos="0" relativeHeight="251840512" behindDoc="0" locked="0" layoutInCell="1" allowOverlap="1" wp14:anchorId="4BBB3B15" wp14:editId="68D66F24">
                <wp:simplePos x="0" y="0"/>
                <wp:positionH relativeFrom="column">
                  <wp:posOffset>-595284</wp:posOffset>
                </wp:positionH>
                <wp:positionV relativeFrom="paragraph">
                  <wp:posOffset>145415</wp:posOffset>
                </wp:positionV>
                <wp:extent cx="4242435" cy="365633"/>
                <wp:effectExtent l="57150" t="38100" r="81915" b="92075"/>
                <wp:wrapNone/>
                <wp:docPr id="69" name="Text Box 69"/>
                <wp:cNvGraphicFramePr/>
                <a:graphic xmlns:a="http://schemas.openxmlformats.org/drawingml/2006/main">
                  <a:graphicData uri="http://schemas.microsoft.com/office/word/2010/wordprocessingShape">
                    <wps:wsp>
                      <wps:cNvSpPr txBox="1"/>
                      <wps:spPr>
                        <a:xfrm>
                          <a:off x="0" y="0"/>
                          <a:ext cx="4242435" cy="365633"/>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5F6380" w:rsidRDefault="003A37E7" w:rsidP="009C3C77">
                            <w:pPr>
                              <w:jc w:val="center"/>
                              <w:rPr>
                                <w:color w:val="FF0000"/>
                                <w:sz w:val="32"/>
                                <w:szCs w:val="32"/>
                              </w:rPr>
                            </w:pPr>
                            <w:r w:rsidRPr="005F6380">
                              <w:rPr>
                                <w:color w:val="FF0000"/>
                                <w:sz w:val="32"/>
                                <w:szCs w:val="32"/>
                              </w:rPr>
                              <w:t>PRE- ENGINEERING COURSES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BB3B15" id="Text Box 69" o:spid="_x0000_s1117" type="#_x0000_t202" style="position:absolute;left:0;text-align:left;margin-left:-46.85pt;margin-top:11.45pt;width:334.05pt;height:28.8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" fillcolor="#a7bfde [1620]" strokecolor="#4579b8 [3044]">
                <v:fill color2="#e4ecf5 [500]" rotate="t" angle="180" colors="0 #a3c4ff;22938f #bfd5ff;1 #e5eeff" focus="100%" type="gradient"/>
                <v:shadow on="t" color="black" opacity="24903f" origin=",.5" offset="0,.55556mm"/>
                <v:textbox>
                  <w:txbxContent>
                    <w:p w:rsidR="003A37E7" w:rsidRPr="005F6380" w:rsidRDefault="003A37E7" w:rsidP="009C3C77">
                      <w:pPr>
                        <w:jc w:val="center"/>
                        <w:rPr>
                          <w:color w:val="FF0000"/>
                          <w:sz w:val="32"/>
                          <w:szCs w:val="32"/>
                        </w:rPr>
                      </w:pPr>
                      <w:r w:rsidRPr="005F6380">
                        <w:rPr>
                          <w:color w:val="FF0000"/>
                          <w:sz w:val="32"/>
                          <w:szCs w:val="32"/>
                        </w:rPr>
                        <w:t>PRE- ENGINEERING COURSES</w:t>
                      </w:r>
                    </w:p>
                  </w:txbxContent>
                </v:textbox>
              </v:shape>
            </w:pict>
          </mc:Fallback>
        </mc:AlternateContent>
      </w:r>
      <w:r w:rsidR="0031123E">
        <w:rPr>
          <w:noProof/>
        </w:rPr>
        <mc:AlternateContent>
          <mc:Choice Requires="wps">
            <w:drawing>
              <wp:anchor distT="0" distB="0" distL="114300" distR="114300" simplePos="0" relativeHeight="251843584" behindDoc="0" locked="0" layoutInCell="1" allowOverlap="1" wp14:anchorId="4F9C673B" wp14:editId="3E311933">
                <wp:simplePos x="0" y="0"/>
                <wp:positionH relativeFrom="column">
                  <wp:posOffset>-819364</wp:posOffset>
                </wp:positionH>
                <wp:positionV relativeFrom="paragraph">
                  <wp:posOffset>-840740</wp:posOffset>
                </wp:positionV>
                <wp:extent cx="4876800" cy="877570"/>
                <wp:effectExtent l="57150" t="38100" r="76200" b="93980"/>
                <wp:wrapNone/>
                <wp:docPr id="102" name="Text Box 102"/>
                <wp:cNvGraphicFramePr/>
                <a:graphic xmlns:a="http://schemas.openxmlformats.org/drawingml/2006/main">
                  <a:graphicData uri="http://schemas.microsoft.com/office/word/2010/wordprocessingShape">
                    <wps:wsp>
                      <wps:cNvSpPr txBox="1"/>
                      <wps:spPr>
                        <a:xfrm>
                          <a:off x="0" y="0"/>
                          <a:ext cx="4876800" cy="877570"/>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31123E" w:rsidRDefault="003A37E7" w:rsidP="00FF3E58">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A37E7" w:rsidRPr="005F6380" w:rsidRDefault="003A37E7" w:rsidP="00FF3E58">
                            <w:pPr>
                              <w:jc w:val="center"/>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380">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ELECTRICAL ENGINEERING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9C673B" id="Text Box 102" o:spid="_x0000_s1118" type="#_x0000_t202" style="position:absolute;left:0;text-align:left;margin-left:-64.5pt;margin-top:-66.2pt;width:384pt;height:69.1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" fillcolor="#a7bfde [1620]" strokecolor="#4579b8 [3044]">
                <v:fill color2="#e4ecf5 [500]" rotate="t" angle="180" colors="0 #a3c4ff;22938f #bfd5ff;1 #e5eeff" focus="100%" type="gradient"/>
                <v:shadow on="t" color="black" opacity="24903f" origin=",.5" offset="0,.55556mm"/>
                <v:textbox>
                  <w:txbxContent>
                    <w:p w:rsidR="003A37E7" w:rsidRPr="0031123E" w:rsidRDefault="003A37E7" w:rsidP="00FF3E58">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A37E7" w:rsidRPr="005F6380" w:rsidRDefault="003A37E7" w:rsidP="00FF3E58">
                      <w:pPr>
                        <w:jc w:val="center"/>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380">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ELECTRICAL ENGINEERING</w:t>
                      </w:r>
                    </w:p>
                  </w:txbxContent>
                </v:textbox>
              </v:shape>
            </w:pict>
          </mc:Fallback>
        </mc:AlternateContent>
      </w:r>
    </w:p>
    <w:p w:rsidR="00A3788B" w:rsidRDefault="00343031" w:rsidP="00412947">
      <w:pPr>
        <w:jc w:val="center"/>
      </w:pPr>
      <w:r>
        <w:rPr>
          <w:noProof/>
        </w:rPr>
        <mc:AlternateContent>
          <mc:Choice Requires="wps">
            <w:drawing>
              <wp:anchor distT="0" distB="0" distL="114300" distR="114300" simplePos="0" relativeHeight="251839488" behindDoc="0" locked="0" layoutInCell="1" allowOverlap="1" wp14:anchorId="62B563C5" wp14:editId="63C1634B">
                <wp:simplePos x="0" y="0"/>
                <wp:positionH relativeFrom="column">
                  <wp:posOffset>-595283</wp:posOffset>
                </wp:positionH>
                <wp:positionV relativeFrom="paragraph">
                  <wp:posOffset>328930</wp:posOffset>
                </wp:positionV>
                <wp:extent cx="4328160" cy="2901696"/>
                <wp:effectExtent l="0" t="0" r="0" b="0"/>
                <wp:wrapNone/>
                <wp:docPr id="28" name="Text Box 28"/>
                <wp:cNvGraphicFramePr/>
                <a:graphic xmlns:a="http://schemas.openxmlformats.org/drawingml/2006/main">
                  <a:graphicData uri="http://schemas.microsoft.com/office/word/2010/wordprocessingShape">
                    <wps:wsp>
                      <wps:cNvSpPr txBox="1"/>
                      <wps:spPr>
                        <a:xfrm>
                          <a:off x="0" y="0"/>
                          <a:ext cx="4328160" cy="290169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0" w:type="auto"/>
                              <w:tblLook w:val="04A0" w:firstRow="1" w:lastRow="0" w:firstColumn="1" w:lastColumn="0" w:noHBand="0" w:noVBand="1"/>
                            </w:tblPr>
                            <w:tblGrid>
                              <w:gridCol w:w="1910"/>
                              <w:gridCol w:w="3305"/>
                              <w:gridCol w:w="1170"/>
                            </w:tblGrid>
                            <w:tr w:rsidR="003A37E7" w:rsidRPr="009C3C77" w:rsidTr="009C3C77">
                              <w:tc>
                                <w:tcPr>
                                  <w:tcW w:w="6385" w:type="dxa"/>
                                  <w:gridSpan w:val="3"/>
                                  <w:tcBorders>
                                    <w:top w:val="thinThickSmallGap" w:sz="48" w:space="0" w:color="auto"/>
                                    <w:left w:val="thinThickSmallGap" w:sz="48" w:space="0" w:color="auto"/>
                                    <w:bottom w:val="double" w:sz="4" w:space="0" w:color="C0504D" w:themeColor="accent2"/>
                                    <w:right w:val="thickThinSmallGap" w:sz="48" w:space="0" w:color="auto"/>
                                  </w:tcBorders>
                                  <w:vAlign w:val="center"/>
                                </w:tcPr>
                                <w:p w:rsidR="003A37E7" w:rsidRPr="009C3C77" w:rsidRDefault="003A37E7" w:rsidP="009C3C77">
                                  <w:pPr>
                                    <w:jc w:val="center"/>
                                    <w:rPr>
                                      <w:sz w:val="24"/>
                                      <w:szCs w:val="24"/>
                                    </w:rPr>
                                  </w:pPr>
                                  <w:r w:rsidRPr="009C3C77">
                                    <w:rPr>
                                      <w:sz w:val="24"/>
                                      <w:szCs w:val="24"/>
                                    </w:rPr>
                                    <w:t>SEMSTER 1</w:t>
                                  </w:r>
                                </w:p>
                              </w:tc>
                            </w:tr>
                            <w:tr w:rsidR="003A37E7" w:rsidRPr="009C3C77" w:rsidTr="009C3C77">
                              <w:tc>
                                <w:tcPr>
                                  <w:tcW w:w="19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COURSE CODE</w:t>
                                  </w:r>
                                </w:p>
                              </w:tc>
                              <w:tc>
                                <w:tcPr>
                                  <w:tcW w:w="330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COURSE TITLE</w:t>
                                  </w:r>
                                </w:p>
                              </w:tc>
                              <w:tc>
                                <w:tcPr>
                                  <w:tcW w:w="117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CREDIT HOURS</w:t>
                                  </w:r>
                                </w:p>
                              </w:tc>
                            </w:tr>
                            <w:tr w:rsidR="003A37E7" w:rsidRPr="009C3C77" w:rsidTr="009C3C77">
                              <w:tc>
                                <w:tcPr>
                                  <w:tcW w:w="19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ENGL 101</w:t>
                                  </w:r>
                                </w:p>
                              </w:tc>
                              <w:tc>
                                <w:tcPr>
                                  <w:tcW w:w="330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ENGLISH &amp; COMMUNICATION SKILLS</w:t>
                                  </w:r>
                                </w:p>
                              </w:tc>
                              <w:tc>
                                <w:tcPr>
                                  <w:tcW w:w="117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3</w:t>
                                  </w:r>
                                </w:p>
                              </w:tc>
                            </w:tr>
                            <w:tr w:rsidR="003A37E7" w:rsidRPr="009C3C77" w:rsidTr="009C3C77">
                              <w:tc>
                                <w:tcPr>
                                  <w:tcW w:w="19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CHEM 101</w:t>
                                  </w:r>
                                </w:p>
                              </w:tc>
                              <w:tc>
                                <w:tcPr>
                                  <w:tcW w:w="330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CHEMISTRY FUNDAMENTAL LAB</w:t>
                                  </w:r>
                                </w:p>
                              </w:tc>
                              <w:tc>
                                <w:tcPr>
                                  <w:tcW w:w="117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4</w:t>
                                  </w:r>
                                </w:p>
                              </w:tc>
                            </w:tr>
                            <w:tr w:rsidR="003A37E7" w:rsidRPr="009C3C77" w:rsidTr="009C3C77">
                              <w:trPr>
                                <w:trHeight w:val="369"/>
                              </w:trPr>
                              <w:tc>
                                <w:tcPr>
                                  <w:tcW w:w="19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MTH 107</w:t>
                                  </w:r>
                                </w:p>
                              </w:tc>
                              <w:tc>
                                <w:tcPr>
                                  <w:tcW w:w="330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PRE-CALCULUS</w:t>
                                  </w:r>
                                </w:p>
                              </w:tc>
                              <w:tc>
                                <w:tcPr>
                                  <w:tcW w:w="117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3</w:t>
                                  </w:r>
                                </w:p>
                              </w:tc>
                            </w:tr>
                            <w:tr w:rsidR="003A37E7" w:rsidRPr="009C3C77" w:rsidTr="009C3C77">
                              <w:tc>
                                <w:tcPr>
                                  <w:tcW w:w="19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CMP 111</w:t>
                                  </w:r>
                                </w:p>
                              </w:tc>
                              <w:tc>
                                <w:tcPr>
                                  <w:tcW w:w="330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INTRODUCTION TO COMPUTER SCIENCE</w:t>
                                  </w:r>
                                </w:p>
                              </w:tc>
                              <w:tc>
                                <w:tcPr>
                                  <w:tcW w:w="117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3</w:t>
                                  </w:r>
                                </w:p>
                              </w:tc>
                            </w:tr>
                            <w:tr w:rsidR="003A37E7" w:rsidRPr="009C3C77" w:rsidTr="009C3C77">
                              <w:tc>
                                <w:tcPr>
                                  <w:tcW w:w="19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PHY 101</w:t>
                                  </w:r>
                                </w:p>
                              </w:tc>
                              <w:tc>
                                <w:tcPr>
                                  <w:tcW w:w="330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GENERAL PHYSICS I &amp; LAB</w:t>
                                  </w:r>
                                </w:p>
                              </w:tc>
                              <w:tc>
                                <w:tcPr>
                                  <w:tcW w:w="117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3</w:t>
                                  </w:r>
                                </w:p>
                              </w:tc>
                            </w:tr>
                            <w:tr w:rsidR="003A37E7" w:rsidRPr="009C3C77" w:rsidTr="009C3C77">
                              <w:trPr>
                                <w:trHeight w:val="341"/>
                              </w:trPr>
                              <w:tc>
                                <w:tcPr>
                                  <w:tcW w:w="521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TOTAL CREDIT HOURS</w:t>
                                  </w:r>
                                </w:p>
                              </w:tc>
                              <w:tc>
                                <w:tcPr>
                                  <w:tcW w:w="117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16</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B563C5" id="Text Box 28" o:spid="_x0000_s1119" type="#_x0000_t202" style="position:absolute;left:0;text-align:left;margin-left:-46.85pt;margin-top:25.9pt;width:340.8pt;height:228.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" fillcolor="white [3201]" stroked="f" strokeweight=".5pt">
                <v:textbox>
                  <w:txbxContent>
                    <w:tbl>
                      <w:tblPr>
                        <w:tblStyle w:val="TableGrid"/>
                        <w:tblW w:w="0" w:type="auto"/>
                        <w:tblLook w:val="04A0" w:firstRow="1" w:lastRow="0" w:firstColumn="1" w:lastColumn="0" w:noHBand="0" w:noVBand="1"/>
                      </w:tblPr>
                      <w:tblGrid>
                        <w:gridCol w:w="1910"/>
                        <w:gridCol w:w="3305"/>
                        <w:gridCol w:w="1170"/>
                      </w:tblGrid>
                      <w:tr w:rsidR="003A37E7" w:rsidRPr="009C3C77" w:rsidTr="009C3C77">
                        <w:tc>
                          <w:tcPr>
                            <w:tcW w:w="6385" w:type="dxa"/>
                            <w:gridSpan w:val="3"/>
                            <w:tcBorders>
                              <w:top w:val="thinThickSmallGap" w:sz="48" w:space="0" w:color="auto"/>
                              <w:left w:val="thinThickSmallGap" w:sz="48" w:space="0" w:color="auto"/>
                              <w:bottom w:val="double" w:sz="4" w:space="0" w:color="C0504D" w:themeColor="accent2"/>
                              <w:right w:val="thickThinSmallGap" w:sz="48" w:space="0" w:color="auto"/>
                            </w:tcBorders>
                            <w:vAlign w:val="center"/>
                          </w:tcPr>
                          <w:p w:rsidR="003A37E7" w:rsidRPr="009C3C77" w:rsidRDefault="003A37E7" w:rsidP="009C3C77">
                            <w:pPr>
                              <w:jc w:val="center"/>
                              <w:rPr>
                                <w:sz w:val="24"/>
                                <w:szCs w:val="24"/>
                              </w:rPr>
                            </w:pPr>
                            <w:r w:rsidRPr="009C3C77">
                              <w:rPr>
                                <w:sz w:val="24"/>
                                <w:szCs w:val="24"/>
                              </w:rPr>
                              <w:t>SEMSTER 1</w:t>
                            </w:r>
                          </w:p>
                        </w:tc>
                      </w:tr>
                      <w:tr w:rsidR="003A37E7" w:rsidRPr="009C3C77" w:rsidTr="009C3C77">
                        <w:tc>
                          <w:tcPr>
                            <w:tcW w:w="19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COURSE CODE</w:t>
                            </w:r>
                          </w:p>
                        </w:tc>
                        <w:tc>
                          <w:tcPr>
                            <w:tcW w:w="330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COURSE TITLE</w:t>
                            </w:r>
                          </w:p>
                        </w:tc>
                        <w:tc>
                          <w:tcPr>
                            <w:tcW w:w="117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CREDIT HOURS</w:t>
                            </w:r>
                          </w:p>
                        </w:tc>
                      </w:tr>
                      <w:tr w:rsidR="003A37E7" w:rsidRPr="009C3C77" w:rsidTr="009C3C77">
                        <w:tc>
                          <w:tcPr>
                            <w:tcW w:w="19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ENGL 101</w:t>
                            </w:r>
                          </w:p>
                        </w:tc>
                        <w:tc>
                          <w:tcPr>
                            <w:tcW w:w="330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ENGLISH &amp; COMMUNICATION SKILLS</w:t>
                            </w:r>
                          </w:p>
                        </w:tc>
                        <w:tc>
                          <w:tcPr>
                            <w:tcW w:w="117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3</w:t>
                            </w:r>
                          </w:p>
                        </w:tc>
                      </w:tr>
                      <w:tr w:rsidR="003A37E7" w:rsidRPr="009C3C77" w:rsidTr="009C3C77">
                        <w:tc>
                          <w:tcPr>
                            <w:tcW w:w="19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CHEM 101</w:t>
                            </w:r>
                          </w:p>
                        </w:tc>
                        <w:tc>
                          <w:tcPr>
                            <w:tcW w:w="330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CHEMISTRY FUNDAMENTAL LAB</w:t>
                            </w:r>
                          </w:p>
                        </w:tc>
                        <w:tc>
                          <w:tcPr>
                            <w:tcW w:w="117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4</w:t>
                            </w:r>
                          </w:p>
                        </w:tc>
                      </w:tr>
                      <w:tr w:rsidR="003A37E7" w:rsidRPr="009C3C77" w:rsidTr="009C3C77">
                        <w:trPr>
                          <w:trHeight w:val="369"/>
                        </w:trPr>
                        <w:tc>
                          <w:tcPr>
                            <w:tcW w:w="19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MTH 107</w:t>
                            </w:r>
                          </w:p>
                        </w:tc>
                        <w:tc>
                          <w:tcPr>
                            <w:tcW w:w="330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PRE-CALCULUS</w:t>
                            </w:r>
                          </w:p>
                        </w:tc>
                        <w:tc>
                          <w:tcPr>
                            <w:tcW w:w="117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3</w:t>
                            </w:r>
                          </w:p>
                        </w:tc>
                      </w:tr>
                      <w:tr w:rsidR="003A37E7" w:rsidRPr="009C3C77" w:rsidTr="009C3C77">
                        <w:tc>
                          <w:tcPr>
                            <w:tcW w:w="19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CMP 111</w:t>
                            </w:r>
                          </w:p>
                        </w:tc>
                        <w:tc>
                          <w:tcPr>
                            <w:tcW w:w="330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INTRODUCTION TO COMPUTER SCIENCE</w:t>
                            </w:r>
                          </w:p>
                        </w:tc>
                        <w:tc>
                          <w:tcPr>
                            <w:tcW w:w="117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3</w:t>
                            </w:r>
                          </w:p>
                        </w:tc>
                      </w:tr>
                      <w:tr w:rsidR="003A37E7" w:rsidRPr="009C3C77" w:rsidTr="009C3C77">
                        <w:tc>
                          <w:tcPr>
                            <w:tcW w:w="19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PHY 101</w:t>
                            </w:r>
                          </w:p>
                        </w:tc>
                        <w:tc>
                          <w:tcPr>
                            <w:tcW w:w="3305"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GENERAL PHYSICS I &amp; LAB</w:t>
                            </w:r>
                          </w:p>
                        </w:tc>
                        <w:tc>
                          <w:tcPr>
                            <w:tcW w:w="117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3</w:t>
                            </w:r>
                          </w:p>
                        </w:tc>
                      </w:tr>
                      <w:tr w:rsidR="003A37E7" w:rsidRPr="009C3C77" w:rsidTr="009C3C77">
                        <w:trPr>
                          <w:trHeight w:val="341"/>
                        </w:trPr>
                        <w:tc>
                          <w:tcPr>
                            <w:tcW w:w="521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TOTAL CREDIT HOURS</w:t>
                            </w:r>
                          </w:p>
                        </w:tc>
                        <w:tc>
                          <w:tcPr>
                            <w:tcW w:w="117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16</w:t>
                            </w:r>
                          </w:p>
                        </w:tc>
                      </w:tr>
                    </w:tbl>
                    <w:p w:rsidR="003A37E7" w:rsidRDefault="003A37E7"/>
                  </w:txbxContent>
                </v:textbox>
              </v:shape>
            </w:pict>
          </mc:Fallback>
        </mc:AlternateContent>
      </w:r>
      <w:r w:rsidR="00FF3E58">
        <w:rPr>
          <w:noProof/>
        </w:rPr>
        <w:t xml:space="preserve"> </w:t>
      </w:r>
    </w:p>
    <w:p w:rsidR="00A3788B" w:rsidRDefault="00A3788B" w:rsidP="00412947">
      <w:pPr>
        <w:jc w:val="center"/>
      </w:pPr>
    </w:p>
    <w:p w:rsidR="00A3788B" w:rsidRDefault="00A3788B" w:rsidP="00412947">
      <w:pPr>
        <w:jc w:val="center"/>
      </w:pPr>
    </w:p>
    <w:p w:rsidR="00A3788B" w:rsidRDefault="00A3788B" w:rsidP="00412947">
      <w:pPr>
        <w:jc w:val="center"/>
      </w:pPr>
    </w:p>
    <w:p w:rsidR="00A3788B" w:rsidRDefault="00A3788B" w:rsidP="00412947">
      <w:pPr>
        <w:jc w:val="center"/>
      </w:pPr>
    </w:p>
    <w:p w:rsidR="00A3788B" w:rsidRDefault="00A3788B" w:rsidP="00412947">
      <w:pPr>
        <w:jc w:val="center"/>
      </w:pPr>
    </w:p>
    <w:p w:rsidR="00A3788B" w:rsidRDefault="00A3788B" w:rsidP="00412947">
      <w:pPr>
        <w:jc w:val="center"/>
      </w:pPr>
    </w:p>
    <w:p w:rsidR="00A3788B" w:rsidRDefault="00A3788B" w:rsidP="00412947">
      <w:pPr>
        <w:jc w:val="center"/>
      </w:pPr>
    </w:p>
    <w:p w:rsidR="00A3788B" w:rsidRDefault="00A3788B" w:rsidP="00412947">
      <w:pPr>
        <w:jc w:val="center"/>
      </w:pPr>
    </w:p>
    <w:p w:rsidR="00A3788B" w:rsidRDefault="00A3788B" w:rsidP="00412947">
      <w:pPr>
        <w:jc w:val="center"/>
      </w:pPr>
    </w:p>
    <w:p w:rsidR="00A3788B" w:rsidRDefault="00343031" w:rsidP="00412947">
      <w:pPr>
        <w:jc w:val="center"/>
      </w:pPr>
      <w:r>
        <w:rPr>
          <w:noProof/>
        </w:rPr>
        <mc:AlternateContent>
          <mc:Choice Requires="wps">
            <w:drawing>
              <wp:anchor distT="0" distB="0" distL="114300" distR="114300" simplePos="0" relativeHeight="251841536" behindDoc="0" locked="0" layoutInCell="1" allowOverlap="1" wp14:anchorId="01B28120" wp14:editId="38105C67">
                <wp:simplePos x="0" y="0"/>
                <wp:positionH relativeFrom="column">
                  <wp:posOffset>-497304</wp:posOffset>
                </wp:positionH>
                <wp:positionV relativeFrom="paragraph">
                  <wp:posOffset>240030</wp:posOffset>
                </wp:positionV>
                <wp:extent cx="4328160" cy="2743200"/>
                <wp:effectExtent l="0" t="0" r="0" b="0"/>
                <wp:wrapNone/>
                <wp:docPr id="73" name="Text Box 73"/>
                <wp:cNvGraphicFramePr/>
                <a:graphic xmlns:a="http://schemas.openxmlformats.org/drawingml/2006/main">
                  <a:graphicData uri="http://schemas.microsoft.com/office/word/2010/wordprocessingShape">
                    <wps:wsp>
                      <wps:cNvSpPr txBox="1"/>
                      <wps:spPr>
                        <a:xfrm>
                          <a:off x="0" y="0"/>
                          <a:ext cx="4328160" cy="2743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435" w:type="dxa"/>
                              <w:tblInd w:w="-180" w:type="dxa"/>
                              <w:tblLook w:val="04A0" w:firstRow="1" w:lastRow="0" w:firstColumn="1" w:lastColumn="0" w:noHBand="0" w:noVBand="1"/>
                            </w:tblPr>
                            <w:tblGrid>
                              <w:gridCol w:w="1858"/>
                              <w:gridCol w:w="3467"/>
                              <w:gridCol w:w="1110"/>
                            </w:tblGrid>
                            <w:tr w:rsidR="003A37E7" w:rsidRPr="009C3C77" w:rsidTr="00712FE9">
                              <w:tc>
                                <w:tcPr>
                                  <w:tcW w:w="6435" w:type="dxa"/>
                                  <w:gridSpan w:val="3"/>
                                  <w:tcBorders>
                                    <w:top w:val="thinThickSmallGap" w:sz="48" w:space="0" w:color="auto"/>
                                    <w:left w:val="thinThickSmallGap" w:sz="48" w:space="0" w:color="auto"/>
                                    <w:bottom w:val="double" w:sz="4" w:space="0" w:color="C0504D" w:themeColor="accent2"/>
                                    <w:right w:val="thickThinSmallGap" w:sz="48" w:space="0" w:color="auto"/>
                                  </w:tcBorders>
                                  <w:vAlign w:val="center"/>
                                </w:tcPr>
                                <w:p w:rsidR="003A37E7" w:rsidRPr="009C3C77" w:rsidRDefault="003A37E7" w:rsidP="009C3C77">
                                  <w:pPr>
                                    <w:jc w:val="center"/>
                                    <w:rPr>
                                      <w:sz w:val="24"/>
                                      <w:szCs w:val="24"/>
                                    </w:rPr>
                                  </w:pPr>
                                  <w:r w:rsidRPr="009C3C77">
                                    <w:rPr>
                                      <w:sz w:val="24"/>
                                      <w:szCs w:val="24"/>
                                    </w:rPr>
                                    <w:t>SEMSTER 1</w:t>
                                  </w:r>
                                </w:p>
                              </w:tc>
                            </w:tr>
                            <w:tr w:rsidR="003A37E7" w:rsidRPr="009C3C77" w:rsidTr="00712FE9">
                              <w:tc>
                                <w:tcPr>
                                  <w:tcW w:w="185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COURSE CODE</w:t>
                                  </w:r>
                                </w:p>
                              </w:tc>
                              <w:tc>
                                <w:tcPr>
                                  <w:tcW w:w="346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COURSE TITLE</w:t>
                                  </w:r>
                                </w:p>
                              </w:tc>
                              <w:tc>
                                <w:tcPr>
                                  <w:tcW w:w="11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CREDIT HOURS</w:t>
                                  </w:r>
                                </w:p>
                              </w:tc>
                            </w:tr>
                            <w:tr w:rsidR="003A37E7" w:rsidRPr="009C3C77" w:rsidTr="00712FE9">
                              <w:tc>
                                <w:tcPr>
                                  <w:tcW w:w="185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ENGL 102</w:t>
                                  </w:r>
                                </w:p>
                              </w:tc>
                              <w:tc>
                                <w:tcPr>
                                  <w:tcW w:w="346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ENGLISH &amp; COMMUNICATION SKILLS</w:t>
                                  </w:r>
                                </w:p>
                              </w:tc>
                              <w:tc>
                                <w:tcPr>
                                  <w:tcW w:w="11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3</w:t>
                                  </w:r>
                                </w:p>
                              </w:tc>
                            </w:tr>
                            <w:tr w:rsidR="003A37E7" w:rsidRPr="009C3C77" w:rsidTr="00712FE9">
                              <w:tc>
                                <w:tcPr>
                                  <w:tcW w:w="185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FRENCH 101</w:t>
                                  </w:r>
                                </w:p>
                              </w:tc>
                              <w:tc>
                                <w:tcPr>
                                  <w:tcW w:w="346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FRESHMEN FRENCH</w:t>
                                  </w:r>
                                </w:p>
                              </w:tc>
                              <w:tc>
                                <w:tcPr>
                                  <w:tcW w:w="11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3</w:t>
                                  </w:r>
                                </w:p>
                              </w:tc>
                            </w:tr>
                            <w:tr w:rsidR="003A37E7" w:rsidRPr="009C3C77" w:rsidTr="00712FE9">
                              <w:trPr>
                                <w:trHeight w:val="369"/>
                              </w:trPr>
                              <w:tc>
                                <w:tcPr>
                                  <w:tcW w:w="185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CHEM 102</w:t>
                                  </w:r>
                                </w:p>
                              </w:tc>
                              <w:tc>
                                <w:tcPr>
                                  <w:tcW w:w="346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CHEMISTRY FUNDAMENTAL &amp; LAB</w:t>
                                  </w:r>
                                </w:p>
                              </w:tc>
                              <w:tc>
                                <w:tcPr>
                                  <w:tcW w:w="11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3</w:t>
                                  </w:r>
                                </w:p>
                              </w:tc>
                            </w:tr>
                            <w:tr w:rsidR="003A37E7" w:rsidRPr="009C3C77" w:rsidTr="00712FE9">
                              <w:tc>
                                <w:tcPr>
                                  <w:tcW w:w="185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PHY 101</w:t>
                                  </w:r>
                                </w:p>
                              </w:tc>
                              <w:tc>
                                <w:tcPr>
                                  <w:tcW w:w="346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GENERAL PHYSICS II &amp; LAB</w:t>
                                  </w:r>
                                </w:p>
                              </w:tc>
                              <w:tc>
                                <w:tcPr>
                                  <w:tcW w:w="11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4</w:t>
                                  </w:r>
                                </w:p>
                              </w:tc>
                            </w:tr>
                            <w:tr w:rsidR="003A37E7" w:rsidRPr="009C3C77" w:rsidTr="00712FE9">
                              <w:tc>
                                <w:tcPr>
                                  <w:tcW w:w="185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9C3C77">
                                  <w:pPr>
                                    <w:jc w:val="center"/>
                                    <w:rPr>
                                      <w:sz w:val="24"/>
                                      <w:szCs w:val="24"/>
                                    </w:rPr>
                                  </w:pPr>
                                  <w:r>
                                    <w:rPr>
                                      <w:sz w:val="24"/>
                                      <w:szCs w:val="24"/>
                                    </w:rPr>
                                    <w:t>MTH 110</w:t>
                                  </w:r>
                                </w:p>
                              </w:tc>
                              <w:tc>
                                <w:tcPr>
                                  <w:tcW w:w="346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9C3C77">
                                  <w:pPr>
                                    <w:jc w:val="center"/>
                                    <w:rPr>
                                      <w:sz w:val="24"/>
                                      <w:szCs w:val="24"/>
                                    </w:rPr>
                                  </w:pPr>
                                  <w:r>
                                    <w:rPr>
                                      <w:sz w:val="24"/>
                                      <w:szCs w:val="24"/>
                                    </w:rPr>
                                    <w:t>CALCULUS I</w:t>
                                  </w:r>
                                </w:p>
                              </w:tc>
                              <w:tc>
                                <w:tcPr>
                                  <w:tcW w:w="11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9C3C77">
                                  <w:pPr>
                                    <w:jc w:val="center"/>
                                    <w:rPr>
                                      <w:sz w:val="24"/>
                                      <w:szCs w:val="24"/>
                                    </w:rPr>
                                  </w:pPr>
                                  <w:r>
                                    <w:rPr>
                                      <w:sz w:val="24"/>
                                      <w:szCs w:val="24"/>
                                    </w:rPr>
                                    <w:t>4</w:t>
                                  </w:r>
                                </w:p>
                              </w:tc>
                            </w:tr>
                            <w:tr w:rsidR="003A37E7" w:rsidRPr="009C3C77" w:rsidTr="00712FE9">
                              <w:trPr>
                                <w:trHeight w:val="341"/>
                              </w:trPr>
                              <w:tc>
                                <w:tcPr>
                                  <w:tcW w:w="532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TOTAL CREDIT HOURS</w:t>
                                  </w:r>
                                </w:p>
                              </w:tc>
                              <w:tc>
                                <w:tcPr>
                                  <w:tcW w:w="11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17</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B28120" id="Text Box 73" o:spid="_x0000_s1120" type="#_x0000_t202" style="position:absolute;left:0;text-align:left;margin-left:-39.15pt;margin-top:18.9pt;width:340.8pt;height:3in;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" fillcolor="white [3201]" stroked="f" strokeweight=".5pt">
                <v:textbox>
                  <w:txbxContent>
                    <w:tbl>
                      <w:tblPr>
                        <w:tblStyle w:val="TableGrid"/>
                        <w:tblW w:w="6435" w:type="dxa"/>
                        <w:tblInd w:w="-180" w:type="dxa"/>
                        <w:tblLook w:val="04A0" w:firstRow="1" w:lastRow="0" w:firstColumn="1" w:lastColumn="0" w:noHBand="0" w:noVBand="1"/>
                      </w:tblPr>
                      <w:tblGrid>
                        <w:gridCol w:w="1858"/>
                        <w:gridCol w:w="3467"/>
                        <w:gridCol w:w="1110"/>
                      </w:tblGrid>
                      <w:tr w:rsidR="003A37E7" w:rsidRPr="009C3C77" w:rsidTr="00712FE9">
                        <w:tc>
                          <w:tcPr>
                            <w:tcW w:w="6435" w:type="dxa"/>
                            <w:gridSpan w:val="3"/>
                            <w:tcBorders>
                              <w:top w:val="thinThickSmallGap" w:sz="48" w:space="0" w:color="auto"/>
                              <w:left w:val="thinThickSmallGap" w:sz="48" w:space="0" w:color="auto"/>
                              <w:bottom w:val="double" w:sz="4" w:space="0" w:color="C0504D" w:themeColor="accent2"/>
                              <w:right w:val="thickThinSmallGap" w:sz="48" w:space="0" w:color="auto"/>
                            </w:tcBorders>
                            <w:vAlign w:val="center"/>
                          </w:tcPr>
                          <w:p w:rsidR="003A37E7" w:rsidRPr="009C3C77" w:rsidRDefault="003A37E7" w:rsidP="009C3C77">
                            <w:pPr>
                              <w:jc w:val="center"/>
                              <w:rPr>
                                <w:sz w:val="24"/>
                                <w:szCs w:val="24"/>
                              </w:rPr>
                            </w:pPr>
                            <w:r w:rsidRPr="009C3C77">
                              <w:rPr>
                                <w:sz w:val="24"/>
                                <w:szCs w:val="24"/>
                              </w:rPr>
                              <w:t>SEMSTER 1</w:t>
                            </w:r>
                          </w:p>
                        </w:tc>
                      </w:tr>
                      <w:tr w:rsidR="003A37E7" w:rsidRPr="009C3C77" w:rsidTr="00712FE9">
                        <w:tc>
                          <w:tcPr>
                            <w:tcW w:w="185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COURSE CODE</w:t>
                            </w:r>
                          </w:p>
                        </w:tc>
                        <w:tc>
                          <w:tcPr>
                            <w:tcW w:w="346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COURSE TITLE</w:t>
                            </w:r>
                          </w:p>
                        </w:tc>
                        <w:tc>
                          <w:tcPr>
                            <w:tcW w:w="11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CREDIT HOURS</w:t>
                            </w:r>
                          </w:p>
                        </w:tc>
                      </w:tr>
                      <w:tr w:rsidR="003A37E7" w:rsidRPr="009C3C77" w:rsidTr="00712FE9">
                        <w:tc>
                          <w:tcPr>
                            <w:tcW w:w="185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ENGL 102</w:t>
                            </w:r>
                          </w:p>
                        </w:tc>
                        <w:tc>
                          <w:tcPr>
                            <w:tcW w:w="346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ENGLISH &amp; COMMUNICATION SKILLS</w:t>
                            </w:r>
                          </w:p>
                        </w:tc>
                        <w:tc>
                          <w:tcPr>
                            <w:tcW w:w="11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3</w:t>
                            </w:r>
                          </w:p>
                        </w:tc>
                      </w:tr>
                      <w:tr w:rsidR="003A37E7" w:rsidRPr="009C3C77" w:rsidTr="00712FE9">
                        <w:tc>
                          <w:tcPr>
                            <w:tcW w:w="185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FRENCH 101</w:t>
                            </w:r>
                          </w:p>
                        </w:tc>
                        <w:tc>
                          <w:tcPr>
                            <w:tcW w:w="346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FRESHMEN FRENCH</w:t>
                            </w:r>
                          </w:p>
                        </w:tc>
                        <w:tc>
                          <w:tcPr>
                            <w:tcW w:w="11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3</w:t>
                            </w:r>
                          </w:p>
                        </w:tc>
                      </w:tr>
                      <w:tr w:rsidR="003A37E7" w:rsidRPr="009C3C77" w:rsidTr="00712FE9">
                        <w:trPr>
                          <w:trHeight w:val="369"/>
                        </w:trPr>
                        <w:tc>
                          <w:tcPr>
                            <w:tcW w:w="185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CHEM 102</w:t>
                            </w:r>
                          </w:p>
                        </w:tc>
                        <w:tc>
                          <w:tcPr>
                            <w:tcW w:w="346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CHEMISTRY FUNDAMENTAL &amp; LAB</w:t>
                            </w:r>
                          </w:p>
                        </w:tc>
                        <w:tc>
                          <w:tcPr>
                            <w:tcW w:w="11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3</w:t>
                            </w:r>
                          </w:p>
                        </w:tc>
                      </w:tr>
                      <w:tr w:rsidR="003A37E7" w:rsidRPr="009C3C77" w:rsidTr="00712FE9">
                        <w:tc>
                          <w:tcPr>
                            <w:tcW w:w="185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PHY 101</w:t>
                            </w:r>
                          </w:p>
                        </w:tc>
                        <w:tc>
                          <w:tcPr>
                            <w:tcW w:w="346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GENERAL PHYSICS II &amp; LAB</w:t>
                            </w:r>
                          </w:p>
                        </w:tc>
                        <w:tc>
                          <w:tcPr>
                            <w:tcW w:w="11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4</w:t>
                            </w:r>
                          </w:p>
                        </w:tc>
                      </w:tr>
                      <w:tr w:rsidR="003A37E7" w:rsidRPr="009C3C77" w:rsidTr="00712FE9">
                        <w:tc>
                          <w:tcPr>
                            <w:tcW w:w="185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9C3C77">
                            <w:pPr>
                              <w:jc w:val="center"/>
                              <w:rPr>
                                <w:sz w:val="24"/>
                                <w:szCs w:val="24"/>
                              </w:rPr>
                            </w:pPr>
                            <w:r>
                              <w:rPr>
                                <w:sz w:val="24"/>
                                <w:szCs w:val="24"/>
                              </w:rPr>
                              <w:t>MTH 110</w:t>
                            </w:r>
                          </w:p>
                        </w:tc>
                        <w:tc>
                          <w:tcPr>
                            <w:tcW w:w="346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9C3C77">
                            <w:pPr>
                              <w:jc w:val="center"/>
                              <w:rPr>
                                <w:sz w:val="24"/>
                                <w:szCs w:val="24"/>
                              </w:rPr>
                            </w:pPr>
                            <w:r>
                              <w:rPr>
                                <w:sz w:val="24"/>
                                <w:szCs w:val="24"/>
                              </w:rPr>
                              <w:t>CALCULUS I</w:t>
                            </w:r>
                          </w:p>
                        </w:tc>
                        <w:tc>
                          <w:tcPr>
                            <w:tcW w:w="11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9C3C77">
                            <w:pPr>
                              <w:jc w:val="center"/>
                              <w:rPr>
                                <w:sz w:val="24"/>
                                <w:szCs w:val="24"/>
                              </w:rPr>
                            </w:pPr>
                            <w:r>
                              <w:rPr>
                                <w:sz w:val="24"/>
                                <w:szCs w:val="24"/>
                              </w:rPr>
                              <w:t>4</w:t>
                            </w:r>
                          </w:p>
                        </w:tc>
                      </w:tr>
                      <w:tr w:rsidR="003A37E7" w:rsidRPr="009C3C77" w:rsidTr="00712FE9">
                        <w:trPr>
                          <w:trHeight w:val="341"/>
                        </w:trPr>
                        <w:tc>
                          <w:tcPr>
                            <w:tcW w:w="532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sidRPr="009C3C77">
                              <w:rPr>
                                <w:sz w:val="24"/>
                                <w:szCs w:val="24"/>
                              </w:rPr>
                              <w:t>TOTAL CREDIT HOURS</w:t>
                            </w:r>
                          </w:p>
                        </w:tc>
                        <w:tc>
                          <w:tcPr>
                            <w:tcW w:w="11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9C3C77" w:rsidRDefault="003A37E7" w:rsidP="009C3C77">
                            <w:pPr>
                              <w:jc w:val="center"/>
                              <w:rPr>
                                <w:sz w:val="24"/>
                                <w:szCs w:val="24"/>
                              </w:rPr>
                            </w:pPr>
                            <w:r>
                              <w:rPr>
                                <w:sz w:val="24"/>
                                <w:szCs w:val="24"/>
                              </w:rPr>
                              <w:t>17</w:t>
                            </w:r>
                          </w:p>
                        </w:tc>
                      </w:tr>
                    </w:tbl>
                    <w:p w:rsidR="003A37E7" w:rsidRDefault="003A37E7"/>
                  </w:txbxContent>
                </v:textbox>
              </v:shape>
            </w:pict>
          </mc:Fallback>
        </mc:AlternateContent>
      </w:r>
    </w:p>
    <w:p w:rsidR="00A3788B" w:rsidRDefault="00A3788B" w:rsidP="00412947">
      <w:pPr>
        <w:jc w:val="center"/>
      </w:pPr>
    </w:p>
    <w:p w:rsidR="00A3788B" w:rsidRDefault="00A3788B" w:rsidP="00412947">
      <w:pPr>
        <w:jc w:val="center"/>
      </w:pPr>
    </w:p>
    <w:p w:rsidR="00A3788B" w:rsidRDefault="00A3788B" w:rsidP="00412947">
      <w:pPr>
        <w:jc w:val="center"/>
      </w:pPr>
    </w:p>
    <w:p w:rsidR="00A3788B" w:rsidRDefault="00A3788B" w:rsidP="00412947">
      <w:pPr>
        <w:jc w:val="center"/>
      </w:pPr>
    </w:p>
    <w:p w:rsidR="00A3788B" w:rsidRDefault="00A3788B" w:rsidP="00412947">
      <w:pPr>
        <w:jc w:val="center"/>
      </w:pPr>
    </w:p>
    <w:p w:rsidR="00A3788B" w:rsidRDefault="00A3788B" w:rsidP="00412947">
      <w:pPr>
        <w:jc w:val="center"/>
      </w:pPr>
    </w:p>
    <w:p w:rsidR="00A3788B" w:rsidRDefault="00A3788B" w:rsidP="00412947">
      <w:pPr>
        <w:jc w:val="center"/>
      </w:pPr>
    </w:p>
    <w:p w:rsidR="00A3788B" w:rsidRDefault="00F742A4" w:rsidP="00412947">
      <w:pPr>
        <w:jc w:val="center"/>
      </w:pPr>
      <w:r>
        <w:rPr>
          <w:noProof/>
        </w:rPr>
        <w:lastRenderedPageBreak/>
        <mc:AlternateContent>
          <mc:Choice Requires="wps">
            <w:drawing>
              <wp:anchor distT="0" distB="0" distL="114300" distR="114300" simplePos="0" relativeHeight="251899904" behindDoc="0" locked="0" layoutInCell="1" allowOverlap="1" wp14:anchorId="60ABFEF3" wp14:editId="4160A850">
                <wp:simplePos x="0" y="0"/>
                <wp:positionH relativeFrom="column">
                  <wp:posOffset>-1230416</wp:posOffset>
                </wp:positionH>
                <wp:positionV relativeFrom="paragraph">
                  <wp:posOffset>-755650</wp:posOffset>
                </wp:positionV>
                <wp:extent cx="4510659" cy="975360"/>
                <wp:effectExtent l="57150" t="38100" r="80645" b="91440"/>
                <wp:wrapNone/>
                <wp:docPr id="202" name="Text Box 202"/>
                <wp:cNvGraphicFramePr/>
                <a:graphic xmlns:a="http://schemas.openxmlformats.org/drawingml/2006/main">
                  <a:graphicData uri="http://schemas.microsoft.com/office/word/2010/wordprocessingShape">
                    <wps:wsp>
                      <wps:cNvSpPr txBox="1"/>
                      <wps:spPr>
                        <a:xfrm>
                          <a:off x="0" y="0"/>
                          <a:ext cx="4510659" cy="975360"/>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C6189D" w:rsidRDefault="003A37E7" w:rsidP="00F742A4">
                            <w:pPr>
                              <w:jc w:val="center"/>
                              <w:rPr>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6189D">
                              <w:rPr>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SCIENCE AND TECHNOLOGY</w:t>
                            </w:r>
                          </w:p>
                          <w:p w:rsidR="003A37E7" w:rsidRPr="00C6189D" w:rsidRDefault="003A37E7" w:rsidP="00F742A4">
                            <w:pPr>
                              <w:jc w:val="center"/>
                              <w:rPr>
                                <w:color w:val="FF0000"/>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6189D">
                              <w:rPr>
                                <w:color w:val="FF0000"/>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DEPARTMENT OF </w:t>
                            </w:r>
                            <w:r w:rsidRPr="00C6189D">
                              <w:rPr>
                                <w:color w:val="FF0000"/>
                                <w:sz w:val="30"/>
                                <w:szCs w:val="30"/>
                              </w:rPr>
                              <w:t>ELECTRICAL ENGINEERING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ABFEF3" id="Text Box 202" o:spid="_x0000_s1121" type="#_x0000_t202" style="position:absolute;left:0;text-align:left;margin-left:-96.9pt;margin-top:-59.5pt;width:355.15pt;height:76.8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" fillcolor="#a7bfde [1620]" strokecolor="#4579b8 [3044]">
                <v:fill color2="#e4ecf5 [500]" rotate="t" angle="180" colors="0 #a3c4ff;22938f #bfd5ff;1 #e5eeff" focus="100%" type="gradient"/>
                <v:shadow on="t" color="black" opacity="24903f" origin=",.5" offset="0,.55556mm"/>
                <v:textbox>
                  <w:txbxContent>
                    <w:p w:rsidR="003A37E7" w:rsidRPr="00C6189D" w:rsidRDefault="003A37E7" w:rsidP="00F742A4">
                      <w:pPr>
                        <w:jc w:val="center"/>
                        <w:rPr>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6189D">
                        <w:rPr>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SCIENCE AND TECHNOLOGY</w:t>
                      </w:r>
                    </w:p>
                    <w:p w:rsidR="003A37E7" w:rsidRPr="00C6189D" w:rsidRDefault="003A37E7" w:rsidP="00F742A4">
                      <w:pPr>
                        <w:jc w:val="center"/>
                        <w:rPr>
                          <w:color w:val="FF0000"/>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6189D">
                        <w:rPr>
                          <w:color w:val="FF0000"/>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DEPARTMENT OF </w:t>
                      </w:r>
                      <w:r w:rsidRPr="00C6189D">
                        <w:rPr>
                          <w:color w:val="FF0000"/>
                          <w:sz w:val="30"/>
                          <w:szCs w:val="30"/>
                        </w:rPr>
                        <w:t>ELECTRICAL ENGINEERING</w:t>
                      </w:r>
                    </w:p>
                  </w:txbxContent>
                </v:textbox>
              </v:shape>
            </w:pict>
          </mc:Fallback>
        </mc:AlternateContent>
      </w:r>
      <w:r w:rsidR="00826AF3">
        <w:rPr>
          <w:noProof/>
        </w:rPr>
        <mc:AlternateContent>
          <mc:Choice Requires="wps">
            <w:drawing>
              <wp:anchor distT="0" distB="0" distL="114300" distR="114300" simplePos="0" relativeHeight="251714560" behindDoc="0" locked="0" layoutInCell="1" allowOverlap="1" wp14:anchorId="7D59B172" wp14:editId="74F95BDF">
                <wp:simplePos x="0" y="0"/>
                <wp:positionH relativeFrom="page">
                  <wp:posOffset>146304</wp:posOffset>
                </wp:positionH>
                <wp:positionV relativeFrom="paragraph">
                  <wp:posOffset>280416</wp:posOffset>
                </wp:positionV>
                <wp:extent cx="4669282" cy="3389376"/>
                <wp:effectExtent l="0" t="0" r="0" b="1905"/>
                <wp:wrapNone/>
                <wp:docPr id="61" name="Text Box 61"/>
                <wp:cNvGraphicFramePr/>
                <a:graphic xmlns:a="http://schemas.openxmlformats.org/drawingml/2006/main">
                  <a:graphicData uri="http://schemas.microsoft.com/office/word/2010/wordprocessingShape">
                    <wps:wsp>
                      <wps:cNvSpPr txBox="1"/>
                      <wps:spPr>
                        <a:xfrm>
                          <a:off x="0" y="0"/>
                          <a:ext cx="4669282" cy="338937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7010" w:type="dxa"/>
                              <w:tblLayout w:type="fixed"/>
                              <w:tblLook w:val="04A0" w:firstRow="1" w:lastRow="0" w:firstColumn="1" w:lastColumn="0" w:noHBand="0" w:noVBand="1"/>
                            </w:tblPr>
                            <w:tblGrid>
                              <w:gridCol w:w="1440"/>
                              <w:gridCol w:w="4310"/>
                              <w:gridCol w:w="1260"/>
                            </w:tblGrid>
                            <w:tr w:rsidR="003A37E7" w:rsidRPr="00826AF3" w:rsidTr="00826A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0" w:type="dxa"/>
                                  <w:gridSpan w:val="3"/>
                                  <w:vAlign w:val="center"/>
                                </w:tcPr>
                                <w:p w:rsidR="003A37E7" w:rsidRPr="00826AF3" w:rsidRDefault="003A37E7" w:rsidP="00883FFE">
                                  <w:pPr>
                                    <w:jc w:val="center"/>
                                    <w:rPr>
                                      <w:color w:val="FF0000"/>
                                    </w:rPr>
                                  </w:pPr>
                                  <w:r w:rsidRPr="00826AF3">
                                    <w:rPr>
                                      <w:color w:val="FF0000"/>
                                    </w:rPr>
                                    <w:t>ELECTRICAL ENGINEERING</w:t>
                                  </w:r>
                                </w:p>
                              </w:tc>
                            </w:tr>
                            <w:tr w:rsidR="003A37E7" w:rsidRPr="00826AF3" w:rsidTr="00826A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0" w:type="dxa"/>
                                  <w:gridSpan w:val="3"/>
                                  <w:vAlign w:val="center"/>
                                </w:tcPr>
                                <w:p w:rsidR="003A37E7" w:rsidRPr="00826AF3" w:rsidRDefault="003A37E7" w:rsidP="00A3788B">
                                  <w:pPr>
                                    <w:jc w:val="center"/>
                                  </w:pPr>
                                  <w:r w:rsidRPr="00826AF3">
                                    <w:t>FRESHMEN YEAR (YEAR I) - FIRST SEMESTER</w:t>
                                  </w:r>
                                </w:p>
                              </w:tc>
                            </w:tr>
                            <w:tr w:rsidR="003A37E7" w:rsidRPr="00826AF3" w:rsidTr="00826AF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883FFE">
                                  <w:pPr>
                                    <w:jc w:val="center"/>
                                  </w:pPr>
                                  <w:r w:rsidRPr="00826AF3">
                                    <w:t>COURSE CODE</w:t>
                                  </w:r>
                                </w:p>
                              </w:tc>
                              <w:tc>
                                <w:tcPr>
                                  <w:tcW w:w="431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rPr>
                                      <w:b/>
                                    </w:rPr>
                                    <w:t>COURSE TITLE</w:t>
                                  </w:r>
                                </w:p>
                              </w:tc>
                              <w:tc>
                                <w:tcPr>
                                  <w:tcW w:w="126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t>CREDIT HOURS</w:t>
                                  </w:r>
                                </w:p>
                              </w:tc>
                            </w:tr>
                            <w:tr w:rsidR="003A37E7" w:rsidRPr="00826AF3" w:rsidTr="00826A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883FFE">
                                  <w:pPr>
                                    <w:jc w:val="center"/>
                                  </w:pPr>
                                  <w:r w:rsidRPr="00826AF3">
                                    <w:t>GEN 101</w:t>
                                  </w:r>
                                </w:p>
                              </w:tc>
                              <w:tc>
                                <w:tcPr>
                                  <w:tcW w:w="4310" w:type="dxa"/>
                                  <w:vAlign w:val="center"/>
                                </w:tcPr>
                                <w:p w:rsidR="003A37E7" w:rsidRPr="00826AF3" w:rsidRDefault="003A37E7" w:rsidP="00883FFE">
                                  <w:pPr>
                                    <w:jc w:val="center"/>
                                    <w:cnfStyle w:val="000000100000" w:firstRow="0" w:lastRow="0" w:firstColumn="0" w:lastColumn="0" w:oddVBand="0" w:evenVBand="0" w:oddHBand="1" w:evenHBand="0" w:firstRowFirstColumn="0" w:firstRowLastColumn="0" w:lastRowFirstColumn="0" w:lastRowLastColumn="0"/>
                                    <w:rPr>
                                      <w:b/>
                                    </w:rPr>
                                  </w:pPr>
                                  <w:r w:rsidRPr="00826AF3">
                                    <w:rPr>
                                      <w:b/>
                                    </w:rPr>
                                    <w:t>LIFE IN CHRIST 1</w:t>
                                  </w:r>
                                </w:p>
                              </w:tc>
                              <w:tc>
                                <w:tcPr>
                                  <w:tcW w:w="1260" w:type="dxa"/>
                                  <w:vAlign w:val="center"/>
                                </w:tcPr>
                                <w:p w:rsidR="003A37E7" w:rsidRPr="00826AF3" w:rsidRDefault="003A37E7" w:rsidP="00883FFE">
                                  <w:pPr>
                                    <w:jc w:val="center"/>
                                    <w:cnfStyle w:val="000000100000" w:firstRow="0" w:lastRow="0" w:firstColumn="0" w:lastColumn="0" w:oddVBand="0" w:evenVBand="0" w:oddHBand="1" w:evenHBand="0" w:firstRowFirstColumn="0" w:firstRowLastColumn="0" w:lastRowFirstColumn="0" w:lastRowLastColumn="0"/>
                                    <w:rPr>
                                      <w:b/>
                                    </w:rPr>
                                  </w:pPr>
                                  <w:r w:rsidRPr="00826AF3">
                                    <w:rPr>
                                      <w:b/>
                                    </w:rPr>
                                    <w:t>2</w:t>
                                  </w:r>
                                </w:p>
                              </w:tc>
                            </w:tr>
                            <w:tr w:rsidR="003A37E7" w:rsidRPr="00826AF3" w:rsidTr="00826AF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883FFE">
                                  <w:pPr>
                                    <w:jc w:val="center"/>
                                  </w:pPr>
                                  <w:r w:rsidRPr="00826AF3">
                                    <w:t xml:space="preserve">CHEM 101 </w:t>
                                  </w:r>
                                </w:p>
                              </w:tc>
                              <w:tc>
                                <w:tcPr>
                                  <w:tcW w:w="431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t>CHEMISTRY FUNDAMENTAL &amp; LAB</w:t>
                                  </w:r>
                                </w:p>
                              </w:tc>
                              <w:tc>
                                <w:tcPr>
                                  <w:tcW w:w="126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t>4</w:t>
                                  </w:r>
                                </w:p>
                              </w:tc>
                            </w:tr>
                            <w:tr w:rsidR="003A37E7" w:rsidRPr="00826AF3" w:rsidTr="00826A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883FFE">
                                  <w:pPr>
                                    <w:jc w:val="center"/>
                                  </w:pPr>
                                  <w:r w:rsidRPr="00826AF3">
                                    <w:t>CMP 111</w:t>
                                  </w:r>
                                </w:p>
                              </w:tc>
                              <w:tc>
                                <w:tcPr>
                                  <w:tcW w:w="4310" w:type="dxa"/>
                                  <w:vAlign w:val="center"/>
                                </w:tcPr>
                                <w:p w:rsidR="003A37E7" w:rsidRPr="00826AF3" w:rsidRDefault="003A37E7" w:rsidP="00883FFE">
                                  <w:pPr>
                                    <w:jc w:val="center"/>
                                    <w:cnfStyle w:val="000000100000" w:firstRow="0" w:lastRow="0" w:firstColumn="0" w:lastColumn="0" w:oddVBand="0" w:evenVBand="0" w:oddHBand="1" w:evenHBand="0" w:firstRowFirstColumn="0" w:firstRowLastColumn="0" w:lastRowFirstColumn="0" w:lastRowLastColumn="0"/>
                                  </w:pPr>
                                  <w:r w:rsidRPr="00826AF3">
                                    <w:t>INTRODUCTION TO COMPUTER SCIENCE</w:t>
                                  </w:r>
                                </w:p>
                              </w:tc>
                              <w:tc>
                                <w:tcPr>
                                  <w:tcW w:w="1260" w:type="dxa"/>
                                  <w:vAlign w:val="center"/>
                                </w:tcPr>
                                <w:p w:rsidR="003A37E7" w:rsidRPr="00826AF3" w:rsidRDefault="003A37E7" w:rsidP="00883FFE">
                                  <w:pPr>
                                    <w:jc w:val="center"/>
                                    <w:cnfStyle w:val="000000100000" w:firstRow="0" w:lastRow="0" w:firstColumn="0" w:lastColumn="0" w:oddVBand="0" w:evenVBand="0" w:oddHBand="1" w:evenHBand="0" w:firstRowFirstColumn="0" w:firstRowLastColumn="0" w:lastRowFirstColumn="0" w:lastRowLastColumn="0"/>
                                  </w:pPr>
                                  <w:r w:rsidRPr="00826AF3">
                                    <w:t>3</w:t>
                                  </w:r>
                                </w:p>
                              </w:tc>
                            </w:tr>
                            <w:tr w:rsidR="003A37E7" w:rsidRPr="00826AF3" w:rsidTr="00826AF3">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883FFE">
                                  <w:pPr>
                                    <w:jc w:val="center"/>
                                    <w:rPr>
                                      <w:rFonts w:ascii="Bahnschrift" w:hAnsi="Bahnschrift"/>
                                    </w:rPr>
                                  </w:pPr>
                                  <w:r w:rsidRPr="00826AF3">
                                    <w:rPr>
                                      <w:rFonts w:ascii="Bahnschrift" w:hAnsi="Bahnschrift"/>
                                    </w:rPr>
                                    <w:t>MTH 107</w:t>
                                  </w:r>
                                </w:p>
                              </w:tc>
                              <w:tc>
                                <w:tcPr>
                                  <w:tcW w:w="431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826AF3">
                                    <w:rPr>
                                      <w:rFonts w:ascii="Bahnschrift" w:hAnsi="Bahnschrift"/>
                                    </w:rPr>
                                    <w:t>PRE- CALCULUS</w:t>
                                  </w:r>
                                </w:p>
                              </w:tc>
                              <w:tc>
                                <w:tcPr>
                                  <w:tcW w:w="126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t>3</w:t>
                                  </w:r>
                                </w:p>
                              </w:tc>
                            </w:tr>
                            <w:tr w:rsidR="003A37E7" w:rsidRPr="00826AF3" w:rsidTr="00826AF3">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883FFE">
                                  <w:pPr>
                                    <w:jc w:val="center"/>
                                    <w:rPr>
                                      <w:rFonts w:ascii="Bahnschrift" w:hAnsi="Bahnschrift"/>
                                    </w:rPr>
                                  </w:pPr>
                                  <w:r w:rsidRPr="00826AF3">
                                    <w:rPr>
                                      <w:rFonts w:ascii="Bahnschrift" w:hAnsi="Bahnschrift"/>
                                    </w:rPr>
                                    <w:t>PHY 101</w:t>
                                  </w:r>
                                </w:p>
                              </w:tc>
                              <w:tc>
                                <w:tcPr>
                                  <w:tcW w:w="4310" w:type="dxa"/>
                                  <w:vAlign w:val="center"/>
                                </w:tcPr>
                                <w:p w:rsidR="003A37E7" w:rsidRPr="00826AF3" w:rsidRDefault="003A37E7" w:rsidP="00883FFE">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826AF3">
                                    <w:rPr>
                                      <w:rFonts w:ascii="Bahnschrift" w:hAnsi="Bahnschrift"/>
                                    </w:rPr>
                                    <w:t>GENERAL PHYSICS I &amp; LAB</w:t>
                                  </w:r>
                                </w:p>
                              </w:tc>
                              <w:tc>
                                <w:tcPr>
                                  <w:tcW w:w="1260" w:type="dxa"/>
                                  <w:vAlign w:val="center"/>
                                </w:tcPr>
                                <w:p w:rsidR="003A37E7" w:rsidRPr="00826AF3" w:rsidRDefault="003A37E7" w:rsidP="00883FFE">
                                  <w:pPr>
                                    <w:jc w:val="center"/>
                                    <w:cnfStyle w:val="000000100000" w:firstRow="0" w:lastRow="0" w:firstColumn="0" w:lastColumn="0" w:oddVBand="0" w:evenVBand="0" w:oddHBand="1" w:evenHBand="0" w:firstRowFirstColumn="0" w:firstRowLastColumn="0" w:lastRowFirstColumn="0" w:lastRowLastColumn="0"/>
                                  </w:pPr>
                                  <w:r w:rsidRPr="00826AF3">
                                    <w:t>3</w:t>
                                  </w:r>
                                </w:p>
                              </w:tc>
                            </w:tr>
                            <w:tr w:rsidR="003A37E7" w:rsidRPr="00826AF3" w:rsidTr="00826AF3">
                              <w:trPr>
                                <w:cnfStyle w:val="000000010000" w:firstRow="0" w:lastRow="0" w:firstColumn="0" w:lastColumn="0" w:oddVBand="0" w:evenVBand="0" w:oddHBand="0" w:evenHBand="1"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883FFE">
                                  <w:pPr>
                                    <w:jc w:val="center"/>
                                    <w:rPr>
                                      <w:rFonts w:ascii="Bahnschrift" w:hAnsi="Bahnschrift"/>
                                    </w:rPr>
                                  </w:pPr>
                                  <w:r w:rsidRPr="00826AF3">
                                    <w:rPr>
                                      <w:rFonts w:ascii="Bahnschrift" w:hAnsi="Bahnschrift"/>
                                    </w:rPr>
                                    <w:t>ENGL 101</w:t>
                                  </w:r>
                                </w:p>
                              </w:tc>
                              <w:tc>
                                <w:tcPr>
                                  <w:tcW w:w="431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t>ENGLISH &amp; COMMUNICATION SKILL</w:t>
                                  </w:r>
                                </w:p>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t xml:space="preserve"> ( FRESHMEN ENGLISH)</w:t>
                                  </w:r>
                                </w:p>
                              </w:tc>
                              <w:tc>
                                <w:tcPr>
                                  <w:tcW w:w="126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t>3</w:t>
                                  </w:r>
                                </w:p>
                              </w:tc>
                            </w:tr>
                            <w:tr w:rsidR="003A37E7" w:rsidRPr="00826AF3" w:rsidTr="00826AF3">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5750" w:type="dxa"/>
                                  <w:gridSpan w:val="2"/>
                                  <w:vAlign w:val="center"/>
                                </w:tcPr>
                                <w:p w:rsidR="003A37E7" w:rsidRPr="00826AF3" w:rsidRDefault="003A37E7" w:rsidP="00883FFE">
                                  <w:pPr>
                                    <w:jc w:val="center"/>
                                  </w:pPr>
                                  <w:r w:rsidRPr="00826AF3">
                                    <w:t>TOTAL CREDIT HOURS</w:t>
                                  </w:r>
                                </w:p>
                              </w:tc>
                              <w:tc>
                                <w:tcPr>
                                  <w:tcW w:w="1260" w:type="dxa"/>
                                  <w:vAlign w:val="center"/>
                                </w:tcPr>
                                <w:p w:rsidR="003A37E7" w:rsidRPr="00826AF3" w:rsidRDefault="003A37E7" w:rsidP="00883FFE">
                                  <w:pPr>
                                    <w:jc w:val="center"/>
                                    <w:cnfStyle w:val="000000100000" w:firstRow="0" w:lastRow="0" w:firstColumn="0" w:lastColumn="0" w:oddVBand="0" w:evenVBand="0" w:oddHBand="1" w:evenHBand="0" w:firstRowFirstColumn="0" w:firstRowLastColumn="0" w:lastRowFirstColumn="0" w:lastRowLastColumn="0"/>
                                  </w:pPr>
                                  <w:r w:rsidRPr="00826AF3">
                                    <w:t>18</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59B172" id="Text Box 61" o:spid="_x0000_s1122" type="#_x0000_t202" style="position:absolute;left:0;text-align:left;margin-left:11.5pt;margin-top:22.1pt;width:367.65pt;height:266.9pt;z-index:251714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" fillcolor="white [3201]" stroked="f" strokeweight=".5pt">
                <v:textbox>
                  <w:txbxContent>
                    <w:tbl>
                      <w:tblPr>
                        <w:tblStyle w:val="LightGrid"/>
                        <w:tblW w:w="7010" w:type="dxa"/>
                        <w:tblLayout w:type="fixed"/>
                        <w:tblLook w:val="04A0" w:firstRow="1" w:lastRow="0" w:firstColumn="1" w:lastColumn="0" w:noHBand="0" w:noVBand="1"/>
                      </w:tblPr>
                      <w:tblGrid>
                        <w:gridCol w:w="1440"/>
                        <w:gridCol w:w="4310"/>
                        <w:gridCol w:w="1260"/>
                      </w:tblGrid>
                      <w:tr w:rsidR="003A37E7" w:rsidRPr="00826AF3" w:rsidTr="00826A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0" w:type="dxa"/>
                            <w:gridSpan w:val="3"/>
                            <w:vAlign w:val="center"/>
                          </w:tcPr>
                          <w:p w:rsidR="003A37E7" w:rsidRPr="00826AF3" w:rsidRDefault="003A37E7" w:rsidP="00883FFE">
                            <w:pPr>
                              <w:jc w:val="center"/>
                              <w:rPr>
                                <w:color w:val="FF0000"/>
                              </w:rPr>
                            </w:pPr>
                            <w:r w:rsidRPr="00826AF3">
                              <w:rPr>
                                <w:color w:val="FF0000"/>
                              </w:rPr>
                              <w:t>ELECTRICAL ENGINEERING</w:t>
                            </w:r>
                          </w:p>
                        </w:tc>
                      </w:tr>
                      <w:tr w:rsidR="003A37E7" w:rsidRPr="00826AF3" w:rsidTr="00826A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0" w:type="dxa"/>
                            <w:gridSpan w:val="3"/>
                            <w:vAlign w:val="center"/>
                          </w:tcPr>
                          <w:p w:rsidR="003A37E7" w:rsidRPr="00826AF3" w:rsidRDefault="003A37E7" w:rsidP="00A3788B">
                            <w:pPr>
                              <w:jc w:val="center"/>
                            </w:pPr>
                            <w:r w:rsidRPr="00826AF3">
                              <w:t>FRESHMEN YEAR (YEAR I) - FIRST SEMESTER</w:t>
                            </w:r>
                          </w:p>
                        </w:tc>
                      </w:tr>
                      <w:tr w:rsidR="003A37E7" w:rsidRPr="00826AF3" w:rsidTr="00826AF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883FFE">
                            <w:pPr>
                              <w:jc w:val="center"/>
                            </w:pPr>
                            <w:r w:rsidRPr="00826AF3">
                              <w:t>COURSE CODE</w:t>
                            </w:r>
                          </w:p>
                        </w:tc>
                        <w:tc>
                          <w:tcPr>
                            <w:tcW w:w="431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rPr>
                                <w:b/>
                              </w:rPr>
                              <w:t>COURSE TITLE</w:t>
                            </w:r>
                          </w:p>
                        </w:tc>
                        <w:tc>
                          <w:tcPr>
                            <w:tcW w:w="126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t>CREDIT HOURS</w:t>
                            </w:r>
                          </w:p>
                        </w:tc>
                      </w:tr>
                      <w:tr w:rsidR="003A37E7" w:rsidRPr="00826AF3" w:rsidTr="00826A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883FFE">
                            <w:pPr>
                              <w:jc w:val="center"/>
                            </w:pPr>
                            <w:r w:rsidRPr="00826AF3">
                              <w:t>GEN 101</w:t>
                            </w:r>
                          </w:p>
                        </w:tc>
                        <w:tc>
                          <w:tcPr>
                            <w:tcW w:w="4310" w:type="dxa"/>
                            <w:vAlign w:val="center"/>
                          </w:tcPr>
                          <w:p w:rsidR="003A37E7" w:rsidRPr="00826AF3" w:rsidRDefault="003A37E7" w:rsidP="00883FFE">
                            <w:pPr>
                              <w:jc w:val="center"/>
                              <w:cnfStyle w:val="000000100000" w:firstRow="0" w:lastRow="0" w:firstColumn="0" w:lastColumn="0" w:oddVBand="0" w:evenVBand="0" w:oddHBand="1" w:evenHBand="0" w:firstRowFirstColumn="0" w:firstRowLastColumn="0" w:lastRowFirstColumn="0" w:lastRowLastColumn="0"/>
                              <w:rPr>
                                <w:b/>
                              </w:rPr>
                            </w:pPr>
                            <w:r w:rsidRPr="00826AF3">
                              <w:rPr>
                                <w:b/>
                              </w:rPr>
                              <w:t>LIFE IN CHRIST 1</w:t>
                            </w:r>
                          </w:p>
                        </w:tc>
                        <w:tc>
                          <w:tcPr>
                            <w:tcW w:w="1260" w:type="dxa"/>
                            <w:vAlign w:val="center"/>
                          </w:tcPr>
                          <w:p w:rsidR="003A37E7" w:rsidRPr="00826AF3" w:rsidRDefault="003A37E7" w:rsidP="00883FFE">
                            <w:pPr>
                              <w:jc w:val="center"/>
                              <w:cnfStyle w:val="000000100000" w:firstRow="0" w:lastRow="0" w:firstColumn="0" w:lastColumn="0" w:oddVBand="0" w:evenVBand="0" w:oddHBand="1" w:evenHBand="0" w:firstRowFirstColumn="0" w:firstRowLastColumn="0" w:lastRowFirstColumn="0" w:lastRowLastColumn="0"/>
                              <w:rPr>
                                <w:b/>
                              </w:rPr>
                            </w:pPr>
                            <w:r w:rsidRPr="00826AF3">
                              <w:rPr>
                                <w:b/>
                              </w:rPr>
                              <w:t>2</w:t>
                            </w:r>
                          </w:p>
                        </w:tc>
                      </w:tr>
                      <w:tr w:rsidR="003A37E7" w:rsidRPr="00826AF3" w:rsidTr="00826AF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883FFE">
                            <w:pPr>
                              <w:jc w:val="center"/>
                            </w:pPr>
                            <w:r w:rsidRPr="00826AF3">
                              <w:t xml:space="preserve">CHEM 101 </w:t>
                            </w:r>
                          </w:p>
                        </w:tc>
                        <w:tc>
                          <w:tcPr>
                            <w:tcW w:w="431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t>CHEMISTRY FUNDAMENTAL &amp; LAB</w:t>
                            </w:r>
                          </w:p>
                        </w:tc>
                        <w:tc>
                          <w:tcPr>
                            <w:tcW w:w="126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t>4</w:t>
                            </w:r>
                          </w:p>
                        </w:tc>
                      </w:tr>
                      <w:tr w:rsidR="003A37E7" w:rsidRPr="00826AF3" w:rsidTr="00826A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883FFE">
                            <w:pPr>
                              <w:jc w:val="center"/>
                            </w:pPr>
                            <w:r w:rsidRPr="00826AF3">
                              <w:t>CMP 111</w:t>
                            </w:r>
                          </w:p>
                        </w:tc>
                        <w:tc>
                          <w:tcPr>
                            <w:tcW w:w="4310" w:type="dxa"/>
                            <w:vAlign w:val="center"/>
                          </w:tcPr>
                          <w:p w:rsidR="003A37E7" w:rsidRPr="00826AF3" w:rsidRDefault="003A37E7" w:rsidP="00883FFE">
                            <w:pPr>
                              <w:jc w:val="center"/>
                              <w:cnfStyle w:val="000000100000" w:firstRow="0" w:lastRow="0" w:firstColumn="0" w:lastColumn="0" w:oddVBand="0" w:evenVBand="0" w:oddHBand="1" w:evenHBand="0" w:firstRowFirstColumn="0" w:firstRowLastColumn="0" w:lastRowFirstColumn="0" w:lastRowLastColumn="0"/>
                            </w:pPr>
                            <w:r w:rsidRPr="00826AF3">
                              <w:t>INTRODUCTION TO COMPUTER SCIENCE</w:t>
                            </w:r>
                          </w:p>
                        </w:tc>
                        <w:tc>
                          <w:tcPr>
                            <w:tcW w:w="1260" w:type="dxa"/>
                            <w:vAlign w:val="center"/>
                          </w:tcPr>
                          <w:p w:rsidR="003A37E7" w:rsidRPr="00826AF3" w:rsidRDefault="003A37E7" w:rsidP="00883FFE">
                            <w:pPr>
                              <w:jc w:val="center"/>
                              <w:cnfStyle w:val="000000100000" w:firstRow="0" w:lastRow="0" w:firstColumn="0" w:lastColumn="0" w:oddVBand="0" w:evenVBand="0" w:oddHBand="1" w:evenHBand="0" w:firstRowFirstColumn="0" w:firstRowLastColumn="0" w:lastRowFirstColumn="0" w:lastRowLastColumn="0"/>
                            </w:pPr>
                            <w:r w:rsidRPr="00826AF3">
                              <w:t>3</w:t>
                            </w:r>
                          </w:p>
                        </w:tc>
                      </w:tr>
                      <w:tr w:rsidR="003A37E7" w:rsidRPr="00826AF3" w:rsidTr="00826AF3">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883FFE">
                            <w:pPr>
                              <w:jc w:val="center"/>
                              <w:rPr>
                                <w:rFonts w:ascii="Bahnschrift" w:hAnsi="Bahnschrift"/>
                              </w:rPr>
                            </w:pPr>
                            <w:r w:rsidRPr="00826AF3">
                              <w:rPr>
                                <w:rFonts w:ascii="Bahnschrift" w:hAnsi="Bahnschrift"/>
                              </w:rPr>
                              <w:t>MTH 107</w:t>
                            </w:r>
                          </w:p>
                        </w:tc>
                        <w:tc>
                          <w:tcPr>
                            <w:tcW w:w="431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826AF3">
                              <w:rPr>
                                <w:rFonts w:ascii="Bahnschrift" w:hAnsi="Bahnschrift"/>
                              </w:rPr>
                              <w:t>PRE- CALCULUS</w:t>
                            </w:r>
                          </w:p>
                        </w:tc>
                        <w:tc>
                          <w:tcPr>
                            <w:tcW w:w="126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t>3</w:t>
                            </w:r>
                          </w:p>
                        </w:tc>
                      </w:tr>
                      <w:tr w:rsidR="003A37E7" w:rsidRPr="00826AF3" w:rsidTr="00826AF3">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883FFE">
                            <w:pPr>
                              <w:jc w:val="center"/>
                              <w:rPr>
                                <w:rFonts w:ascii="Bahnschrift" w:hAnsi="Bahnschrift"/>
                              </w:rPr>
                            </w:pPr>
                            <w:r w:rsidRPr="00826AF3">
                              <w:rPr>
                                <w:rFonts w:ascii="Bahnschrift" w:hAnsi="Bahnschrift"/>
                              </w:rPr>
                              <w:t>PHY 101</w:t>
                            </w:r>
                          </w:p>
                        </w:tc>
                        <w:tc>
                          <w:tcPr>
                            <w:tcW w:w="4310" w:type="dxa"/>
                            <w:vAlign w:val="center"/>
                          </w:tcPr>
                          <w:p w:rsidR="003A37E7" w:rsidRPr="00826AF3" w:rsidRDefault="003A37E7" w:rsidP="00883FFE">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826AF3">
                              <w:rPr>
                                <w:rFonts w:ascii="Bahnschrift" w:hAnsi="Bahnschrift"/>
                              </w:rPr>
                              <w:t>GENERAL PHYSICS I &amp; LAB</w:t>
                            </w:r>
                          </w:p>
                        </w:tc>
                        <w:tc>
                          <w:tcPr>
                            <w:tcW w:w="1260" w:type="dxa"/>
                            <w:vAlign w:val="center"/>
                          </w:tcPr>
                          <w:p w:rsidR="003A37E7" w:rsidRPr="00826AF3" w:rsidRDefault="003A37E7" w:rsidP="00883FFE">
                            <w:pPr>
                              <w:jc w:val="center"/>
                              <w:cnfStyle w:val="000000100000" w:firstRow="0" w:lastRow="0" w:firstColumn="0" w:lastColumn="0" w:oddVBand="0" w:evenVBand="0" w:oddHBand="1" w:evenHBand="0" w:firstRowFirstColumn="0" w:firstRowLastColumn="0" w:lastRowFirstColumn="0" w:lastRowLastColumn="0"/>
                            </w:pPr>
                            <w:r w:rsidRPr="00826AF3">
                              <w:t>3</w:t>
                            </w:r>
                          </w:p>
                        </w:tc>
                      </w:tr>
                      <w:tr w:rsidR="003A37E7" w:rsidRPr="00826AF3" w:rsidTr="00826AF3">
                        <w:trPr>
                          <w:cnfStyle w:val="000000010000" w:firstRow="0" w:lastRow="0" w:firstColumn="0" w:lastColumn="0" w:oddVBand="0" w:evenVBand="0" w:oddHBand="0" w:evenHBand="1"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883FFE">
                            <w:pPr>
                              <w:jc w:val="center"/>
                              <w:rPr>
                                <w:rFonts w:ascii="Bahnschrift" w:hAnsi="Bahnschrift"/>
                              </w:rPr>
                            </w:pPr>
                            <w:r w:rsidRPr="00826AF3">
                              <w:rPr>
                                <w:rFonts w:ascii="Bahnschrift" w:hAnsi="Bahnschrift"/>
                              </w:rPr>
                              <w:t>ENGL 101</w:t>
                            </w:r>
                          </w:p>
                        </w:tc>
                        <w:tc>
                          <w:tcPr>
                            <w:tcW w:w="431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t>ENGLISH &amp; COMMUNICATION SKILL</w:t>
                            </w:r>
                          </w:p>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t xml:space="preserve"> ( FRESHMEN ENGLISH)</w:t>
                            </w:r>
                          </w:p>
                        </w:tc>
                        <w:tc>
                          <w:tcPr>
                            <w:tcW w:w="1260" w:type="dxa"/>
                            <w:vAlign w:val="center"/>
                          </w:tcPr>
                          <w:p w:rsidR="003A37E7" w:rsidRPr="00826AF3" w:rsidRDefault="003A37E7" w:rsidP="00883FFE">
                            <w:pPr>
                              <w:jc w:val="center"/>
                              <w:cnfStyle w:val="000000010000" w:firstRow="0" w:lastRow="0" w:firstColumn="0" w:lastColumn="0" w:oddVBand="0" w:evenVBand="0" w:oddHBand="0" w:evenHBand="1" w:firstRowFirstColumn="0" w:firstRowLastColumn="0" w:lastRowFirstColumn="0" w:lastRowLastColumn="0"/>
                            </w:pPr>
                            <w:r w:rsidRPr="00826AF3">
                              <w:t>3</w:t>
                            </w:r>
                          </w:p>
                        </w:tc>
                      </w:tr>
                      <w:tr w:rsidR="003A37E7" w:rsidRPr="00826AF3" w:rsidTr="00826AF3">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5750" w:type="dxa"/>
                            <w:gridSpan w:val="2"/>
                            <w:vAlign w:val="center"/>
                          </w:tcPr>
                          <w:p w:rsidR="003A37E7" w:rsidRPr="00826AF3" w:rsidRDefault="003A37E7" w:rsidP="00883FFE">
                            <w:pPr>
                              <w:jc w:val="center"/>
                            </w:pPr>
                            <w:r w:rsidRPr="00826AF3">
                              <w:t>TOTAL CREDIT HOURS</w:t>
                            </w:r>
                          </w:p>
                        </w:tc>
                        <w:tc>
                          <w:tcPr>
                            <w:tcW w:w="1260" w:type="dxa"/>
                            <w:vAlign w:val="center"/>
                          </w:tcPr>
                          <w:p w:rsidR="003A37E7" w:rsidRPr="00826AF3" w:rsidRDefault="003A37E7" w:rsidP="00883FFE">
                            <w:pPr>
                              <w:jc w:val="center"/>
                              <w:cnfStyle w:val="000000100000" w:firstRow="0" w:lastRow="0" w:firstColumn="0" w:lastColumn="0" w:oddVBand="0" w:evenVBand="0" w:oddHBand="1" w:evenHBand="0" w:firstRowFirstColumn="0" w:firstRowLastColumn="0" w:lastRowFirstColumn="0" w:lastRowLastColumn="0"/>
                            </w:pPr>
                            <w:r w:rsidRPr="00826AF3">
                              <w:t>18</w:t>
                            </w:r>
                          </w:p>
                        </w:tc>
                      </w:tr>
                    </w:tbl>
                    <w:p w:rsidR="003A37E7" w:rsidRDefault="003A37E7"/>
                  </w:txbxContent>
                </v:textbox>
                <w10:wrap anchorx="page"/>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826AF3" w:rsidP="00412947">
      <w:pPr>
        <w:jc w:val="center"/>
      </w:pPr>
      <w:r>
        <w:rPr>
          <w:noProof/>
        </w:rPr>
        <mc:AlternateContent>
          <mc:Choice Requires="wps">
            <w:drawing>
              <wp:anchor distT="0" distB="0" distL="114300" distR="114300" simplePos="0" relativeHeight="251715584" behindDoc="0" locked="0" layoutInCell="1" allowOverlap="1" wp14:anchorId="55B911F8" wp14:editId="37F333EE">
                <wp:simplePos x="0" y="0"/>
                <wp:positionH relativeFrom="page">
                  <wp:posOffset>146303</wp:posOffset>
                </wp:positionH>
                <wp:positionV relativeFrom="paragraph">
                  <wp:posOffset>302895</wp:posOffset>
                </wp:positionV>
                <wp:extent cx="4669155" cy="3304032"/>
                <wp:effectExtent l="0" t="0" r="0" b="0"/>
                <wp:wrapNone/>
                <wp:docPr id="62" name="Text Box 62"/>
                <wp:cNvGraphicFramePr/>
                <a:graphic xmlns:a="http://schemas.openxmlformats.org/drawingml/2006/main">
                  <a:graphicData uri="http://schemas.microsoft.com/office/word/2010/wordprocessingShape">
                    <wps:wsp>
                      <wps:cNvSpPr txBox="1"/>
                      <wps:spPr>
                        <a:xfrm>
                          <a:off x="0" y="0"/>
                          <a:ext cx="4669155" cy="330403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7010" w:type="dxa"/>
                              <w:tblLayout w:type="fixed"/>
                              <w:tblLook w:val="04A0" w:firstRow="1" w:lastRow="0" w:firstColumn="1" w:lastColumn="0" w:noHBand="0" w:noVBand="1"/>
                            </w:tblPr>
                            <w:tblGrid>
                              <w:gridCol w:w="1440"/>
                              <w:gridCol w:w="4310"/>
                              <w:gridCol w:w="1260"/>
                            </w:tblGrid>
                            <w:tr w:rsidR="003A37E7" w:rsidRPr="000B5525" w:rsidTr="00826A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0" w:type="dxa"/>
                                  <w:gridSpan w:val="3"/>
                                  <w:vAlign w:val="center"/>
                                </w:tcPr>
                                <w:p w:rsidR="003A37E7" w:rsidRPr="000B5525" w:rsidRDefault="003A37E7" w:rsidP="002C6088">
                                  <w:pPr>
                                    <w:jc w:val="center"/>
                                    <w:rPr>
                                      <w:color w:val="FF0000"/>
                                    </w:rPr>
                                  </w:pPr>
                                  <w:r>
                                    <w:rPr>
                                      <w:color w:val="FF0000"/>
                                    </w:rPr>
                                    <w:t>ELECTRICAL ENGINEERING</w:t>
                                  </w:r>
                                </w:p>
                              </w:tc>
                            </w:tr>
                            <w:tr w:rsidR="003A37E7" w:rsidRPr="000B5525" w:rsidTr="00826A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0" w:type="dxa"/>
                                  <w:gridSpan w:val="3"/>
                                  <w:vAlign w:val="center"/>
                                </w:tcPr>
                                <w:p w:rsidR="003A37E7" w:rsidRPr="000B5525" w:rsidRDefault="003A37E7" w:rsidP="00A3788B">
                                  <w:pPr>
                                    <w:jc w:val="center"/>
                                  </w:pPr>
                                  <w:r>
                                    <w:rPr>
                                      <w:sz w:val="20"/>
                                      <w:szCs w:val="20"/>
                                    </w:rPr>
                                    <w:t>FRESHMEN YEAR (YEAR I) - SECOND</w:t>
                                  </w:r>
                                  <w:r w:rsidRPr="009B29F2">
                                    <w:rPr>
                                      <w:sz w:val="20"/>
                                      <w:szCs w:val="20"/>
                                    </w:rPr>
                                    <w:t xml:space="preserve"> SEMESTER</w:t>
                                  </w:r>
                                </w:p>
                              </w:tc>
                            </w:tr>
                            <w:tr w:rsidR="003A37E7" w:rsidRPr="000B5525" w:rsidTr="00826AF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2C6088">
                                  <w:pPr>
                                    <w:jc w:val="center"/>
                                  </w:pPr>
                                  <w:r w:rsidRPr="000B5525">
                                    <w:t>COURSE CODE</w:t>
                                  </w:r>
                                </w:p>
                              </w:tc>
                              <w:tc>
                                <w:tcPr>
                                  <w:tcW w:w="4310" w:type="dxa"/>
                                  <w:vAlign w:val="center"/>
                                </w:tcPr>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pPr>
                                  <w:r w:rsidRPr="000B5525">
                                    <w:rPr>
                                      <w:b/>
                                    </w:rPr>
                                    <w:t>COURSE TITLE</w:t>
                                  </w:r>
                                </w:p>
                              </w:tc>
                              <w:tc>
                                <w:tcPr>
                                  <w:tcW w:w="1260" w:type="dxa"/>
                                  <w:vAlign w:val="center"/>
                                </w:tcPr>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pPr>
                                  <w:r w:rsidRPr="009C3C77">
                                    <w:rPr>
                                      <w:sz w:val="24"/>
                                      <w:szCs w:val="24"/>
                                    </w:rPr>
                                    <w:t>CREDIT HOURS</w:t>
                                  </w:r>
                                </w:p>
                              </w:tc>
                            </w:tr>
                            <w:tr w:rsidR="003A37E7" w:rsidRPr="000B5525" w:rsidTr="00826A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2C6088">
                                  <w:pPr>
                                    <w:jc w:val="center"/>
                                  </w:pPr>
                                  <w:r>
                                    <w:t>GEN 102</w:t>
                                  </w:r>
                                </w:p>
                              </w:tc>
                              <w:tc>
                                <w:tcPr>
                                  <w:tcW w:w="4310" w:type="dxa"/>
                                  <w:vAlign w:val="center"/>
                                </w:tcPr>
                                <w:p w:rsidR="003A37E7" w:rsidRPr="000B5525" w:rsidRDefault="003A37E7" w:rsidP="002C6088">
                                  <w:pPr>
                                    <w:jc w:val="center"/>
                                    <w:cnfStyle w:val="000000100000" w:firstRow="0" w:lastRow="0" w:firstColumn="0" w:lastColumn="0" w:oddVBand="0" w:evenVBand="0" w:oddHBand="1" w:evenHBand="0" w:firstRowFirstColumn="0" w:firstRowLastColumn="0" w:lastRowFirstColumn="0" w:lastRowLastColumn="0"/>
                                    <w:rPr>
                                      <w:b/>
                                    </w:rPr>
                                  </w:pPr>
                                  <w:r>
                                    <w:rPr>
                                      <w:b/>
                                    </w:rPr>
                                    <w:t>LIFE IN CHRIST 2</w:t>
                                  </w:r>
                                </w:p>
                              </w:tc>
                              <w:tc>
                                <w:tcPr>
                                  <w:tcW w:w="1260" w:type="dxa"/>
                                  <w:vAlign w:val="center"/>
                                </w:tcPr>
                                <w:p w:rsidR="003A37E7" w:rsidRPr="000B5525" w:rsidRDefault="003A37E7" w:rsidP="002C6088">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0B5525" w:rsidTr="00826AF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2C6088">
                                  <w:pPr>
                                    <w:jc w:val="center"/>
                                  </w:pPr>
                                  <w:r>
                                    <w:t xml:space="preserve">CHEM 102 </w:t>
                                  </w:r>
                                </w:p>
                              </w:tc>
                              <w:tc>
                                <w:tcPr>
                                  <w:tcW w:w="4310" w:type="dxa"/>
                                  <w:vAlign w:val="center"/>
                                </w:tcPr>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pPr>
                                  <w:r>
                                    <w:t>CHEMISTRY FUNDAMENTAL II &amp; LAB</w:t>
                                  </w:r>
                                </w:p>
                              </w:tc>
                              <w:tc>
                                <w:tcPr>
                                  <w:tcW w:w="1260" w:type="dxa"/>
                                  <w:vAlign w:val="center"/>
                                </w:tcPr>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pPr>
                                  <w:r>
                                    <w:t>4</w:t>
                                  </w:r>
                                </w:p>
                              </w:tc>
                            </w:tr>
                            <w:tr w:rsidR="003A37E7" w:rsidRPr="000B5525" w:rsidTr="00826A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2C6088">
                                  <w:pPr>
                                    <w:jc w:val="center"/>
                                  </w:pPr>
                                  <w:r>
                                    <w:t>EENG 100</w:t>
                                  </w:r>
                                </w:p>
                              </w:tc>
                              <w:tc>
                                <w:tcPr>
                                  <w:tcW w:w="4310" w:type="dxa"/>
                                  <w:vAlign w:val="center"/>
                                </w:tcPr>
                                <w:p w:rsidR="003A37E7" w:rsidRPr="000B5525" w:rsidRDefault="003A37E7" w:rsidP="002C6088">
                                  <w:pPr>
                                    <w:jc w:val="center"/>
                                    <w:cnfStyle w:val="000000100000" w:firstRow="0" w:lastRow="0" w:firstColumn="0" w:lastColumn="0" w:oddVBand="0" w:evenVBand="0" w:oddHBand="1" w:evenHBand="0" w:firstRowFirstColumn="0" w:firstRowLastColumn="0" w:lastRowFirstColumn="0" w:lastRowLastColumn="0"/>
                                  </w:pPr>
                                  <w:r>
                                    <w:t>INSTRUMENTATION AND MEASUREMENT</w:t>
                                  </w:r>
                                </w:p>
                              </w:tc>
                              <w:tc>
                                <w:tcPr>
                                  <w:tcW w:w="1260" w:type="dxa"/>
                                  <w:vAlign w:val="center"/>
                                </w:tcPr>
                                <w:p w:rsidR="003A37E7" w:rsidRPr="000B5525" w:rsidRDefault="003A37E7" w:rsidP="002C6088">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26AF3">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2C6088">
                                  <w:pPr>
                                    <w:jc w:val="center"/>
                                    <w:rPr>
                                      <w:rFonts w:ascii="Bahnschrift" w:hAnsi="Bahnschrift"/>
                                    </w:rPr>
                                  </w:pPr>
                                  <w:r>
                                    <w:rPr>
                                      <w:rFonts w:ascii="Bahnschrift" w:hAnsi="Bahnschrift"/>
                                    </w:rPr>
                                    <w:t>MATH 110</w:t>
                                  </w:r>
                                </w:p>
                              </w:tc>
                              <w:tc>
                                <w:tcPr>
                                  <w:tcW w:w="4310" w:type="dxa"/>
                                  <w:vAlign w:val="center"/>
                                </w:tcPr>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CALCULUS I</w:t>
                                  </w:r>
                                </w:p>
                              </w:tc>
                              <w:tc>
                                <w:tcPr>
                                  <w:tcW w:w="1260" w:type="dxa"/>
                                  <w:vAlign w:val="center"/>
                                </w:tcPr>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pPr>
                                  <w:r>
                                    <w:t>4</w:t>
                                  </w:r>
                                </w:p>
                              </w:tc>
                            </w:tr>
                            <w:tr w:rsidR="003A37E7" w:rsidRPr="000B5525" w:rsidTr="00826AF3">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2C6088">
                                  <w:pPr>
                                    <w:jc w:val="center"/>
                                    <w:rPr>
                                      <w:rFonts w:ascii="Bahnschrift" w:hAnsi="Bahnschrift"/>
                                    </w:rPr>
                                  </w:pPr>
                                  <w:r>
                                    <w:rPr>
                                      <w:rFonts w:ascii="Bahnschrift" w:hAnsi="Bahnschrift"/>
                                    </w:rPr>
                                    <w:t>PHY 102</w:t>
                                  </w:r>
                                </w:p>
                              </w:tc>
                              <w:tc>
                                <w:tcPr>
                                  <w:tcW w:w="4310" w:type="dxa"/>
                                  <w:vAlign w:val="center"/>
                                </w:tcPr>
                                <w:p w:rsidR="003A37E7" w:rsidRPr="000B5525" w:rsidRDefault="003A37E7" w:rsidP="002C6088">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GENERAL PHYSICS II &amp; LAB</w:t>
                                  </w:r>
                                </w:p>
                              </w:tc>
                              <w:tc>
                                <w:tcPr>
                                  <w:tcW w:w="1260" w:type="dxa"/>
                                  <w:vAlign w:val="center"/>
                                </w:tcPr>
                                <w:p w:rsidR="003A37E7" w:rsidRPr="000B5525" w:rsidRDefault="003A37E7" w:rsidP="002C6088">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26AF3">
                              <w:trPr>
                                <w:cnfStyle w:val="000000010000" w:firstRow="0" w:lastRow="0" w:firstColumn="0" w:lastColumn="0" w:oddVBand="0" w:evenVBand="0" w:oddHBand="0" w:evenHBand="1"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2C6088">
                                  <w:pPr>
                                    <w:jc w:val="center"/>
                                    <w:rPr>
                                      <w:rFonts w:ascii="Bahnschrift" w:hAnsi="Bahnschrift"/>
                                    </w:rPr>
                                  </w:pPr>
                                  <w:r>
                                    <w:rPr>
                                      <w:rFonts w:ascii="Bahnschrift" w:hAnsi="Bahnschrift"/>
                                    </w:rPr>
                                    <w:t>ENGL 102</w:t>
                                  </w:r>
                                </w:p>
                              </w:tc>
                              <w:tc>
                                <w:tcPr>
                                  <w:tcW w:w="4310" w:type="dxa"/>
                                  <w:vAlign w:val="center"/>
                                </w:tcPr>
                                <w:p w:rsidR="003A37E7" w:rsidRDefault="003A37E7" w:rsidP="002C6088">
                                  <w:pPr>
                                    <w:jc w:val="center"/>
                                    <w:cnfStyle w:val="000000010000" w:firstRow="0" w:lastRow="0" w:firstColumn="0" w:lastColumn="0" w:oddVBand="0" w:evenVBand="0" w:oddHBand="0" w:evenHBand="1" w:firstRowFirstColumn="0" w:firstRowLastColumn="0" w:lastRowFirstColumn="0" w:lastRowLastColumn="0"/>
                                  </w:pPr>
                                  <w:r>
                                    <w:t xml:space="preserve">ENGLISH &amp; COMMUNICATION SKILL </w:t>
                                  </w:r>
                                </w:p>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pPr>
                                  <w:r>
                                    <w:t>(FRESHMEN ENGLISH)II</w:t>
                                  </w:r>
                                </w:p>
                              </w:tc>
                              <w:tc>
                                <w:tcPr>
                                  <w:tcW w:w="1260" w:type="dxa"/>
                                  <w:vAlign w:val="center"/>
                                </w:tcPr>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26AF3">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5750" w:type="dxa"/>
                                  <w:gridSpan w:val="2"/>
                                  <w:vAlign w:val="center"/>
                                </w:tcPr>
                                <w:p w:rsidR="003A37E7" w:rsidRPr="000B5525" w:rsidRDefault="003A37E7" w:rsidP="002C6088">
                                  <w:pPr>
                                    <w:jc w:val="center"/>
                                  </w:pPr>
                                  <w:r>
                                    <w:t xml:space="preserve">TOTAL </w:t>
                                  </w:r>
                                  <w:r w:rsidRPr="009C3C77">
                                    <w:rPr>
                                      <w:sz w:val="24"/>
                                      <w:szCs w:val="24"/>
                                    </w:rPr>
                                    <w:t>CREDIT HOURS</w:t>
                                  </w:r>
                                </w:p>
                              </w:tc>
                              <w:tc>
                                <w:tcPr>
                                  <w:tcW w:w="1260" w:type="dxa"/>
                                  <w:vAlign w:val="center"/>
                                </w:tcPr>
                                <w:p w:rsidR="003A37E7" w:rsidRPr="000B5525" w:rsidRDefault="003A37E7" w:rsidP="002C6088">
                                  <w:pPr>
                                    <w:jc w:val="center"/>
                                    <w:cnfStyle w:val="000000100000" w:firstRow="0" w:lastRow="0" w:firstColumn="0" w:lastColumn="0" w:oddVBand="0" w:evenVBand="0" w:oddHBand="1" w:evenHBand="0" w:firstRowFirstColumn="0" w:firstRowLastColumn="0" w:lastRowFirstColumn="0" w:lastRowLastColumn="0"/>
                                  </w:pPr>
                                  <w:r>
                                    <w:t>19</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B911F8" id="Text Box 62" o:spid="_x0000_s1123" type="#_x0000_t202" style="position:absolute;left:0;text-align:left;margin-left:11.5pt;margin-top:23.85pt;width:367.65pt;height:260.15pt;z-index:251715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" fillcolor="white [3201]" stroked="f" strokeweight=".5pt">
                <v:textbox>
                  <w:txbxContent>
                    <w:tbl>
                      <w:tblPr>
                        <w:tblStyle w:val="LightGrid"/>
                        <w:tblW w:w="7010" w:type="dxa"/>
                        <w:tblLayout w:type="fixed"/>
                        <w:tblLook w:val="04A0" w:firstRow="1" w:lastRow="0" w:firstColumn="1" w:lastColumn="0" w:noHBand="0" w:noVBand="1"/>
                      </w:tblPr>
                      <w:tblGrid>
                        <w:gridCol w:w="1440"/>
                        <w:gridCol w:w="4310"/>
                        <w:gridCol w:w="1260"/>
                      </w:tblGrid>
                      <w:tr w:rsidR="003A37E7" w:rsidRPr="000B5525" w:rsidTr="00826A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0" w:type="dxa"/>
                            <w:gridSpan w:val="3"/>
                            <w:vAlign w:val="center"/>
                          </w:tcPr>
                          <w:p w:rsidR="003A37E7" w:rsidRPr="000B5525" w:rsidRDefault="003A37E7" w:rsidP="002C6088">
                            <w:pPr>
                              <w:jc w:val="center"/>
                              <w:rPr>
                                <w:color w:val="FF0000"/>
                              </w:rPr>
                            </w:pPr>
                            <w:r>
                              <w:rPr>
                                <w:color w:val="FF0000"/>
                              </w:rPr>
                              <w:t>ELECTRICAL ENGINEERING</w:t>
                            </w:r>
                          </w:p>
                        </w:tc>
                      </w:tr>
                      <w:tr w:rsidR="003A37E7" w:rsidRPr="000B5525" w:rsidTr="00826A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0" w:type="dxa"/>
                            <w:gridSpan w:val="3"/>
                            <w:vAlign w:val="center"/>
                          </w:tcPr>
                          <w:p w:rsidR="003A37E7" w:rsidRPr="000B5525" w:rsidRDefault="003A37E7" w:rsidP="00A3788B">
                            <w:pPr>
                              <w:jc w:val="center"/>
                            </w:pPr>
                            <w:r>
                              <w:rPr>
                                <w:sz w:val="20"/>
                                <w:szCs w:val="20"/>
                              </w:rPr>
                              <w:t>FRESHMEN YEAR (YEAR I) - SECOND</w:t>
                            </w:r>
                            <w:r w:rsidRPr="009B29F2">
                              <w:rPr>
                                <w:sz w:val="20"/>
                                <w:szCs w:val="20"/>
                              </w:rPr>
                              <w:t xml:space="preserve"> SEMESTER</w:t>
                            </w:r>
                          </w:p>
                        </w:tc>
                      </w:tr>
                      <w:tr w:rsidR="003A37E7" w:rsidRPr="000B5525" w:rsidTr="00826AF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2C6088">
                            <w:pPr>
                              <w:jc w:val="center"/>
                            </w:pPr>
                            <w:r w:rsidRPr="000B5525">
                              <w:t>COURSE CODE</w:t>
                            </w:r>
                          </w:p>
                        </w:tc>
                        <w:tc>
                          <w:tcPr>
                            <w:tcW w:w="4310" w:type="dxa"/>
                            <w:vAlign w:val="center"/>
                          </w:tcPr>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pPr>
                            <w:r w:rsidRPr="000B5525">
                              <w:rPr>
                                <w:b/>
                              </w:rPr>
                              <w:t>COURSE TITLE</w:t>
                            </w:r>
                          </w:p>
                        </w:tc>
                        <w:tc>
                          <w:tcPr>
                            <w:tcW w:w="1260" w:type="dxa"/>
                            <w:vAlign w:val="center"/>
                          </w:tcPr>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pPr>
                            <w:r w:rsidRPr="009C3C77">
                              <w:rPr>
                                <w:sz w:val="24"/>
                                <w:szCs w:val="24"/>
                              </w:rPr>
                              <w:t>CREDIT HOURS</w:t>
                            </w:r>
                          </w:p>
                        </w:tc>
                      </w:tr>
                      <w:tr w:rsidR="003A37E7" w:rsidRPr="000B5525" w:rsidTr="00826A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2C6088">
                            <w:pPr>
                              <w:jc w:val="center"/>
                            </w:pPr>
                            <w:r>
                              <w:t>GEN 102</w:t>
                            </w:r>
                          </w:p>
                        </w:tc>
                        <w:tc>
                          <w:tcPr>
                            <w:tcW w:w="4310" w:type="dxa"/>
                            <w:vAlign w:val="center"/>
                          </w:tcPr>
                          <w:p w:rsidR="003A37E7" w:rsidRPr="000B5525" w:rsidRDefault="003A37E7" w:rsidP="002C6088">
                            <w:pPr>
                              <w:jc w:val="center"/>
                              <w:cnfStyle w:val="000000100000" w:firstRow="0" w:lastRow="0" w:firstColumn="0" w:lastColumn="0" w:oddVBand="0" w:evenVBand="0" w:oddHBand="1" w:evenHBand="0" w:firstRowFirstColumn="0" w:firstRowLastColumn="0" w:lastRowFirstColumn="0" w:lastRowLastColumn="0"/>
                              <w:rPr>
                                <w:b/>
                              </w:rPr>
                            </w:pPr>
                            <w:r>
                              <w:rPr>
                                <w:b/>
                              </w:rPr>
                              <w:t>LIFE IN CHRIST 2</w:t>
                            </w:r>
                          </w:p>
                        </w:tc>
                        <w:tc>
                          <w:tcPr>
                            <w:tcW w:w="1260" w:type="dxa"/>
                            <w:vAlign w:val="center"/>
                          </w:tcPr>
                          <w:p w:rsidR="003A37E7" w:rsidRPr="000B5525" w:rsidRDefault="003A37E7" w:rsidP="002C6088">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0B5525" w:rsidTr="00826AF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2C6088">
                            <w:pPr>
                              <w:jc w:val="center"/>
                            </w:pPr>
                            <w:r>
                              <w:t xml:space="preserve">CHEM 102 </w:t>
                            </w:r>
                          </w:p>
                        </w:tc>
                        <w:tc>
                          <w:tcPr>
                            <w:tcW w:w="4310" w:type="dxa"/>
                            <w:vAlign w:val="center"/>
                          </w:tcPr>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pPr>
                            <w:r>
                              <w:t>CHEMISTRY FUNDAMENTAL II &amp; LAB</w:t>
                            </w:r>
                          </w:p>
                        </w:tc>
                        <w:tc>
                          <w:tcPr>
                            <w:tcW w:w="1260" w:type="dxa"/>
                            <w:vAlign w:val="center"/>
                          </w:tcPr>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pPr>
                            <w:r>
                              <w:t>4</w:t>
                            </w:r>
                          </w:p>
                        </w:tc>
                      </w:tr>
                      <w:tr w:rsidR="003A37E7" w:rsidRPr="000B5525" w:rsidTr="00826A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2C6088">
                            <w:pPr>
                              <w:jc w:val="center"/>
                            </w:pPr>
                            <w:r>
                              <w:t>EENG 100</w:t>
                            </w:r>
                          </w:p>
                        </w:tc>
                        <w:tc>
                          <w:tcPr>
                            <w:tcW w:w="4310" w:type="dxa"/>
                            <w:vAlign w:val="center"/>
                          </w:tcPr>
                          <w:p w:rsidR="003A37E7" w:rsidRPr="000B5525" w:rsidRDefault="003A37E7" w:rsidP="002C6088">
                            <w:pPr>
                              <w:jc w:val="center"/>
                              <w:cnfStyle w:val="000000100000" w:firstRow="0" w:lastRow="0" w:firstColumn="0" w:lastColumn="0" w:oddVBand="0" w:evenVBand="0" w:oddHBand="1" w:evenHBand="0" w:firstRowFirstColumn="0" w:firstRowLastColumn="0" w:lastRowFirstColumn="0" w:lastRowLastColumn="0"/>
                            </w:pPr>
                            <w:r>
                              <w:t>INSTRUMENTATION AND MEASUREMENT</w:t>
                            </w:r>
                          </w:p>
                        </w:tc>
                        <w:tc>
                          <w:tcPr>
                            <w:tcW w:w="1260" w:type="dxa"/>
                            <w:vAlign w:val="center"/>
                          </w:tcPr>
                          <w:p w:rsidR="003A37E7" w:rsidRPr="000B5525" w:rsidRDefault="003A37E7" w:rsidP="002C6088">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26AF3">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2C6088">
                            <w:pPr>
                              <w:jc w:val="center"/>
                              <w:rPr>
                                <w:rFonts w:ascii="Bahnschrift" w:hAnsi="Bahnschrift"/>
                              </w:rPr>
                            </w:pPr>
                            <w:r>
                              <w:rPr>
                                <w:rFonts w:ascii="Bahnschrift" w:hAnsi="Bahnschrift"/>
                              </w:rPr>
                              <w:t>MATH 110</w:t>
                            </w:r>
                          </w:p>
                        </w:tc>
                        <w:tc>
                          <w:tcPr>
                            <w:tcW w:w="4310" w:type="dxa"/>
                            <w:vAlign w:val="center"/>
                          </w:tcPr>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CALCULUS I</w:t>
                            </w:r>
                          </w:p>
                        </w:tc>
                        <w:tc>
                          <w:tcPr>
                            <w:tcW w:w="1260" w:type="dxa"/>
                            <w:vAlign w:val="center"/>
                          </w:tcPr>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pPr>
                            <w:r>
                              <w:t>4</w:t>
                            </w:r>
                          </w:p>
                        </w:tc>
                      </w:tr>
                      <w:tr w:rsidR="003A37E7" w:rsidRPr="000B5525" w:rsidTr="00826AF3">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2C6088">
                            <w:pPr>
                              <w:jc w:val="center"/>
                              <w:rPr>
                                <w:rFonts w:ascii="Bahnschrift" w:hAnsi="Bahnschrift"/>
                              </w:rPr>
                            </w:pPr>
                            <w:r>
                              <w:rPr>
                                <w:rFonts w:ascii="Bahnschrift" w:hAnsi="Bahnschrift"/>
                              </w:rPr>
                              <w:t>PHY 102</w:t>
                            </w:r>
                          </w:p>
                        </w:tc>
                        <w:tc>
                          <w:tcPr>
                            <w:tcW w:w="4310" w:type="dxa"/>
                            <w:vAlign w:val="center"/>
                          </w:tcPr>
                          <w:p w:rsidR="003A37E7" w:rsidRPr="000B5525" w:rsidRDefault="003A37E7" w:rsidP="002C6088">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GENERAL PHYSICS II &amp; LAB</w:t>
                            </w:r>
                          </w:p>
                        </w:tc>
                        <w:tc>
                          <w:tcPr>
                            <w:tcW w:w="1260" w:type="dxa"/>
                            <w:vAlign w:val="center"/>
                          </w:tcPr>
                          <w:p w:rsidR="003A37E7" w:rsidRPr="000B5525" w:rsidRDefault="003A37E7" w:rsidP="002C6088">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26AF3">
                        <w:trPr>
                          <w:cnfStyle w:val="000000010000" w:firstRow="0" w:lastRow="0" w:firstColumn="0" w:lastColumn="0" w:oddVBand="0" w:evenVBand="0" w:oddHBand="0" w:evenHBand="1"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2C6088">
                            <w:pPr>
                              <w:jc w:val="center"/>
                              <w:rPr>
                                <w:rFonts w:ascii="Bahnschrift" w:hAnsi="Bahnschrift"/>
                              </w:rPr>
                            </w:pPr>
                            <w:r>
                              <w:rPr>
                                <w:rFonts w:ascii="Bahnschrift" w:hAnsi="Bahnschrift"/>
                              </w:rPr>
                              <w:t>ENGL 102</w:t>
                            </w:r>
                          </w:p>
                        </w:tc>
                        <w:tc>
                          <w:tcPr>
                            <w:tcW w:w="4310" w:type="dxa"/>
                            <w:vAlign w:val="center"/>
                          </w:tcPr>
                          <w:p w:rsidR="003A37E7" w:rsidRDefault="003A37E7" w:rsidP="002C6088">
                            <w:pPr>
                              <w:jc w:val="center"/>
                              <w:cnfStyle w:val="000000010000" w:firstRow="0" w:lastRow="0" w:firstColumn="0" w:lastColumn="0" w:oddVBand="0" w:evenVBand="0" w:oddHBand="0" w:evenHBand="1" w:firstRowFirstColumn="0" w:firstRowLastColumn="0" w:lastRowFirstColumn="0" w:lastRowLastColumn="0"/>
                            </w:pPr>
                            <w:r>
                              <w:t xml:space="preserve">ENGLISH &amp; COMMUNICATION SKILL </w:t>
                            </w:r>
                          </w:p>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pPr>
                            <w:r>
                              <w:t>(FRESHMEN ENGLISH)II</w:t>
                            </w:r>
                          </w:p>
                        </w:tc>
                        <w:tc>
                          <w:tcPr>
                            <w:tcW w:w="1260" w:type="dxa"/>
                            <w:vAlign w:val="center"/>
                          </w:tcPr>
                          <w:p w:rsidR="003A37E7" w:rsidRPr="000B5525" w:rsidRDefault="003A37E7" w:rsidP="002C6088">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26AF3">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5750" w:type="dxa"/>
                            <w:gridSpan w:val="2"/>
                            <w:vAlign w:val="center"/>
                          </w:tcPr>
                          <w:p w:rsidR="003A37E7" w:rsidRPr="000B5525" w:rsidRDefault="003A37E7" w:rsidP="002C6088">
                            <w:pPr>
                              <w:jc w:val="center"/>
                            </w:pPr>
                            <w:r>
                              <w:t xml:space="preserve">TOTAL </w:t>
                            </w:r>
                            <w:r w:rsidRPr="009C3C77">
                              <w:rPr>
                                <w:sz w:val="24"/>
                                <w:szCs w:val="24"/>
                              </w:rPr>
                              <w:t>CREDIT HOURS</w:t>
                            </w:r>
                          </w:p>
                        </w:tc>
                        <w:tc>
                          <w:tcPr>
                            <w:tcW w:w="1260" w:type="dxa"/>
                            <w:vAlign w:val="center"/>
                          </w:tcPr>
                          <w:p w:rsidR="003A37E7" w:rsidRPr="000B5525" w:rsidRDefault="003A37E7" w:rsidP="002C6088">
                            <w:pPr>
                              <w:jc w:val="center"/>
                              <w:cnfStyle w:val="000000100000" w:firstRow="0" w:lastRow="0" w:firstColumn="0" w:lastColumn="0" w:oddVBand="0" w:evenVBand="0" w:oddHBand="1" w:evenHBand="0" w:firstRowFirstColumn="0" w:firstRowLastColumn="0" w:lastRowFirstColumn="0" w:lastRowLastColumn="0"/>
                            </w:pPr>
                            <w:r>
                              <w:t>19</w:t>
                            </w:r>
                          </w:p>
                        </w:tc>
                      </w:tr>
                    </w:tbl>
                    <w:p w:rsidR="003A37E7" w:rsidRDefault="003A37E7"/>
                  </w:txbxContent>
                </v:textbox>
                <w10:wrap anchorx="page"/>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503AF3" w:rsidP="00412947">
      <w:pPr>
        <w:jc w:val="center"/>
      </w:pPr>
      <w:r>
        <w:rPr>
          <w:noProof/>
        </w:rPr>
        <w:lastRenderedPageBreak/>
        <mc:AlternateContent>
          <mc:Choice Requires="wps">
            <w:drawing>
              <wp:anchor distT="0" distB="0" distL="114300" distR="114300" simplePos="0" relativeHeight="251716608" behindDoc="0" locked="0" layoutInCell="1" allowOverlap="1" wp14:anchorId="623E38D1" wp14:editId="0816A5F0">
                <wp:simplePos x="0" y="0"/>
                <wp:positionH relativeFrom="margin">
                  <wp:posOffset>-749481</wp:posOffset>
                </wp:positionH>
                <wp:positionV relativeFrom="paragraph">
                  <wp:posOffset>-807522</wp:posOffset>
                </wp:positionV>
                <wp:extent cx="4762005" cy="3462528"/>
                <wp:effectExtent l="0" t="0" r="635" b="5080"/>
                <wp:wrapNone/>
                <wp:docPr id="63" name="Text Box 63"/>
                <wp:cNvGraphicFramePr/>
                <a:graphic xmlns:a="http://schemas.openxmlformats.org/drawingml/2006/main">
                  <a:graphicData uri="http://schemas.microsoft.com/office/word/2010/wordprocessingShape">
                    <wps:wsp>
                      <wps:cNvSpPr txBox="1"/>
                      <wps:spPr>
                        <a:xfrm>
                          <a:off x="0" y="0"/>
                          <a:ext cx="4762005" cy="346252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7100" w:type="dxa"/>
                              <w:tblLayout w:type="fixed"/>
                              <w:tblLook w:val="04A0" w:firstRow="1" w:lastRow="0" w:firstColumn="1" w:lastColumn="0" w:noHBand="0" w:noVBand="1"/>
                            </w:tblPr>
                            <w:tblGrid>
                              <w:gridCol w:w="1440"/>
                              <w:gridCol w:w="4400"/>
                              <w:gridCol w:w="1260"/>
                            </w:tblGrid>
                            <w:tr w:rsidR="003A37E7" w:rsidRPr="000B5525" w:rsidTr="00607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0" w:type="dxa"/>
                                  <w:gridSpan w:val="3"/>
                                  <w:vAlign w:val="center"/>
                                </w:tcPr>
                                <w:p w:rsidR="003A37E7" w:rsidRPr="000B5525" w:rsidRDefault="003A37E7" w:rsidP="004C3954">
                                  <w:pPr>
                                    <w:jc w:val="center"/>
                                    <w:rPr>
                                      <w:color w:val="FF0000"/>
                                    </w:rPr>
                                  </w:pPr>
                                  <w:r>
                                    <w:rPr>
                                      <w:color w:val="FF0000"/>
                                    </w:rPr>
                                    <w:t>ELECTRICAL ENGINEERING</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0" w:type="dxa"/>
                                  <w:gridSpan w:val="3"/>
                                  <w:vAlign w:val="center"/>
                                </w:tcPr>
                                <w:p w:rsidR="003A37E7" w:rsidRDefault="003A37E7" w:rsidP="00A3788B">
                                  <w:pPr>
                                    <w:jc w:val="center"/>
                                  </w:pPr>
                                  <w:r>
                                    <w:t xml:space="preserve">  </w:t>
                                  </w:r>
                                  <w:r>
                                    <w:rPr>
                                      <w:sz w:val="20"/>
                                      <w:szCs w:val="20"/>
                                    </w:rPr>
                                    <w:t>SOPHOMORE YEAR (YEAR II</w:t>
                                  </w:r>
                                  <w:r w:rsidRPr="009B29F2">
                                    <w:rPr>
                                      <w:sz w:val="20"/>
                                      <w:szCs w:val="20"/>
                                    </w:rPr>
                                    <w:t>) - FIRST SEMESTER</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4C3954">
                                  <w:pPr>
                                    <w:jc w:val="center"/>
                                  </w:pPr>
                                  <w:r w:rsidRPr="000B5525">
                                    <w:t>COURSE CODE</w:t>
                                  </w:r>
                                </w:p>
                              </w:tc>
                              <w:tc>
                                <w:tcPr>
                                  <w:tcW w:w="440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rsidRPr="000B5525">
                                    <w:rPr>
                                      <w:b/>
                                    </w:rPr>
                                    <w:t>COURSE TITLE</w:t>
                                  </w:r>
                                </w:p>
                              </w:tc>
                              <w:tc>
                                <w:tcPr>
                                  <w:tcW w:w="126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4C3954">
                                  <w:pPr>
                                    <w:jc w:val="center"/>
                                  </w:pPr>
                                  <w:r>
                                    <w:t>GEN 107</w:t>
                                  </w:r>
                                </w:p>
                              </w:tc>
                              <w:tc>
                                <w:tcPr>
                                  <w:tcW w:w="4400" w:type="dxa"/>
                                  <w:vAlign w:val="center"/>
                                </w:tcPr>
                                <w:p w:rsidR="003A37E7" w:rsidRPr="000B5525" w:rsidRDefault="003A37E7" w:rsidP="004C3954">
                                  <w:pPr>
                                    <w:jc w:val="center"/>
                                    <w:cnfStyle w:val="000000100000" w:firstRow="0" w:lastRow="0" w:firstColumn="0" w:lastColumn="0" w:oddVBand="0" w:evenVBand="0" w:oddHBand="1" w:evenHBand="0" w:firstRowFirstColumn="0" w:firstRowLastColumn="0" w:lastRowFirstColumn="0" w:lastRowLastColumn="0"/>
                                    <w:rPr>
                                      <w:b/>
                                    </w:rPr>
                                  </w:pPr>
                                  <w:r w:rsidRPr="000A30D8">
                                    <w:rPr>
                                      <w:b/>
                                    </w:rPr>
                                    <w:t>DISCIPLESHIP  1</w:t>
                                  </w:r>
                                </w:p>
                              </w:tc>
                              <w:tc>
                                <w:tcPr>
                                  <w:tcW w:w="1260" w:type="dxa"/>
                                  <w:vAlign w:val="center"/>
                                </w:tcPr>
                                <w:p w:rsidR="003A37E7" w:rsidRPr="000B5525" w:rsidRDefault="003A37E7" w:rsidP="004C3954">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4C3954">
                                  <w:pPr>
                                    <w:jc w:val="center"/>
                                  </w:pPr>
                                  <w:r>
                                    <w:t xml:space="preserve">GEENG </w:t>
                                  </w:r>
                                </w:p>
                              </w:tc>
                              <w:tc>
                                <w:tcPr>
                                  <w:tcW w:w="440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t>MATLAB PROGRAMMING</w:t>
                                  </w:r>
                                </w:p>
                              </w:tc>
                              <w:tc>
                                <w:tcPr>
                                  <w:tcW w:w="126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4C3954">
                                  <w:pPr>
                                    <w:jc w:val="center"/>
                                  </w:pPr>
                                  <w:r>
                                    <w:t>EENG</w:t>
                                  </w:r>
                                </w:p>
                              </w:tc>
                              <w:tc>
                                <w:tcPr>
                                  <w:tcW w:w="4400" w:type="dxa"/>
                                  <w:vAlign w:val="center"/>
                                </w:tcPr>
                                <w:p w:rsidR="003A37E7" w:rsidRPr="000B5525" w:rsidRDefault="003A37E7" w:rsidP="004C3954">
                                  <w:pPr>
                                    <w:jc w:val="center"/>
                                    <w:cnfStyle w:val="000000100000" w:firstRow="0" w:lastRow="0" w:firstColumn="0" w:lastColumn="0" w:oddVBand="0" w:evenVBand="0" w:oddHBand="1" w:evenHBand="0" w:firstRowFirstColumn="0" w:firstRowLastColumn="0" w:lastRowFirstColumn="0" w:lastRowLastColumn="0"/>
                                  </w:pPr>
                                  <w:r>
                                    <w:t>INTRODUCTION TO COMMUNICATION SYSTEM</w:t>
                                  </w:r>
                                </w:p>
                              </w:tc>
                              <w:tc>
                                <w:tcPr>
                                  <w:tcW w:w="1260" w:type="dxa"/>
                                  <w:vAlign w:val="center"/>
                                </w:tcPr>
                                <w:p w:rsidR="003A37E7" w:rsidRPr="000B5525" w:rsidRDefault="003A37E7" w:rsidP="004C3954">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4C3954">
                                  <w:pPr>
                                    <w:jc w:val="center"/>
                                    <w:rPr>
                                      <w:rFonts w:ascii="Bahnschrift" w:hAnsi="Bahnschrift"/>
                                    </w:rPr>
                                  </w:pPr>
                                  <w:r>
                                    <w:rPr>
                                      <w:rFonts w:ascii="Bahnschrift" w:hAnsi="Bahnschrift"/>
                                    </w:rPr>
                                    <w:t>GEENG 217</w:t>
                                  </w:r>
                                </w:p>
                              </w:tc>
                              <w:tc>
                                <w:tcPr>
                                  <w:tcW w:w="440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MECHANICS (STATICS)</w:t>
                                  </w:r>
                                </w:p>
                              </w:tc>
                              <w:tc>
                                <w:tcPr>
                                  <w:tcW w:w="126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4C3954">
                                  <w:pPr>
                                    <w:jc w:val="center"/>
                                    <w:rPr>
                                      <w:rFonts w:ascii="Bahnschrift" w:hAnsi="Bahnschrift"/>
                                    </w:rPr>
                                  </w:pPr>
                                  <w:r>
                                    <w:rPr>
                                      <w:rFonts w:ascii="Bahnschrift" w:hAnsi="Bahnschrift"/>
                                    </w:rPr>
                                    <w:t>EENG 211</w:t>
                                  </w:r>
                                </w:p>
                              </w:tc>
                              <w:tc>
                                <w:tcPr>
                                  <w:tcW w:w="4400" w:type="dxa"/>
                                  <w:vAlign w:val="center"/>
                                </w:tcPr>
                                <w:p w:rsidR="003A37E7" w:rsidRPr="000B5525" w:rsidRDefault="003A37E7" w:rsidP="004C3954">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POWER SYSTEMS ANALYSIS FUNDAMENTAL</w:t>
                                  </w:r>
                                </w:p>
                              </w:tc>
                              <w:tc>
                                <w:tcPr>
                                  <w:tcW w:w="1260" w:type="dxa"/>
                                  <w:vAlign w:val="center"/>
                                </w:tcPr>
                                <w:p w:rsidR="003A37E7" w:rsidRPr="000B5525" w:rsidRDefault="003A37E7" w:rsidP="004C3954">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Height w:val="625"/>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4C3954">
                                  <w:pPr>
                                    <w:jc w:val="center"/>
                                    <w:rPr>
                                      <w:rFonts w:ascii="Bahnschrift" w:hAnsi="Bahnschrift"/>
                                    </w:rPr>
                                  </w:pPr>
                                  <w:r>
                                    <w:rPr>
                                      <w:rFonts w:ascii="Bahnschrift" w:hAnsi="Bahnschrift"/>
                                    </w:rPr>
                                    <w:t>EENG 215</w:t>
                                  </w:r>
                                </w:p>
                              </w:tc>
                              <w:tc>
                                <w:tcPr>
                                  <w:tcW w:w="440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t>CONTROL SYSTEM I</w:t>
                                  </w:r>
                                </w:p>
                              </w:tc>
                              <w:tc>
                                <w:tcPr>
                                  <w:tcW w:w="126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4C3954">
                                  <w:pPr>
                                    <w:jc w:val="center"/>
                                    <w:rPr>
                                      <w:rFonts w:ascii="Bahnschrift" w:hAnsi="Bahnschrift"/>
                                    </w:rPr>
                                  </w:pPr>
                                  <w:r>
                                    <w:rPr>
                                      <w:rFonts w:ascii="Bahnschrift" w:hAnsi="Bahnschrift"/>
                                    </w:rPr>
                                    <w:t>EENG 213</w:t>
                                  </w:r>
                                </w:p>
                              </w:tc>
                              <w:tc>
                                <w:tcPr>
                                  <w:tcW w:w="4400" w:type="dxa"/>
                                  <w:vAlign w:val="center"/>
                                </w:tcPr>
                                <w:p w:rsidR="003A37E7" w:rsidRDefault="003A37E7" w:rsidP="004C3954">
                                  <w:pPr>
                                    <w:jc w:val="center"/>
                                    <w:cnfStyle w:val="000000100000" w:firstRow="0" w:lastRow="0" w:firstColumn="0" w:lastColumn="0" w:oddVBand="0" w:evenVBand="0" w:oddHBand="1" w:evenHBand="0" w:firstRowFirstColumn="0" w:firstRowLastColumn="0" w:lastRowFirstColumn="0" w:lastRowLastColumn="0"/>
                                  </w:pPr>
                                  <w:r>
                                    <w:t>ELECTRONICS DEVICE</w:t>
                                  </w:r>
                                </w:p>
                              </w:tc>
                              <w:tc>
                                <w:tcPr>
                                  <w:tcW w:w="1260" w:type="dxa"/>
                                  <w:vAlign w:val="center"/>
                                </w:tcPr>
                                <w:p w:rsidR="003A37E7" w:rsidRDefault="003A37E7" w:rsidP="004C3954">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Height w:val="652"/>
                              </w:trPr>
                              <w:tc>
                                <w:tcPr>
                                  <w:cnfStyle w:val="001000000000" w:firstRow="0" w:lastRow="0" w:firstColumn="1" w:lastColumn="0" w:oddVBand="0" w:evenVBand="0" w:oddHBand="0" w:evenHBand="0" w:firstRowFirstColumn="0" w:firstRowLastColumn="0" w:lastRowFirstColumn="0" w:lastRowLastColumn="0"/>
                                  <w:tcW w:w="5840" w:type="dxa"/>
                                  <w:gridSpan w:val="2"/>
                                  <w:vAlign w:val="center"/>
                                </w:tcPr>
                                <w:p w:rsidR="003A37E7" w:rsidRPr="000B5525" w:rsidRDefault="003A37E7" w:rsidP="004C3954">
                                  <w:pPr>
                                    <w:jc w:val="center"/>
                                  </w:pPr>
                                  <w:r>
                                    <w:t xml:space="preserve">TOTAL </w:t>
                                  </w:r>
                                  <w:r>
                                    <w:rPr>
                                      <w:b w:val="0"/>
                                    </w:rPr>
                                    <w:t>CREDIT HOURS</w:t>
                                  </w:r>
                                </w:p>
                              </w:tc>
                              <w:tc>
                                <w:tcPr>
                                  <w:tcW w:w="126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3E38D1" id="Text Box 63" o:spid="_x0000_s1124" type="#_x0000_t202" style="position:absolute;left:0;text-align:left;margin-left:-59pt;margin-top:-63.6pt;width:374.95pt;height:272.65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" fillcolor="white [3201]" stroked="f" strokeweight=".5pt">
                <v:textbox>
                  <w:txbxContent>
                    <w:tbl>
                      <w:tblPr>
                        <w:tblStyle w:val="LightGrid"/>
                        <w:tblW w:w="7100" w:type="dxa"/>
                        <w:tblLayout w:type="fixed"/>
                        <w:tblLook w:val="04A0" w:firstRow="1" w:lastRow="0" w:firstColumn="1" w:lastColumn="0" w:noHBand="0" w:noVBand="1"/>
                      </w:tblPr>
                      <w:tblGrid>
                        <w:gridCol w:w="1440"/>
                        <w:gridCol w:w="4400"/>
                        <w:gridCol w:w="1260"/>
                      </w:tblGrid>
                      <w:tr w:rsidR="003A37E7" w:rsidRPr="000B5525" w:rsidTr="00607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0" w:type="dxa"/>
                            <w:gridSpan w:val="3"/>
                            <w:vAlign w:val="center"/>
                          </w:tcPr>
                          <w:p w:rsidR="003A37E7" w:rsidRPr="000B5525" w:rsidRDefault="003A37E7" w:rsidP="004C3954">
                            <w:pPr>
                              <w:jc w:val="center"/>
                              <w:rPr>
                                <w:color w:val="FF0000"/>
                              </w:rPr>
                            </w:pPr>
                            <w:r>
                              <w:rPr>
                                <w:color w:val="FF0000"/>
                              </w:rPr>
                              <w:t>ELECTRICAL ENGINEERING</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0" w:type="dxa"/>
                            <w:gridSpan w:val="3"/>
                            <w:vAlign w:val="center"/>
                          </w:tcPr>
                          <w:p w:rsidR="003A37E7" w:rsidRDefault="003A37E7" w:rsidP="00A3788B">
                            <w:pPr>
                              <w:jc w:val="center"/>
                            </w:pPr>
                            <w:r>
                              <w:t xml:space="preserve">  </w:t>
                            </w:r>
                            <w:r>
                              <w:rPr>
                                <w:sz w:val="20"/>
                                <w:szCs w:val="20"/>
                              </w:rPr>
                              <w:t>SOPHOMORE YEAR (YEAR II</w:t>
                            </w:r>
                            <w:r w:rsidRPr="009B29F2">
                              <w:rPr>
                                <w:sz w:val="20"/>
                                <w:szCs w:val="20"/>
                              </w:rPr>
                              <w:t>) - FIRST SEMESTER</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4C3954">
                            <w:pPr>
                              <w:jc w:val="center"/>
                            </w:pPr>
                            <w:r w:rsidRPr="000B5525">
                              <w:t>COURSE CODE</w:t>
                            </w:r>
                          </w:p>
                        </w:tc>
                        <w:tc>
                          <w:tcPr>
                            <w:tcW w:w="440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rsidRPr="000B5525">
                              <w:rPr>
                                <w:b/>
                              </w:rPr>
                              <w:t>COURSE TITLE</w:t>
                            </w:r>
                          </w:p>
                        </w:tc>
                        <w:tc>
                          <w:tcPr>
                            <w:tcW w:w="126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4C3954">
                            <w:pPr>
                              <w:jc w:val="center"/>
                            </w:pPr>
                            <w:r>
                              <w:t>GEN 107</w:t>
                            </w:r>
                          </w:p>
                        </w:tc>
                        <w:tc>
                          <w:tcPr>
                            <w:tcW w:w="4400" w:type="dxa"/>
                            <w:vAlign w:val="center"/>
                          </w:tcPr>
                          <w:p w:rsidR="003A37E7" w:rsidRPr="000B5525" w:rsidRDefault="003A37E7" w:rsidP="004C3954">
                            <w:pPr>
                              <w:jc w:val="center"/>
                              <w:cnfStyle w:val="000000100000" w:firstRow="0" w:lastRow="0" w:firstColumn="0" w:lastColumn="0" w:oddVBand="0" w:evenVBand="0" w:oddHBand="1" w:evenHBand="0" w:firstRowFirstColumn="0" w:firstRowLastColumn="0" w:lastRowFirstColumn="0" w:lastRowLastColumn="0"/>
                              <w:rPr>
                                <w:b/>
                              </w:rPr>
                            </w:pPr>
                            <w:r w:rsidRPr="000A30D8">
                              <w:rPr>
                                <w:b/>
                              </w:rPr>
                              <w:t>DISCIPLESHIP  1</w:t>
                            </w:r>
                          </w:p>
                        </w:tc>
                        <w:tc>
                          <w:tcPr>
                            <w:tcW w:w="1260" w:type="dxa"/>
                            <w:vAlign w:val="center"/>
                          </w:tcPr>
                          <w:p w:rsidR="003A37E7" w:rsidRPr="000B5525" w:rsidRDefault="003A37E7" w:rsidP="004C3954">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4C3954">
                            <w:pPr>
                              <w:jc w:val="center"/>
                            </w:pPr>
                            <w:r>
                              <w:t xml:space="preserve">GEENG </w:t>
                            </w:r>
                          </w:p>
                        </w:tc>
                        <w:tc>
                          <w:tcPr>
                            <w:tcW w:w="440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t>MATLAB PROGRAMMING</w:t>
                            </w:r>
                          </w:p>
                        </w:tc>
                        <w:tc>
                          <w:tcPr>
                            <w:tcW w:w="126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4C3954">
                            <w:pPr>
                              <w:jc w:val="center"/>
                            </w:pPr>
                            <w:r>
                              <w:t>EENG</w:t>
                            </w:r>
                          </w:p>
                        </w:tc>
                        <w:tc>
                          <w:tcPr>
                            <w:tcW w:w="4400" w:type="dxa"/>
                            <w:vAlign w:val="center"/>
                          </w:tcPr>
                          <w:p w:rsidR="003A37E7" w:rsidRPr="000B5525" w:rsidRDefault="003A37E7" w:rsidP="004C3954">
                            <w:pPr>
                              <w:jc w:val="center"/>
                              <w:cnfStyle w:val="000000100000" w:firstRow="0" w:lastRow="0" w:firstColumn="0" w:lastColumn="0" w:oddVBand="0" w:evenVBand="0" w:oddHBand="1" w:evenHBand="0" w:firstRowFirstColumn="0" w:firstRowLastColumn="0" w:lastRowFirstColumn="0" w:lastRowLastColumn="0"/>
                            </w:pPr>
                            <w:r>
                              <w:t>INTRODUCTION TO COMMUNICATION SYSTEM</w:t>
                            </w:r>
                          </w:p>
                        </w:tc>
                        <w:tc>
                          <w:tcPr>
                            <w:tcW w:w="1260" w:type="dxa"/>
                            <w:vAlign w:val="center"/>
                          </w:tcPr>
                          <w:p w:rsidR="003A37E7" w:rsidRPr="000B5525" w:rsidRDefault="003A37E7" w:rsidP="004C3954">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4C3954">
                            <w:pPr>
                              <w:jc w:val="center"/>
                              <w:rPr>
                                <w:rFonts w:ascii="Bahnschrift" w:hAnsi="Bahnschrift"/>
                              </w:rPr>
                            </w:pPr>
                            <w:r>
                              <w:rPr>
                                <w:rFonts w:ascii="Bahnschrift" w:hAnsi="Bahnschrift"/>
                              </w:rPr>
                              <w:t>GEENG 217</w:t>
                            </w:r>
                          </w:p>
                        </w:tc>
                        <w:tc>
                          <w:tcPr>
                            <w:tcW w:w="440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MECHANICS (STATICS)</w:t>
                            </w:r>
                          </w:p>
                        </w:tc>
                        <w:tc>
                          <w:tcPr>
                            <w:tcW w:w="126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4C3954">
                            <w:pPr>
                              <w:jc w:val="center"/>
                              <w:rPr>
                                <w:rFonts w:ascii="Bahnschrift" w:hAnsi="Bahnschrift"/>
                              </w:rPr>
                            </w:pPr>
                            <w:r>
                              <w:rPr>
                                <w:rFonts w:ascii="Bahnschrift" w:hAnsi="Bahnschrift"/>
                              </w:rPr>
                              <w:t>EENG 211</w:t>
                            </w:r>
                          </w:p>
                        </w:tc>
                        <w:tc>
                          <w:tcPr>
                            <w:tcW w:w="4400" w:type="dxa"/>
                            <w:vAlign w:val="center"/>
                          </w:tcPr>
                          <w:p w:rsidR="003A37E7" w:rsidRPr="000B5525" w:rsidRDefault="003A37E7" w:rsidP="004C3954">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POWER SYSTEMS ANALYSIS FUNDAMENTAL</w:t>
                            </w:r>
                          </w:p>
                        </w:tc>
                        <w:tc>
                          <w:tcPr>
                            <w:tcW w:w="1260" w:type="dxa"/>
                            <w:vAlign w:val="center"/>
                          </w:tcPr>
                          <w:p w:rsidR="003A37E7" w:rsidRPr="000B5525" w:rsidRDefault="003A37E7" w:rsidP="004C3954">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Height w:val="625"/>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4C3954">
                            <w:pPr>
                              <w:jc w:val="center"/>
                              <w:rPr>
                                <w:rFonts w:ascii="Bahnschrift" w:hAnsi="Bahnschrift"/>
                              </w:rPr>
                            </w:pPr>
                            <w:r>
                              <w:rPr>
                                <w:rFonts w:ascii="Bahnschrift" w:hAnsi="Bahnschrift"/>
                              </w:rPr>
                              <w:t>EENG 215</w:t>
                            </w:r>
                          </w:p>
                        </w:tc>
                        <w:tc>
                          <w:tcPr>
                            <w:tcW w:w="440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t>CONTROL SYSTEM I</w:t>
                            </w:r>
                          </w:p>
                        </w:tc>
                        <w:tc>
                          <w:tcPr>
                            <w:tcW w:w="126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4C3954">
                            <w:pPr>
                              <w:jc w:val="center"/>
                              <w:rPr>
                                <w:rFonts w:ascii="Bahnschrift" w:hAnsi="Bahnschrift"/>
                              </w:rPr>
                            </w:pPr>
                            <w:r>
                              <w:rPr>
                                <w:rFonts w:ascii="Bahnschrift" w:hAnsi="Bahnschrift"/>
                              </w:rPr>
                              <w:t>EENG 213</w:t>
                            </w:r>
                          </w:p>
                        </w:tc>
                        <w:tc>
                          <w:tcPr>
                            <w:tcW w:w="4400" w:type="dxa"/>
                            <w:vAlign w:val="center"/>
                          </w:tcPr>
                          <w:p w:rsidR="003A37E7" w:rsidRDefault="003A37E7" w:rsidP="004C3954">
                            <w:pPr>
                              <w:jc w:val="center"/>
                              <w:cnfStyle w:val="000000100000" w:firstRow="0" w:lastRow="0" w:firstColumn="0" w:lastColumn="0" w:oddVBand="0" w:evenVBand="0" w:oddHBand="1" w:evenHBand="0" w:firstRowFirstColumn="0" w:firstRowLastColumn="0" w:lastRowFirstColumn="0" w:lastRowLastColumn="0"/>
                            </w:pPr>
                            <w:r>
                              <w:t>ELECTRONICS DEVICE</w:t>
                            </w:r>
                          </w:p>
                        </w:tc>
                        <w:tc>
                          <w:tcPr>
                            <w:tcW w:w="1260" w:type="dxa"/>
                            <w:vAlign w:val="center"/>
                          </w:tcPr>
                          <w:p w:rsidR="003A37E7" w:rsidRDefault="003A37E7" w:rsidP="004C3954">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Height w:val="652"/>
                        </w:trPr>
                        <w:tc>
                          <w:tcPr>
                            <w:cnfStyle w:val="001000000000" w:firstRow="0" w:lastRow="0" w:firstColumn="1" w:lastColumn="0" w:oddVBand="0" w:evenVBand="0" w:oddHBand="0" w:evenHBand="0" w:firstRowFirstColumn="0" w:firstRowLastColumn="0" w:lastRowFirstColumn="0" w:lastRowLastColumn="0"/>
                            <w:tcW w:w="5840" w:type="dxa"/>
                            <w:gridSpan w:val="2"/>
                            <w:vAlign w:val="center"/>
                          </w:tcPr>
                          <w:p w:rsidR="003A37E7" w:rsidRPr="000B5525" w:rsidRDefault="003A37E7" w:rsidP="004C3954">
                            <w:pPr>
                              <w:jc w:val="center"/>
                            </w:pPr>
                            <w:r>
                              <w:t xml:space="preserve">TOTAL </w:t>
                            </w:r>
                            <w:r>
                              <w:rPr>
                                <w:b w:val="0"/>
                              </w:rPr>
                              <w:t>CREDIT HOURS</w:t>
                            </w:r>
                          </w:p>
                        </w:tc>
                        <w:tc>
                          <w:tcPr>
                            <w:tcW w:w="1260" w:type="dxa"/>
                            <w:vAlign w:val="center"/>
                          </w:tcPr>
                          <w:p w:rsidR="003A37E7" w:rsidRPr="000B5525" w:rsidRDefault="003A37E7" w:rsidP="004C3954">
                            <w:pPr>
                              <w:jc w:val="center"/>
                              <w:cnfStyle w:val="000000010000" w:firstRow="0" w:lastRow="0" w:firstColumn="0" w:lastColumn="0" w:oddVBand="0" w:evenVBand="0" w:oddHBand="0" w:evenHBand="1" w:firstRowFirstColumn="0" w:firstRowLastColumn="0" w:lastRowFirstColumn="0" w:lastRowLastColumn="0"/>
                            </w:pPr>
                            <w:r>
                              <w:t>20</w:t>
                            </w:r>
                          </w:p>
                        </w:tc>
                      </w:tr>
                    </w:tbl>
                    <w:p w:rsidR="003A37E7" w:rsidRDefault="003A37E7"/>
                  </w:txbxContent>
                </v:textbox>
                <w10:wrap anchorx="margin"/>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09743A" w:rsidP="00412947">
      <w:pPr>
        <w:jc w:val="center"/>
      </w:pPr>
      <w:r>
        <w:rPr>
          <w:noProof/>
        </w:rPr>
        <mc:AlternateContent>
          <mc:Choice Requires="wps">
            <w:drawing>
              <wp:anchor distT="0" distB="0" distL="114300" distR="114300" simplePos="0" relativeHeight="251717632" behindDoc="0" locked="0" layoutInCell="1" allowOverlap="1" wp14:anchorId="767157A1" wp14:editId="753BB0AC">
                <wp:simplePos x="0" y="0"/>
                <wp:positionH relativeFrom="page">
                  <wp:posOffset>130629</wp:posOffset>
                </wp:positionH>
                <wp:positionV relativeFrom="paragraph">
                  <wp:posOffset>440113</wp:posOffset>
                </wp:positionV>
                <wp:extent cx="4761865" cy="3852672"/>
                <wp:effectExtent l="0" t="0" r="635" b="0"/>
                <wp:wrapNone/>
                <wp:docPr id="64" name="Text Box 64"/>
                <wp:cNvGraphicFramePr/>
                <a:graphic xmlns:a="http://schemas.openxmlformats.org/drawingml/2006/main">
                  <a:graphicData uri="http://schemas.microsoft.com/office/word/2010/wordprocessingShape">
                    <wps:wsp>
                      <wps:cNvSpPr txBox="1"/>
                      <wps:spPr>
                        <a:xfrm>
                          <a:off x="0" y="0"/>
                          <a:ext cx="4761865" cy="385267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7100" w:type="dxa"/>
                              <w:tblLayout w:type="fixed"/>
                              <w:tblLook w:val="04A0" w:firstRow="1" w:lastRow="0" w:firstColumn="1" w:lastColumn="0" w:noHBand="0" w:noVBand="1"/>
                            </w:tblPr>
                            <w:tblGrid>
                              <w:gridCol w:w="1440"/>
                              <w:gridCol w:w="4400"/>
                              <w:gridCol w:w="1260"/>
                            </w:tblGrid>
                            <w:tr w:rsidR="003A37E7" w:rsidRPr="000B5525" w:rsidTr="00607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0" w:type="dxa"/>
                                  <w:gridSpan w:val="3"/>
                                  <w:vAlign w:val="center"/>
                                </w:tcPr>
                                <w:p w:rsidR="003A37E7" w:rsidRPr="000B5525" w:rsidRDefault="003A37E7" w:rsidP="006A2A56">
                                  <w:pPr>
                                    <w:jc w:val="center"/>
                                    <w:rPr>
                                      <w:color w:val="FF0000"/>
                                    </w:rPr>
                                  </w:pPr>
                                  <w:r>
                                    <w:rPr>
                                      <w:color w:val="FF0000"/>
                                    </w:rPr>
                                    <w:t>ELECTRICAL ENGINEERING</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0" w:type="dxa"/>
                                  <w:gridSpan w:val="3"/>
                                  <w:vAlign w:val="center"/>
                                </w:tcPr>
                                <w:p w:rsidR="003A37E7" w:rsidRPr="000B5525" w:rsidRDefault="003A37E7" w:rsidP="006A2A56">
                                  <w:pPr>
                                    <w:jc w:val="center"/>
                                  </w:pPr>
                                  <w:r>
                                    <w:rPr>
                                      <w:sz w:val="20"/>
                                      <w:szCs w:val="20"/>
                                    </w:rPr>
                                    <w:t>SOPHOMORE YEAR (YEAR II) - SECOND</w:t>
                                  </w:r>
                                  <w:r w:rsidRPr="009B29F2">
                                    <w:rPr>
                                      <w:sz w:val="20"/>
                                      <w:szCs w:val="20"/>
                                    </w:rPr>
                                    <w:t xml:space="preserve"> SEMESTER</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6A2A56">
                                  <w:pPr>
                                    <w:jc w:val="center"/>
                                  </w:pPr>
                                  <w:r w:rsidRPr="000B5525">
                                    <w:t>COURSE CODE</w:t>
                                  </w:r>
                                </w:p>
                              </w:tc>
                              <w:tc>
                                <w:tcPr>
                                  <w:tcW w:w="440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pPr>
                                  <w:r w:rsidRPr="000B5525">
                                    <w:rPr>
                                      <w:b/>
                                    </w:rPr>
                                    <w:t>COURSE TITLE</w:t>
                                  </w:r>
                                </w:p>
                              </w:tc>
                              <w:tc>
                                <w:tcPr>
                                  <w:tcW w:w="126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6A2A56">
                                  <w:pPr>
                                    <w:jc w:val="center"/>
                                  </w:pPr>
                                  <w:r>
                                    <w:t>GEN 108</w:t>
                                  </w:r>
                                </w:p>
                              </w:tc>
                              <w:tc>
                                <w:tcPr>
                                  <w:tcW w:w="4400" w:type="dxa"/>
                                  <w:vAlign w:val="center"/>
                                </w:tcPr>
                                <w:p w:rsidR="003A37E7" w:rsidRPr="000B5525" w:rsidRDefault="003A37E7" w:rsidP="006A2A56">
                                  <w:pPr>
                                    <w:jc w:val="center"/>
                                    <w:cnfStyle w:val="000000100000" w:firstRow="0" w:lastRow="0" w:firstColumn="0" w:lastColumn="0" w:oddVBand="0" w:evenVBand="0" w:oddHBand="1" w:evenHBand="0" w:firstRowFirstColumn="0" w:firstRowLastColumn="0" w:lastRowFirstColumn="0" w:lastRowLastColumn="0"/>
                                    <w:rPr>
                                      <w:b/>
                                    </w:rPr>
                                  </w:pPr>
                                  <w:r>
                                    <w:rPr>
                                      <w:b/>
                                    </w:rPr>
                                    <w:t>DISCIPLESHIP  2</w:t>
                                  </w:r>
                                </w:p>
                              </w:tc>
                              <w:tc>
                                <w:tcPr>
                                  <w:tcW w:w="1260" w:type="dxa"/>
                                  <w:vAlign w:val="center"/>
                                </w:tcPr>
                                <w:p w:rsidR="003A37E7" w:rsidRPr="000B5525" w:rsidRDefault="003A37E7" w:rsidP="006A2A56">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6A2A56">
                                  <w:pPr>
                                    <w:jc w:val="center"/>
                                  </w:pPr>
                                  <w:r>
                                    <w:t xml:space="preserve">EENG 211 </w:t>
                                  </w:r>
                                </w:p>
                              </w:tc>
                              <w:tc>
                                <w:tcPr>
                                  <w:tcW w:w="440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pPr>
                                  <w:r>
                                    <w:t>POWER SYSTEMS ANALYSIS FUNDAMENTAL</w:t>
                                  </w:r>
                                </w:p>
                              </w:tc>
                              <w:tc>
                                <w:tcPr>
                                  <w:tcW w:w="126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6A2A56">
                                  <w:pPr>
                                    <w:jc w:val="center"/>
                                  </w:pPr>
                                  <w:r>
                                    <w:t>GENG 217</w:t>
                                  </w:r>
                                </w:p>
                              </w:tc>
                              <w:tc>
                                <w:tcPr>
                                  <w:tcW w:w="4400" w:type="dxa"/>
                                  <w:vAlign w:val="center"/>
                                </w:tcPr>
                                <w:p w:rsidR="003A37E7" w:rsidRPr="000B5525" w:rsidRDefault="003A37E7" w:rsidP="006A2A56">
                                  <w:pPr>
                                    <w:jc w:val="center"/>
                                    <w:cnfStyle w:val="000000100000" w:firstRow="0" w:lastRow="0" w:firstColumn="0" w:lastColumn="0" w:oddVBand="0" w:evenVBand="0" w:oddHBand="1" w:evenHBand="0" w:firstRowFirstColumn="0" w:firstRowLastColumn="0" w:lastRowFirstColumn="0" w:lastRowLastColumn="0"/>
                                  </w:pPr>
                                  <w:r>
                                    <w:t>MECHANICS (STATICS)</w:t>
                                  </w:r>
                                </w:p>
                              </w:tc>
                              <w:tc>
                                <w:tcPr>
                                  <w:tcW w:w="1260" w:type="dxa"/>
                                  <w:vAlign w:val="center"/>
                                </w:tcPr>
                                <w:p w:rsidR="003A37E7" w:rsidRPr="000B5525" w:rsidRDefault="003A37E7" w:rsidP="006A2A5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6A2A56">
                                  <w:pPr>
                                    <w:jc w:val="center"/>
                                    <w:rPr>
                                      <w:rFonts w:ascii="Bahnschrift" w:hAnsi="Bahnschrift"/>
                                    </w:rPr>
                                  </w:pPr>
                                  <w:r>
                                    <w:rPr>
                                      <w:rFonts w:ascii="Bahnschrift" w:hAnsi="Bahnschrift"/>
                                    </w:rPr>
                                    <w:t>EENG 214</w:t>
                                  </w:r>
                                </w:p>
                              </w:tc>
                              <w:tc>
                                <w:tcPr>
                                  <w:tcW w:w="440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TELECOMMUNICATION</w:t>
                                  </w:r>
                                </w:p>
                              </w:tc>
                              <w:tc>
                                <w:tcPr>
                                  <w:tcW w:w="126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6A2A56">
                                  <w:pPr>
                                    <w:jc w:val="center"/>
                                    <w:rPr>
                                      <w:rFonts w:ascii="Bahnschrift" w:hAnsi="Bahnschrift"/>
                                    </w:rPr>
                                  </w:pPr>
                                  <w:r>
                                    <w:rPr>
                                      <w:rFonts w:ascii="Bahnschrift" w:hAnsi="Bahnschrift"/>
                                    </w:rPr>
                                    <w:t>EENG 205</w:t>
                                  </w:r>
                                </w:p>
                              </w:tc>
                              <w:tc>
                                <w:tcPr>
                                  <w:tcW w:w="4400" w:type="dxa"/>
                                  <w:vAlign w:val="center"/>
                                </w:tcPr>
                                <w:p w:rsidR="003A37E7" w:rsidRPr="000B5525" w:rsidRDefault="003A37E7" w:rsidP="006A2A56">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INTRODUCTION TO RENEWABLE ENERGY</w:t>
                                  </w:r>
                                </w:p>
                              </w:tc>
                              <w:tc>
                                <w:tcPr>
                                  <w:tcW w:w="1260" w:type="dxa"/>
                                  <w:vAlign w:val="center"/>
                                </w:tcPr>
                                <w:p w:rsidR="003A37E7" w:rsidRPr="000B5525" w:rsidRDefault="003A37E7" w:rsidP="006A2A5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6A2A56">
                                  <w:pPr>
                                    <w:jc w:val="center"/>
                                    <w:rPr>
                                      <w:rFonts w:ascii="Bahnschrift" w:hAnsi="Bahnschrift"/>
                                    </w:rPr>
                                  </w:pPr>
                                  <w:r>
                                    <w:rPr>
                                      <w:rFonts w:ascii="Bahnschrift" w:hAnsi="Bahnschrift"/>
                                    </w:rPr>
                                    <w:t>EENG 206</w:t>
                                  </w:r>
                                </w:p>
                              </w:tc>
                              <w:tc>
                                <w:tcPr>
                                  <w:tcW w:w="440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pPr>
                                  <w:r>
                                    <w:t>TRANSMISSION AND DISTRIBUTION</w:t>
                                  </w:r>
                                </w:p>
                              </w:tc>
                              <w:tc>
                                <w:tcPr>
                                  <w:tcW w:w="126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6A2A56">
                                  <w:pPr>
                                    <w:jc w:val="center"/>
                                    <w:rPr>
                                      <w:rFonts w:ascii="Bahnschrift" w:hAnsi="Bahnschrift"/>
                                    </w:rPr>
                                  </w:pPr>
                                  <w:r>
                                    <w:rPr>
                                      <w:rFonts w:ascii="Bahnschrift" w:hAnsi="Bahnschrift"/>
                                    </w:rPr>
                                    <w:t>GENG 206</w:t>
                                  </w:r>
                                </w:p>
                              </w:tc>
                              <w:tc>
                                <w:tcPr>
                                  <w:tcW w:w="4400" w:type="dxa"/>
                                  <w:vAlign w:val="center"/>
                                </w:tcPr>
                                <w:p w:rsidR="003A37E7" w:rsidRDefault="003A37E7" w:rsidP="006A2A56">
                                  <w:pPr>
                                    <w:jc w:val="center"/>
                                    <w:cnfStyle w:val="000000100000" w:firstRow="0" w:lastRow="0" w:firstColumn="0" w:lastColumn="0" w:oddVBand="0" w:evenVBand="0" w:oddHBand="1" w:evenHBand="0" w:firstRowFirstColumn="0" w:firstRowLastColumn="0" w:lastRowFirstColumn="0" w:lastRowLastColumn="0"/>
                                  </w:pPr>
                                  <w:r>
                                    <w:t>TECHNICAL REPORT WRITING</w:t>
                                  </w:r>
                                </w:p>
                              </w:tc>
                              <w:tc>
                                <w:tcPr>
                                  <w:tcW w:w="1260" w:type="dxa"/>
                                  <w:vAlign w:val="center"/>
                                </w:tcPr>
                                <w:p w:rsidR="003A37E7" w:rsidRDefault="003A37E7" w:rsidP="006A2A5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6A2A56">
                                  <w:pPr>
                                    <w:jc w:val="center"/>
                                    <w:rPr>
                                      <w:rFonts w:ascii="Bahnschrift" w:hAnsi="Bahnschrift"/>
                                    </w:rPr>
                                  </w:pPr>
                                  <w:r>
                                    <w:rPr>
                                      <w:rFonts w:ascii="Bahnschrift" w:hAnsi="Bahnschrift"/>
                                    </w:rPr>
                                    <w:t>EENG 210</w:t>
                                  </w:r>
                                </w:p>
                              </w:tc>
                              <w:tc>
                                <w:tcPr>
                                  <w:tcW w:w="4400" w:type="dxa"/>
                                  <w:vAlign w:val="center"/>
                                </w:tcPr>
                                <w:p w:rsidR="003A37E7" w:rsidRDefault="003A37E7" w:rsidP="006A2A56">
                                  <w:pPr>
                                    <w:jc w:val="center"/>
                                    <w:cnfStyle w:val="000000010000" w:firstRow="0" w:lastRow="0" w:firstColumn="0" w:lastColumn="0" w:oddVBand="0" w:evenVBand="0" w:oddHBand="0" w:evenHBand="1" w:firstRowFirstColumn="0" w:firstRowLastColumn="0" w:lastRowFirstColumn="0" w:lastRowLastColumn="0"/>
                                  </w:pPr>
                                  <w:r>
                                    <w:t>DIGITAL ELECTRONICS</w:t>
                                  </w:r>
                                </w:p>
                              </w:tc>
                              <w:tc>
                                <w:tcPr>
                                  <w:tcW w:w="1260" w:type="dxa"/>
                                  <w:vAlign w:val="center"/>
                                </w:tcPr>
                                <w:p w:rsidR="003A37E7" w:rsidRDefault="003A37E7" w:rsidP="006A2A5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5840" w:type="dxa"/>
                                  <w:gridSpan w:val="2"/>
                                  <w:vAlign w:val="center"/>
                                </w:tcPr>
                                <w:p w:rsidR="003A37E7" w:rsidRPr="000B5525" w:rsidRDefault="003A37E7" w:rsidP="006A2A56">
                                  <w:pPr>
                                    <w:jc w:val="center"/>
                                  </w:pPr>
                                  <w:r>
                                    <w:t xml:space="preserve">TOTAL </w:t>
                                  </w:r>
                                  <w:r>
                                    <w:rPr>
                                      <w:b w:val="0"/>
                                    </w:rPr>
                                    <w:t>CREDIT HOURS</w:t>
                                  </w:r>
                                </w:p>
                              </w:tc>
                              <w:tc>
                                <w:tcPr>
                                  <w:tcW w:w="1260" w:type="dxa"/>
                                  <w:vAlign w:val="center"/>
                                </w:tcPr>
                                <w:p w:rsidR="003A37E7" w:rsidRPr="000B5525" w:rsidRDefault="003A37E7" w:rsidP="006A2A56">
                                  <w:pPr>
                                    <w:jc w:val="center"/>
                                    <w:cnfStyle w:val="000000100000" w:firstRow="0" w:lastRow="0" w:firstColumn="0" w:lastColumn="0" w:oddVBand="0" w:evenVBand="0" w:oddHBand="1" w:evenHBand="0" w:firstRowFirstColumn="0" w:firstRowLastColumn="0" w:lastRowFirstColumn="0" w:lastRowLastColumn="0"/>
                                  </w:pPr>
                                  <w:r>
                                    <w:t>23</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7157A1" id="Text Box 64" o:spid="_x0000_s1125" type="#_x0000_t202" style="position:absolute;left:0;text-align:left;margin-left:10.3pt;margin-top:34.65pt;width:374.95pt;height:303.35pt;z-index:251717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" fillcolor="white [3201]" stroked="f" strokeweight=".5pt">
                <v:textbox>
                  <w:txbxContent>
                    <w:tbl>
                      <w:tblPr>
                        <w:tblStyle w:val="LightGrid"/>
                        <w:tblW w:w="7100" w:type="dxa"/>
                        <w:tblLayout w:type="fixed"/>
                        <w:tblLook w:val="04A0" w:firstRow="1" w:lastRow="0" w:firstColumn="1" w:lastColumn="0" w:noHBand="0" w:noVBand="1"/>
                      </w:tblPr>
                      <w:tblGrid>
                        <w:gridCol w:w="1440"/>
                        <w:gridCol w:w="4400"/>
                        <w:gridCol w:w="1260"/>
                      </w:tblGrid>
                      <w:tr w:rsidR="003A37E7" w:rsidRPr="000B5525" w:rsidTr="006075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0" w:type="dxa"/>
                            <w:gridSpan w:val="3"/>
                            <w:vAlign w:val="center"/>
                          </w:tcPr>
                          <w:p w:rsidR="003A37E7" w:rsidRPr="000B5525" w:rsidRDefault="003A37E7" w:rsidP="006A2A56">
                            <w:pPr>
                              <w:jc w:val="center"/>
                              <w:rPr>
                                <w:color w:val="FF0000"/>
                              </w:rPr>
                            </w:pPr>
                            <w:r>
                              <w:rPr>
                                <w:color w:val="FF0000"/>
                              </w:rPr>
                              <w:t>ELECTRICAL ENGINEERING</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0" w:type="dxa"/>
                            <w:gridSpan w:val="3"/>
                            <w:vAlign w:val="center"/>
                          </w:tcPr>
                          <w:p w:rsidR="003A37E7" w:rsidRPr="000B5525" w:rsidRDefault="003A37E7" w:rsidP="006A2A56">
                            <w:pPr>
                              <w:jc w:val="center"/>
                            </w:pPr>
                            <w:r>
                              <w:rPr>
                                <w:sz w:val="20"/>
                                <w:szCs w:val="20"/>
                              </w:rPr>
                              <w:t>SOPHOMORE YEAR (YEAR II) - SECOND</w:t>
                            </w:r>
                            <w:r w:rsidRPr="009B29F2">
                              <w:rPr>
                                <w:sz w:val="20"/>
                                <w:szCs w:val="20"/>
                              </w:rPr>
                              <w:t xml:space="preserve"> SEMESTER</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6A2A56">
                            <w:pPr>
                              <w:jc w:val="center"/>
                            </w:pPr>
                            <w:r w:rsidRPr="000B5525">
                              <w:t>COURSE CODE</w:t>
                            </w:r>
                          </w:p>
                        </w:tc>
                        <w:tc>
                          <w:tcPr>
                            <w:tcW w:w="440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pPr>
                            <w:r w:rsidRPr="000B5525">
                              <w:rPr>
                                <w:b/>
                              </w:rPr>
                              <w:t>COURSE TITLE</w:t>
                            </w:r>
                          </w:p>
                        </w:tc>
                        <w:tc>
                          <w:tcPr>
                            <w:tcW w:w="126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6A2A56">
                            <w:pPr>
                              <w:jc w:val="center"/>
                            </w:pPr>
                            <w:r>
                              <w:t>GEN 108</w:t>
                            </w:r>
                          </w:p>
                        </w:tc>
                        <w:tc>
                          <w:tcPr>
                            <w:tcW w:w="4400" w:type="dxa"/>
                            <w:vAlign w:val="center"/>
                          </w:tcPr>
                          <w:p w:rsidR="003A37E7" w:rsidRPr="000B5525" w:rsidRDefault="003A37E7" w:rsidP="006A2A56">
                            <w:pPr>
                              <w:jc w:val="center"/>
                              <w:cnfStyle w:val="000000100000" w:firstRow="0" w:lastRow="0" w:firstColumn="0" w:lastColumn="0" w:oddVBand="0" w:evenVBand="0" w:oddHBand="1" w:evenHBand="0" w:firstRowFirstColumn="0" w:firstRowLastColumn="0" w:lastRowFirstColumn="0" w:lastRowLastColumn="0"/>
                              <w:rPr>
                                <w:b/>
                              </w:rPr>
                            </w:pPr>
                            <w:r>
                              <w:rPr>
                                <w:b/>
                              </w:rPr>
                              <w:t>DISCIPLESHIP  2</w:t>
                            </w:r>
                          </w:p>
                        </w:tc>
                        <w:tc>
                          <w:tcPr>
                            <w:tcW w:w="1260" w:type="dxa"/>
                            <w:vAlign w:val="center"/>
                          </w:tcPr>
                          <w:p w:rsidR="003A37E7" w:rsidRPr="000B5525" w:rsidRDefault="003A37E7" w:rsidP="006A2A56">
                            <w:pPr>
                              <w:jc w:val="center"/>
                              <w:cnfStyle w:val="000000100000" w:firstRow="0" w:lastRow="0" w:firstColumn="0" w:lastColumn="0" w:oddVBand="0" w:evenVBand="0" w:oddHBand="1" w:evenHBand="0" w:firstRowFirstColumn="0" w:firstRowLastColumn="0" w:lastRowFirstColumn="0" w:lastRowLastColumn="0"/>
                              <w:rPr>
                                <w:b/>
                              </w:rPr>
                            </w:pPr>
                            <w:r>
                              <w:rPr>
                                <w:b/>
                              </w:rPr>
                              <w:t>2</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6A2A56">
                            <w:pPr>
                              <w:jc w:val="center"/>
                            </w:pPr>
                            <w:r>
                              <w:t xml:space="preserve">EENG 211 </w:t>
                            </w:r>
                          </w:p>
                        </w:tc>
                        <w:tc>
                          <w:tcPr>
                            <w:tcW w:w="440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pPr>
                            <w:r>
                              <w:t>POWER SYSTEMS ANALYSIS FUNDAMENTAL</w:t>
                            </w:r>
                          </w:p>
                        </w:tc>
                        <w:tc>
                          <w:tcPr>
                            <w:tcW w:w="126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6A2A56">
                            <w:pPr>
                              <w:jc w:val="center"/>
                            </w:pPr>
                            <w:r>
                              <w:t>GENG 217</w:t>
                            </w:r>
                          </w:p>
                        </w:tc>
                        <w:tc>
                          <w:tcPr>
                            <w:tcW w:w="4400" w:type="dxa"/>
                            <w:vAlign w:val="center"/>
                          </w:tcPr>
                          <w:p w:rsidR="003A37E7" w:rsidRPr="000B5525" w:rsidRDefault="003A37E7" w:rsidP="006A2A56">
                            <w:pPr>
                              <w:jc w:val="center"/>
                              <w:cnfStyle w:val="000000100000" w:firstRow="0" w:lastRow="0" w:firstColumn="0" w:lastColumn="0" w:oddVBand="0" w:evenVBand="0" w:oddHBand="1" w:evenHBand="0" w:firstRowFirstColumn="0" w:firstRowLastColumn="0" w:lastRowFirstColumn="0" w:lastRowLastColumn="0"/>
                            </w:pPr>
                            <w:r>
                              <w:t>MECHANICS (STATICS)</w:t>
                            </w:r>
                          </w:p>
                        </w:tc>
                        <w:tc>
                          <w:tcPr>
                            <w:tcW w:w="1260" w:type="dxa"/>
                            <w:vAlign w:val="center"/>
                          </w:tcPr>
                          <w:p w:rsidR="003A37E7" w:rsidRPr="000B5525" w:rsidRDefault="003A37E7" w:rsidP="006A2A5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6A2A56">
                            <w:pPr>
                              <w:jc w:val="center"/>
                              <w:rPr>
                                <w:rFonts w:ascii="Bahnschrift" w:hAnsi="Bahnschrift"/>
                              </w:rPr>
                            </w:pPr>
                            <w:r>
                              <w:rPr>
                                <w:rFonts w:ascii="Bahnschrift" w:hAnsi="Bahnschrift"/>
                              </w:rPr>
                              <w:t>EENG 214</w:t>
                            </w:r>
                          </w:p>
                        </w:tc>
                        <w:tc>
                          <w:tcPr>
                            <w:tcW w:w="440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TELECOMMUNICATION</w:t>
                            </w:r>
                          </w:p>
                        </w:tc>
                        <w:tc>
                          <w:tcPr>
                            <w:tcW w:w="126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6A2A56">
                            <w:pPr>
                              <w:jc w:val="center"/>
                              <w:rPr>
                                <w:rFonts w:ascii="Bahnschrift" w:hAnsi="Bahnschrift"/>
                              </w:rPr>
                            </w:pPr>
                            <w:r>
                              <w:rPr>
                                <w:rFonts w:ascii="Bahnschrift" w:hAnsi="Bahnschrift"/>
                              </w:rPr>
                              <w:t>EENG 205</w:t>
                            </w:r>
                          </w:p>
                        </w:tc>
                        <w:tc>
                          <w:tcPr>
                            <w:tcW w:w="4400" w:type="dxa"/>
                            <w:vAlign w:val="center"/>
                          </w:tcPr>
                          <w:p w:rsidR="003A37E7" w:rsidRPr="000B5525" w:rsidRDefault="003A37E7" w:rsidP="006A2A56">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INTRODUCTION TO RENEWABLE ENERGY</w:t>
                            </w:r>
                          </w:p>
                        </w:tc>
                        <w:tc>
                          <w:tcPr>
                            <w:tcW w:w="1260" w:type="dxa"/>
                            <w:vAlign w:val="center"/>
                          </w:tcPr>
                          <w:p w:rsidR="003A37E7" w:rsidRPr="000B5525" w:rsidRDefault="003A37E7" w:rsidP="006A2A5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6A2A56">
                            <w:pPr>
                              <w:jc w:val="center"/>
                              <w:rPr>
                                <w:rFonts w:ascii="Bahnschrift" w:hAnsi="Bahnschrift"/>
                              </w:rPr>
                            </w:pPr>
                            <w:r>
                              <w:rPr>
                                <w:rFonts w:ascii="Bahnschrift" w:hAnsi="Bahnschrift"/>
                              </w:rPr>
                              <w:t>EENG 206</w:t>
                            </w:r>
                          </w:p>
                        </w:tc>
                        <w:tc>
                          <w:tcPr>
                            <w:tcW w:w="440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pPr>
                            <w:r>
                              <w:t>TRANSMISSION AND DISTRIBUTION</w:t>
                            </w:r>
                          </w:p>
                        </w:tc>
                        <w:tc>
                          <w:tcPr>
                            <w:tcW w:w="1260" w:type="dxa"/>
                            <w:vAlign w:val="center"/>
                          </w:tcPr>
                          <w:p w:rsidR="003A37E7" w:rsidRPr="000B5525" w:rsidRDefault="003A37E7" w:rsidP="006A2A5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6A2A56">
                            <w:pPr>
                              <w:jc w:val="center"/>
                              <w:rPr>
                                <w:rFonts w:ascii="Bahnschrift" w:hAnsi="Bahnschrift"/>
                              </w:rPr>
                            </w:pPr>
                            <w:r>
                              <w:rPr>
                                <w:rFonts w:ascii="Bahnschrift" w:hAnsi="Bahnschrift"/>
                              </w:rPr>
                              <w:t>GENG 206</w:t>
                            </w:r>
                          </w:p>
                        </w:tc>
                        <w:tc>
                          <w:tcPr>
                            <w:tcW w:w="4400" w:type="dxa"/>
                            <w:vAlign w:val="center"/>
                          </w:tcPr>
                          <w:p w:rsidR="003A37E7" w:rsidRDefault="003A37E7" w:rsidP="006A2A56">
                            <w:pPr>
                              <w:jc w:val="center"/>
                              <w:cnfStyle w:val="000000100000" w:firstRow="0" w:lastRow="0" w:firstColumn="0" w:lastColumn="0" w:oddVBand="0" w:evenVBand="0" w:oddHBand="1" w:evenHBand="0" w:firstRowFirstColumn="0" w:firstRowLastColumn="0" w:lastRowFirstColumn="0" w:lastRowLastColumn="0"/>
                            </w:pPr>
                            <w:r>
                              <w:t>TECHNICAL REPORT WRITING</w:t>
                            </w:r>
                          </w:p>
                        </w:tc>
                        <w:tc>
                          <w:tcPr>
                            <w:tcW w:w="1260" w:type="dxa"/>
                            <w:vAlign w:val="center"/>
                          </w:tcPr>
                          <w:p w:rsidR="003A37E7" w:rsidRDefault="003A37E7" w:rsidP="006A2A56">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6075A2">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6A2A56">
                            <w:pPr>
                              <w:jc w:val="center"/>
                              <w:rPr>
                                <w:rFonts w:ascii="Bahnschrift" w:hAnsi="Bahnschrift"/>
                              </w:rPr>
                            </w:pPr>
                            <w:r>
                              <w:rPr>
                                <w:rFonts w:ascii="Bahnschrift" w:hAnsi="Bahnschrift"/>
                              </w:rPr>
                              <w:t>EENG 210</w:t>
                            </w:r>
                          </w:p>
                        </w:tc>
                        <w:tc>
                          <w:tcPr>
                            <w:tcW w:w="4400" w:type="dxa"/>
                            <w:vAlign w:val="center"/>
                          </w:tcPr>
                          <w:p w:rsidR="003A37E7" w:rsidRDefault="003A37E7" w:rsidP="006A2A56">
                            <w:pPr>
                              <w:jc w:val="center"/>
                              <w:cnfStyle w:val="000000010000" w:firstRow="0" w:lastRow="0" w:firstColumn="0" w:lastColumn="0" w:oddVBand="0" w:evenVBand="0" w:oddHBand="0" w:evenHBand="1" w:firstRowFirstColumn="0" w:firstRowLastColumn="0" w:lastRowFirstColumn="0" w:lastRowLastColumn="0"/>
                            </w:pPr>
                            <w:r>
                              <w:t>DIGITAL ELECTRONICS</w:t>
                            </w:r>
                          </w:p>
                        </w:tc>
                        <w:tc>
                          <w:tcPr>
                            <w:tcW w:w="1260" w:type="dxa"/>
                            <w:vAlign w:val="center"/>
                          </w:tcPr>
                          <w:p w:rsidR="003A37E7" w:rsidRDefault="003A37E7" w:rsidP="006A2A56">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6075A2">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5840" w:type="dxa"/>
                            <w:gridSpan w:val="2"/>
                            <w:vAlign w:val="center"/>
                          </w:tcPr>
                          <w:p w:rsidR="003A37E7" w:rsidRPr="000B5525" w:rsidRDefault="003A37E7" w:rsidP="006A2A56">
                            <w:pPr>
                              <w:jc w:val="center"/>
                            </w:pPr>
                            <w:r>
                              <w:t xml:space="preserve">TOTAL </w:t>
                            </w:r>
                            <w:r>
                              <w:rPr>
                                <w:b w:val="0"/>
                              </w:rPr>
                              <w:t>CREDIT HOURS</w:t>
                            </w:r>
                          </w:p>
                        </w:tc>
                        <w:tc>
                          <w:tcPr>
                            <w:tcW w:w="1260" w:type="dxa"/>
                            <w:vAlign w:val="center"/>
                          </w:tcPr>
                          <w:p w:rsidR="003A37E7" w:rsidRPr="000B5525" w:rsidRDefault="003A37E7" w:rsidP="006A2A56">
                            <w:pPr>
                              <w:jc w:val="center"/>
                              <w:cnfStyle w:val="000000100000" w:firstRow="0" w:lastRow="0" w:firstColumn="0" w:lastColumn="0" w:oddVBand="0" w:evenVBand="0" w:oddHBand="1" w:evenHBand="0" w:firstRowFirstColumn="0" w:firstRowLastColumn="0" w:lastRowFirstColumn="0" w:lastRowLastColumn="0"/>
                            </w:pPr>
                            <w:r>
                              <w:t>23</w:t>
                            </w:r>
                          </w:p>
                        </w:tc>
                      </w:tr>
                    </w:tbl>
                    <w:p w:rsidR="003A37E7" w:rsidRDefault="003A37E7"/>
                  </w:txbxContent>
                </v:textbox>
                <w10:wrap anchorx="page"/>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503AF3" w:rsidP="00412947">
      <w:pPr>
        <w:jc w:val="center"/>
      </w:pPr>
      <w:r>
        <w:rPr>
          <w:noProof/>
        </w:rPr>
        <w:lastRenderedPageBreak/>
        <mc:AlternateContent>
          <mc:Choice Requires="wps">
            <w:drawing>
              <wp:anchor distT="0" distB="0" distL="114300" distR="114300" simplePos="0" relativeHeight="251718656" behindDoc="0" locked="0" layoutInCell="1" allowOverlap="1" wp14:anchorId="7169947B" wp14:editId="7A723774">
                <wp:simplePos x="0" y="0"/>
                <wp:positionH relativeFrom="column">
                  <wp:posOffset>-1278486</wp:posOffset>
                </wp:positionH>
                <wp:positionV relativeFrom="paragraph">
                  <wp:posOffset>-729112</wp:posOffset>
                </wp:positionV>
                <wp:extent cx="4669536" cy="3931920"/>
                <wp:effectExtent l="0" t="0" r="0" b="0"/>
                <wp:wrapNone/>
                <wp:docPr id="65" name="Text Box 65"/>
                <wp:cNvGraphicFramePr/>
                <a:graphic xmlns:a="http://schemas.openxmlformats.org/drawingml/2006/main">
                  <a:graphicData uri="http://schemas.microsoft.com/office/word/2010/wordprocessingShape">
                    <wps:wsp>
                      <wps:cNvSpPr txBox="1"/>
                      <wps:spPr>
                        <a:xfrm>
                          <a:off x="0" y="0"/>
                          <a:ext cx="4669536" cy="39319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920" w:type="dxa"/>
                              <w:tblLayout w:type="fixed"/>
                              <w:tblLook w:val="04A0" w:firstRow="1" w:lastRow="0" w:firstColumn="1" w:lastColumn="0" w:noHBand="0" w:noVBand="1"/>
                            </w:tblPr>
                            <w:tblGrid>
                              <w:gridCol w:w="1440"/>
                              <w:gridCol w:w="4310"/>
                              <w:gridCol w:w="1170"/>
                            </w:tblGrid>
                            <w:tr w:rsidR="003A37E7" w:rsidRPr="000B5525" w:rsidTr="00294FDF">
                              <w:trPr>
                                <w:cnfStyle w:val="100000000000" w:firstRow="1" w:lastRow="0" w:firstColumn="0" w:lastColumn="0" w:oddVBand="0" w:evenVBand="0" w:oddHBand="0"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6920" w:type="dxa"/>
                                  <w:gridSpan w:val="3"/>
                                  <w:vAlign w:val="center"/>
                                </w:tcPr>
                                <w:p w:rsidR="003A37E7" w:rsidRPr="000B5525" w:rsidRDefault="003A37E7" w:rsidP="00CD5F57">
                                  <w:pPr>
                                    <w:jc w:val="center"/>
                                    <w:rPr>
                                      <w:color w:val="FF0000"/>
                                    </w:rPr>
                                  </w:pPr>
                                  <w:r>
                                    <w:rPr>
                                      <w:color w:val="FF0000"/>
                                    </w:rPr>
                                    <w:t>ELECTRICAL ENGINEERING</w:t>
                                  </w:r>
                                </w:p>
                              </w:tc>
                            </w:tr>
                            <w:tr w:rsidR="003A37E7" w:rsidRPr="000B5525" w:rsidTr="00EA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0" w:type="dxa"/>
                                  <w:gridSpan w:val="3"/>
                                  <w:vAlign w:val="center"/>
                                </w:tcPr>
                                <w:p w:rsidR="003A37E7" w:rsidRPr="000B5525" w:rsidRDefault="003A37E7" w:rsidP="00CD5F57">
                                  <w:pPr>
                                    <w:jc w:val="center"/>
                                  </w:pPr>
                                  <w:r>
                                    <w:rPr>
                                      <w:sz w:val="20"/>
                                      <w:szCs w:val="20"/>
                                    </w:rPr>
                                    <w:t>JUNIOR YEAR (YEAR III) - FIRST</w:t>
                                  </w:r>
                                  <w:r w:rsidRPr="009B29F2">
                                    <w:rPr>
                                      <w:sz w:val="20"/>
                                      <w:szCs w:val="20"/>
                                    </w:rPr>
                                    <w:t xml:space="preserve"> SEMESTER</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pPr>
                                  <w:r w:rsidRPr="000B5525">
                                    <w:t>COURSE CODE</w:t>
                                  </w:r>
                                </w:p>
                              </w:tc>
                              <w:tc>
                                <w:tcPr>
                                  <w:tcW w:w="431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rsidRPr="000B5525">
                                    <w:rPr>
                                      <w:b/>
                                    </w:rPr>
                                    <w:t>COURSE TITLE</w:t>
                                  </w:r>
                                </w:p>
                              </w:tc>
                              <w:tc>
                                <w:tcPr>
                                  <w:tcW w:w="117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pPr>
                                  <w:r>
                                    <w:t>GEN 107</w:t>
                                  </w:r>
                                </w:p>
                              </w:tc>
                              <w:tc>
                                <w:tcPr>
                                  <w:tcW w:w="431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DYNAMIC OF FAITH 1</w:t>
                                  </w:r>
                                </w:p>
                              </w:tc>
                              <w:tc>
                                <w:tcPr>
                                  <w:tcW w:w="117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pPr>
                                  <w:r>
                                    <w:t>EENG 311</w:t>
                                  </w:r>
                                </w:p>
                              </w:tc>
                              <w:tc>
                                <w:tcPr>
                                  <w:tcW w:w="431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t>ENERGY CONVERSION &amp; STORAGE</w:t>
                                  </w:r>
                                </w:p>
                              </w:tc>
                              <w:tc>
                                <w:tcPr>
                                  <w:tcW w:w="117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rPr>
                                      <w:rFonts w:ascii="Bahnschrift" w:hAnsi="Bahnschrift"/>
                                    </w:rPr>
                                  </w:pPr>
                                  <w:r>
                                    <w:rPr>
                                      <w:rFonts w:ascii="Bahnschrift" w:hAnsi="Bahnschrift"/>
                                    </w:rPr>
                                    <w:t>EENG 307</w:t>
                                  </w:r>
                                </w:p>
                              </w:tc>
                              <w:tc>
                                <w:tcPr>
                                  <w:tcW w:w="431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POWER SYSTEM OPERATION &amp; PLANNING</w:t>
                                  </w:r>
                                </w:p>
                              </w:tc>
                              <w:tc>
                                <w:tcPr>
                                  <w:tcW w:w="117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rPr>
                                      <w:rFonts w:ascii="Bahnschrift" w:hAnsi="Bahnschrift"/>
                                    </w:rPr>
                                  </w:pPr>
                                  <w:r>
                                    <w:rPr>
                                      <w:rFonts w:ascii="Bahnschrift" w:hAnsi="Bahnschrift"/>
                                    </w:rPr>
                                    <w:t>EENG 317</w:t>
                                  </w:r>
                                </w:p>
                              </w:tc>
                              <w:tc>
                                <w:tcPr>
                                  <w:tcW w:w="431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ELECTROMAGNETICS – I</w:t>
                                  </w:r>
                                </w:p>
                              </w:tc>
                              <w:tc>
                                <w:tcPr>
                                  <w:tcW w:w="117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rPr>
                                      <w:rFonts w:ascii="Bahnschrift" w:hAnsi="Bahnschrift"/>
                                    </w:rPr>
                                  </w:pPr>
                                  <w:r>
                                    <w:rPr>
                                      <w:rFonts w:ascii="Bahnschrift" w:hAnsi="Bahnschrift"/>
                                    </w:rPr>
                                    <w:t>MTH 304</w:t>
                                  </w:r>
                                </w:p>
                              </w:tc>
                              <w:tc>
                                <w:tcPr>
                                  <w:tcW w:w="431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DIFFERENTIAL EQUATION</w:t>
                                  </w:r>
                                </w:p>
                              </w:tc>
                              <w:tc>
                                <w:tcPr>
                                  <w:tcW w:w="117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CD5F57">
                                  <w:pPr>
                                    <w:jc w:val="center"/>
                                    <w:rPr>
                                      <w:rFonts w:ascii="Bahnschrift" w:hAnsi="Bahnschrift"/>
                                    </w:rPr>
                                  </w:pPr>
                                </w:p>
                              </w:tc>
                              <w:tc>
                                <w:tcPr>
                                  <w:tcW w:w="4310" w:type="dxa"/>
                                  <w:vAlign w:val="center"/>
                                </w:tcPr>
                                <w:p w:rsidR="003A37E7" w:rsidRDefault="003A37E7" w:rsidP="00CD5F57">
                                  <w:pPr>
                                    <w:jc w:val="center"/>
                                    <w:cnfStyle w:val="000000010000" w:firstRow="0" w:lastRow="0" w:firstColumn="0" w:lastColumn="0" w:oddVBand="0" w:evenVBand="0" w:oddHBand="0" w:evenHBand="1" w:firstRowFirstColumn="0" w:firstRowLastColumn="0" w:lastRowFirstColumn="0" w:lastRowLastColumn="0"/>
                                  </w:pPr>
                                  <w:r>
                                    <w:t>TECHNICAL ELECTIVE</w:t>
                                  </w:r>
                                </w:p>
                              </w:tc>
                              <w:tc>
                                <w:tcPr>
                                  <w:tcW w:w="1170" w:type="dxa"/>
                                  <w:vAlign w:val="center"/>
                                </w:tcPr>
                                <w:p w:rsidR="003A37E7" w:rsidRDefault="003A37E7" w:rsidP="00CD5F57">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CD5F57">
                                  <w:pPr>
                                    <w:jc w:val="center"/>
                                    <w:rPr>
                                      <w:rFonts w:ascii="Bahnschrift" w:hAnsi="Bahnschrift"/>
                                    </w:rPr>
                                  </w:pPr>
                                </w:p>
                              </w:tc>
                              <w:tc>
                                <w:tcPr>
                                  <w:tcW w:w="4310" w:type="dxa"/>
                                  <w:vAlign w:val="center"/>
                                </w:tcPr>
                                <w:p w:rsidR="003A37E7" w:rsidRDefault="003A37E7" w:rsidP="00CD5F57">
                                  <w:pPr>
                                    <w:jc w:val="center"/>
                                    <w:cnfStyle w:val="000000100000" w:firstRow="0" w:lastRow="0" w:firstColumn="0" w:lastColumn="0" w:oddVBand="0" w:evenVBand="0" w:oddHBand="1" w:evenHBand="0" w:firstRowFirstColumn="0" w:firstRowLastColumn="0" w:lastRowFirstColumn="0" w:lastRowLastColumn="0"/>
                                  </w:pPr>
                                  <w:r>
                                    <w:t>NON TECHNICAL ELECTIVE</w:t>
                                  </w:r>
                                </w:p>
                              </w:tc>
                              <w:tc>
                                <w:tcPr>
                                  <w:tcW w:w="1170" w:type="dxa"/>
                                  <w:vAlign w:val="center"/>
                                </w:tcPr>
                                <w:p w:rsidR="003A37E7" w:rsidRDefault="003A37E7" w:rsidP="00CD5F57">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5750" w:type="dxa"/>
                                  <w:gridSpan w:val="2"/>
                                  <w:vAlign w:val="center"/>
                                </w:tcPr>
                                <w:p w:rsidR="003A37E7" w:rsidRPr="000B5525" w:rsidRDefault="003A37E7" w:rsidP="00CD5F57">
                                  <w:pPr>
                                    <w:jc w:val="center"/>
                                  </w:pPr>
                                  <w:r>
                                    <w:t xml:space="preserve">TOTAL </w:t>
                                  </w:r>
                                  <w:r>
                                    <w:rPr>
                                      <w:b w:val="0"/>
                                    </w:rPr>
                                    <w:t>CREDIT HOURS</w:t>
                                  </w:r>
                                </w:p>
                              </w:tc>
                              <w:tc>
                                <w:tcPr>
                                  <w:tcW w:w="117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69947B" id="Text Box 65" o:spid="_x0000_s1126" type="#_x0000_t202" style="position:absolute;left:0;text-align:left;margin-left:-100.65pt;margin-top:-57.4pt;width:367.7pt;height:309.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" fillcolor="white [3201]" stroked="f" strokeweight=".5pt">
                <v:textbox>
                  <w:txbxContent>
                    <w:tbl>
                      <w:tblPr>
                        <w:tblStyle w:val="LightGrid"/>
                        <w:tblW w:w="6920" w:type="dxa"/>
                        <w:tblLayout w:type="fixed"/>
                        <w:tblLook w:val="04A0" w:firstRow="1" w:lastRow="0" w:firstColumn="1" w:lastColumn="0" w:noHBand="0" w:noVBand="1"/>
                      </w:tblPr>
                      <w:tblGrid>
                        <w:gridCol w:w="1440"/>
                        <w:gridCol w:w="4310"/>
                        <w:gridCol w:w="1170"/>
                      </w:tblGrid>
                      <w:tr w:rsidR="003A37E7" w:rsidRPr="000B5525" w:rsidTr="00294FDF">
                        <w:trPr>
                          <w:cnfStyle w:val="100000000000" w:firstRow="1" w:lastRow="0" w:firstColumn="0" w:lastColumn="0" w:oddVBand="0" w:evenVBand="0" w:oddHBand="0"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6920" w:type="dxa"/>
                            <w:gridSpan w:val="3"/>
                            <w:vAlign w:val="center"/>
                          </w:tcPr>
                          <w:p w:rsidR="003A37E7" w:rsidRPr="000B5525" w:rsidRDefault="003A37E7" w:rsidP="00CD5F57">
                            <w:pPr>
                              <w:jc w:val="center"/>
                              <w:rPr>
                                <w:color w:val="FF0000"/>
                              </w:rPr>
                            </w:pPr>
                            <w:r>
                              <w:rPr>
                                <w:color w:val="FF0000"/>
                              </w:rPr>
                              <w:t>ELECTRICAL ENGINEERING</w:t>
                            </w:r>
                          </w:p>
                        </w:tc>
                      </w:tr>
                      <w:tr w:rsidR="003A37E7" w:rsidRPr="000B5525" w:rsidTr="00EA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0" w:type="dxa"/>
                            <w:gridSpan w:val="3"/>
                            <w:vAlign w:val="center"/>
                          </w:tcPr>
                          <w:p w:rsidR="003A37E7" w:rsidRPr="000B5525" w:rsidRDefault="003A37E7" w:rsidP="00CD5F57">
                            <w:pPr>
                              <w:jc w:val="center"/>
                            </w:pPr>
                            <w:r>
                              <w:rPr>
                                <w:sz w:val="20"/>
                                <w:szCs w:val="20"/>
                              </w:rPr>
                              <w:t>JUNIOR YEAR (YEAR III) - FIRST</w:t>
                            </w:r>
                            <w:r w:rsidRPr="009B29F2">
                              <w:rPr>
                                <w:sz w:val="20"/>
                                <w:szCs w:val="20"/>
                              </w:rPr>
                              <w:t xml:space="preserve"> SEMESTER</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pPr>
                            <w:r w:rsidRPr="000B5525">
                              <w:t>COURSE CODE</w:t>
                            </w:r>
                          </w:p>
                        </w:tc>
                        <w:tc>
                          <w:tcPr>
                            <w:tcW w:w="431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rsidRPr="000B5525">
                              <w:rPr>
                                <w:b/>
                              </w:rPr>
                              <w:t>COURSE TITLE</w:t>
                            </w:r>
                          </w:p>
                        </w:tc>
                        <w:tc>
                          <w:tcPr>
                            <w:tcW w:w="117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pPr>
                            <w:r>
                              <w:t>GEN 107</w:t>
                            </w:r>
                          </w:p>
                        </w:tc>
                        <w:tc>
                          <w:tcPr>
                            <w:tcW w:w="431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DYNAMIC OF FAITH 1</w:t>
                            </w:r>
                          </w:p>
                        </w:tc>
                        <w:tc>
                          <w:tcPr>
                            <w:tcW w:w="117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pPr>
                            <w:r>
                              <w:t>EENG 311</w:t>
                            </w:r>
                          </w:p>
                        </w:tc>
                        <w:tc>
                          <w:tcPr>
                            <w:tcW w:w="431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t>ENERGY CONVERSION &amp; STORAGE</w:t>
                            </w:r>
                          </w:p>
                        </w:tc>
                        <w:tc>
                          <w:tcPr>
                            <w:tcW w:w="117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rPr>
                                <w:rFonts w:ascii="Bahnschrift" w:hAnsi="Bahnschrift"/>
                              </w:rPr>
                            </w:pPr>
                            <w:r>
                              <w:rPr>
                                <w:rFonts w:ascii="Bahnschrift" w:hAnsi="Bahnschrift"/>
                              </w:rPr>
                              <w:t>EENG 307</w:t>
                            </w:r>
                          </w:p>
                        </w:tc>
                        <w:tc>
                          <w:tcPr>
                            <w:tcW w:w="431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POWER SYSTEM OPERATION &amp; PLANNING</w:t>
                            </w:r>
                          </w:p>
                        </w:tc>
                        <w:tc>
                          <w:tcPr>
                            <w:tcW w:w="117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rPr>
                                <w:rFonts w:ascii="Bahnschrift" w:hAnsi="Bahnschrift"/>
                              </w:rPr>
                            </w:pPr>
                            <w:r>
                              <w:rPr>
                                <w:rFonts w:ascii="Bahnschrift" w:hAnsi="Bahnschrift"/>
                              </w:rPr>
                              <w:t>EENG 317</w:t>
                            </w:r>
                          </w:p>
                        </w:tc>
                        <w:tc>
                          <w:tcPr>
                            <w:tcW w:w="431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ELECTROMAGNETICS – I</w:t>
                            </w:r>
                          </w:p>
                        </w:tc>
                        <w:tc>
                          <w:tcPr>
                            <w:tcW w:w="117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rPr>
                                <w:rFonts w:ascii="Bahnschrift" w:hAnsi="Bahnschrift"/>
                              </w:rPr>
                            </w:pPr>
                            <w:r>
                              <w:rPr>
                                <w:rFonts w:ascii="Bahnschrift" w:hAnsi="Bahnschrift"/>
                              </w:rPr>
                              <w:t>MTH 304</w:t>
                            </w:r>
                          </w:p>
                        </w:tc>
                        <w:tc>
                          <w:tcPr>
                            <w:tcW w:w="431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DIFFERENTIAL EQUATION</w:t>
                            </w:r>
                          </w:p>
                        </w:tc>
                        <w:tc>
                          <w:tcPr>
                            <w:tcW w:w="117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CD5F57">
                            <w:pPr>
                              <w:jc w:val="center"/>
                              <w:rPr>
                                <w:rFonts w:ascii="Bahnschrift" w:hAnsi="Bahnschrift"/>
                              </w:rPr>
                            </w:pPr>
                          </w:p>
                        </w:tc>
                        <w:tc>
                          <w:tcPr>
                            <w:tcW w:w="4310" w:type="dxa"/>
                            <w:vAlign w:val="center"/>
                          </w:tcPr>
                          <w:p w:rsidR="003A37E7" w:rsidRDefault="003A37E7" w:rsidP="00CD5F57">
                            <w:pPr>
                              <w:jc w:val="center"/>
                              <w:cnfStyle w:val="000000010000" w:firstRow="0" w:lastRow="0" w:firstColumn="0" w:lastColumn="0" w:oddVBand="0" w:evenVBand="0" w:oddHBand="0" w:evenHBand="1" w:firstRowFirstColumn="0" w:firstRowLastColumn="0" w:lastRowFirstColumn="0" w:lastRowLastColumn="0"/>
                            </w:pPr>
                            <w:r>
                              <w:t>TECHNICAL ELECTIVE</w:t>
                            </w:r>
                          </w:p>
                        </w:tc>
                        <w:tc>
                          <w:tcPr>
                            <w:tcW w:w="1170" w:type="dxa"/>
                            <w:vAlign w:val="center"/>
                          </w:tcPr>
                          <w:p w:rsidR="003A37E7" w:rsidRDefault="003A37E7" w:rsidP="00CD5F57">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CD5F57">
                            <w:pPr>
                              <w:jc w:val="center"/>
                              <w:rPr>
                                <w:rFonts w:ascii="Bahnschrift" w:hAnsi="Bahnschrift"/>
                              </w:rPr>
                            </w:pPr>
                          </w:p>
                        </w:tc>
                        <w:tc>
                          <w:tcPr>
                            <w:tcW w:w="4310" w:type="dxa"/>
                            <w:vAlign w:val="center"/>
                          </w:tcPr>
                          <w:p w:rsidR="003A37E7" w:rsidRDefault="003A37E7" w:rsidP="00CD5F57">
                            <w:pPr>
                              <w:jc w:val="center"/>
                              <w:cnfStyle w:val="000000100000" w:firstRow="0" w:lastRow="0" w:firstColumn="0" w:lastColumn="0" w:oddVBand="0" w:evenVBand="0" w:oddHBand="1" w:evenHBand="0" w:firstRowFirstColumn="0" w:firstRowLastColumn="0" w:lastRowFirstColumn="0" w:lastRowLastColumn="0"/>
                            </w:pPr>
                            <w:r>
                              <w:t>NON TECHNICAL ELECTIVE</w:t>
                            </w:r>
                          </w:p>
                        </w:tc>
                        <w:tc>
                          <w:tcPr>
                            <w:tcW w:w="1170" w:type="dxa"/>
                            <w:vAlign w:val="center"/>
                          </w:tcPr>
                          <w:p w:rsidR="003A37E7" w:rsidRDefault="003A37E7" w:rsidP="00CD5F57">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Height w:val="399"/>
                        </w:trPr>
                        <w:tc>
                          <w:tcPr>
                            <w:cnfStyle w:val="001000000000" w:firstRow="0" w:lastRow="0" w:firstColumn="1" w:lastColumn="0" w:oddVBand="0" w:evenVBand="0" w:oddHBand="0" w:evenHBand="0" w:firstRowFirstColumn="0" w:firstRowLastColumn="0" w:lastRowFirstColumn="0" w:lastRowLastColumn="0"/>
                            <w:tcW w:w="5750" w:type="dxa"/>
                            <w:gridSpan w:val="2"/>
                            <w:vAlign w:val="center"/>
                          </w:tcPr>
                          <w:p w:rsidR="003A37E7" w:rsidRPr="000B5525" w:rsidRDefault="003A37E7" w:rsidP="00CD5F57">
                            <w:pPr>
                              <w:jc w:val="center"/>
                            </w:pPr>
                            <w:r>
                              <w:t xml:space="preserve">TOTAL </w:t>
                            </w:r>
                            <w:r>
                              <w:rPr>
                                <w:b w:val="0"/>
                              </w:rPr>
                              <w:t>CREDIT HOURS</w:t>
                            </w:r>
                          </w:p>
                        </w:tc>
                        <w:tc>
                          <w:tcPr>
                            <w:tcW w:w="117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t>20</w:t>
                            </w:r>
                          </w:p>
                        </w:tc>
                      </w:tr>
                    </w:tbl>
                    <w:p w:rsidR="003A37E7" w:rsidRDefault="003A37E7"/>
                  </w:txbxContent>
                </v:textbox>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09743A" w:rsidP="00412947">
      <w:pPr>
        <w:jc w:val="center"/>
      </w:pPr>
      <w:r>
        <w:rPr>
          <w:noProof/>
        </w:rPr>
        <mc:AlternateContent>
          <mc:Choice Requires="wps">
            <w:drawing>
              <wp:anchor distT="0" distB="0" distL="114300" distR="114300" simplePos="0" relativeHeight="251719680" behindDoc="0" locked="0" layoutInCell="1" allowOverlap="1" wp14:anchorId="03373CA6" wp14:editId="791E5297">
                <wp:simplePos x="0" y="0"/>
                <wp:positionH relativeFrom="column">
                  <wp:posOffset>-1278486</wp:posOffset>
                </wp:positionH>
                <wp:positionV relativeFrom="paragraph">
                  <wp:posOffset>419100</wp:posOffset>
                </wp:positionV>
                <wp:extent cx="4571365" cy="3051810"/>
                <wp:effectExtent l="0" t="0" r="635" b="0"/>
                <wp:wrapNone/>
                <wp:docPr id="66" name="Text Box 66"/>
                <wp:cNvGraphicFramePr/>
                <a:graphic xmlns:a="http://schemas.openxmlformats.org/drawingml/2006/main">
                  <a:graphicData uri="http://schemas.microsoft.com/office/word/2010/wordprocessingShape">
                    <wps:wsp>
                      <wps:cNvSpPr txBox="1"/>
                      <wps:spPr>
                        <a:xfrm>
                          <a:off x="0" y="0"/>
                          <a:ext cx="4571365" cy="30518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830" w:type="dxa"/>
                              <w:tblLayout w:type="fixed"/>
                              <w:tblLook w:val="04A0" w:firstRow="1" w:lastRow="0" w:firstColumn="1" w:lastColumn="0" w:noHBand="0" w:noVBand="1"/>
                            </w:tblPr>
                            <w:tblGrid>
                              <w:gridCol w:w="1440"/>
                              <w:gridCol w:w="4310"/>
                              <w:gridCol w:w="1080"/>
                            </w:tblGrid>
                            <w:tr w:rsidR="003A37E7" w:rsidRPr="000B5525" w:rsidTr="00EA05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0" w:type="dxa"/>
                                  <w:gridSpan w:val="3"/>
                                  <w:vAlign w:val="center"/>
                                </w:tcPr>
                                <w:p w:rsidR="003A37E7" w:rsidRPr="000B5525" w:rsidRDefault="003A37E7" w:rsidP="00CD5F57">
                                  <w:pPr>
                                    <w:jc w:val="center"/>
                                    <w:rPr>
                                      <w:color w:val="FF0000"/>
                                    </w:rPr>
                                  </w:pPr>
                                  <w:r>
                                    <w:rPr>
                                      <w:color w:val="FF0000"/>
                                    </w:rPr>
                                    <w:t>ELECTRICAL ENGINEERING</w:t>
                                  </w:r>
                                </w:p>
                              </w:tc>
                            </w:tr>
                            <w:tr w:rsidR="003A37E7" w:rsidRPr="000B5525" w:rsidTr="00EA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0" w:type="dxa"/>
                                  <w:gridSpan w:val="3"/>
                                  <w:vAlign w:val="center"/>
                                </w:tcPr>
                                <w:p w:rsidR="003A37E7" w:rsidRPr="000B5525" w:rsidRDefault="003A37E7" w:rsidP="00CD5F57">
                                  <w:pPr>
                                    <w:jc w:val="center"/>
                                  </w:pPr>
                                  <w:r>
                                    <w:t xml:space="preserve"> </w:t>
                                  </w:r>
                                  <w:r>
                                    <w:rPr>
                                      <w:sz w:val="20"/>
                                      <w:szCs w:val="20"/>
                                    </w:rPr>
                                    <w:t>JUNIOR YEAR (YEAR III) - SECOND</w:t>
                                  </w:r>
                                  <w:r w:rsidRPr="009B29F2">
                                    <w:rPr>
                                      <w:sz w:val="20"/>
                                      <w:szCs w:val="20"/>
                                    </w:rPr>
                                    <w:t xml:space="preserve"> SEMESTER</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pPr>
                                  <w:r w:rsidRPr="000B5525">
                                    <w:t>COURSE CODE</w:t>
                                  </w:r>
                                </w:p>
                              </w:tc>
                              <w:tc>
                                <w:tcPr>
                                  <w:tcW w:w="431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rsidRPr="000B5525">
                                    <w:rPr>
                                      <w:b/>
                                    </w:rPr>
                                    <w:t>COURSE TITLE</w:t>
                                  </w:r>
                                </w:p>
                              </w:tc>
                              <w:tc>
                                <w:tcPr>
                                  <w:tcW w:w="108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pPr>
                                  <w:r>
                                    <w:t>GEN 108</w:t>
                                  </w:r>
                                </w:p>
                              </w:tc>
                              <w:tc>
                                <w:tcPr>
                                  <w:tcW w:w="431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DYNAMIC OF FAITH 2</w:t>
                                  </w:r>
                                </w:p>
                              </w:tc>
                              <w:tc>
                                <w:tcPr>
                                  <w:tcW w:w="108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pPr>
                                  <w:r>
                                    <w:t>EENG 312</w:t>
                                  </w:r>
                                </w:p>
                              </w:tc>
                              <w:tc>
                                <w:tcPr>
                                  <w:tcW w:w="431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t>ENERGY CONVERSION – II</w:t>
                                  </w:r>
                                </w:p>
                              </w:tc>
                              <w:tc>
                                <w:tcPr>
                                  <w:tcW w:w="108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rPr>
                                      <w:rFonts w:ascii="Bahnschrift" w:hAnsi="Bahnschrift"/>
                                    </w:rPr>
                                  </w:pPr>
                                  <w:r>
                                    <w:rPr>
                                      <w:rFonts w:ascii="Bahnschrift" w:hAnsi="Bahnschrift"/>
                                    </w:rPr>
                                    <w:t>EENG 324</w:t>
                                  </w:r>
                                </w:p>
                              </w:tc>
                              <w:tc>
                                <w:tcPr>
                                  <w:tcW w:w="431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LINEAR SIGNAL &amp; SYSTEM</w:t>
                                  </w:r>
                                </w:p>
                              </w:tc>
                              <w:tc>
                                <w:tcPr>
                                  <w:tcW w:w="108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rPr>
                                      <w:rFonts w:ascii="Bahnschrift" w:hAnsi="Bahnschrift"/>
                                    </w:rPr>
                                  </w:pPr>
                                  <w:r>
                                    <w:rPr>
                                      <w:rFonts w:ascii="Bahnschrift" w:hAnsi="Bahnschrift"/>
                                    </w:rPr>
                                    <w:t>EENG 321</w:t>
                                  </w:r>
                                </w:p>
                              </w:tc>
                              <w:tc>
                                <w:tcPr>
                                  <w:tcW w:w="431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DIGITAL ELECTRONICS-II</w:t>
                                  </w:r>
                                </w:p>
                              </w:tc>
                              <w:tc>
                                <w:tcPr>
                                  <w:tcW w:w="108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Height w:val="51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rPr>
                                      <w:rFonts w:ascii="Bahnschrift" w:hAnsi="Bahnschrift"/>
                                    </w:rPr>
                                  </w:pPr>
                                  <w:r>
                                    <w:rPr>
                                      <w:rFonts w:ascii="Bahnschrift" w:hAnsi="Bahnschrift"/>
                                    </w:rPr>
                                    <w:t>EENG 301</w:t>
                                  </w:r>
                                </w:p>
                              </w:tc>
                              <w:tc>
                                <w:tcPr>
                                  <w:tcW w:w="431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ENERGY MANAGEMENT &amp; POLICY</w:t>
                                  </w:r>
                                </w:p>
                              </w:tc>
                              <w:tc>
                                <w:tcPr>
                                  <w:tcW w:w="108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CD5F57">
                                  <w:pPr>
                                    <w:jc w:val="center"/>
                                    <w:rPr>
                                      <w:rFonts w:ascii="Bahnschrift" w:hAnsi="Bahnschrift"/>
                                    </w:rPr>
                                  </w:pPr>
                                </w:p>
                              </w:tc>
                              <w:tc>
                                <w:tcPr>
                                  <w:tcW w:w="4310" w:type="dxa"/>
                                  <w:vAlign w:val="center"/>
                                </w:tcPr>
                                <w:p w:rsidR="003A37E7" w:rsidRDefault="003A37E7" w:rsidP="00CD5F57">
                                  <w:pPr>
                                    <w:jc w:val="center"/>
                                    <w:cnfStyle w:val="000000010000" w:firstRow="0" w:lastRow="0" w:firstColumn="0" w:lastColumn="0" w:oddVBand="0" w:evenVBand="0" w:oddHBand="0" w:evenHBand="1" w:firstRowFirstColumn="0" w:firstRowLastColumn="0" w:lastRowFirstColumn="0" w:lastRowLastColumn="0"/>
                                  </w:pPr>
                                  <w:r>
                                    <w:t>TECHNICAL ELECTIVE</w:t>
                                  </w:r>
                                </w:p>
                              </w:tc>
                              <w:tc>
                                <w:tcPr>
                                  <w:tcW w:w="1080" w:type="dxa"/>
                                  <w:vAlign w:val="center"/>
                                </w:tcPr>
                                <w:p w:rsidR="003A37E7" w:rsidRDefault="003A37E7" w:rsidP="00CD5F57">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CD5F57">
                                  <w:pPr>
                                    <w:jc w:val="center"/>
                                    <w:rPr>
                                      <w:rFonts w:ascii="Bahnschrift" w:hAnsi="Bahnschrift"/>
                                    </w:rPr>
                                  </w:pPr>
                                </w:p>
                              </w:tc>
                              <w:tc>
                                <w:tcPr>
                                  <w:tcW w:w="4310" w:type="dxa"/>
                                  <w:vAlign w:val="center"/>
                                </w:tcPr>
                                <w:p w:rsidR="003A37E7" w:rsidRDefault="003A37E7" w:rsidP="00CD5F57">
                                  <w:pPr>
                                    <w:jc w:val="center"/>
                                    <w:cnfStyle w:val="000000100000" w:firstRow="0" w:lastRow="0" w:firstColumn="0" w:lastColumn="0" w:oddVBand="0" w:evenVBand="0" w:oddHBand="1" w:evenHBand="0" w:firstRowFirstColumn="0" w:firstRowLastColumn="0" w:lastRowFirstColumn="0" w:lastRowLastColumn="0"/>
                                  </w:pPr>
                                  <w:r>
                                    <w:t>NON TECHNICAL ELECTIVE</w:t>
                                  </w:r>
                                </w:p>
                              </w:tc>
                              <w:tc>
                                <w:tcPr>
                                  <w:tcW w:w="1080" w:type="dxa"/>
                                  <w:vAlign w:val="center"/>
                                </w:tcPr>
                                <w:p w:rsidR="003A37E7" w:rsidRDefault="003A37E7" w:rsidP="00CD5F57">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5750" w:type="dxa"/>
                                  <w:gridSpan w:val="2"/>
                                  <w:vAlign w:val="center"/>
                                </w:tcPr>
                                <w:p w:rsidR="003A37E7" w:rsidRDefault="003A37E7" w:rsidP="00CD5F57">
                                  <w:pPr>
                                    <w:jc w:val="center"/>
                                  </w:pPr>
                                  <w:r>
                                    <w:rPr>
                                      <w:rFonts w:ascii="Bahnschrift" w:hAnsi="Bahnschrift"/>
                                    </w:rPr>
                                    <w:t xml:space="preserve">TOTAL </w:t>
                                  </w:r>
                                  <w:r>
                                    <w:rPr>
                                      <w:b w:val="0"/>
                                    </w:rPr>
                                    <w:t>CREDIT HOURS</w:t>
                                  </w:r>
                                </w:p>
                              </w:tc>
                              <w:tc>
                                <w:tcPr>
                                  <w:tcW w:w="1080" w:type="dxa"/>
                                  <w:vAlign w:val="center"/>
                                </w:tcPr>
                                <w:p w:rsidR="003A37E7" w:rsidRDefault="003A37E7" w:rsidP="00CD5F57">
                                  <w:pPr>
                                    <w:jc w:val="center"/>
                                    <w:cnfStyle w:val="000000010000" w:firstRow="0" w:lastRow="0" w:firstColumn="0" w:lastColumn="0" w:oddVBand="0" w:evenVBand="0" w:oddHBand="0" w:evenHBand="1" w:firstRowFirstColumn="0" w:firstRowLastColumn="0" w:lastRowFirstColumn="0" w:lastRowLastColumn="0"/>
                                  </w:pPr>
                                  <w:r>
                                    <w:t>20</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5750" w:type="dxa"/>
                                  <w:gridSpan w:val="2"/>
                                  <w:vAlign w:val="center"/>
                                </w:tcPr>
                                <w:p w:rsidR="003A37E7" w:rsidRPr="000B5525" w:rsidRDefault="003A37E7" w:rsidP="00CD5F57">
                                  <w:pPr>
                                    <w:jc w:val="center"/>
                                  </w:pPr>
                                  <w:r>
                                    <w:t>TOTAL CREDIT UNITS</w:t>
                                  </w:r>
                                </w:p>
                              </w:tc>
                              <w:tc>
                                <w:tcPr>
                                  <w:tcW w:w="108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21</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373CA6" id="Text Box 66" o:spid="_x0000_s1127" type="#_x0000_t202" style="position:absolute;left:0;text-align:left;margin-left:-100.65pt;margin-top:33pt;width:359.95pt;height:240.3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" fillcolor="white [3201]" stroked="f" strokeweight=".5pt">
                <v:textbox>
                  <w:txbxContent>
                    <w:tbl>
                      <w:tblPr>
                        <w:tblStyle w:val="LightGrid"/>
                        <w:tblW w:w="6830" w:type="dxa"/>
                        <w:tblLayout w:type="fixed"/>
                        <w:tblLook w:val="04A0" w:firstRow="1" w:lastRow="0" w:firstColumn="1" w:lastColumn="0" w:noHBand="0" w:noVBand="1"/>
                      </w:tblPr>
                      <w:tblGrid>
                        <w:gridCol w:w="1440"/>
                        <w:gridCol w:w="4310"/>
                        <w:gridCol w:w="1080"/>
                      </w:tblGrid>
                      <w:tr w:rsidR="003A37E7" w:rsidRPr="000B5525" w:rsidTr="00EA05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0" w:type="dxa"/>
                            <w:gridSpan w:val="3"/>
                            <w:vAlign w:val="center"/>
                          </w:tcPr>
                          <w:p w:rsidR="003A37E7" w:rsidRPr="000B5525" w:rsidRDefault="003A37E7" w:rsidP="00CD5F57">
                            <w:pPr>
                              <w:jc w:val="center"/>
                              <w:rPr>
                                <w:color w:val="FF0000"/>
                              </w:rPr>
                            </w:pPr>
                            <w:r>
                              <w:rPr>
                                <w:color w:val="FF0000"/>
                              </w:rPr>
                              <w:t>ELECTRICAL ENGINEERING</w:t>
                            </w:r>
                          </w:p>
                        </w:tc>
                      </w:tr>
                      <w:tr w:rsidR="003A37E7" w:rsidRPr="000B5525" w:rsidTr="00EA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0" w:type="dxa"/>
                            <w:gridSpan w:val="3"/>
                            <w:vAlign w:val="center"/>
                          </w:tcPr>
                          <w:p w:rsidR="003A37E7" w:rsidRPr="000B5525" w:rsidRDefault="003A37E7" w:rsidP="00CD5F57">
                            <w:pPr>
                              <w:jc w:val="center"/>
                            </w:pPr>
                            <w:r>
                              <w:t xml:space="preserve"> </w:t>
                            </w:r>
                            <w:r>
                              <w:rPr>
                                <w:sz w:val="20"/>
                                <w:szCs w:val="20"/>
                              </w:rPr>
                              <w:t>JUNIOR YEAR (YEAR III) - SECOND</w:t>
                            </w:r>
                            <w:r w:rsidRPr="009B29F2">
                              <w:rPr>
                                <w:sz w:val="20"/>
                                <w:szCs w:val="20"/>
                              </w:rPr>
                              <w:t xml:space="preserve"> SEMESTER</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pPr>
                            <w:r w:rsidRPr="000B5525">
                              <w:t>COURSE CODE</w:t>
                            </w:r>
                          </w:p>
                        </w:tc>
                        <w:tc>
                          <w:tcPr>
                            <w:tcW w:w="431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rsidRPr="000B5525">
                              <w:rPr>
                                <w:b/>
                              </w:rPr>
                              <w:t>COURSE TITLE</w:t>
                            </w:r>
                          </w:p>
                        </w:tc>
                        <w:tc>
                          <w:tcPr>
                            <w:tcW w:w="108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rPr>
                                <w:b/>
                              </w:rPr>
                              <w:t>CREDIT HOURS</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pPr>
                            <w:r>
                              <w:t>GEN 108</w:t>
                            </w:r>
                          </w:p>
                        </w:tc>
                        <w:tc>
                          <w:tcPr>
                            <w:tcW w:w="431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DYNAMIC OF FAITH 2</w:t>
                            </w:r>
                          </w:p>
                        </w:tc>
                        <w:tc>
                          <w:tcPr>
                            <w:tcW w:w="108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2</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pPr>
                            <w:r>
                              <w:t>EENG 312</w:t>
                            </w:r>
                          </w:p>
                        </w:tc>
                        <w:tc>
                          <w:tcPr>
                            <w:tcW w:w="431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t>ENERGY CONVERSION – II</w:t>
                            </w:r>
                          </w:p>
                        </w:tc>
                        <w:tc>
                          <w:tcPr>
                            <w:tcW w:w="108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rPr>
                                <w:rFonts w:ascii="Bahnschrift" w:hAnsi="Bahnschrift"/>
                              </w:rPr>
                            </w:pPr>
                            <w:r>
                              <w:rPr>
                                <w:rFonts w:ascii="Bahnschrift" w:hAnsi="Bahnschrift"/>
                              </w:rPr>
                              <w:t>EENG 324</w:t>
                            </w:r>
                          </w:p>
                        </w:tc>
                        <w:tc>
                          <w:tcPr>
                            <w:tcW w:w="431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Pr>
                                <w:rFonts w:ascii="Bahnschrift" w:hAnsi="Bahnschrift"/>
                              </w:rPr>
                              <w:t>LINEAR SIGNAL &amp; SYSTEM</w:t>
                            </w:r>
                          </w:p>
                        </w:tc>
                        <w:tc>
                          <w:tcPr>
                            <w:tcW w:w="108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rPr>
                                <w:rFonts w:ascii="Bahnschrift" w:hAnsi="Bahnschrift"/>
                              </w:rPr>
                            </w:pPr>
                            <w:r>
                              <w:rPr>
                                <w:rFonts w:ascii="Bahnschrift" w:hAnsi="Bahnschrift"/>
                              </w:rPr>
                              <w:t>EENG 321</w:t>
                            </w:r>
                          </w:p>
                        </w:tc>
                        <w:tc>
                          <w:tcPr>
                            <w:tcW w:w="431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Pr>
                                <w:rFonts w:ascii="Bahnschrift" w:hAnsi="Bahnschrift"/>
                              </w:rPr>
                              <w:t>DIGITAL ELECTRONICS-II</w:t>
                            </w:r>
                          </w:p>
                        </w:tc>
                        <w:tc>
                          <w:tcPr>
                            <w:tcW w:w="1080" w:type="dxa"/>
                            <w:vAlign w:val="center"/>
                          </w:tcPr>
                          <w:p w:rsidR="003A37E7" w:rsidRPr="000B5525" w:rsidRDefault="003A37E7" w:rsidP="00CD5F57">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Height w:val="518"/>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0B5525" w:rsidRDefault="003A37E7" w:rsidP="00CD5F57">
                            <w:pPr>
                              <w:jc w:val="center"/>
                              <w:rPr>
                                <w:rFonts w:ascii="Bahnschrift" w:hAnsi="Bahnschrift"/>
                              </w:rPr>
                            </w:pPr>
                            <w:r>
                              <w:rPr>
                                <w:rFonts w:ascii="Bahnschrift" w:hAnsi="Bahnschrift"/>
                              </w:rPr>
                              <w:t>EENG 301</w:t>
                            </w:r>
                          </w:p>
                        </w:tc>
                        <w:tc>
                          <w:tcPr>
                            <w:tcW w:w="431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ENERGY MANAGEMENT &amp; POLICY</w:t>
                            </w:r>
                          </w:p>
                        </w:tc>
                        <w:tc>
                          <w:tcPr>
                            <w:tcW w:w="108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CD5F57">
                            <w:pPr>
                              <w:jc w:val="center"/>
                              <w:rPr>
                                <w:rFonts w:ascii="Bahnschrift" w:hAnsi="Bahnschrift"/>
                              </w:rPr>
                            </w:pPr>
                          </w:p>
                        </w:tc>
                        <w:tc>
                          <w:tcPr>
                            <w:tcW w:w="4310" w:type="dxa"/>
                            <w:vAlign w:val="center"/>
                          </w:tcPr>
                          <w:p w:rsidR="003A37E7" w:rsidRDefault="003A37E7" w:rsidP="00CD5F57">
                            <w:pPr>
                              <w:jc w:val="center"/>
                              <w:cnfStyle w:val="000000010000" w:firstRow="0" w:lastRow="0" w:firstColumn="0" w:lastColumn="0" w:oddVBand="0" w:evenVBand="0" w:oddHBand="0" w:evenHBand="1" w:firstRowFirstColumn="0" w:firstRowLastColumn="0" w:lastRowFirstColumn="0" w:lastRowLastColumn="0"/>
                            </w:pPr>
                            <w:r>
                              <w:t>TECHNICAL ELECTIVE</w:t>
                            </w:r>
                          </w:p>
                        </w:tc>
                        <w:tc>
                          <w:tcPr>
                            <w:tcW w:w="1080" w:type="dxa"/>
                            <w:vAlign w:val="center"/>
                          </w:tcPr>
                          <w:p w:rsidR="003A37E7" w:rsidRDefault="003A37E7" w:rsidP="00CD5F57">
                            <w:pPr>
                              <w:jc w:val="center"/>
                              <w:cnfStyle w:val="000000010000" w:firstRow="0" w:lastRow="0" w:firstColumn="0" w:lastColumn="0" w:oddVBand="0" w:evenVBand="0" w:oddHBand="0" w:evenHBand="1" w:firstRowFirstColumn="0" w:firstRowLastColumn="0" w:lastRowFirstColumn="0" w:lastRowLastColumn="0"/>
                            </w:pPr>
                            <w:r>
                              <w:t>3</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CD5F57">
                            <w:pPr>
                              <w:jc w:val="center"/>
                              <w:rPr>
                                <w:rFonts w:ascii="Bahnschrift" w:hAnsi="Bahnschrift"/>
                              </w:rPr>
                            </w:pPr>
                          </w:p>
                        </w:tc>
                        <w:tc>
                          <w:tcPr>
                            <w:tcW w:w="4310" w:type="dxa"/>
                            <w:vAlign w:val="center"/>
                          </w:tcPr>
                          <w:p w:rsidR="003A37E7" w:rsidRDefault="003A37E7" w:rsidP="00CD5F57">
                            <w:pPr>
                              <w:jc w:val="center"/>
                              <w:cnfStyle w:val="000000100000" w:firstRow="0" w:lastRow="0" w:firstColumn="0" w:lastColumn="0" w:oddVBand="0" w:evenVBand="0" w:oddHBand="1" w:evenHBand="0" w:firstRowFirstColumn="0" w:firstRowLastColumn="0" w:lastRowFirstColumn="0" w:lastRowLastColumn="0"/>
                            </w:pPr>
                            <w:r>
                              <w:t>NON TECHNICAL ELECTIVE</w:t>
                            </w:r>
                          </w:p>
                        </w:tc>
                        <w:tc>
                          <w:tcPr>
                            <w:tcW w:w="1080" w:type="dxa"/>
                            <w:vAlign w:val="center"/>
                          </w:tcPr>
                          <w:p w:rsidR="003A37E7" w:rsidRDefault="003A37E7" w:rsidP="00CD5F57">
                            <w:pPr>
                              <w:jc w:val="center"/>
                              <w:cnfStyle w:val="000000100000" w:firstRow="0" w:lastRow="0" w:firstColumn="0" w:lastColumn="0" w:oddVBand="0" w:evenVBand="0" w:oddHBand="1" w:evenHBand="0" w:firstRowFirstColumn="0" w:firstRowLastColumn="0" w:lastRowFirstColumn="0" w:lastRowLastColumn="0"/>
                            </w:pPr>
                            <w:r>
                              <w:t>3</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5750" w:type="dxa"/>
                            <w:gridSpan w:val="2"/>
                            <w:vAlign w:val="center"/>
                          </w:tcPr>
                          <w:p w:rsidR="003A37E7" w:rsidRDefault="003A37E7" w:rsidP="00CD5F57">
                            <w:pPr>
                              <w:jc w:val="center"/>
                            </w:pPr>
                            <w:r>
                              <w:rPr>
                                <w:rFonts w:ascii="Bahnschrift" w:hAnsi="Bahnschrift"/>
                              </w:rPr>
                              <w:t xml:space="preserve">TOTAL </w:t>
                            </w:r>
                            <w:r>
                              <w:rPr>
                                <w:b w:val="0"/>
                              </w:rPr>
                              <w:t>CREDIT HOURS</w:t>
                            </w:r>
                          </w:p>
                        </w:tc>
                        <w:tc>
                          <w:tcPr>
                            <w:tcW w:w="1080" w:type="dxa"/>
                            <w:vAlign w:val="center"/>
                          </w:tcPr>
                          <w:p w:rsidR="003A37E7" w:rsidRDefault="003A37E7" w:rsidP="00CD5F57">
                            <w:pPr>
                              <w:jc w:val="center"/>
                              <w:cnfStyle w:val="000000010000" w:firstRow="0" w:lastRow="0" w:firstColumn="0" w:lastColumn="0" w:oddVBand="0" w:evenVBand="0" w:oddHBand="0" w:evenHBand="1" w:firstRowFirstColumn="0" w:firstRowLastColumn="0" w:lastRowFirstColumn="0" w:lastRowLastColumn="0"/>
                            </w:pPr>
                            <w:r>
                              <w:t>20</w:t>
                            </w:r>
                          </w:p>
                        </w:tc>
                      </w:tr>
                      <w:tr w:rsidR="003A37E7" w:rsidRPr="000B5525" w:rsidTr="008F2D11">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5750" w:type="dxa"/>
                            <w:gridSpan w:val="2"/>
                            <w:vAlign w:val="center"/>
                          </w:tcPr>
                          <w:p w:rsidR="003A37E7" w:rsidRPr="000B5525" w:rsidRDefault="003A37E7" w:rsidP="00CD5F57">
                            <w:pPr>
                              <w:jc w:val="center"/>
                            </w:pPr>
                            <w:r>
                              <w:t>TOTAL CREDIT UNITS</w:t>
                            </w:r>
                          </w:p>
                        </w:tc>
                        <w:tc>
                          <w:tcPr>
                            <w:tcW w:w="1080" w:type="dxa"/>
                            <w:vAlign w:val="center"/>
                          </w:tcPr>
                          <w:p w:rsidR="003A37E7" w:rsidRPr="000B5525" w:rsidRDefault="003A37E7" w:rsidP="00CD5F57">
                            <w:pPr>
                              <w:jc w:val="center"/>
                              <w:cnfStyle w:val="000000100000" w:firstRow="0" w:lastRow="0" w:firstColumn="0" w:lastColumn="0" w:oddVBand="0" w:evenVBand="0" w:oddHBand="1" w:evenHBand="0" w:firstRowFirstColumn="0" w:firstRowLastColumn="0" w:lastRowFirstColumn="0" w:lastRowLastColumn="0"/>
                            </w:pPr>
                            <w:r>
                              <w:t>21</w:t>
                            </w:r>
                          </w:p>
                        </w:tc>
                      </w:tr>
                    </w:tbl>
                    <w:p w:rsidR="003A37E7" w:rsidRDefault="003A37E7"/>
                  </w:txbxContent>
                </v:textbox>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503AF3" w:rsidP="00412947">
      <w:pPr>
        <w:jc w:val="center"/>
      </w:pPr>
      <w:r>
        <w:rPr>
          <w:noProof/>
        </w:rPr>
        <w:lastRenderedPageBreak/>
        <mc:AlternateContent>
          <mc:Choice Requires="wps">
            <w:drawing>
              <wp:anchor distT="0" distB="0" distL="114300" distR="114300" simplePos="0" relativeHeight="251720704" behindDoc="0" locked="0" layoutInCell="1" allowOverlap="1" wp14:anchorId="55832AE7" wp14:editId="2411D389">
                <wp:simplePos x="0" y="0"/>
                <wp:positionH relativeFrom="column">
                  <wp:posOffset>-737606</wp:posOffset>
                </wp:positionH>
                <wp:positionV relativeFrom="paragraph">
                  <wp:posOffset>-783771</wp:posOffset>
                </wp:positionV>
                <wp:extent cx="4693920" cy="3574472"/>
                <wp:effectExtent l="0" t="0" r="0" b="6985"/>
                <wp:wrapNone/>
                <wp:docPr id="67" name="Text Box 67"/>
                <wp:cNvGraphicFramePr/>
                <a:graphic xmlns:a="http://schemas.openxmlformats.org/drawingml/2006/main">
                  <a:graphicData uri="http://schemas.microsoft.com/office/word/2010/wordprocessingShape">
                    <wps:wsp>
                      <wps:cNvSpPr txBox="1"/>
                      <wps:spPr>
                        <a:xfrm>
                          <a:off x="0" y="0"/>
                          <a:ext cx="4693920" cy="357447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920" w:type="dxa"/>
                              <w:tblLayout w:type="fixed"/>
                              <w:tblLook w:val="04A0" w:firstRow="1" w:lastRow="0" w:firstColumn="1" w:lastColumn="0" w:noHBand="0" w:noVBand="1"/>
                            </w:tblPr>
                            <w:tblGrid>
                              <w:gridCol w:w="1440"/>
                              <w:gridCol w:w="4310"/>
                              <w:gridCol w:w="1170"/>
                            </w:tblGrid>
                            <w:tr w:rsidR="003A37E7" w:rsidRPr="00826AF3" w:rsidTr="00890B9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0" w:type="dxa"/>
                                  <w:gridSpan w:val="3"/>
                                  <w:vAlign w:val="center"/>
                                </w:tcPr>
                                <w:p w:rsidR="003A37E7" w:rsidRPr="00826AF3" w:rsidRDefault="003A37E7" w:rsidP="00CD5F57">
                                  <w:pPr>
                                    <w:jc w:val="center"/>
                                    <w:rPr>
                                      <w:rFonts w:cs="Times New Roman"/>
                                      <w:color w:val="FF0000"/>
                                    </w:rPr>
                                  </w:pPr>
                                  <w:r w:rsidRPr="00826AF3">
                                    <w:rPr>
                                      <w:rFonts w:cs="Times New Roman"/>
                                      <w:color w:val="FF0000"/>
                                    </w:rPr>
                                    <w:t>ELECTRICAL ENGINEERING</w:t>
                                  </w:r>
                                </w:p>
                              </w:tc>
                            </w:tr>
                            <w:tr w:rsidR="003A37E7" w:rsidRPr="00826AF3" w:rsidTr="00890B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0" w:type="dxa"/>
                                  <w:gridSpan w:val="3"/>
                                  <w:vAlign w:val="center"/>
                                </w:tcPr>
                                <w:p w:rsidR="003A37E7" w:rsidRPr="00826AF3" w:rsidRDefault="003A37E7" w:rsidP="00CD5F57">
                                  <w:pPr>
                                    <w:jc w:val="center"/>
                                    <w:rPr>
                                      <w:rFonts w:cs="Times New Roman"/>
                                    </w:rPr>
                                  </w:pPr>
                                  <w:r w:rsidRPr="00826AF3">
                                    <w:rPr>
                                      <w:rFonts w:cs="Times New Roman"/>
                                    </w:rPr>
                                    <w:t>SENIOR YEAR (YEAR IV) - FIRST SEMESTER</w:t>
                                  </w:r>
                                </w:p>
                              </w:tc>
                            </w:tr>
                            <w:tr w:rsidR="003A37E7" w:rsidRPr="00826AF3" w:rsidTr="00890B9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r w:rsidRPr="00826AF3">
                                    <w:rPr>
                                      <w:rFonts w:cs="Times New Roman"/>
                                    </w:rPr>
                                    <w:t>COURSE CODE</w:t>
                                  </w:r>
                                </w:p>
                              </w:tc>
                              <w:tc>
                                <w:tcPr>
                                  <w:tcW w:w="431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rPr>
                                      <w:rFonts w:cs="Times New Roman"/>
                                      <w:b/>
                                    </w:rPr>
                                    <w:t>COURSE TITLE</w:t>
                                  </w:r>
                                </w:p>
                              </w:tc>
                              <w:tc>
                                <w:tcPr>
                                  <w:tcW w:w="117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t>CREDIT HOURS</w:t>
                                  </w:r>
                                </w:p>
                              </w:tc>
                            </w:tr>
                            <w:tr w:rsidR="003A37E7" w:rsidRPr="00826AF3" w:rsidTr="00890B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r w:rsidRPr="00826AF3">
                                    <w:rPr>
                                      <w:rFonts w:cs="Times New Roman"/>
                                    </w:rPr>
                                    <w:t>EENG 411</w:t>
                                  </w:r>
                                </w:p>
                              </w:tc>
                              <w:tc>
                                <w:tcPr>
                                  <w:tcW w:w="431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26AF3">
                                    <w:rPr>
                                      <w:rFonts w:cs="Times New Roman"/>
                                    </w:rPr>
                                    <w:t>INDUSTRIAL TRAINING/INSTALLATION (FIELD TRIP)</w:t>
                                  </w:r>
                                </w:p>
                              </w:tc>
                              <w:tc>
                                <w:tcPr>
                                  <w:tcW w:w="117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26AF3">
                                    <w:rPr>
                                      <w:rFonts w:cs="Times New Roman"/>
                                    </w:rPr>
                                    <w:t>3</w:t>
                                  </w:r>
                                </w:p>
                              </w:tc>
                            </w:tr>
                            <w:tr w:rsidR="003A37E7" w:rsidRPr="00826AF3" w:rsidTr="00890B9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r w:rsidRPr="00826AF3">
                                    <w:rPr>
                                      <w:rFonts w:cs="Times New Roman"/>
                                    </w:rPr>
                                    <w:t>EENG 419</w:t>
                                  </w:r>
                                </w:p>
                              </w:tc>
                              <w:tc>
                                <w:tcPr>
                                  <w:tcW w:w="431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rPr>
                                      <w:rFonts w:cs="Times New Roman"/>
                                    </w:rPr>
                                    <w:t>PHOTOVOLTAIC (PV) TECHNOLOGY3</w:t>
                                  </w:r>
                                </w:p>
                              </w:tc>
                              <w:tc>
                                <w:tcPr>
                                  <w:tcW w:w="117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rPr>
                                      <w:rFonts w:cs="Times New Roman"/>
                                    </w:rPr>
                                    <w:t>3</w:t>
                                  </w:r>
                                </w:p>
                              </w:tc>
                            </w:tr>
                            <w:tr w:rsidR="003A37E7" w:rsidRPr="00826AF3" w:rsidTr="00890B9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r w:rsidRPr="00826AF3">
                                    <w:rPr>
                                      <w:rFonts w:cs="Times New Roman"/>
                                    </w:rPr>
                                    <w:t>GENG 208</w:t>
                                  </w:r>
                                </w:p>
                              </w:tc>
                              <w:tc>
                                <w:tcPr>
                                  <w:tcW w:w="431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26AF3">
                                    <w:rPr>
                                      <w:rFonts w:cs="Times New Roman"/>
                                    </w:rPr>
                                    <w:t>RESEARCH METHODOLOGY3</w:t>
                                  </w:r>
                                </w:p>
                              </w:tc>
                              <w:tc>
                                <w:tcPr>
                                  <w:tcW w:w="117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26AF3">
                                    <w:rPr>
                                      <w:rFonts w:cs="Times New Roman"/>
                                    </w:rPr>
                                    <w:t>3</w:t>
                                  </w:r>
                                </w:p>
                              </w:tc>
                            </w:tr>
                            <w:tr w:rsidR="003A37E7" w:rsidRPr="00826AF3" w:rsidTr="00890B9A">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r w:rsidRPr="00826AF3">
                                    <w:rPr>
                                      <w:rFonts w:cs="Times New Roman"/>
                                    </w:rPr>
                                    <w:t>EENG 405</w:t>
                                  </w:r>
                                </w:p>
                              </w:tc>
                              <w:tc>
                                <w:tcPr>
                                  <w:tcW w:w="431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rPr>
                                      <w:rFonts w:cs="Times New Roman"/>
                                    </w:rPr>
                                    <w:t>POWER SYSTEM ANALYSIS</w:t>
                                  </w:r>
                                </w:p>
                              </w:tc>
                              <w:tc>
                                <w:tcPr>
                                  <w:tcW w:w="117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rPr>
                                      <w:rFonts w:cs="Times New Roman"/>
                                    </w:rPr>
                                    <w:t>3</w:t>
                                  </w:r>
                                </w:p>
                              </w:tc>
                            </w:tr>
                            <w:tr w:rsidR="003A37E7" w:rsidRPr="00826AF3" w:rsidTr="00890B9A">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r w:rsidRPr="00826AF3">
                                    <w:rPr>
                                      <w:rFonts w:cs="Times New Roman"/>
                                    </w:rPr>
                                    <w:t>EENG 401</w:t>
                                  </w:r>
                                </w:p>
                              </w:tc>
                              <w:tc>
                                <w:tcPr>
                                  <w:tcW w:w="431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26AF3">
                                    <w:rPr>
                                      <w:rFonts w:cs="Times New Roman"/>
                                    </w:rPr>
                                    <w:t>ELECTRIC MACHINE</w:t>
                                  </w:r>
                                </w:p>
                              </w:tc>
                              <w:tc>
                                <w:tcPr>
                                  <w:tcW w:w="117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26AF3">
                                    <w:rPr>
                                      <w:rFonts w:cs="Times New Roman"/>
                                    </w:rPr>
                                    <w:t>3</w:t>
                                  </w:r>
                                </w:p>
                              </w:tc>
                            </w:tr>
                            <w:tr w:rsidR="003A37E7" w:rsidRPr="00826AF3" w:rsidTr="00890B9A">
                              <w:trPr>
                                <w:cnfStyle w:val="000000010000" w:firstRow="0" w:lastRow="0" w:firstColumn="0" w:lastColumn="0" w:oddVBand="0" w:evenVBand="0" w:oddHBand="0" w:evenHBand="1"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p>
                              </w:tc>
                              <w:tc>
                                <w:tcPr>
                                  <w:tcW w:w="431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rPr>
                                      <w:rFonts w:cs="Times New Roman"/>
                                    </w:rPr>
                                    <w:t>TECHNICAL ELECTIVE</w:t>
                                  </w:r>
                                </w:p>
                              </w:tc>
                              <w:tc>
                                <w:tcPr>
                                  <w:tcW w:w="117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rPr>
                                      <w:rFonts w:cs="Times New Roman"/>
                                    </w:rPr>
                                    <w:t>3</w:t>
                                  </w:r>
                                </w:p>
                              </w:tc>
                            </w:tr>
                            <w:tr w:rsidR="003A37E7" w:rsidRPr="00826AF3" w:rsidTr="00890B9A">
                              <w:trPr>
                                <w:cnfStyle w:val="000000100000" w:firstRow="0" w:lastRow="0" w:firstColumn="0" w:lastColumn="0" w:oddVBand="0" w:evenVBand="0" w:oddHBand="1" w:evenHBand="0"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r>
                                    <w:rPr>
                                      <w:rFonts w:cs="Times New Roman"/>
                                    </w:rPr>
                                    <w:t>GEN 109</w:t>
                                  </w:r>
                                </w:p>
                              </w:tc>
                              <w:tc>
                                <w:tcPr>
                                  <w:tcW w:w="431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Pr>
                                      <w:b/>
                                      <w:sz w:val="20"/>
                                      <w:szCs w:val="20"/>
                                    </w:rPr>
                                    <w:t>CHRISTIAN DEVELOPMENT CHARACTER I</w:t>
                                  </w:r>
                                </w:p>
                              </w:tc>
                              <w:tc>
                                <w:tcPr>
                                  <w:tcW w:w="117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Pr>
                                      <w:rFonts w:cs="Times New Roman"/>
                                    </w:rPr>
                                    <w:t>2</w:t>
                                  </w:r>
                                </w:p>
                              </w:tc>
                            </w:tr>
                            <w:tr w:rsidR="003A37E7" w:rsidRPr="00826AF3" w:rsidTr="00890B9A">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5750" w:type="dxa"/>
                                  <w:gridSpan w:val="2"/>
                                  <w:vAlign w:val="center"/>
                                </w:tcPr>
                                <w:p w:rsidR="003A37E7" w:rsidRPr="00826AF3" w:rsidRDefault="003A37E7" w:rsidP="00CD5F57">
                                  <w:pPr>
                                    <w:jc w:val="center"/>
                                    <w:rPr>
                                      <w:rFonts w:cs="Times New Roman"/>
                                    </w:rPr>
                                  </w:pPr>
                                  <w:r w:rsidRPr="00826AF3">
                                    <w:rPr>
                                      <w:rFonts w:cs="Times New Roman"/>
                                    </w:rPr>
                                    <w:t xml:space="preserve">TOTAL </w:t>
                                  </w:r>
                                  <w:r w:rsidRPr="00826AF3">
                                    <w:t>CREDIT HOURS</w:t>
                                  </w:r>
                                </w:p>
                              </w:tc>
                              <w:tc>
                                <w:tcPr>
                                  <w:tcW w:w="117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Pr>
                                      <w:rFonts w:cs="Times New Roman"/>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832AE7" id="Text Box 67" o:spid="_x0000_s1128" type="#_x0000_t202" style="position:absolute;left:0;text-align:left;margin-left:-58.1pt;margin-top:-61.7pt;width:369.6pt;height:281.4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" fillcolor="white [3201]" stroked="f" strokeweight=".5pt">
                <v:textbox>
                  <w:txbxContent>
                    <w:tbl>
                      <w:tblPr>
                        <w:tblStyle w:val="LightGrid"/>
                        <w:tblW w:w="6920" w:type="dxa"/>
                        <w:tblLayout w:type="fixed"/>
                        <w:tblLook w:val="04A0" w:firstRow="1" w:lastRow="0" w:firstColumn="1" w:lastColumn="0" w:noHBand="0" w:noVBand="1"/>
                      </w:tblPr>
                      <w:tblGrid>
                        <w:gridCol w:w="1440"/>
                        <w:gridCol w:w="4310"/>
                        <w:gridCol w:w="1170"/>
                      </w:tblGrid>
                      <w:tr w:rsidR="003A37E7" w:rsidRPr="00826AF3" w:rsidTr="00890B9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0" w:type="dxa"/>
                            <w:gridSpan w:val="3"/>
                            <w:vAlign w:val="center"/>
                          </w:tcPr>
                          <w:p w:rsidR="003A37E7" w:rsidRPr="00826AF3" w:rsidRDefault="003A37E7" w:rsidP="00CD5F57">
                            <w:pPr>
                              <w:jc w:val="center"/>
                              <w:rPr>
                                <w:rFonts w:cs="Times New Roman"/>
                                <w:color w:val="FF0000"/>
                              </w:rPr>
                            </w:pPr>
                            <w:r w:rsidRPr="00826AF3">
                              <w:rPr>
                                <w:rFonts w:cs="Times New Roman"/>
                                <w:color w:val="FF0000"/>
                              </w:rPr>
                              <w:t>ELECTRICAL ENGINEERING</w:t>
                            </w:r>
                          </w:p>
                        </w:tc>
                      </w:tr>
                      <w:tr w:rsidR="003A37E7" w:rsidRPr="00826AF3" w:rsidTr="00890B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0" w:type="dxa"/>
                            <w:gridSpan w:val="3"/>
                            <w:vAlign w:val="center"/>
                          </w:tcPr>
                          <w:p w:rsidR="003A37E7" w:rsidRPr="00826AF3" w:rsidRDefault="003A37E7" w:rsidP="00CD5F57">
                            <w:pPr>
                              <w:jc w:val="center"/>
                              <w:rPr>
                                <w:rFonts w:cs="Times New Roman"/>
                              </w:rPr>
                            </w:pPr>
                            <w:r w:rsidRPr="00826AF3">
                              <w:rPr>
                                <w:rFonts w:cs="Times New Roman"/>
                              </w:rPr>
                              <w:t>SENIOR YEAR (YEAR IV) - FIRST SEMESTER</w:t>
                            </w:r>
                          </w:p>
                        </w:tc>
                      </w:tr>
                      <w:tr w:rsidR="003A37E7" w:rsidRPr="00826AF3" w:rsidTr="00890B9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r w:rsidRPr="00826AF3">
                              <w:rPr>
                                <w:rFonts w:cs="Times New Roman"/>
                              </w:rPr>
                              <w:t>COURSE CODE</w:t>
                            </w:r>
                          </w:p>
                        </w:tc>
                        <w:tc>
                          <w:tcPr>
                            <w:tcW w:w="431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rPr>
                                <w:rFonts w:cs="Times New Roman"/>
                                <w:b/>
                              </w:rPr>
                              <w:t>COURSE TITLE</w:t>
                            </w:r>
                          </w:p>
                        </w:tc>
                        <w:tc>
                          <w:tcPr>
                            <w:tcW w:w="117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t>CREDIT HOURS</w:t>
                            </w:r>
                          </w:p>
                        </w:tc>
                      </w:tr>
                      <w:tr w:rsidR="003A37E7" w:rsidRPr="00826AF3" w:rsidTr="00890B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r w:rsidRPr="00826AF3">
                              <w:rPr>
                                <w:rFonts w:cs="Times New Roman"/>
                              </w:rPr>
                              <w:t>EENG 411</w:t>
                            </w:r>
                          </w:p>
                        </w:tc>
                        <w:tc>
                          <w:tcPr>
                            <w:tcW w:w="431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26AF3">
                              <w:rPr>
                                <w:rFonts w:cs="Times New Roman"/>
                              </w:rPr>
                              <w:t>INDUSTRIAL TRAINING/INSTALLATION (FIELD TRIP)</w:t>
                            </w:r>
                          </w:p>
                        </w:tc>
                        <w:tc>
                          <w:tcPr>
                            <w:tcW w:w="117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26AF3">
                              <w:rPr>
                                <w:rFonts w:cs="Times New Roman"/>
                              </w:rPr>
                              <w:t>3</w:t>
                            </w:r>
                          </w:p>
                        </w:tc>
                      </w:tr>
                      <w:tr w:rsidR="003A37E7" w:rsidRPr="00826AF3" w:rsidTr="00890B9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r w:rsidRPr="00826AF3">
                              <w:rPr>
                                <w:rFonts w:cs="Times New Roman"/>
                              </w:rPr>
                              <w:t>EENG 419</w:t>
                            </w:r>
                          </w:p>
                        </w:tc>
                        <w:tc>
                          <w:tcPr>
                            <w:tcW w:w="431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rPr>
                                <w:rFonts w:cs="Times New Roman"/>
                              </w:rPr>
                              <w:t>PHOTOVOLTAIC (PV) TECHNOLOGY3</w:t>
                            </w:r>
                          </w:p>
                        </w:tc>
                        <w:tc>
                          <w:tcPr>
                            <w:tcW w:w="117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rPr>
                                <w:rFonts w:cs="Times New Roman"/>
                              </w:rPr>
                              <w:t>3</w:t>
                            </w:r>
                          </w:p>
                        </w:tc>
                      </w:tr>
                      <w:tr w:rsidR="003A37E7" w:rsidRPr="00826AF3" w:rsidTr="00890B9A">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r w:rsidRPr="00826AF3">
                              <w:rPr>
                                <w:rFonts w:cs="Times New Roman"/>
                              </w:rPr>
                              <w:t>GENG 208</w:t>
                            </w:r>
                          </w:p>
                        </w:tc>
                        <w:tc>
                          <w:tcPr>
                            <w:tcW w:w="431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26AF3">
                              <w:rPr>
                                <w:rFonts w:cs="Times New Roman"/>
                              </w:rPr>
                              <w:t>RESEARCH METHODOLOGY3</w:t>
                            </w:r>
                          </w:p>
                        </w:tc>
                        <w:tc>
                          <w:tcPr>
                            <w:tcW w:w="117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26AF3">
                              <w:rPr>
                                <w:rFonts w:cs="Times New Roman"/>
                              </w:rPr>
                              <w:t>3</w:t>
                            </w:r>
                          </w:p>
                        </w:tc>
                      </w:tr>
                      <w:tr w:rsidR="003A37E7" w:rsidRPr="00826AF3" w:rsidTr="00890B9A">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r w:rsidRPr="00826AF3">
                              <w:rPr>
                                <w:rFonts w:cs="Times New Roman"/>
                              </w:rPr>
                              <w:t>EENG 405</w:t>
                            </w:r>
                          </w:p>
                        </w:tc>
                        <w:tc>
                          <w:tcPr>
                            <w:tcW w:w="431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rPr>
                                <w:rFonts w:cs="Times New Roman"/>
                              </w:rPr>
                              <w:t>POWER SYSTEM ANALYSIS</w:t>
                            </w:r>
                          </w:p>
                        </w:tc>
                        <w:tc>
                          <w:tcPr>
                            <w:tcW w:w="117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rPr>
                                <w:rFonts w:cs="Times New Roman"/>
                              </w:rPr>
                              <w:t>3</w:t>
                            </w:r>
                          </w:p>
                        </w:tc>
                      </w:tr>
                      <w:tr w:rsidR="003A37E7" w:rsidRPr="00826AF3" w:rsidTr="00890B9A">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r w:rsidRPr="00826AF3">
                              <w:rPr>
                                <w:rFonts w:cs="Times New Roman"/>
                              </w:rPr>
                              <w:t>EENG 401</w:t>
                            </w:r>
                          </w:p>
                        </w:tc>
                        <w:tc>
                          <w:tcPr>
                            <w:tcW w:w="431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26AF3">
                              <w:rPr>
                                <w:rFonts w:cs="Times New Roman"/>
                              </w:rPr>
                              <w:t>ELECTRIC MACHINE</w:t>
                            </w:r>
                          </w:p>
                        </w:tc>
                        <w:tc>
                          <w:tcPr>
                            <w:tcW w:w="117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826AF3">
                              <w:rPr>
                                <w:rFonts w:cs="Times New Roman"/>
                              </w:rPr>
                              <w:t>3</w:t>
                            </w:r>
                          </w:p>
                        </w:tc>
                      </w:tr>
                      <w:tr w:rsidR="003A37E7" w:rsidRPr="00826AF3" w:rsidTr="00890B9A">
                        <w:trPr>
                          <w:cnfStyle w:val="000000010000" w:firstRow="0" w:lastRow="0" w:firstColumn="0" w:lastColumn="0" w:oddVBand="0" w:evenVBand="0" w:oddHBand="0" w:evenHBand="1"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p>
                        </w:tc>
                        <w:tc>
                          <w:tcPr>
                            <w:tcW w:w="431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rPr>
                                <w:rFonts w:cs="Times New Roman"/>
                              </w:rPr>
                              <w:t>TECHNICAL ELECTIVE</w:t>
                            </w:r>
                          </w:p>
                        </w:tc>
                        <w:tc>
                          <w:tcPr>
                            <w:tcW w:w="117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826AF3">
                              <w:rPr>
                                <w:rFonts w:cs="Times New Roman"/>
                              </w:rPr>
                              <w:t>3</w:t>
                            </w:r>
                          </w:p>
                        </w:tc>
                      </w:tr>
                      <w:tr w:rsidR="003A37E7" w:rsidRPr="00826AF3" w:rsidTr="00890B9A">
                        <w:trPr>
                          <w:cnfStyle w:val="000000100000" w:firstRow="0" w:lastRow="0" w:firstColumn="0" w:lastColumn="0" w:oddVBand="0" w:evenVBand="0" w:oddHBand="1" w:evenHBand="0"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826AF3" w:rsidRDefault="003A37E7" w:rsidP="00CD5F57">
                            <w:pPr>
                              <w:jc w:val="center"/>
                              <w:rPr>
                                <w:rFonts w:cs="Times New Roman"/>
                              </w:rPr>
                            </w:pPr>
                            <w:r>
                              <w:rPr>
                                <w:rFonts w:cs="Times New Roman"/>
                              </w:rPr>
                              <w:t>GEN 109</w:t>
                            </w:r>
                          </w:p>
                        </w:tc>
                        <w:tc>
                          <w:tcPr>
                            <w:tcW w:w="431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Pr>
                                <w:b/>
                                <w:sz w:val="20"/>
                                <w:szCs w:val="20"/>
                              </w:rPr>
                              <w:t>CHRISTIAN DEVELOPMENT CHARACTER I</w:t>
                            </w:r>
                          </w:p>
                        </w:tc>
                        <w:tc>
                          <w:tcPr>
                            <w:tcW w:w="1170" w:type="dxa"/>
                            <w:vAlign w:val="center"/>
                          </w:tcPr>
                          <w:p w:rsidR="003A37E7" w:rsidRPr="00826AF3" w:rsidRDefault="003A37E7" w:rsidP="00CD5F57">
                            <w:pPr>
                              <w:jc w:val="center"/>
                              <w:cnfStyle w:val="000000100000" w:firstRow="0" w:lastRow="0" w:firstColumn="0" w:lastColumn="0" w:oddVBand="0" w:evenVBand="0" w:oddHBand="1" w:evenHBand="0" w:firstRowFirstColumn="0" w:firstRowLastColumn="0" w:lastRowFirstColumn="0" w:lastRowLastColumn="0"/>
                              <w:rPr>
                                <w:rFonts w:cs="Times New Roman"/>
                              </w:rPr>
                            </w:pPr>
                            <w:r>
                              <w:rPr>
                                <w:rFonts w:cs="Times New Roman"/>
                              </w:rPr>
                              <w:t>2</w:t>
                            </w:r>
                          </w:p>
                        </w:tc>
                      </w:tr>
                      <w:tr w:rsidR="003A37E7" w:rsidRPr="00826AF3" w:rsidTr="00890B9A">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5750" w:type="dxa"/>
                            <w:gridSpan w:val="2"/>
                            <w:vAlign w:val="center"/>
                          </w:tcPr>
                          <w:p w:rsidR="003A37E7" w:rsidRPr="00826AF3" w:rsidRDefault="003A37E7" w:rsidP="00CD5F57">
                            <w:pPr>
                              <w:jc w:val="center"/>
                              <w:rPr>
                                <w:rFonts w:cs="Times New Roman"/>
                              </w:rPr>
                            </w:pPr>
                            <w:r w:rsidRPr="00826AF3">
                              <w:rPr>
                                <w:rFonts w:cs="Times New Roman"/>
                              </w:rPr>
                              <w:t xml:space="preserve">TOTAL </w:t>
                            </w:r>
                            <w:r w:rsidRPr="00826AF3">
                              <w:t>CREDIT HOURS</w:t>
                            </w:r>
                          </w:p>
                        </w:tc>
                        <w:tc>
                          <w:tcPr>
                            <w:tcW w:w="1170" w:type="dxa"/>
                            <w:vAlign w:val="center"/>
                          </w:tcPr>
                          <w:p w:rsidR="003A37E7" w:rsidRPr="00826AF3" w:rsidRDefault="003A37E7" w:rsidP="00CD5F57">
                            <w:pPr>
                              <w:jc w:val="center"/>
                              <w:cnfStyle w:val="000000010000" w:firstRow="0" w:lastRow="0" w:firstColumn="0" w:lastColumn="0" w:oddVBand="0" w:evenVBand="0" w:oddHBand="0" w:evenHBand="1" w:firstRowFirstColumn="0" w:firstRowLastColumn="0" w:lastRowFirstColumn="0" w:lastRowLastColumn="0"/>
                              <w:rPr>
                                <w:rFonts w:cs="Times New Roman"/>
                              </w:rPr>
                            </w:pPr>
                            <w:r>
                              <w:rPr>
                                <w:rFonts w:cs="Times New Roman"/>
                              </w:rPr>
                              <w:t>20</w:t>
                            </w:r>
                          </w:p>
                        </w:tc>
                      </w:tr>
                    </w:tbl>
                    <w:p w:rsidR="003A37E7" w:rsidRDefault="003A37E7"/>
                  </w:txbxContent>
                </v:textbox>
              </v:shape>
            </w:pict>
          </mc:Fallback>
        </mc:AlternateContent>
      </w:r>
    </w:p>
    <w:p w:rsidR="00627AC2" w:rsidRDefault="00627AC2" w:rsidP="00412947">
      <w:pPr>
        <w:jc w:val="center"/>
      </w:pPr>
    </w:p>
    <w:p w:rsidR="00627AC2" w:rsidRDefault="00627AC2" w:rsidP="002D773C"/>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D23BA1" w:rsidP="00412947">
      <w:pPr>
        <w:jc w:val="center"/>
      </w:pPr>
      <w:r>
        <w:rPr>
          <w:noProof/>
        </w:rPr>
        <mc:AlternateContent>
          <mc:Choice Requires="wps">
            <w:drawing>
              <wp:anchor distT="0" distB="0" distL="114300" distR="114300" simplePos="0" relativeHeight="251721728" behindDoc="0" locked="0" layoutInCell="1" allowOverlap="1" wp14:anchorId="2A1ED154" wp14:editId="7B5144B3">
                <wp:simplePos x="0" y="0"/>
                <wp:positionH relativeFrom="column">
                  <wp:posOffset>-737235</wp:posOffset>
                </wp:positionH>
                <wp:positionV relativeFrom="paragraph">
                  <wp:posOffset>252260</wp:posOffset>
                </wp:positionV>
                <wp:extent cx="4571365" cy="3040083"/>
                <wp:effectExtent l="0" t="0" r="635" b="8255"/>
                <wp:wrapNone/>
                <wp:docPr id="68" name="Text Box 68"/>
                <wp:cNvGraphicFramePr/>
                <a:graphic xmlns:a="http://schemas.openxmlformats.org/drawingml/2006/main">
                  <a:graphicData uri="http://schemas.microsoft.com/office/word/2010/wordprocessingShape">
                    <wps:wsp>
                      <wps:cNvSpPr txBox="1"/>
                      <wps:spPr>
                        <a:xfrm>
                          <a:off x="0" y="0"/>
                          <a:ext cx="4571365" cy="3040083"/>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930" w:type="dxa"/>
                              <w:tblInd w:w="-100" w:type="dxa"/>
                              <w:tblLayout w:type="fixed"/>
                              <w:tblLook w:val="04A0" w:firstRow="1" w:lastRow="0" w:firstColumn="1" w:lastColumn="0" w:noHBand="0" w:noVBand="1"/>
                            </w:tblPr>
                            <w:tblGrid>
                              <w:gridCol w:w="1540"/>
                              <w:gridCol w:w="4130"/>
                              <w:gridCol w:w="1260"/>
                            </w:tblGrid>
                            <w:tr w:rsidR="003A37E7" w:rsidRPr="00D86379" w:rsidTr="00890B9A">
                              <w:trPr>
                                <w:cnfStyle w:val="100000000000" w:firstRow="1" w:lastRow="0" w:firstColumn="0" w:lastColumn="0" w:oddVBand="0" w:evenVBand="0" w:oddHBand="0"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D86379" w:rsidRDefault="003A37E7" w:rsidP="00486C91">
                                  <w:pPr>
                                    <w:jc w:val="center"/>
                                    <w:rPr>
                                      <w:rFonts w:cs="Times New Roman"/>
                                      <w:color w:val="FF0000"/>
                                    </w:rPr>
                                  </w:pPr>
                                  <w:r w:rsidRPr="00D86379">
                                    <w:rPr>
                                      <w:rFonts w:cs="Times New Roman"/>
                                      <w:color w:val="FF0000"/>
                                    </w:rPr>
                                    <w:t>ELECTRICAL ENGINEERING</w:t>
                                  </w:r>
                                </w:p>
                              </w:tc>
                            </w:tr>
                            <w:tr w:rsidR="003A37E7" w:rsidRPr="00D86379" w:rsidTr="00890B9A">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D86379" w:rsidRDefault="003A37E7" w:rsidP="00486C91">
                                  <w:pPr>
                                    <w:jc w:val="center"/>
                                    <w:rPr>
                                      <w:rFonts w:cs="Times New Roman"/>
                                    </w:rPr>
                                  </w:pPr>
                                  <w:r w:rsidRPr="00D86379">
                                    <w:rPr>
                                      <w:rFonts w:cs="Times New Roman"/>
                                    </w:rPr>
                                    <w:t xml:space="preserve"> </w:t>
                                  </w:r>
                                  <w:r w:rsidRPr="00D86379">
                                    <w:rPr>
                                      <w:rFonts w:cs="Times New Roman"/>
                                      <w:sz w:val="20"/>
                                      <w:szCs w:val="20"/>
                                    </w:rPr>
                                    <w:t>SENIOR YEAR (YEAR IV) - SECOND SEMESTER</w:t>
                                  </w:r>
                                </w:p>
                              </w:tc>
                            </w:tr>
                            <w:tr w:rsidR="003A37E7" w:rsidRPr="00D86379" w:rsidTr="00890B9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D86379" w:rsidRDefault="003A37E7" w:rsidP="00486C91">
                                  <w:pPr>
                                    <w:jc w:val="center"/>
                                    <w:rPr>
                                      <w:rFonts w:cs="Times New Roman"/>
                                    </w:rPr>
                                  </w:pPr>
                                  <w:r w:rsidRPr="00D86379">
                                    <w:rPr>
                                      <w:rFonts w:cs="Times New Roman"/>
                                    </w:rPr>
                                    <w:t>COURSE CODE</w:t>
                                  </w:r>
                                </w:p>
                              </w:tc>
                              <w:tc>
                                <w:tcPr>
                                  <w:tcW w:w="4130" w:type="dxa"/>
                                  <w:vAlign w:val="center"/>
                                </w:tcPr>
                                <w:p w:rsidR="003A37E7" w:rsidRPr="00D86379" w:rsidRDefault="003A37E7" w:rsidP="00486C91">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D86379">
                                    <w:rPr>
                                      <w:rFonts w:cs="Times New Roman"/>
                                      <w:b/>
                                    </w:rPr>
                                    <w:t>COURSE TITLE</w:t>
                                  </w:r>
                                </w:p>
                              </w:tc>
                              <w:tc>
                                <w:tcPr>
                                  <w:tcW w:w="1260" w:type="dxa"/>
                                  <w:vAlign w:val="center"/>
                                </w:tcPr>
                                <w:p w:rsidR="003A37E7" w:rsidRPr="00D86379" w:rsidRDefault="003A37E7" w:rsidP="00486C91">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D86379">
                                    <w:rPr>
                                      <w:rFonts w:cs="Times New Roman"/>
                                      <w:b/>
                                    </w:rPr>
                                    <w:t>CREDIT HOURS</w:t>
                                  </w:r>
                                </w:p>
                              </w:tc>
                            </w:tr>
                            <w:tr w:rsidR="003A37E7" w:rsidRPr="00D86379" w:rsidTr="00890B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D86379" w:rsidRDefault="003A37E7" w:rsidP="00486C91">
                                  <w:pPr>
                                    <w:jc w:val="center"/>
                                    <w:rPr>
                                      <w:rFonts w:cs="Times New Roman"/>
                                    </w:rPr>
                                  </w:pPr>
                                  <w:r w:rsidRPr="00D86379">
                                    <w:rPr>
                                      <w:rFonts w:cs="Times New Roman"/>
                                    </w:rPr>
                                    <w:t>EENG 423</w:t>
                                  </w:r>
                                </w:p>
                              </w:tc>
                              <w:tc>
                                <w:tcPr>
                                  <w:tcW w:w="4130" w:type="dxa"/>
                                  <w:vAlign w:val="center"/>
                                </w:tcPr>
                                <w:p w:rsidR="003A37E7" w:rsidRPr="00D86379" w:rsidRDefault="003A37E7" w:rsidP="00486C91">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D86379">
                                    <w:rPr>
                                      <w:rFonts w:cs="Times New Roman"/>
                                    </w:rPr>
                                    <w:t>ENGINEERING PROJECT MANAGEMENT</w:t>
                                  </w:r>
                                </w:p>
                              </w:tc>
                              <w:tc>
                                <w:tcPr>
                                  <w:tcW w:w="1260" w:type="dxa"/>
                                  <w:vAlign w:val="center"/>
                                </w:tcPr>
                                <w:p w:rsidR="003A37E7" w:rsidRPr="00D86379" w:rsidRDefault="003A37E7" w:rsidP="00486C91">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D86379">
                                    <w:rPr>
                                      <w:rFonts w:cs="Times New Roman"/>
                                    </w:rPr>
                                    <w:t>3</w:t>
                                  </w:r>
                                </w:p>
                              </w:tc>
                            </w:tr>
                            <w:tr w:rsidR="003A37E7" w:rsidRPr="00D86379" w:rsidTr="00890B9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D86379" w:rsidRDefault="003A37E7" w:rsidP="00486C91">
                                  <w:pPr>
                                    <w:jc w:val="center"/>
                                    <w:rPr>
                                      <w:rFonts w:cs="Times New Roman"/>
                                    </w:rPr>
                                  </w:pPr>
                                  <w:r w:rsidRPr="00D86379">
                                    <w:rPr>
                                      <w:rFonts w:cs="Times New Roman"/>
                                    </w:rPr>
                                    <w:t>ENTR 426</w:t>
                                  </w:r>
                                </w:p>
                              </w:tc>
                              <w:tc>
                                <w:tcPr>
                                  <w:tcW w:w="4130" w:type="dxa"/>
                                  <w:vAlign w:val="center"/>
                                </w:tcPr>
                                <w:p w:rsidR="003A37E7" w:rsidRPr="00D86379" w:rsidRDefault="003A37E7" w:rsidP="00486C91">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D86379">
                                    <w:rPr>
                                      <w:rFonts w:cs="Times New Roman"/>
                                    </w:rPr>
                                    <w:t>ENTERPRENEURSHIP</w:t>
                                  </w:r>
                                </w:p>
                              </w:tc>
                              <w:tc>
                                <w:tcPr>
                                  <w:tcW w:w="1260" w:type="dxa"/>
                                  <w:vAlign w:val="center"/>
                                </w:tcPr>
                                <w:p w:rsidR="003A37E7" w:rsidRPr="00D86379" w:rsidRDefault="003A37E7" w:rsidP="00486C91">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D86379">
                                    <w:rPr>
                                      <w:rFonts w:cs="Times New Roman"/>
                                    </w:rPr>
                                    <w:t>3</w:t>
                                  </w:r>
                                </w:p>
                              </w:tc>
                            </w:tr>
                            <w:tr w:rsidR="003A37E7" w:rsidRPr="00D86379" w:rsidTr="00890B9A">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D86379" w:rsidRDefault="003A37E7" w:rsidP="00486C91">
                                  <w:pPr>
                                    <w:jc w:val="center"/>
                                    <w:rPr>
                                      <w:rFonts w:cs="Times New Roman"/>
                                    </w:rPr>
                                  </w:pPr>
                                  <w:r w:rsidRPr="00D86379">
                                    <w:rPr>
                                      <w:rFonts w:cs="Times New Roman"/>
                                    </w:rPr>
                                    <w:t>EENG 425</w:t>
                                  </w:r>
                                </w:p>
                              </w:tc>
                              <w:tc>
                                <w:tcPr>
                                  <w:tcW w:w="4130" w:type="dxa"/>
                                  <w:vAlign w:val="center"/>
                                </w:tcPr>
                                <w:p w:rsidR="003A37E7" w:rsidRPr="00D86379" w:rsidRDefault="003A37E7" w:rsidP="00486C91">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D86379">
                                    <w:rPr>
                                      <w:rFonts w:cs="Times New Roman"/>
                                    </w:rPr>
                                    <w:t>SENIOR PROJECT</w:t>
                                  </w:r>
                                </w:p>
                              </w:tc>
                              <w:tc>
                                <w:tcPr>
                                  <w:tcW w:w="1260" w:type="dxa"/>
                                  <w:vAlign w:val="center"/>
                                </w:tcPr>
                                <w:p w:rsidR="003A37E7" w:rsidRPr="00D86379" w:rsidRDefault="003A37E7" w:rsidP="00486C91">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D86379">
                                    <w:rPr>
                                      <w:rFonts w:cs="Times New Roman"/>
                                    </w:rPr>
                                    <w:t>4</w:t>
                                  </w:r>
                                </w:p>
                              </w:tc>
                            </w:tr>
                            <w:tr w:rsidR="003A37E7" w:rsidRPr="00D86379" w:rsidTr="00890B9A">
                              <w:trPr>
                                <w:cnfStyle w:val="000000010000" w:firstRow="0" w:lastRow="0" w:firstColumn="0" w:lastColumn="0" w:oddVBand="0" w:evenVBand="0" w:oddHBand="0" w:evenHBand="1" w:firstRowFirstColumn="0" w:firstRowLastColumn="0" w:lastRowFirstColumn="0" w:lastRowLastColumn="0"/>
                                <w:trHeight w:val="56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D86379" w:rsidRDefault="003A37E7" w:rsidP="00486C91">
                                  <w:pPr>
                                    <w:jc w:val="center"/>
                                    <w:rPr>
                                      <w:rFonts w:cs="Times New Roman"/>
                                    </w:rPr>
                                  </w:pPr>
                                </w:p>
                              </w:tc>
                              <w:tc>
                                <w:tcPr>
                                  <w:tcW w:w="4130" w:type="dxa"/>
                                  <w:vAlign w:val="center"/>
                                </w:tcPr>
                                <w:p w:rsidR="003A37E7" w:rsidRPr="00D86379" w:rsidRDefault="003A37E7" w:rsidP="00486C91">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D86379">
                                    <w:rPr>
                                      <w:rFonts w:cs="Times New Roman"/>
                                    </w:rPr>
                                    <w:t>TECHNICAL ELECTIVE</w:t>
                                  </w:r>
                                </w:p>
                              </w:tc>
                              <w:tc>
                                <w:tcPr>
                                  <w:tcW w:w="1260" w:type="dxa"/>
                                  <w:vAlign w:val="center"/>
                                </w:tcPr>
                                <w:p w:rsidR="003A37E7" w:rsidRPr="00D86379" w:rsidRDefault="003A37E7" w:rsidP="00486C91">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D86379">
                                    <w:rPr>
                                      <w:rFonts w:cs="Times New Roman"/>
                                    </w:rPr>
                                    <w:t>3</w:t>
                                  </w:r>
                                </w:p>
                              </w:tc>
                            </w:tr>
                            <w:tr w:rsidR="003A37E7" w:rsidRPr="00D86379" w:rsidTr="00890B9A">
                              <w:trPr>
                                <w:cnfStyle w:val="000000100000" w:firstRow="0" w:lastRow="0" w:firstColumn="0" w:lastColumn="0" w:oddVBand="0" w:evenVBand="0" w:oddHBand="1" w:evenHBand="0" w:firstRowFirstColumn="0" w:firstRowLastColumn="0" w:lastRowFirstColumn="0" w:lastRowLastColumn="0"/>
                                <w:trHeight w:val="56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D86379" w:rsidRDefault="003A37E7" w:rsidP="00486C91">
                                  <w:pPr>
                                    <w:jc w:val="center"/>
                                    <w:rPr>
                                      <w:rFonts w:cs="Times New Roman"/>
                                    </w:rPr>
                                  </w:pPr>
                                  <w:r>
                                    <w:rPr>
                                      <w:rFonts w:cs="Times New Roman"/>
                                    </w:rPr>
                                    <w:t>GEN 109</w:t>
                                  </w:r>
                                </w:p>
                              </w:tc>
                              <w:tc>
                                <w:tcPr>
                                  <w:tcW w:w="4130" w:type="dxa"/>
                                  <w:vAlign w:val="center"/>
                                </w:tcPr>
                                <w:p w:rsidR="003A37E7" w:rsidRPr="00D86379" w:rsidRDefault="003A37E7" w:rsidP="00486C91">
                                  <w:pPr>
                                    <w:jc w:val="center"/>
                                    <w:cnfStyle w:val="000000100000" w:firstRow="0" w:lastRow="0" w:firstColumn="0" w:lastColumn="0" w:oddVBand="0" w:evenVBand="0" w:oddHBand="1" w:evenHBand="0" w:firstRowFirstColumn="0" w:firstRowLastColumn="0" w:lastRowFirstColumn="0" w:lastRowLastColumn="0"/>
                                    <w:rPr>
                                      <w:rFonts w:cs="Times New Roman"/>
                                    </w:rPr>
                                  </w:pPr>
                                  <w:r>
                                    <w:rPr>
                                      <w:b/>
                                      <w:sz w:val="20"/>
                                      <w:szCs w:val="20"/>
                                    </w:rPr>
                                    <w:t>CHRISTIAN DEVELOPMENT CHARACTER II</w:t>
                                  </w:r>
                                </w:p>
                              </w:tc>
                              <w:tc>
                                <w:tcPr>
                                  <w:tcW w:w="1260" w:type="dxa"/>
                                  <w:vAlign w:val="center"/>
                                </w:tcPr>
                                <w:p w:rsidR="003A37E7" w:rsidRPr="00D86379" w:rsidRDefault="003A37E7" w:rsidP="00486C91">
                                  <w:pPr>
                                    <w:jc w:val="center"/>
                                    <w:cnfStyle w:val="000000100000" w:firstRow="0" w:lastRow="0" w:firstColumn="0" w:lastColumn="0" w:oddVBand="0" w:evenVBand="0" w:oddHBand="1" w:evenHBand="0" w:firstRowFirstColumn="0" w:firstRowLastColumn="0" w:lastRowFirstColumn="0" w:lastRowLastColumn="0"/>
                                    <w:rPr>
                                      <w:rFonts w:cs="Times New Roman"/>
                                    </w:rPr>
                                  </w:pPr>
                                  <w:r>
                                    <w:rPr>
                                      <w:rFonts w:cs="Times New Roman"/>
                                    </w:rPr>
                                    <w:t>2</w:t>
                                  </w:r>
                                </w:p>
                              </w:tc>
                            </w:tr>
                            <w:tr w:rsidR="003A37E7" w:rsidRPr="00D86379" w:rsidTr="00890B9A">
                              <w:trPr>
                                <w:cnfStyle w:val="000000010000" w:firstRow="0" w:lastRow="0" w:firstColumn="0" w:lastColumn="0" w:oddVBand="0" w:evenVBand="0" w:oddHBand="0" w:evenHBand="1" w:firstRowFirstColumn="0" w:firstRowLastColumn="0" w:lastRowFirstColumn="0" w:lastRowLastColumn="0"/>
                                <w:trHeight w:val="731"/>
                              </w:trPr>
                              <w:tc>
                                <w:tcPr>
                                  <w:cnfStyle w:val="001000000000" w:firstRow="0" w:lastRow="0" w:firstColumn="1" w:lastColumn="0" w:oddVBand="0" w:evenVBand="0" w:oddHBand="0" w:evenHBand="0" w:firstRowFirstColumn="0" w:firstRowLastColumn="0" w:lastRowFirstColumn="0" w:lastRowLastColumn="0"/>
                                  <w:tcW w:w="5670" w:type="dxa"/>
                                  <w:gridSpan w:val="2"/>
                                  <w:vAlign w:val="center"/>
                                </w:tcPr>
                                <w:p w:rsidR="003A37E7" w:rsidRPr="00D86379" w:rsidRDefault="003A37E7" w:rsidP="00486C91">
                                  <w:pPr>
                                    <w:jc w:val="center"/>
                                    <w:rPr>
                                      <w:rFonts w:cs="Times New Roman"/>
                                    </w:rPr>
                                  </w:pPr>
                                  <w:r w:rsidRPr="00D86379">
                                    <w:rPr>
                                      <w:rFonts w:cs="Times New Roman"/>
                                    </w:rPr>
                                    <w:t xml:space="preserve">TOTAL </w:t>
                                  </w:r>
                                  <w:r w:rsidRPr="00D86379">
                                    <w:rPr>
                                      <w:rFonts w:cs="Times New Roman"/>
                                      <w:b w:val="0"/>
                                    </w:rPr>
                                    <w:t>CREDIT HOURS</w:t>
                                  </w:r>
                                </w:p>
                              </w:tc>
                              <w:tc>
                                <w:tcPr>
                                  <w:tcW w:w="1260" w:type="dxa"/>
                                  <w:vAlign w:val="center"/>
                                </w:tcPr>
                                <w:p w:rsidR="003A37E7" w:rsidRPr="00D86379" w:rsidRDefault="003A37E7" w:rsidP="00486C91">
                                  <w:pPr>
                                    <w:jc w:val="center"/>
                                    <w:cnfStyle w:val="000000010000" w:firstRow="0" w:lastRow="0" w:firstColumn="0" w:lastColumn="0" w:oddVBand="0" w:evenVBand="0" w:oddHBand="0" w:evenHBand="1" w:firstRowFirstColumn="0" w:firstRowLastColumn="0" w:lastRowFirstColumn="0" w:lastRowLastColumn="0"/>
                                    <w:rPr>
                                      <w:rFonts w:cs="Times New Roman"/>
                                    </w:rPr>
                                  </w:pPr>
                                  <w:r>
                                    <w:rPr>
                                      <w:rFonts w:cs="Times New Roman"/>
                                    </w:rPr>
                                    <w:t>15</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1ED154" id="Text Box 68" o:spid="_x0000_s1129" type="#_x0000_t202" style="position:absolute;left:0;text-align:left;margin-left:-58.05pt;margin-top:19.85pt;width:359.95pt;height:239.4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" fillcolor="white [3201]" stroked="f" strokeweight=".5pt">
                <v:textbox>
                  <w:txbxContent>
                    <w:tbl>
                      <w:tblPr>
                        <w:tblStyle w:val="LightGrid"/>
                        <w:tblW w:w="6930" w:type="dxa"/>
                        <w:tblInd w:w="-100" w:type="dxa"/>
                        <w:tblLayout w:type="fixed"/>
                        <w:tblLook w:val="04A0" w:firstRow="1" w:lastRow="0" w:firstColumn="1" w:lastColumn="0" w:noHBand="0" w:noVBand="1"/>
                      </w:tblPr>
                      <w:tblGrid>
                        <w:gridCol w:w="1540"/>
                        <w:gridCol w:w="4130"/>
                        <w:gridCol w:w="1260"/>
                      </w:tblGrid>
                      <w:tr w:rsidR="003A37E7" w:rsidRPr="00D86379" w:rsidTr="00890B9A">
                        <w:trPr>
                          <w:cnfStyle w:val="100000000000" w:firstRow="1" w:lastRow="0" w:firstColumn="0" w:lastColumn="0" w:oddVBand="0" w:evenVBand="0" w:oddHBand="0"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D86379" w:rsidRDefault="003A37E7" w:rsidP="00486C91">
                            <w:pPr>
                              <w:jc w:val="center"/>
                              <w:rPr>
                                <w:rFonts w:cs="Times New Roman"/>
                                <w:color w:val="FF0000"/>
                              </w:rPr>
                            </w:pPr>
                            <w:r w:rsidRPr="00D86379">
                              <w:rPr>
                                <w:rFonts w:cs="Times New Roman"/>
                                <w:color w:val="FF0000"/>
                              </w:rPr>
                              <w:t>ELECTRICAL ENGINEERING</w:t>
                            </w:r>
                          </w:p>
                        </w:tc>
                      </w:tr>
                      <w:tr w:rsidR="003A37E7" w:rsidRPr="00D86379" w:rsidTr="00890B9A">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D86379" w:rsidRDefault="003A37E7" w:rsidP="00486C91">
                            <w:pPr>
                              <w:jc w:val="center"/>
                              <w:rPr>
                                <w:rFonts w:cs="Times New Roman"/>
                              </w:rPr>
                            </w:pPr>
                            <w:r w:rsidRPr="00D86379">
                              <w:rPr>
                                <w:rFonts w:cs="Times New Roman"/>
                              </w:rPr>
                              <w:t xml:space="preserve"> </w:t>
                            </w:r>
                            <w:r w:rsidRPr="00D86379">
                              <w:rPr>
                                <w:rFonts w:cs="Times New Roman"/>
                                <w:sz w:val="20"/>
                                <w:szCs w:val="20"/>
                              </w:rPr>
                              <w:t>SENIOR YEAR (YEAR IV) - SECOND SEMESTER</w:t>
                            </w:r>
                          </w:p>
                        </w:tc>
                      </w:tr>
                      <w:tr w:rsidR="003A37E7" w:rsidRPr="00D86379" w:rsidTr="00890B9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D86379" w:rsidRDefault="003A37E7" w:rsidP="00486C91">
                            <w:pPr>
                              <w:jc w:val="center"/>
                              <w:rPr>
                                <w:rFonts w:cs="Times New Roman"/>
                              </w:rPr>
                            </w:pPr>
                            <w:r w:rsidRPr="00D86379">
                              <w:rPr>
                                <w:rFonts w:cs="Times New Roman"/>
                              </w:rPr>
                              <w:t>COURSE CODE</w:t>
                            </w:r>
                          </w:p>
                        </w:tc>
                        <w:tc>
                          <w:tcPr>
                            <w:tcW w:w="4130" w:type="dxa"/>
                            <w:vAlign w:val="center"/>
                          </w:tcPr>
                          <w:p w:rsidR="003A37E7" w:rsidRPr="00D86379" w:rsidRDefault="003A37E7" w:rsidP="00486C91">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D86379">
                              <w:rPr>
                                <w:rFonts w:cs="Times New Roman"/>
                                <w:b/>
                              </w:rPr>
                              <w:t>COURSE TITLE</w:t>
                            </w:r>
                          </w:p>
                        </w:tc>
                        <w:tc>
                          <w:tcPr>
                            <w:tcW w:w="1260" w:type="dxa"/>
                            <w:vAlign w:val="center"/>
                          </w:tcPr>
                          <w:p w:rsidR="003A37E7" w:rsidRPr="00D86379" w:rsidRDefault="003A37E7" w:rsidP="00486C91">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D86379">
                              <w:rPr>
                                <w:rFonts w:cs="Times New Roman"/>
                                <w:b/>
                              </w:rPr>
                              <w:t>CREDIT HOURS</w:t>
                            </w:r>
                          </w:p>
                        </w:tc>
                      </w:tr>
                      <w:tr w:rsidR="003A37E7" w:rsidRPr="00D86379" w:rsidTr="00890B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D86379" w:rsidRDefault="003A37E7" w:rsidP="00486C91">
                            <w:pPr>
                              <w:jc w:val="center"/>
                              <w:rPr>
                                <w:rFonts w:cs="Times New Roman"/>
                              </w:rPr>
                            </w:pPr>
                            <w:r w:rsidRPr="00D86379">
                              <w:rPr>
                                <w:rFonts w:cs="Times New Roman"/>
                              </w:rPr>
                              <w:t>EENG 423</w:t>
                            </w:r>
                          </w:p>
                        </w:tc>
                        <w:tc>
                          <w:tcPr>
                            <w:tcW w:w="4130" w:type="dxa"/>
                            <w:vAlign w:val="center"/>
                          </w:tcPr>
                          <w:p w:rsidR="003A37E7" w:rsidRPr="00D86379" w:rsidRDefault="003A37E7" w:rsidP="00486C91">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D86379">
                              <w:rPr>
                                <w:rFonts w:cs="Times New Roman"/>
                              </w:rPr>
                              <w:t>ENGINEERING PROJECT MANAGEMENT</w:t>
                            </w:r>
                          </w:p>
                        </w:tc>
                        <w:tc>
                          <w:tcPr>
                            <w:tcW w:w="1260" w:type="dxa"/>
                            <w:vAlign w:val="center"/>
                          </w:tcPr>
                          <w:p w:rsidR="003A37E7" w:rsidRPr="00D86379" w:rsidRDefault="003A37E7" w:rsidP="00486C91">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D86379">
                              <w:rPr>
                                <w:rFonts w:cs="Times New Roman"/>
                              </w:rPr>
                              <w:t>3</w:t>
                            </w:r>
                          </w:p>
                        </w:tc>
                      </w:tr>
                      <w:tr w:rsidR="003A37E7" w:rsidRPr="00D86379" w:rsidTr="00890B9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D86379" w:rsidRDefault="003A37E7" w:rsidP="00486C91">
                            <w:pPr>
                              <w:jc w:val="center"/>
                              <w:rPr>
                                <w:rFonts w:cs="Times New Roman"/>
                              </w:rPr>
                            </w:pPr>
                            <w:r w:rsidRPr="00D86379">
                              <w:rPr>
                                <w:rFonts w:cs="Times New Roman"/>
                              </w:rPr>
                              <w:t>ENTR 426</w:t>
                            </w:r>
                          </w:p>
                        </w:tc>
                        <w:tc>
                          <w:tcPr>
                            <w:tcW w:w="4130" w:type="dxa"/>
                            <w:vAlign w:val="center"/>
                          </w:tcPr>
                          <w:p w:rsidR="003A37E7" w:rsidRPr="00D86379" w:rsidRDefault="003A37E7" w:rsidP="00486C91">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D86379">
                              <w:rPr>
                                <w:rFonts w:cs="Times New Roman"/>
                              </w:rPr>
                              <w:t>ENTERPRENEURSHIP</w:t>
                            </w:r>
                          </w:p>
                        </w:tc>
                        <w:tc>
                          <w:tcPr>
                            <w:tcW w:w="1260" w:type="dxa"/>
                            <w:vAlign w:val="center"/>
                          </w:tcPr>
                          <w:p w:rsidR="003A37E7" w:rsidRPr="00D86379" w:rsidRDefault="003A37E7" w:rsidP="00486C91">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D86379">
                              <w:rPr>
                                <w:rFonts w:cs="Times New Roman"/>
                              </w:rPr>
                              <w:t>3</w:t>
                            </w:r>
                          </w:p>
                        </w:tc>
                      </w:tr>
                      <w:tr w:rsidR="003A37E7" w:rsidRPr="00D86379" w:rsidTr="00890B9A">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D86379" w:rsidRDefault="003A37E7" w:rsidP="00486C91">
                            <w:pPr>
                              <w:jc w:val="center"/>
                              <w:rPr>
                                <w:rFonts w:cs="Times New Roman"/>
                              </w:rPr>
                            </w:pPr>
                            <w:r w:rsidRPr="00D86379">
                              <w:rPr>
                                <w:rFonts w:cs="Times New Roman"/>
                              </w:rPr>
                              <w:t>EENG 425</w:t>
                            </w:r>
                          </w:p>
                        </w:tc>
                        <w:tc>
                          <w:tcPr>
                            <w:tcW w:w="4130" w:type="dxa"/>
                            <w:vAlign w:val="center"/>
                          </w:tcPr>
                          <w:p w:rsidR="003A37E7" w:rsidRPr="00D86379" w:rsidRDefault="003A37E7" w:rsidP="00486C91">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D86379">
                              <w:rPr>
                                <w:rFonts w:cs="Times New Roman"/>
                              </w:rPr>
                              <w:t>SENIOR PROJECT</w:t>
                            </w:r>
                          </w:p>
                        </w:tc>
                        <w:tc>
                          <w:tcPr>
                            <w:tcW w:w="1260" w:type="dxa"/>
                            <w:vAlign w:val="center"/>
                          </w:tcPr>
                          <w:p w:rsidR="003A37E7" w:rsidRPr="00D86379" w:rsidRDefault="003A37E7" w:rsidP="00486C91">
                            <w:pPr>
                              <w:jc w:val="center"/>
                              <w:cnfStyle w:val="000000100000" w:firstRow="0" w:lastRow="0" w:firstColumn="0" w:lastColumn="0" w:oddVBand="0" w:evenVBand="0" w:oddHBand="1" w:evenHBand="0" w:firstRowFirstColumn="0" w:firstRowLastColumn="0" w:lastRowFirstColumn="0" w:lastRowLastColumn="0"/>
                              <w:rPr>
                                <w:rFonts w:cs="Times New Roman"/>
                              </w:rPr>
                            </w:pPr>
                            <w:r w:rsidRPr="00D86379">
                              <w:rPr>
                                <w:rFonts w:cs="Times New Roman"/>
                              </w:rPr>
                              <w:t>4</w:t>
                            </w:r>
                          </w:p>
                        </w:tc>
                      </w:tr>
                      <w:tr w:rsidR="003A37E7" w:rsidRPr="00D86379" w:rsidTr="00890B9A">
                        <w:trPr>
                          <w:cnfStyle w:val="000000010000" w:firstRow="0" w:lastRow="0" w:firstColumn="0" w:lastColumn="0" w:oddVBand="0" w:evenVBand="0" w:oddHBand="0" w:evenHBand="1" w:firstRowFirstColumn="0" w:firstRowLastColumn="0" w:lastRowFirstColumn="0" w:lastRowLastColumn="0"/>
                          <w:trHeight w:val="56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D86379" w:rsidRDefault="003A37E7" w:rsidP="00486C91">
                            <w:pPr>
                              <w:jc w:val="center"/>
                              <w:rPr>
                                <w:rFonts w:cs="Times New Roman"/>
                              </w:rPr>
                            </w:pPr>
                          </w:p>
                        </w:tc>
                        <w:tc>
                          <w:tcPr>
                            <w:tcW w:w="4130" w:type="dxa"/>
                            <w:vAlign w:val="center"/>
                          </w:tcPr>
                          <w:p w:rsidR="003A37E7" w:rsidRPr="00D86379" w:rsidRDefault="003A37E7" w:rsidP="00486C91">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D86379">
                              <w:rPr>
                                <w:rFonts w:cs="Times New Roman"/>
                              </w:rPr>
                              <w:t>TECHNICAL ELECTIVE</w:t>
                            </w:r>
                          </w:p>
                        </w:tc>
                        <w:tc>
                          <w:tcPr>
                            <w:tcW w:w="1260" w:type="dxa"/>
                            <w:vAlign w:val="center"/>
                          </w:tcPr>
                          <w:p w:rsidR="003A37E7" w:rsidRPr="00D86379" w:rsidRDefault="003A37E7" w:rsidP="00486C91">
                            <w:pPr>
                              <w:jc w:val="center"/>
                              <w:cnfStyle w:val="000000010000" w:firstRow="0" w:lastRow="0" w:firstColumn="0" w:lastColumn="0" w:oddVBand="0" w:evenVBand="0" w:oddHBand="0" w:evenHBand="1" w:firstRowFirstColumn="0" w:firstRowLastColumn="0" w:lastRowFirstColumn="0" w:lastRowLastColumn="0"/>
                              <w:rPr>
                                <w:rFonts w:cs="Times New Roman"/>
                              </w:rPr>
                            </w:pPr>
                            <w:r w:rsidRPr="00D86379">
                              <w:rPr>
                                <w:rFonts w:cs="Times New Roman"/>
                              </w:rPr>
                              <w:t>3</w:t>
                            </w:r>
                          </w:p>
                        </w:tc>
                      </w:tr>
                      <w:tr w:rsidR="003A37E7" w:rsidRPr="00D86379" w:rsidTr="00890B9A">
                        <w:trPr>
                          <w:cnfStyle w:val="000000100000" w:firstRow="0" w:lastRow="0" w:firstColumn="0" w:lastColumn="0" w:oddVBand="0" w:evenVBand="0" w:oddHBand="1" w:evenHBand="0" w:firstRowFirstColumn="0" w:firstRowLastColumn="0" w:lastRowFirstColumn="0" w:lastRowLastColumn="0"/>
                          <w:trHeight w:val="56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D86379" w:rsidRDefault="003A37E7" w:rsidP="00486C91">
                            <w:pPr>
                              <w:jc w:val="center"/>
                              <w:rPr>
                                <w:rFonts w:cs="Times New Roman"/>
                              </w:rPr>
                            </w:pPr>
                            <w:r>
                              <w:rPr>
                                <w:rFonts w:cs="Times New Roman"/>
                              </w:rPr>
                              <w:t>GEN 109</w:t>
                            </w:r>
                          </w:p>
                        </w:tc>
                        <w:tc>
                          <w:tcPr>
                            <w:tcW w:w="4130" w:type="dxa"/>
                            <w:vAlign w:val="center"/>
                          </w:tcPr>
                          <w:p w:rsidR="003A37E7" w:rsidRPr="00D86379" w:rsidRDefault="003A37E7" w:rsidP="00486C91">
                            <w:pPr>
                              <w:jc w:val="center"/>
                              <w:cnfStyle w:val="000000100000" w:firstRow="0" w:lastRow="0" w:firstColumn="0" w:lastColumn="0" w:oddVBand="0" w:evenVBand="0" w:oddHBand="1" w:evenHBand="0" w:firstRowFirstColumn="0" w:firstRowLastColumn="0" w:lastRowFirstColumn="0" w:lastRowLastColumn="0"/>
                              <w:rPr>
                                <w:rFonts w:cs="Times New Roman"/>
                              </w:rPr>
                            </w:pPr>
                            <w:r>
                              <w:rPr>
                                <w:b/>
                                <w:sz w:val="20"/>
                                <w:szCs w:val="20"/>
                              </w:rPr>
                              <w:t>CHRISTIAN DEVELOPMENT CHARACTER II</w:t>
                            </w:r>
                          </w:p>
                        </w:tc>
                        <w:tc>
                          <w:tcPr>
                            <w:tcW w:w="1260" w:type="dxa"/>
                            <w:vAlign w:val="center"/>
                          </w:tcPr>
                          <w:p w:rsidR="003A37E7" w:rsidRPr="00D86379" w:rsidRDefault="003A37E7" w:rsidP="00486C91">
                            <w:pPr>
                              <w:jc w:val="center"/>
                              <w:cnfStyle w:val="000000100000" w:firstRow="0" w:lastRow="0" w:firstColumn="0" w:lastColumn="0" w:oddVBand="0" w:evenVBand="0" w:oddHBand="1" w:evenHBand="0" w:firstRowFirstColumn="0" w:firstRowLastColumn="0" w:lastRowFirstColumn="0" w:lastRowLastColumn="0"/>
                              <w:rPr>
                                <w:rFonts w:cs="Times New Roman"/>
                              </w:rPr>
                            </w:pPr>
                            <w:r>
                              <w:rPr>
                                <w:rFonts w:cs="Times New Roman"/>
                              </w:rPr>
                              <w:t>2</w:t>
                            </w:r>
                          </w:p>
                        </w:tc>
                      </w:tr>
                      <w:tr w:rsidR="003A37E7" w:rsidRPr="00D86379" w:rsidTr="00890B9A">
                        <w:trPr>
                          <w:cnfStyle w:val="000000010000" w:firstRow="0" w:lastRow="0" w:firstColumn="0" w:lastColumn="0" w:oddVBand="0" w:evenVBand="0" w:oddHBand="0" w:evenHBand="1" w:firstRowFirstColumn="0" w:firstRowLastColumn="0" w:lastRowFirstColumn="0" w:lastRowLastColumn="0"/>
                          <w:trHeight w:val="731"/>
                        </w:trPr>
                        <w:tc>
                          <w:tcPr>
                            <w:cnfStyle w:val="001000000000" w:firstRow="0" w:lastRow="0" w:firstColumn="1" w:lastColumn="0" w:oddVBand="0" w:evenVBand="0" w:oddHBand="0" w:evenHBand="0" w:firstRowFirstColumn="0" w:firstRowLastColumn="0" w:lastRowFirstColumn="0" w:lastRowLastColumn="0"/>
                            <w:tcW w:w="5670" w:type="dxa"/>
                            <w:gridSpan w:val="2"/>
                            <w:vAlign w:val="center"/>
                          </w:tcPr>
                          <w:p w:rsidR="003A37E7" w:rsidRPr="00D86379" w:rsidRDefault="003A37E7" w:rsidP="00486C91">
                            <w:pPr>
                              <w:jc w:val="center"/>
                              <w:rPr>
                                <w:rFonts w:cs="Times New Roman"/>
                              </w:rPr>
                            </w:pPr>
                            <w:r w:rsidRPr="00D86379">
                              <w:rPr>
                                <w:rFonts w:cs="Times New Roman"/>
                              </w:rPr>
                              <w:t xml:space="preserve">TOTAL </w:t>
                            </w:r>
                            <w:r w:rsidRPr="00D86379">
                              <w:rPr>
                                <w:rFonts w:cs="Times New Roman"/>
                                <w:b w:val="0"/>
                              </w:rPr>
                              <w:t>CREDIT HOURS</w:t>
                            </w:r>
                          </w:p>
                        </w:tc>
                        <w:tc>
                          <w:tcPr>
                            <w:tcW w:w="1260" w:type="dxa"/>
                            <w:vAlign w:val="center"/>
                          </w:tcPr>
                          <w:p w:rsidR="003A37E7" w:rsidRPr="00D86379" w:rsidRDefault="003A37E7" w:rsidP="00486C91">
                            <w:pPr>
                              <w:jc w:val="center"/>
                              <w:cnfStyle w:val="000000010000" w:firstRow="0" w:lastRow="0" w:firstColumn="0" w:lastColumn="0" w:oddVBand="0" w:evenVBand="0" w:oddHBand="0" w:evenHBand="1" w:firstRowFirstColumn="0" w:firstRowLastColumn="0" w:lastRowFirstColumn="0" w:lastRowLastColumn="0"/>
                              <w:rPr>
                                <w:rFonts w:cs="Times New Roman"/>
                              </w:rPr>
                            </w:pPr>
                            <w:r>
                              <w:rPr>
                                <w:rFonts w:cs="Times New Roman"/>
                              </w:rPr>
                              <w:t>15</w:t>
                            </w:r>
                          </w:p>
                        </w:tc>
                      </w:tr>
                    </w:tbl>
                    <w:p w:rsidR="003A37E7" w:rsidRDefault="003A37E7"/>
                  </w:txbxContent>
                </v:textbox>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503AF3" w:rsidP="00412947">
      <w:pPr>
        <w:jc w:val="center"/>
      </w:pPr>
      <w:r>
        <w:rPr>
          <w:noProof/>
        </w:rPr>
        <mc:AlternateContent>
          <mc:Choice Requires="wps">
            <w:drawing>
              <wp:anchor distT="0" distB="0" distL="114300" distR="114300" simplePos="0" relativeHeight="251738112" behindDoc="0" locked="0" layoutInCell="1" allowOverlap="1" wp14:anchorId="6ECA5F37" wp14:editId="64B3B4BE">
                <wp:simplePos x="0" y="0"/>
                <wp:positionH relativeFrom="column">
                  <wp:posOffset>-739140</wp:posOffset>
                </wp:positionH>
                <wp:positionV relativeFrom="paragraph">
                  <wp:posOffset>430035</wp:posOffset>
                </wp:positionV>
                <wp:extent cx="4486656" cy="585216"/>
                <wp:effectExtent l="57150" t="38100" r="85725" b="100965"/>
                <wp:wrapNone/>
                <wp:docPr id="86" name="Text Box 86"/>
                <wp:cNvGraphicFramePr/>
                <a:graphic xmlns:a="http://schemas.openxmlformats.org/drawingml/2006/main">
                  <a:graphicData uri="http://schemas.microsoft.com/office/word/2010/wordprocessingShape">
                    <wps:wsp>
                      <wps:cNvSpPr txBox="1"/>
                      <wps:spPr>
                        <a:xfrm>
                          <a:off x="0" y="0"/>
                          <a:ext cx="4486656" cy="585216"/>
                        </a:xfrm>
                        <a:prstGeom prst="rect">
                          <a:avLst/>
                        </a:prstGeom>
                        <a:ln/>
                      </wps:spPr>
                      <wps:style>
                        <a:lnRef idx="1">
                          <a:schemeClr val="accent1"/>
                        </a:lnRef>
                        <a:fillRef idx="2">
                          <a:schemeClr val="accent1"/>
                        </a:fillRef>
                        <a:effectRef idx="1">
                          <a:schemeClr val="accent1"/>
                        </a:effectRef>
                        <a:fontRef idx="minor">
                          <a:schemeClr val="dk1"/>
                        </a:fontRef>
                      </wps:style>
                      <wps:txbx>
                        <w:txbxContent>
                          <w:tbl>
                            <w:tblPr>
                              <w:tblStyle w:val="TableGrid"/>
                              <w:tblW w:w="6675" w:type="dxa"/>
                              <w:tblBorders>
                                <w:top w:val="thinThickSmallGap" w:sz="48" w:space="0" w:color="auto"/>
                                <w:left w:val="thinThickSmallGap" w:sz="48" w:space="0" w:color="auto"/>
                                <w:bottom w:val="thinThickSmallGap" w:sz="48" w:space="0" w:color="auto"/>
                                <w:right w:val="thinThickSmallGap" w:sz="48" w:space="0" w:color="auto"/>
                                <w:insideH w:val="thinThickSmallGap" w:sz="48" w:space="0" w:color="auto"/>
                                <w:insideV w:val="thinThickSmallGap" w:sz="48" w:space="0" w:color="auto"/>
                              </w:tblBorders>
                              <w:tblLook w:val="04A0" w:firstRow="1" w:lastRow="0" w:firstColumn="1" w:lastColumn="0" w:noHBand="0" w:noVBand="1"/>
                            </w:tblPr>
                            <w:tblGrid>
                              <w:gridCol w:w="4695"/>
                              <w:gridCol w:w="1980"/>
                            </w:tblGrid>
                            <w:tr w:rsidR="003A37E7" w:rsidRPr="00E70A6D" w:rsidTr="00DB3499">
                              <w:trPr>
                                <w:trHeight w:val="534"/>
                              </w:trPr>
                              <w:tc>
                                <w:tcPr>
                                  <w:tcW w:w="4695" w:type="dxa"/>
                                  <w:vAlign w:val="center"/>
                                </w:tcPr>
                                <w:p w:rsidR="003A37E7" w:rsidRPr="00E70A6D" w:rsidRDefault="003A37E7" w:rsidP="00331F47">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70A6D">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1980" w:type="dxa"/>
                                  <w:vAlign w:val="center"/>
                                </w:tcPr>
                                <w:p w:rsidR="003A37E7" w:rsidRPr="00E70A6D" w:rsidRDefault="003A37E7" w:rsidP="00331F47">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155</w:t>
                                  </w:r>
                                </w:p>
                              </w:tc>
                            </w:tr>
                          </w:tbl>
                          <w:p w:rsidR="003A37E7" w:rsidRPr="00E70A6D"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CA5F37" id="Text Box 86" o:spid="_x0000_s1130" type="#_x0000_t202" style="position:absolute;left:0;text-align:left;margin-left:-58.2pt;margin-top:33.85pt;width:353.3pt;height:46.1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" fillcolor="#a7bfde [1620]" strokecolor="#4579b8 [3044]">
                <v:fill color2="#e4ecf5 [500]" rotate="t" angle="180" colors="0 #a3c4ff;22938f #bfd5ff;1 #e5eeff" focus="100%" type="gradient"/>
                <v:shadow on="t" color="black" opacity="24903f" origin=",.5" offset="0,.55556mm"/>
                <v:textbox>
                  <w:txbxContent>
                    <w:tbl>
                      <w:tblPr>
                        <w:tblStyle w:val="TableGrid"/>
                        <w:tblW w:w="6675" w:type="dxa"/>
                        <w:tblBorders>
                          <w:top w:val="thinThickSmallGap" w:sz="48" w:space="0" w:color="auto"/>
                          <w:left w:val="thinThickSmallGap" w:sz="48" w:space="0" w:color="auto"/>
                          <w:bottom w:val="thinThickSmallGap" w:sz="48" w:space="0" w:color="auto"/>
                          <w:right w:val="thinThickSmallGap" w:sz="48" w:space="0" w:color="auto"/>
                          <w:insideH w:val="thinThickSmallGap" w:sz="48" w:space="0" w:color="auto"/>
                          <w:insideV w:val="thinThickSmallGap" w:sz="48" w:space="0" w:color="auto"/>
                        </w:tblBorders>
                        <w:tblLook w:val="04A0" w:firstRow="1" w:lastRow="0" w:firstColumn="1" w:lastColumn="0" w:noHBand="0" w:noVBand="1"/>
                      </w:tblPr>
                      <w:tblGrid>
                        <w:gridCol w:w="4695"/>
                        <w:gridCol w:w="1980"/>
                      </w:tblGrid>
                      <w:tr w:rsidR="003A37E7" w:rsidRPr="00E70A6D" w:rsidTr="00DB3499">
                        <w:trPr>
                          <w:trHeight w:val="534"/>
                        </w:trPr>
                        <w:tc>
                          <w:tcPr>
                            <w:tcW w:w="4695" w:type="dxa"/>
                            <w:vAlign w:val="center"/>
                          </w:tcPr>
                          <w:p w:rsidR="003A37E7" w:rsidRPr="00E70A6D" w:rsidRDefault="003A37E7" w:rsidP="00331F47">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70A6D">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1980" w:type="dxa"/>
                            <w:vAlign w:val="center"/>
                          </w:tcPr>
                          <w:p w:rsidR="003A37E7" w:rsidRPr="00E70A6D" w:rsidRDefault="003A37E7" w:rsidP="00331F47">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155</w:t>
                            </w:r>
                          </w:p>
                        </w:tc>
                      </w:tr>
                    </w:tbl>
                    <w:p w:rsidR="003A37E7" w:rsidRPr="00E70A6D"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627AC2" w:rsidRDefault="00627AC2" w:rsidP="00412947">
      <w:pPr>
        <w:jc w:val="center"/>
      </w:pPr>
    </w:p>
    <w:p w:rsidR="00627AC2" w:rsidRDefault="0009743A" w:rsidP="00412947">
      <w:pPr>
        <w:jc w:val="center"/>
      </w:pPr>
      <w:r>
        <w:rPr>
          <w:noProof/>
        </w:rPr>
        <w:lastRenderedPageBreak/>
        <mc:AlternateContent>
          <mc:Choice Requires="wps">
            <w:drawing>
              <wp:anchor distT="0" distB="0" distL="114300" distR="114300" simplePos="0" relativeHeight="251837440" behindDoc="0" locked="0" layoutInCell="1" allowOverlap="1" wp14:anchorId="79D056E8" wp14:editId="48A2EF74">
                <wp:simplePos x="0" y="0"/>
                <wp:positionH relativeFrom="column">
                  <wp:posOffset>-1265654</wp:posOffset>
                </wp:positionH>
                <wp:positionV relativeFrom="paragraph">
                  <wp:posOffset>120650</wp:posOffset>
                </wp:positionV>
                <wp:extent cx="4730496" cy="3364992"/>
                <wp:effectExtent l="0" t="0" r="0" b="6985"/>
                <wp:wrapNone/>
                <wp:docPr id="19" name="Text Box 19"/>
                <wp:cNvGraphicFramePr/>
                <a:graphic xmlns:a="http://schemas.openxmlformats.org/drawingml/2006/main">
                  <a:graphicData uri="http://schemas.microsoft.com/office/word/2010/wordprocessingShape">
                    <wps:wsp>
                      <wps:cNvSpPr txBox="1"/>
                      <wps:spPr>
                        <a:xfrm>
                          <a:off x="0" y="0"/>
                          <a:ext cx="4730496" cy="336499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7015" w:type="dxa"/>
                              <w:tblInd w:w="137" w:type="dxa"/>
                              <w:tblBorders>
                                <w:insideH w:val="double" w:sz="4" w:space="0" w:color="C0504D" w:themeColor="accent2"/>
                                <w:insideV w:val="double" w:sz="4" w:space="0" w:color="C0504D" w:themeColor="accent2"/>
                              </w:tblBorders>
                              <w:tblLook w:val="04A0" w:firstRow="1" w:lastRow="0" w:firstColumn="1" w:lastColumn="0" w:noHBand="0" w:noVBand="1"/>
                            </w:tblPr>
                            <w:tblGrid>
                              <w:gridCol w:w="1478"/>
                              <w:gridCol w:w="4097"/>
                              <w:gridCol w:w="1440"/>
                            </w:tblGrid>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COURSE CODE</w:t>
                                  </w:r>
                                </w:p>
                              </w:tc>
                              <w:tc>
                                <w:tcPr>
                                  <w:tcW w:w="4097" w:type="dxa"/>
                                  <w:vAlign w:val="center"/>
                                </w:tcPr>
                                <w:p w:rsidR="003A37E7" w:rsidRPr="005C69D1" w:rsidRDefault="003A37E7" w:rsidP="005C69D1">
                                  <w:pPr>
                                    <w:jc w:val="center"/>
                                    <w:rPr>
                                      <w:sz w:val="24"/>
                                      <w:szCs w:val="24"/>
                                    </w:rPr>
                                  </w:pPr>
                                  <w:r w:rsidRPr="005C69D1">
                                    <w:rPr>
                                      <w:sz w:val="24"/>
                                      <w:szCs w:val="24"/>
                                    </w:rPr>
                                    <w:t>COURSE TITLE</w:t>
                                  </w:r>
                                </w:p>
                              </w:tc>
                              <w:tc>
                                <w:tcPr>
                                  <w:tcW w:w="1440" w:type="dxa"/>
                                  <w:vAlign w:val="center"/>
                                </w:tcPr>
                                <w:p w:rsidR="003A37E7" w:rsidRPr="005C69D1" w:rsidRDefault="003A37E7" w:rsidP="005C69D1">
                                  <w:pPr>
                                    <w:jc w:val="center"/>
                                    <w:rPr>
                                      <w:sz w:val="24"/>
                                      <w:szCs w:val="24"/>
                                    </w:rPr>
                                  </w:pPr>
                                  <w:r w:rsidRPr="005C69D1">
                                    <w:rPr>
                                      <w:sz w:val="24"/>
                                      <w:szCs w:val="24"/>
                                    </w:rPr>
                                    <w:t>CREDIT HOURS</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407</w:t>
                                  </w:r>
                                </w:p>
                              </w:tc>
                              <w:tc>
                                <w:tcPr>
                                  <w:tcW w:w="4097" w:type="dxa"/>
                                  <w:vAlign w:val="center"/>
                                </w:tcPr>
                                <w:p w:rsidR="003A37E7" w:rsidRPr="005C69D1" w:rsidRDefault="003A37E7" w:rsidP="005C69D1">
                                  <w:pPr>
                                    <w:jc w:val="center"/>
                                    <w:rPr>
                                      <w:sz w:val="24"/>
                                      <w:szCs w:val="24"/>
                                    </w:rPr>
                                  </w:pPr>
                                  <w:r w:rsidRPr="005C69D1">
                                    <w:rPr>
                                      <w:sz w:val="24"/>
                                      <w:szCs w:val="24"/>
                                    </w:rPr>
                                    <w:t>ADVANCED CONTROL SYSTEM</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402</w:t>
                                  </w:r>
                                </w:p>
                              </w:tc>
                              <w:tc>
                                <w:tcPr>
                                  <w:tcW w:w="4097" w:type="dxa"/>
                                  <w:vAlign w:val="center"/>
                                </w:tcPr>
                                <w:p w:rsidR="003A37E7" w:rsidRPr="005C69D1" w:rsidRDefault="003A37E7" w:rsidP="005C69D1">
                                  <w:pPr>
                                    <w:jc w:val="center"/>
                                    <w:rPr>
                                      <w:sz w:val="24"/>
                                      <w:szCs w:val="24"/>
                                    </w:rPr>
                                  </w:pPr>
                                  <w:r w:rsidRPr="005C69D1">
                                    <w:rPr>
                                      <w:sz w:val="24"/>
                                      <w:szCs w:val="24"/>
                                    </w:rPr>
                                    <w:t>ELECTRIC MACHINE II</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315</w:t>
                                  </w:r>
                                </w:p>
                              </w:tc>
                              <w:tc>
                                <w:tcPr>
                                  <w:tcW w:w="4097" w:type="dxa"/>
                                  <w:vAlign w:val="center"/>
                                </w:tcPr>
                                <w:p w:rsidR="003A37E7" w:rsidRPr="005C69D1" w:rsidRDefault="003A37E7" w:rsidP="005C69D1">
                                  <w:pPr>
                                    <w:jc w:val="center"/>
                                    <w:rPr>
                                      <w:sz w:val="24"/>
                                      <w:szCs w:val="24"/>
                                    </w:rPr>
                                  </w:pPr>
                                  <w:r w:rsidRPr="005C69D1">
                                    <w:rPr>
                                      <w:sz w:val="24"/>
                                      <w:szCs w:val="24"/>
                                    </w:rPr>
                                    <w:t>INSTRUMENTATION</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415</w:t>
                                  </w:r>
                                </w:p>
                              </w:tc>
                              <w:tc>
                                <w:tcPr>
                                  <w:tcW w:w="4097" w:type="dxa"/>
                                  <w:vAlign w:val="center"/>
                                </w:tcPr>
                                <w:p w:rsidR="003A37E7" w:rsidRPr="005C69D1" w:rsidRDefault="003A37E7" w:rsidP="005C69D1">
                                  <w:pPr>
                                    <w:jc w:val="center"/>
                                    <w:rPr>
                                      <w:sz w:val="24"/>
                                      <w:szCs w:val="24"/>
                                    </w:rPr>
                                  </w:pPr>
                                  <w:r w:rsidRPr="005C69D1">
                                    <w:rPr>
                                      <w:sz w:val="24"/>
                                      <w:szCs w:val="24"/>
                                    </w:rPr>
                                    <w:t>POWER ELECTRONICS</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403</w:t>
                                  </w:r>
                                </w:p>
                              </w:tc>
                              <w:tc>
                                <w:tcPr>
                                  <w:tcW w:w="4097" w:type="dxa"/>
                                  <w:vAlign w:val="center"/>
                                </w:tcPr>
                                <w:p w:rsidR="003A37E7" w:rsidRPr="005C69D1" w:rsidRDefault="003A37E7" w:rsidP="005C69D1">
                                  <w:pPr>
                                    <w:jc w:val="center"/>
                                    <w:rPr>
                                      <w:sz w:val="24"/>
                                      <w:szCs w:val="24"/>
                                    </w:rPr>
                                  </w:pPr>
                                  <w:r w:rsidRPr="005C69D1">
                                    <w:rPr>
                                      <w:sz w:val="24"/>
                                      <w:szCs w:val="24"/>
                                    </w:rPr>
                                    <w:t>WIRELESS COMMUNICATION</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rPr>
                                <w:trHeight w:val="131"/>
                              </w:trPr>
                              <w:tc>
                                <w:tcPr>
                                  <w:tcW w:w="1478" w:type="dxa"/>
                                  <w:vAlign w:val="center"/>
                                </w:tcPr>
                                <w:p w:rsidR="003A37E7" w:rsidRPr="005C69D1" w:rsidRDefault="003A37E7" w:rsidP="005C69D1">
                                  <w:pPr>
                                    <w:jc w:val="center"/>
                                    <w:rPr>
                                      <w:sz w:val="24"/>
                                      <w:szCs w:val="24"/>
                                    </w:rPr>
                                  </w:pPr>
                                  <w:r w:rsidRPr="005C69D1">
                                    <w:rPr>
                                      <w:sz w:val="24"/>
                                      <w:szCs w:val="24"/>
                                    </w:rPr>
                                    <w:t>GENG 312</w:t>
                                  </w:r>
                                </w:p>
                              </w:tc>
                              <w:tc>
                                <w:tcPr>
                                  <w:tcW w:w="4097" w:type="dxa"/>
                                  <w:vAlign w:val="center"/>
                                </w:tcPr>
                                <w:p w:rsidR="003A37E7" w:rsidRPr="005C69D1" w:rsidRDefault="003A37E7" w:rsidP="005C69D1">
                                  <w:pPr>
                                    <w:jc w:val="center"/>
                                    <w:rPr>
                                      <w:sz w:val="24"/>
                                      <w:szCs w:val="24"/>
                                    </w:rPr>
                                  </w:pPr>
                                  <w:r w:rsidRPr="005C69D1">
                                    <w:rPr>
                                      <w:sz w:val="24"/>
                                      <w:szCs w:val="24"/>
                                    </w:rPr>
                                    <w:t>COMPUTER HARDWARE</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308</w:t>
                                  </w:r>
                                </w:p>
                              </w:tc>
                              <w:tc>
                                <w:tcPr>
                                  <w:tcW w:w="4097" w:type="dxa"/>
                                  <w:vAlign w:val="center"/>
                                </w:tcPr>
                                <w:p w:rsidR="003A37E7" w:rsidRPr="005C69D1" w:rsidRDefault="003A37E7" w:rsidP="005C69D1">
                                  <w:pPr>
                                    <w:jc w:val="center"/>
                                    <w:rPr>
                                      <w:sz w:val="24"/>
                                      <w:szCs w:val="24"/>
                                    </w:rPr>
                                  </w:pPr>
                                  <w:r w:rsidRPr="005C69D1">
                                    <w:rPr>
                                      <w:sz w:val="24"/>
                                      <w:szCs w:val="24"/>
                                    </w:rPr>
                                    <w:t>DIDGITAL SIGNAL PROCESS</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409</w:t>
                                  </w:r>
                                </w:p>
                              </w:tc>
                              <w:tc>
                                <w:tcPr>
                                  <w:tcW w:w="4097" w:type="dxa"/>
                                  <w:vAlign w:val="center"/>
                                </w:tcPr>
                                <w:p w:rsidR="003A37E7" w:rsidRPr="005C69D1" w:rsidRDefault="003A37E7" w:rsidP="005C69D1">
                                  <w:pPr>
                                    <w:jc w:val="center"/>
                                    <w:rPr>
                                      <w:sz w:val="24"/>
                                      <w:szCs w:val="24"/>
                                    </w:rPr>
                                  </w:pPr>
                                  <w:r w:rsidRPr="005C69D1">
                                    <w:rPr>
                                      <w:sz w:val="24"/>
                                      <w:szCs w:val="24"/>
                                    </w:rPr>
                                    <w:t>POWER SYSTEM PROTECTION &amp; CONTROL</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418</w:t>
                                  </w:r>
                                </w:p>
                              </w:tc>
                              <w:tc>
                                <w:tcPr>
                                  <w:tcW w:w="4097" w:type="dxa"/>
                                  <w:vAlign w:val="center"/>
                                </w:tcPr>
                                <w:p w:rsidR="003A37E7" w:rsidRPr="005C69D1" w:rsidRDefault="003A37E7" w:rsidP="005C69D1">
                                  <w:pPr>
                                    <w:jc w:val="center"/>
                                    <w:rPr>
                                      <w:sz w:val="24"/>
                                      <w:szCs w:val="24"/>
                                    </w:rPr>
                                  </w:pPr>
                                  <w:r w:rsidRPr="005C69D1">
                                    <w:rPr>
                                      <w:sz w:val="24"/>
                                      <w:szCs w:val="24"/>
                                    </w:rPr>
                                    <w:t>ELECTROMAGNETICS-II</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 xml:space="preserve">EENG 420 </w:t>
                                  </w:r>
                                </w:p>
                              </w:tc>
                              <w:tc>
                                <w:tcPr>
                                  <w:tcW w:w="4097" w:type="dxa"/>
                                  <w:vAlign w:val="center"/>
                                </w:tcPr>
                                <w:p w:rsidR="003A37E7" w:rsidRPr="005C69D1" w:rsidRDefault="003A37E7" w:rsidP="005C69D1">
                                  <w:pPr>
                                    <w:jc w:val="center"/>
                                    <w:rPr>
                                      <w:sz w:val="24"/>
                                      <w:szCs w:val="24"/>
                                    </w:rPr>
                                  </w:pPr>
                                  <w:r w:rsidRPr="005C69D1">
                                    <w:rPr>
                                      <w:sz w:val="24"/>
                                      <w:szCs w:val="24"/>
                                    </w:rPr>
                                    <w:t>AUTOMATION ENGINEERING</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322</w:t>
                                  </w:r>
                                </w:p>
                              </w:tc>
                              <w:tc>
                                <w:tcPr>
                                  <w:tcW w:w="4097" w:type="dxa"/>
                                  <w:vAlign w:val="center"/>
                                </w:tcPr>
                                <w:p w:rsidR="003A37E7" w:rsidRPr="005C69D1" w:rsidRDefault="003A37E7" w:rsidP="005C69D1">
                                  <w:pPr>
                                    <w:jc w:val="center"/>
                                    <w:rPr>
                                      <w:sz w:val="24"/>
                                      <w:szCs w:val="24"/>
                                    </w:rPr>
                                  </w:pPr>
                                  <w:r w:rsidRPr="005C69D1">
                                    <w:rPr>
                                      <w:sz w:val="24"/>
                                      <w:szCs w:val="24"/>
                                    </w:rPr>
                                    <w:t>PROGRAMMING METHODOLOGY</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GENG 220</w:t>
                                  </w:r>
                                </w:p>
                              </w:tc>
                              <w:tc>
                                <w:tcPr>
                                  <w:tcW w:w="4097" w:type="dxa"/>
                                  <w:vAlign w:val="center"/>
                                </w:tcPr>
                                <w:p w:rsidR="003A37E7" w:rsidRPr="005C69D1" w:rsidRDefault="003A37E7" w:rsidP="005C69D1">
                                  <w:pPr>
                                    <w:jc w:val="center"/>
                                    <w:rPr>
                                      <w:sz w:val="24"/>
                                      <w:szCs w:val="24"/>
                                    </w:rPr>
                                  </w:pPr>
                                  <w:r w:rsidRPr="005C69D1">
                                    <w:rPr>
                                      <w:sz w:val="24"/>
                                      <w:szCs w:val="24"/>
                                    </w:rPr>
                                    <w:t>ENGINEERING ECONOMICS</w:t>
                                  </w:r>
                                </w:p>
                              </w:tc>
                              <w:tc>
                                <w:tcPr>
                                  <w:tcW w:w="1440" w:type="dxa"/>
                                  <w:vAlign w:val="center"/>
                                </w:tcPr>
                                <w:p w:rsidR="003A37E7" w:rsidRPr="005C69D1" w:rsidRDefault="003A37E7" w:rsidP="005C69D1">
                                  <w:pPr>
                                    <w:jc w:val="center"/>
                                    <w:rPr>
                                      <w:sz w:val="24"/>
                                      <w:szCs w:val="24"/>
                                    </w:rPr>
                                  </w:pPr>
                                  <w:r w:rsidRPr="005C69D1">
                                    <w:rPr>
                                      <w:sz w:val="24"/>
                                      <w:szCs w:val="24"/>
                                    </w:rPr>
                                    <w:t>3</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D056E8" id="Text Box 19" o:spid="_x0000_s1131" type="#_x0000_t202" style="position:absolute;left:0;text-align:left;margin-left:-99.65pt;margin-top:9.5pt;width:372.5pt;height:264.9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" fillcolor="white [3201]" stroked="f" strokeweight=".5pt">
                <v:textbox>
                  <w:txbxContent>
                    <w:tbl>
                      <w:tblPr>
                        <w:tblStyle w:val="TableGrid"/>
                        <w:tblW w:w="7015" w:type="dxa"/>
                        <w:tblInd w:w="137" w:type="dxa"/>
                        <w:tblBorders>
                          <w:insideH w:val="double" w:sz="4" w:space="0" w:color="C0504D" w:themeColor="accent2"/>
                          <w:insideV w:val="double" w:sz="4" w:space="0" w:color="C0504D" w:themeColor="accent2"/>
                        </w:tblBorders>
                        <w:tblLook w:val="04A0" w:firstRow="1" w:lastRow="0" w:firstColumn="1" w:lastColumn="0" w:noHBand="0" w:noVBand="1"/>
                      </w:tblPr>
                      <w:tblGrid>
                        <w:gridCol w:w="1478"/>
                        <w:gridCol w:w="4097"/>
                        <w:gridCol w:w="1440"/>
                      </w:tblGrid>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COURSE CODE</w:t>
                            </w:r>
                          </w:p>
                        </w:tc>
                        <w:tc>
                          <w:tcPr>
                            <w:tcW w:w="4097" w:type="dxa"/>
                            <w:vAlign w:val="center"/>
                          </w:tcPr>
                          <w:p w:rsidR="003A37E7" w:rsidRPr="005C69D1" w:rsidRDefault="003A37E7" w:rsidP="005C69D1">
                            <w:pPr>
                              <w:jc w:val="center"/>
                              <w:rPr>
                                <w:sz w:val="24"/>
                                <w:szCs w:val="24"/>
                              </w:rPr>
                            </w:pPr>
                            <w:r w:rsidRPr="005C69D1">
                              <w:rPr>
                                <w:sz w:val="24"/>
                                <w:szCs w:val="24"/>
                              </w:rPr>
                              <w:t>COURSE TITLE</w:t>
                            </w:r>
                          </w:p>
                        </w:tc>
                        <w:tc>
                          <w:tcPr>
                            <w:tcW w:w="1440" w:type="dxa"/>
                            <w:vAlign w:val="center"/>
                          </w:tcPr>
                          <w:p w:rsidR="003A37E7" w:rsidRPr="005C69D1" w:rsidRDefault="003A37E7" w:rsidP="005C69D1">
                            <w:pPr>
                              <w:jc w:val="center"/>
                              <w:rPr>
                                <w:sz w:val="24"/>
                                <w:szCs w:val="24"/>
                              </w:rPr>
                            </w:pPr>
                            <w:r w:rsidRPr="005C69D1">
                              <w:rPr>
                                <w:sz w:val="24"/>
                                <w:szCs w:val="24"/>
                              </w:rPr>
                              <w:t>CREDIT HOURS</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407</w:t>
                            </w:r>
                          </w:p>
                        </w:tc>
                        <w:tc>
                          <w:tcPr>
                            <w:tcW w:w="4097" w:type="dxa"/>
                            <w:vAlign w:val="center"/>
                          </w:tcPr>
                          <w:p w:rsidR="003A37E7" w:rsidRPr="005C69D1" w:rsidRDefault="003A37E7" w:rsidP="005C69D1">
                            <w:pPr>
                              <w:jc w:val="center"/>
                              <w:rPr>
                                <w:sz w:val="24"/>
                                <w:szCs w:val="24"/>
                              </w:rPr>
                            </w:pPr>
                            <w:r w:rsidRPr="005C69D1">
                              <w:rPr>
                                <w:sz w:val="24"/>
                                <w:szCs w:val="24"/>
                              </w:rPr>
                              <w:t>ADVANCED CONTROL SYSTEM</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402</w:t>
                            </w:r>
                          </w:p>
                        </w:tc>
                        <w:tc>
                          <w:tcPr>
                            <w:tcW w:w="4097" w:type="dxa"/>
                            <w:vAlign w:val="center"/>
                          </w:tcPr>
                          <w:p w:rsidR="003A37E7" w:rsidRPr="005C69D1" w:rsidRDefault="003A37E7" w:rsidP="005C69D1">
                            <w:pPr>
                              <w:jc w:val="center"/>
                              <w:rPr>
                                <w:sz w:val="24"/>
                                <w:szCs w:val="24"/>
                              </w:rPr>
                            </w:pPr>
                            <w:r w:rsidRPr="005C69D1">
                              <w:rPr>
                                <w:sz w:val="24"/>
                                <w:szCs w:val="24"/>
                              </w:rPr>
                              <w:t>ELECTRIC MACHINE II</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315</w:t>
                            </w:r>
                          </w:p>
                        </w:tc>
                        <w:tc>
                          <w:tcPr>
                            <w:tcW w:w="4097" w:type="dxa"/>
                            <w:vAlign w:val="center"/>
                          </w:tcPr>
                          <w:p w:rsidR="003A37E7" w:rsidRPr="005C69D1" w:rsidRDefault="003A37E7" w:rsidP="005C69D1">
                            <w:pPr>
                              <w:jc w:val="center"/>
                              <w:rPr>
                                <w:sz w:val="24"/>
                                <w:szCs w:val="24"/>
                              </w:rPr>
                            </w:pPr>
                            <w:r w:rsidRPr="005C69D1">
                              <w:rPr>
                                <w:sz w:val="24"/>
                                <w:szCs w:val="24"/>
                              </w:rPr>
                              <w:t>INSTRUMENTATION</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415</w:t>
                            </w:r>
                          </w:p>
                        </w:tc>
                        <w:tc>
                          <w:tcPr>
                            <w:tcW w:w="4097" w:type="dxa"/>
                            <w:vAlign w:val="center"/>
                          </w:tcPr>
                          <w:p w:rsidR="003A37E7" w:rsidRPr="005C69D1" w:rsidRDefault="003A37E7" w:rsidP="005C69D1">
                            <w:pPr>
                              <w:jc w:val="center"/>
                              <w:rPr>
                                <w:sz w:val="24"/>
                                <w:szCs w:val="24"/>
                              </w:rPr>
                            </w:pPr>
                            <w:r w:rsidRPr="005C69D1">
                              <w:rPr>
                                <w:sz w:val="24"/>
                                <w:szCs w:val="24"/>
                              </w:rPr>
                              <w:t>POWER ELECTRONICS</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403</w:t>
                            </w:r>
                          </w:p>
                        </w:tc>
                        <w:tc>
                          <w:tcPr>
                            <w:tcW w:w="4097" w:type="dxa"/>
                            <w:vAlign w:val="center"/>
                          </w:tcPr>
                          <w:p w:rsidR="003A37E7" w:rsidRPr="005C69D1" w:rsidRDefault="003A37E7" w:rsidP="005C69D1">
                            <w:pPr>
                              <w:jc w:val="center"/>
                              <w:rPr>
                                <w:sz w:val="24"/>
                                <w:szCs w:val="24"/>
                              </w:rPr>
                            </w:pPr>
                            <w:r w:rsidRPr="005C69D1">
                              <w:rPr>
                                <w:sz w:val="24"/>
                                <w:szCs w:val="24"/>
                              </w:rPr>
                              <w:t>WIRELESS COMMUNICATION</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rPr>
                          <w:trHeight w:val="131"/>
                        </w:trPr>
                        <w:tc>
                          <w:tcPr>
                            <w:tcW w:w="1478" w:type="dxa"/>
                            <w:vAlign w:val="center"/>
                          </w:tcPr>
                          <w:p w:rsidR="003A37E7" w:rsidRPr="005C69D1" w:rsidRDefault="003A37E7" w:rsidP="005C69D1">
                            <w:pPr>
                              <w:jc w:val="center"/>
                              <w:rPr>
                                <w:sz w:val="24"/>
                                <w:szCs w:val="24"/>
                              </w:rPr>
                            </w:pPr>
                            <w:r w:rsidRPr="005C69D1">
                              <w:rPr>
                                <w:sz w:val="24"/>
                                <w:szCs w:val="24"/>
                              </w:rPr>
                              <w:t>GENG 312</w:t>
                            </w:r>
                          </w:p>
                        </w:tc>
                        <w:tc>
                          <w:tcPr>
                            <w:tcW w:w="4097" w:type="dxa"/>
                            <w:vAlign w:val="center"/>
                          </w:tcPr>
                          <w:p w:rsidR="003A37E7" w:rsidRPr="005C69D1" w:rsidRDefault="003A37E7" w:rsidP="005C69D1">
                            <w:pPr>
                              <w:jc w:val="center"/>
                              <w:rPr>
                                <w:sz w:val="24"/>
                                <w:szCs w:val="24"/>
                              </w:rPr>
                            </w:pPr>
                            <w:r w:rsidRPr="005C69D1">
                              <w:rPr>
                                <w:sz w:val="24"/>
                                <w:szCs w:val="24"/>
                              </w:rPr>
                              <w:t>COMPUTER HARDWARE</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308</w:t>
                            </w:r>
                          </w:p>
                        </w:tc>
                        <w:tc>
                          <w:tcPr>
                            <w:tcW w:w="4097" w:type="dxa"/>
                            <w:vAlign w:val="center"/>
                          </w:tcPr>
                          <w:p w:rsidR="003A37E7" w:rsidRPr="005C69D1" w:rsidRDefault="003A37E7" w:rsidP="005C69D1">
                            <w:pPr>
                              <w:jc w:val="center"/>
                              <w:rPr>
                                <w:sz w:val="24"/>
                                <w:szCs w:val="24"/>
                              </w:rPr>
                            </w:pPr>
                            <w:r w:rsidRPr="005C69D1">
                              <w:rPr>
                                <w:sz w:val="24"/>
                                <w:szCs w:val="24"/>
                              </w:rPr>
                              <w:t>DIDGITAL SIGNAL PROCESS</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409</w:t>
                            </w:r>
                          </w:p>
                        </w:tc>
                        <w:tc>
                          <w:tcPr>
                            <w:tcW w:w="4097" w:type="dxa"/>
                            <w:vAlign w:val="center"/>
                          </w:tcPr>
                          <w:p w:rsidR="003A37E7" w:rsidRPr="005C69D1" w:rsidRDefault="003A37E7" w:rsidP="005C69D1">
                            <w:pPr>
                              <w:jc w:val="center"/>
                              <w:rPr>
                                <w:sz w:val="24"/>
                                <w:szCs w:val="24"/>
                              </w:rPr>
                            </w:pPr>
                            <w:r w:rsidRPr="005C69D1">
                              <w:rPr>
                                <w:sz w:val="24"/>
                                <w:szCs w:val="24"/>
                              </w:rPr>
                              <w:t>POWER SYSTEM PROTECTION &amp; CONTROL</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418</w:t>
                            </w:r>
                          </w:p>
                        </w:tc>
                        <w:tc>
                          <w:tcPr>
                            <w:tcW w:w="4097" w:type="dxa"/>
                            <w:vAlign w:val="center"/>
                          </w:tcPr>
                          <w:p w:rsidR="003A37E7" w:rsidRPr="005C69D1" w:rsidRDefault="003A37E7" w:rsidP="005C69D1">
                            <w:pPr>
                              <w:jc w:val="center"/>
                              <w:rPr>
                                <w:sz w:val="24"/>
                                <w:szCs w:val="24"/>
                              </w:rPr>
                            </w:pPr>
                            <w:r w:rsidRPr="005C69D1">
                              <w:rPr>
                                <w:sz w:val="24"/>
                                <w:szCs w:val="24"/>
                              </w:rPr>
                              <w:t>ELECTROMAGNETICS-II</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 xml:space="preserve">EENG 420 </w:t>
                            </w:r>
                          </w:p>
                        </w:tc>
                        <w:tc>
                          <w:tcPr>
                            <w:tcW w:w="4097" w:type="dxa"/>
                            <w:vAlign w:val="center"/>
                          </w:tcPr>
                          <w:p w:rsidR="003A37E7" w:rsidRPr="005C69D1" w:rsidRDefault="003A37E7" w:rsidP="005C69D1">
                            <w:pPr>
                              <w:jc w:val="center"/>
                              <w:rPr>
                                <w:sz w:val="24"/>
                                <w:szCs w:val="24"/>
                              </w:rPr>
                            </w:pPr>
                            <w:r w:rsidRPr="005C69D1">
                              <w:rPr>
                                <w:sz w:val="24"/>
                                <w:szCs w:val="24"/>
                              </w:rPr>
                              <w:t>AUTOMATION ENGINEERING</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EENG 322</w:t>
                            </w:r>
                          </w:p>
                        </w:tc>
                        <w:tc>
                          <w:tcPr>
                            <w:tcW w:w="4097" w:type="dxa"/>
                            <w:vAlign w:val="center"/>
                          </w:tcPr>
                          <w:p w:rsidR="003A37E7" w:rsidRPr="005C69D1" w:rsidRDefault="003A37E7" w:rsidP="005C69D1">
                            <w:pPr>
                              <w:jc w:val="center"/>
                              <w:rPr>
                                <w:sz w:val="24"/>
                                <w:szCs w:val="24"/>
                              </w:rPr>
                            </w:pPr>
                            <w:r w:rsidRPr="005C69D1">
                              <w:rPr>
                                <w:sz w:val="24"/>
                                <w:szCs w:val="24"/>
                              </w:rPr>
                              <w:t>PROGRAMMING METHODOLOGY</w:t>
                            </w:r>
                          </w:p>
                        </w:tc>
                        <w:tc>
                          <w:tcPr>
                            <w:tcW w:w="1440" w:type="dxa"/>
                            <w:vAlign w:val="center"/>
                          </w:tcPr>
                          <w:p w:rsidR="003A37E7" w:rsidRPr="005C69D1" w:rsidRDefault="003A37E7" w:rsidP="005C69D1">
                            <w:pPr>
                              <w:jc w:val="center"/>
                              <w:rPr>
                                <w:sz w:val="24"/>
                                <w:szCs w:val="24"/>
                              </w:rPr>
                            </w:pPr>
                            <w:r w:rsidRPr="005C69D1">
                              <w:rPr>
                                <w:sz w:val="24"/>
                                <w:szCs w:val="24"/>
                              </w:rPr>
                              <w:t>3</w:t>
                            </w:r>
                          </w:p>
                        </w:tc>
                      </w:tr>
                      <w:tr w:rsidR="003A37E7" w:rsidRPr="005C69D1" w:rsidTr="00E01F9D">
                        <w:tc>
                          <w:tcPr>
                            <w:tcW w:w="1478" w:type="dxa"/>
                            <w:vAlign w:val="center"/>
                          </w:tcPr>
                          <w:p w:rsidR="003A37E7" w:rsidRPr="005C69D1" w:rsidRDefault="003A37E7" w:rsidP="005C69D1">
                            <w:pPr>
                              <w:jc w:val="center"/>
                              <w:rPr>
                                <w:sz w:val="24"/>
                                <w:szCs w:val="24"/>
                              </w:rPr>
                            </w:pPr>
                            <w:r w:rsidRPr="005C69D1">
                              <w:rPr>
                                <w:sz w:val="24"/>
                                <w:szCs w:val="24"/>
                              </w:rPr>
                              <w:t>GENG 220</w:t>
                            </w:r>
                          </w:p>
                        </w:tc>
                        <w:tc>
                          <w:tcPr>
                            <w:tcW w:w="4097" w:type="dxa"/>
                            <w:vAlign w:val="center"/>
                          </w:tcPr>
                          <w:p w:rsidR="003A37E7" w:rsidRPr="005C69D1" w:rsidRDefault="003A37E7" w:rsidP="005C69D1">
                            <w:pPr>
                              <w:jc w:val="center"/>
                              <w:rPr>
                                <w:sz w:val="24"/>
                                <w:szCs w:val="24"/>
                              </w:rPr>
                            </w:pPr>
                            <w:r w:rsidRPr="005C69D1">
                              <w:rPr>
                                <w:sz w:val="24"/>
                                <w:szCs w:val="24"/>
                              </w:rPr>
                              <w:t>ENGINEERING ECONOMICS</w:t>
                            </w:r>
                          </w:p>
                        </w:tc>
                        <w:tc>
                          <w:tcPr>
                            <w:tcW w:w="1440" w:type="dxa"/>
                            <w:vAlign w:val="center"/>
                          </w:tcPr>
                          <w:p w:rsidR="003A37E7" w:rsidRPr="005C69D1" w:rsidRDefault="003A37E7" w:rsidP="005C69D1">
                            <w:pPr>
                              <w:jc w:val="center"/>
                              <w:rPr>
                                <w:sz w:val="24"/>
                                <w:szCs w:val="24"/>
                              </w:rPr>
                            </w:pPr>
                            <w:r w:rsidRPr="005C69D1">
                              <w:rPr>
                                <w:sz w:val="24"/>
                                <w:szCs w:val="24"/>
                              </w:rPr>
                              <w:t>3</w:t>
                            </w:r>
                          </w:p>
                        </w:tc>
                      </w:tr>
                    </w:tbl>
                    <w:p w:rsidR="003A37E7" w:rsidRDefault="003A37E7"/>
                  </w:txbxContent>
                </v:textbox>
              </v:shape>
            </w:pict>
          </mc:Fallback>
        </mc:AlternateContent>
      </w:r>
      <w:r w:rsidR="00DB3499">
        <w:rPr>
          <w:noProof/>
        </w:rPr>
        <mc:AlternateContent>
          <mc:Choice Requires="wps">
            <w:drawing>
              <wp:anchor distT="0" distB="0" distL="114300" distR="114300" simplePos="0" relativeHeight="251836416" behindDoc="0" locked="0" layoutInCell="1" allowOverlap="1" wp14:anchorId="5301ECE8" wp14:editId="0BEA7147">
                <wp:simplePos x="0" y="0"/>
                <wp:positionH relativeFrom="page">
                  <wp:posOffset>377063</wp:posOffset>
                </wp:positionH>
                <wp:positionV relativeFrom="paragraph">
                  <wp:posOffset>-730250</wp:posOffset>
                </wp:positionV>
                <wp:extent cx="4474464" cy="768096"/>
                <wp:effectExtent l="57150" t="38100" r="78740" b="89535"/>
                <wp:wrapNone/>
                <wp:docPr id="14" name="Text Box 14"/>
                <wp:cNvGraphicFramePr/>
                <a:graphic xmlns:a="http://schemas.openxmlformats.org/drawingml/2006/main">
                  <a:graphicData uri="http://schemas.microsoft.com/office/word/2010/wordprocessingShape">
                    <wps:wsp>
                      <wps:cNvSpPr txBox="1"/>
                      <wps:spPr>
                        <a:xfrm>
                          <a:off x="0" y="0"/>
                          <a:ext cx="4474464" cy="768096"/>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5F6380" w:rsidRDefault="003A37E7" w:rsidP="0033059F">
                            <w:pPr>
                              <w:jc w:val="center"/>
                              <w:rPr>
                                <w:i/>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380">
                              <w:rPr>
                                <w:i/>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ELECTRICAL ENGINEERING</w:t>
                            </w:r>
                          </w:p>
                          <w:p w:rsidR="003A37E7" w:rsidRPr="00E70A6D" w:rsidRDefault="003A37E7" w:rsidP="0033059F">
                            <w:pPr>
                              <w:jc w:val="center"/>
                              <w:rPr>
                                <w: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380">
                              <w:rPr>
                                <w:i/>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ELECTIVE COURSES (TECHNICAL</w:t>
                            </w:r>
                            <w:r w:rsidRPr="00E70A6D">
                              <w:rPr>
                                <w: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01ECE8" id="Text Box 14" o:spid="_x0000_s1132" type="#_x0000_t202" style="position:absolute;left:0;text-align:left;margin-left:29.7pt;margin-top:-57.5pt;width:352.3pt;height:60.5pt;z-index:251836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" fillcolor="#a7bfde [1620]" strokecolor="#4579b8 [3044]">
                <v:fill color2="#e4ecf5 [500]" rotate="t" angle="180" colors="0 #a3c4ff;22938f #bfd5ff;1 #e5eeff" focus="100%" type="gradient"/>
                <v:shadow on="t" color="black" opacity="24903f" origin=",.5" offset="0,.55556mm"/>
                <v:textbox>
                  <w:txbxContent>
                    <w:p w:rsidR="003A37E7" w:rsidRPr="005F6380" w:rsidRDefault="003A37E7" w:rsidP="0033059F">
                      <w:pPr>
                        <w:jc w:val="center"/>
                        <w:rPr>
                          <w:i/>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380">
                        <w:rPr>
                          <w:i/>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ELECTRICAL ENGINEERING</w:t>
                      </w:r>
                    </w:p>
                    <w:p w:rsidR="003A37E7" w:rsidRPr="00E70A6D" w:rsidRDefault="003A37E7" w:rsidP="0033059F">
                      <w:pPr>
                        <w:jc w:val="center"/>
                        <w:rPr>
                          <w: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380">
                        <w:rPr>
                          <w:i/>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ELECTIVE COURSES (TECHNICAL</w:t>
                      </w:r>
                      <w:r w:rsidRPr="00E70A6D">
                        <w:rPr>
                          <w: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w10:wrap anchorx="page"/>
              </v:shape>
            </w:pict>
          </mc:Fallback>
        </mc:AlternateContent>
      </w:r>
    </w:p>
    <w:p w:rsidR="00627AC2" w:rsidRDefault="00627AC2" w:rsidP="00412947">
      <w:pPr>
        <w:jc w:val="center"/>
      </w:pPr>
    </w:p>
    <w:p w:rsidR="00627AC2" w:rsidRDefault="00627AC2" w:rsidP="00412947">
      <w:pPr>
        <w:jc w:val="center"/>
      </w:pPr>
    </w:p>
    <w:p w:rsidR="00295686" w:rsidRDefault="00295686" w:rsidP="00295686">
      <w:pPr>
        <w:pStyle w:val="NormalWeb"/>
        <w:jc w:val="center"/>
      </w:pPr>
    </w:p>
    <w:p w:rsidR="00295686" w:rsidRDefault="00295686" w:rsidP="00295686">
      <w:pPr>
        <w:pStyle w:val="NormalWeb"/>
      </w:pPr>
    </w:p>
    <w:p w:rsidR="00F601D4" w:rsidRDefault="00F601D4" w:rsidP="00295686">
      <w:pPr>
        <w:pStyle w:val="NormalWeb"/>
      </w:pPr>
    </w:p>
    <w:p w:rsidR="00F601D4" w:rsidRDefault="00F601D4" w:rsidP="00295686">
      <w:pPr>
        <w:pStyle w:val="NormalWeb"/>
        <w:jc w:val="center"/>
        <w:rPr>
          <w:b/>
          <w:u w:val="single"/>
        </w:rPr>
      </w:pPr>
    </w:p>
    <w:p w:rsidR="00F601D4" w:rsidRDefault="00F601D4" w:rsidP="00295686">
      <w:pPr>
        <w:pStyle w:val="NormalWeb"/>
        <w:jc w:val="center"/>
        <w:rPr>
          <w:b/>
          <w:u w:val="single"/>
        </w:rPr>
      </w:pPr>
    </w:p>
    <w:p w:rsidR="00F601D4" w:rsidRDefault="0097372A" w:rsidP="00295686">
      <w:pPr>
        <w:pStyle w:val="NormalWeb"/>
        <w:jc w:val="center"/>
        <w:rPr>
          <w:b/>
          <w:u w:val="single"/>
        </w:rPr>
      </w:pPr>
      <w:r>
        <w:rPr>
          <w:b/>
          <w:noProof/>
          <w:u w:val="single"/>
        </w:rPr>
        <mc:AlternateContent>
          <mc:Choice Requires="wps">
            <w:drawing>
              <wp:anchor distT="0" distB="0" distL="114300" distR="114300" simplePos="0" relativeHeight="251838464" behindDoc="0" locked="0" layoutInCell="1" allowOverlap="1" wp14:anchorId="634D3848" wp14:editId="2474FCE5">
                <wp:simplePos x="0" y="0"/>
                <wp:positionH relativeFrom="column">
                  <wp:posOffset>-1202475</wp:posOffset>
                </wp:positionH>
                <wp:positionV relativeFrom="paragraph">
                  <wp:posOffset>456112</wp:posOffset>
                </wp:positionV>
                <wp:extent cx="4669155" cy="2791968"/>
                <wp:effectExtent l="0" t="0" r="0" b="8890"/>
                <wp:wrapNone/>
                <wp:docPr id="20" name="Text Box 20"/>
                <wp:cNvGraphicFramePr/>
                <a:graphic xmlns:a="http://schemas.openxmlformats.org/drawingml/2006/main">
                  <a:graphicData uri="http://schemas.microsoft.com/office/word/2010/wordprocessingShape">
                    <wps:wsp>
                      <wps:cNvSpPr txBox="1"/>
                      <wps:spPr>
                        <a:xfrm>
                          <a:off x="0" y="0"/>
                          <a:ext cx="4669155" cy="279196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7045" w:type="dxa"/>
                              <w:tblInd w:w="-40" w:type="dxa"/>
                              <w:tblLook w:val="04A0" w:firstRow="1" w:lastRow="0" w:firstColumn="1" w:lastColumn="0" w:noHBand="0" w:noVBand="1"/>
                            </w:tblPr>
                            <w:tblGrid>
                              <w:gridCol w:w="1764"/>
                              <w:gridCol w:w="3901"/>
                              <w:gridCol w:w="1380"/>
                            </w:tblGrid>
                            <w:tr w:rsidR="003A37E7" w:rsidRPr="00E01F9D" w:rsidTr="008F2D11">
                              <w:tc>
                                <w:tcPr>
                                  <w:tcW w:w="7045" w:type="dxa"/>
                                  <w:gridSpan w:val="3"/>
                                  <w:tcBorders>
                                    <w:top w:val="thickThinSmallGap" w:sz="24" w:space="0" w:color="auto"/>
                                    <w:left w:val="thickThinSmallGap" w:sz="24" w:space="0" w:color="auto"/>
                                    <w:bottom w:val="thinThickSmallGap" w:sz="24" w:space="0" w:color="auto"/>
                                    <w:right w:val="thinThickSmallGap" w:sz="24" w:space="0" w:color="auto"/>
                                  </w:tcBorders>
                                  <w:vAlign w:val="center"/>
                                </w:tcPr>
                                <w:p w:rsidR="003A37E7" w:rsidRPr="00E01F9D" w:rsidRDefault="003A37E7" w:rsidP="00E01F9D">
                                  <w:pPr>
                                    <w:jc w:val="center"/>
                                    <w:rPr>
                                      <w:sz w:val="24"/>
                                      <w:szCs w:val="24"/>
                                    </w:rPr>
                                  </w:pPr>
                                  <w:r w:rsidRPr="00E01F9D">
                                    <w:rPr>
                                      <w:color w:val="FF0000"/>
                                      <w:sz w:val="24"/>
                                      <w:szCs w:val="24"/>
                                    </w:rPr>
                                    <w:t>DEPARTMENT ELECTIVE ( NON TECHNICAL)</w:t>
                                  </w:r>
                                </w:p>
                              </w:tc>
                            </w:tr>
                            <w:tr w:rsidR="003A37E7" w:rsidRPr="00E01F9D" w:rsidTr="008F2D11">
                              <w:tc>
                                <w:tcPr>
                                  <w:tcW w:w="1764" w:type="dxa"/>
                                  <w:tcBorders>
                                    <w:top w:val="thinThickSmallGap" w:sz="24" w:space="0" w:color="auto"/>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COURSE CODE</w:t>
                                  </w:r>
                                </w:p>
                              </w:tc>
                              <w:tc>
                                <w:tcPr>
                                  <w:tcW w:w="3901" w:type="dxa"/>
                                  <w:tcBorders>
                                    <w:top w:val="thinThickSmallGap" w:sz="24" w:space="0" w:color="auto"/>
                                    <w:left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 xml:space="preserve">COURSE TITLE </w:t>
                                  </w:r>
                                </w:p>
                              </w:tc>
                              <w:tc>
                                <w:tcPr>
                                  <w:tcW w:w="1380" w:type="dxa"/>
                                  <w:tcBorders>
                                    <w:top w:val="thinThickSmallGap" w:sz="24" w:space="0" w:color="auto"/>
                                    <w:left w:val="double" w:sz="4" w:space="0" w:color="C0504D" w:themeColor="accent2"/>
                                    <w:bottom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CREDIT HOURS</w:t>
                                  </w:r>
                                </w:p>
                              </w:tc>
                            </w:tr>
                            <w:tr w:rsidR="003A37E7" w:rsidRPr="00E01F9D" w:rsidTr="008F2D11">
                              <w:tc>
                                <w:tcPr>
                                  <w:tcW w:w="1764" w:type="dxa"/>
                                  <w:tcBorders>
                                    <w:top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ECON. 203</w:t>
                                  </w:r>
                                </w:p>
                              </w:tc>
                              <w:tc>
                                <w:tcPr>
                                  <w:tcW w:w="390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PRINCIPLE OF MACROECONOMICS</w:t>
                                  </w:r>
                                </w:p>
                              </w:tc>
                              <w:tc>
                                <w:tcPr>
                                  <w:tcW w:w="1380" w:type="dxa"/>
                                  <w:tcBorders>
                                    <w:top w:val="double" w:sz="4" w:space="0" w:color="C0504D" w:themeColor="accent2"/>
                                    <w:left w:val="double" w:sz="4" w:space="0" w:color="C0504D" w:themeColor="accent2"/>
                                    <w:bottom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3</w:t>
                                  </w:r>
                                </w:p>
                              </w:tc>
                            </w:tr>
                            <w:tr w:rsidR="003A37E7" w:rsidRPr="00E01F9D" w:rsidTr="008F2D11">
                              <w:tc>
                                <w:tcPr>
                                  <w:tcW w:w="1764" w:type="dxa"/>
                                  <w:tcBorders>
                                    <w:top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MANG 203</w:t>
                                  </w:r>
                                </w:p>
                              </w:tc>
                              <w:tc>
                                <w:tcPr>
                                  <w:tcW w:w="390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PRINCIPLE OF MANAGEMENT</w:t>
                                  </w:r>
                                </w:p>
                              </w:tc>
                              <w:tc>
                                <w:tcPr>
                                  <w:tcW w:w="1380" w:type="dxa"/>
                                  <w:tcBorders>
                                    <w:top w:val="double" w:sz="4" w:space="0" w:color="C0504D" w:themeColor="accent2"/>
                                    <w:left w:val="double" w:sz="4" w:space="0" w:color="C0504D" w:themeColor="accent2"/>
                                    <w:bottom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3</w:t>
                                  </w:r>
                                </w:p>
                              </w:tc>
                            </w:tr>
                            <w:tr w:rsidR="003A37E7" w:rsidRPr="00E01F9D" w:rsidTr="008F2D11">
                              <w:tc>
                                <w:tcPr>
                                  <w:tcW w:w="1764" w:type="dxa"/>
                                  <w:tcBorders>
                                    <w:top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PSYC 102</w:t>
                                  </w:r>
                                </w:p>
                              </w:tc>
                              <w:tc>
                                <w:tcPr>
                                  <w:tcW w:w="390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INTRODUCTION TO PSYCHOLOGY</w:t>
                                  </w:r>
                                </w:p>
                              </w:tc>
                              <w:tc>
                                <w:tcPr>
                                  <w:tcW w:w="1380" w:type="dxa"/>
                                  <w:tcBorders>
                                    <w:top w:val="double" w:sz="4" w:space="0" w:color="C0504D" w:themeColor="accent2"/>
                                    <w:left w:val="double" w:sz="4" w:space="0" w:color="C0504D" w:themeColor="accent2"/>
                                    <w:bottom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3</w:t>
                                  </w:r>
                                </w:p>
                              </w:tc>
                            </w:tr>
                            <w:tr w:rsidR="003A37E7" w:rsidRPr="00E01F9D" w:rsidTr="008F2D11">
                              <w:tc>
                                <w:tcPr>
                                  <w:tcW w:w="1764" w:type="dxa"/>
                                  <w:tcBorders>
                                    <w:top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SLP 201</w:t>
                                  </w:r>
                                </w:p>
                              </w:tc>
                              <w:tc>
                                <w:tcPr>
                                  <w:tcW w:w="390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STRATEGIC LEADERSHIP AND PRACTICES</w:t>
                                  </w:r>
                                </w:p>
                              </w:tc>
                              <w:tc>
                                <w:tcPr>
                                  <w:tcW w:w="1380" w:type="dxa"/>
                                  <w:tcBorders>
                                    <w:top w:val="double" w:sz="4" w:space="0" w:color="C0504D" w:themeColor="accent2"/>
                                    <w:left w:val="double" w:sz="4" w:space="0" w:color="C0504D" w:themeColor="accent2"/>
                                    <w:bottom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3</w:t>
                                  </w:r>
                                </w:p>
                              </w:tc>
                            </w:tr>
                            <w:tr w:rsidR="003A37E7" w:rsidRPr="00E01F9D" w:rsidTr="008F2D11">
                              <w:tc>
                                <w:tcPr>
                                  <w:tcW w:w="1764" w:type="dxa"/>
                                  <w:tcBorders>
                                    <w:top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SOS 102</w:t>
                                  </w:r>
                                </w:p>
                              </w:tc>
                              <w:tc>
                                <w:tcPr>
                                  <w:tcW w:w="3901" w:type="dxa"/>
                                  <w:tcBorders>
                                    <w:top w:val="double" w:sz="4" w:space="0" w:color="C0504D" w:themeColor="accent2"/>
                                    <w:left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SOCIAL SCIENCE AND HUMANITY</w:t>
                                  </w:r>
                                </w:p>
                              </w:tc>
                              <w:tc>
                                <w:tcPr>
                                  <w:tcW w:w="1380" w:type="dxa"/>
                                  <w:tcBorders>
                                    <w:top w:val="double" w:sz="4" w:space="0" w:color="C0504D" w:themeColor="accent2"/>
                                    <w:lef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3</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4D3848" id="Text Box 20" o:spid="_x0000_s1133" type="#_x0000_t202" style="position:absolute;left:0;text-align:left;margin-left:-94.7pt;margin-top:35.9pt;width:367.65pt;height:219.8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" fillcolor="white [3201]" stroked="f" strokeweight=".5pt">
                <v:textbox>
                  <w:txbxContent>
                    <w:tbl>
                      <w:tblPr>
                        <w:tblStyle w:val="TableGrid"/>
                        <w:tblW w:w="7045" w:type="dxa"/>
                        <w:tblInd w:w="-40" w:type="dxa"/>
                        <w:tblLook w:val="04A0" w:firstRow="1" w:lastRow="0" w:firstColumn="1" w:lastColumn="0" w:noHBand="0" w:noVBand="1"/>
                      </w:tblPr>
                      <w:tblGrid>
                        <w:gridCol w:w="1764"/>
                        <w:gridCol w:w="3901"/>
                        <w:gridCol w:w="1380"/>
                      </w:tblGrid>
                      <w:tr w:rsidR="003A37E7" w:rsidRPr="00E01F9D" w:rsidTr="008F2D11">
                        <w:tc>
                          <w:tcPr>
                            <w:tcW w:w="7045" w:type="dxa"/>
                            <w:gridSpan w:val="3"/>
                            <w:tcBorders>
                              <w:top w:val="thickThinSmallGap" w:sz="24" w:space="0" w:color="auto"/>
                              <w:left w:val="thickThinSmallGap" w:sz="24" w:space="0" w:color="auto"/>
                              <w:bottom w:val="thinThickSmallGap" w:sz="24" w:space="0" w:color="auto"/>
                              <w:right w:val="thinThickSmallGap" w:sz="24" w:space="0" w:color="auto"/>
                            </w:tcBorders>
                            <w:vAlign w:val="center"/>
                          </w:tcPr>
                          <w:p w:rsidR="003A37E7" w:rsidRPr="00E01F9D" w:rsidRDefault="003A37E7" w:rsidP="00E01F9D">
                            <w:pPr>
                              <w:jc w:val="center"/>
                              <w:rPr>
                                <w:sz w:val="24"/>
                                <w:szCs w:val="24"/>
                              </w:rPr>
                            </w:pPr>
                            <w:r w:rsidRPr="00E01F9D">
                              <w:rPr>
                                <w:color w:val="FF0000"/>
                                <w:sz w:val="24"/>
                                <w:szCs w:val="24"/>
                              </w:rPr>
                              <w:t>DEPARTMENT ELECTIVE ( NON TECHNICAL)</w:t>
                            </w:r>
                          </w:p>
                        </w:tc>
                      </w:tr>
                      <w:tr w:rsidR="003A37E7" w:rsidRPr="00E01F9D" w:rsidTr="008F2D11">
                        <w:tc>
                          <w:tcPr>
                            <w:tcW w:w="1764" w:type="dxa"/>
                            <w:tcBorders>
                              <w:top w:val="thinThickSmallGap" w:sz="24" w:space="0" w:color="auto"/>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COURSE CODE</w:t>
                            </w:r>
                          </w:p>
                        </w:tc>
                        <w:tc>
                          <w:tcPr>
                            <w:tcW w:w="3901" w:type="dxa"/>
                            <w:tcBorders>
                              <w:top w:val="thinThickSmallGap" w:sz="24" w:space="0" w:color="auto"/>
                              <w:left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 xml:space="preserve">COURSE TITLE </w:t>
                            </w:r>
                          </w:p>
                        </w:tc>
                        <w:tc>
                          <w:tcPr>
                            <w:tcW w:w="1380" w:type="dxa"/>
                            <w:tcBorders>
                              <w:top w:val="thinThickSmallGap" w:sz="24" w:space="0" w:color="auto"/>
                              <w:left w:val="double" w:sz="4" w:space="0" w:color="C0504D" w:themeColor="accent2"/>
                              <w:bottom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CREDIT HOURS</w:t>
                            </w:r>
                          </w:p>
                        </w:tc>
                      </w:tr>
                      <w:tr w:rsidR="003A37E7" w:rsidRPr="00E01F9D" w:rsidTr="008F2D11">
                        <w:tc>
                          <w:tcPr>
                            <w:tcW w:w="1764" w:type="dxa"/>
                            <w:tcBorders>
                              <w:top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ECON. 203</w:t>
                            </w:r>
                          </w:p>
                        </w:tc>
                        <w:tc>
                          <w:tcPr>
                            <w:tcW w:w="390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PRINCIPLE OF MACROECONOMICS</w:t>
                            </w:r>
                          </w:p>
                        </w:tc>
                        <w:tc>
                          <w:tcPr>
                            <w:tcW w:w="1380" w:type="dxa"/>
                            <w:tcBorders>
                              <w:top w:val="double" w:sz="4" w:space="0" w:color="C0504D" w:themeColor="accent2"/>
                              <w:left w:val="double" w:sz="4" w:space="0" w:color="C0504D" w:themeColor="accent2"/>
                              <w:bottom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3</w:t>
                            </w:r>
                          </w:p>
                        </w:tc>
                      </w:tr>
                      <w:tr w:rsidR="003A37E7" w:rsidRPr="00E01F9D" w:rsidTr="008F2D11">
                        <w:tc>
                          <w:tcPr>
                            <w:tcW w:w="1764" w:type="dxa"/>
                            <w:tcBorders>
                              <w:top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MANG 203</w:t>
                            </w:r>
                          </w:p>
                        </w:tc>
                        <w:tc>
                          <w:tcPr>
                            <w:tcW w:w="390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PRINCIPLE OF MANAGEMENT</w:t>
                            </w:r>
                          </w:p>
                        </w:tc>
                        <w:tc>
                          <w:tcPr>
                            <w:tcW w:w="1380" w:type="dxa"/>
                            <w:tcBorders>
                              <w:top w:val="double" w:sz="4" w:space="0" w:color="C0504D" w:themeColor="accent2"/>
                              <w:left w:val="double" w:sz="4" w:space="0" w:color="C0504D" w:themeColor="accent2"/>
                              <w:bottom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3</w:t>
                            </w:r>
                          </w:p>
                        </w:tc>
                      </w:tr>
                      <w:tr w:rsidR="003A37E7" w:rsidRPr="00E01F9D" w:rsidTr="008F2D11">
                        <w:tc>
                          <w:tcPr>
                            <w:tcW w:w="1764" w:type="dxa"/>
                            <w:tcBorders>
                              <w:top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PSYC 102</w:t>
                            </w:r>
                          </w:p>
                        </w:tc>
                        <w:tc>
                          <w:tcPr>
                            <w:tcW w:w="390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INTRODUCTION TO PSYCHOLOGY</w:t>
                            </w:r>
                          </w:p>
                        </w:tc>
                        <w:tc>
                          <w:tcPr>
                            <w:tcW w:w="1380" w:type="dxa"/>
                            <w:tcBorders>
                              <w:top w:val="double" w:sz="4" w:space="0" w:color="C0504D" w:themeColor="accent2"/>
                              <w:left w:val="double" w:sz="4" w:space="0" w:color="C0504D" w:themeColor="accent2"/>
                              <w:bottom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3</w:t>
                            </w:r>
                          </w:p>
                        </w:tc>
                      </w:tr>
                      <w:tr w:rsidR="003A37E7" w:rsidRPr="00E01F9D" w:rsidTr="008F2D11">
                        <w:tc>
                          <w:tcPr>
                            <w:tcW w:w="1764" w:type="dxa"/>
                            <w:tcBorders>
                              <w:top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SLP 201</w:t>
                            </w:r>
                          </w:p>
                        </w:tc>
                        <w:tc>
                          <w:tcPr>
                            <w:tcW w:w="390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STRATEGIC LEADERSHIP AND PRACTICES</w:t>
                            </w:r>
                          </w:p>
                        </w:tc>
                        <w:tc>
                          <w:tcPr>
                            <w:tcW w:w="1380" w:type="dxa"/>
                            <w:tcBorders>
                              <w:top w:val="double" w:sz="4" w:space="0" w:color="C0504D" w:themeColor="accent2"/>
                              <w:left w:val="double" w:sz="4" w:space="0" w:color="C0504D" w:themeColor="accent2"/>
                              <w:bottom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3</w:t>
                            </w:r>
                          </w:p>
                        </w:tc>
                      </w:tr>
                      <w:tr w:rsidR="003A37E7" w:rsidRPr="00E01F9D" w:rsidTr="008F2D11">
                        <w:tc>
                          <w:tcPr>
                            <w:tcW w:w="1764" w:type="dxa"/>
                            <w:tcBorders>
                              <w:top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SOS 102</w:t>
                            </w:r>
                          </w:p>
                        </w:tc>
                        <w:tc>
                          <w:tcPr>
                            <w:tcW w:w="3901" w:type="dxa"/>
                            <w:tcBorders>
                              <w:top w:val="double" w:sz="4" w:space="0" w:color="C0504D" w:themeColor="accent2"/>
                              <w:left w:val="double" w:sz="4" w:space="0" w:color="C0504D" w:themeColor="accent2"/>
                              <w:righ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SOCIAL SCIENCE AND HUMANITY</w:t>
                            </w:r>
                          </w:p>
                        </w:tc>
                        <w:tc>
                          <w:tcPr>
                            <w:tcW w:w="1380" w:type="dxa"/>
                            <w:tcBorders>
                              <w:top w:val="double" w:sz="4" w:space="0" w:color="C0504D" w:themeColor="accent2"/>
                              <w:left w:val="double" w:sz="4" w:space="0" w:color="C0504D" w:themeColor="accent2"/>
                            </w:tcBorders>
                            <w:vAlign w:val="center"/>
                          </w:tcPr>
                          <w:p w:rsidR="003A37E7" w:rsidRPr="00E01F9D" w:rsidRDefault="003A37E7" w:rsidP="00E01F9D">
                            <w:pPr>
                              <w:jc w:val="center"/>
                              <w:rPr>
                                <w:sz w:val="24"/>
                                <w:szCs w:val="24"/>
                              </w:rPr>
                            </w:pPr>
                            <w:r w:rsidRPr="00E01F9D">
                              <w:rPr>
                                <w:sz w:val="24"/>
                                <w:szCs w:val="24"/>
                              </w:rPr>
                              <w:t>3</w:t>
                            </w:r>
                          </w:p>
                        </w:tc>
                      </w:tr>
                    </w:tbl>
                    <w:p w:rsidR="003A37E7" w:rsidRDefault="003A37E7"/>
                  </w:txbxContent>
                </v:textbox>
              </v:shape>
            </w:pict>
          </mc:Fallback>
        </mc:AlternateContent>
      </w:r>
    </w:p>
    <w:p w:rsidR="00F601D4" w:rsidRDefault="00F601D4" w:rsidP="00295686">
      <w:pPr>
        <w:pStyle w:val="NormalWeb"/>
        <w:jc w:val="center"/>
        <w:rPr>
          <w:b/>
          <w:u w:val="single"/>
        </w:rPr>
      </w:pPr>
    </w:p>
    <w:p w:rsidR="00F601D4" w:rsidRDefault="00F601D4" w:rsidP="00295686">
      <w:pPr>
        <w:pStyle w:val="NormalWeb"/>
        <w:jc w:val="center"/>
        <w:rPr>
          <w:b/>
          <w:u w:val="single"/>
        </w:rPr>
      </w:pPr>
    </w:p>
    <w:p w:rsidR="00F601D4" w:rsidRDefault="00F601D4" w:rsidP="00295686">
      <w:pPr>
        <w:pStyle w:val="NormalWeb"/>
        <w:jc w:val="center"/>
        <w:rPr>
          <w:b/>
          <w:u w:val="single"/>
        </w:rPr>
      </w:pPr>
    </w:p>
    <w:p w:rsidR="00F601D4" w:rsidRDefault="00F601D4" w:rsidP="00295686">
      <w:pPr>
        <w:pStyle w:val="NormalWeb"/>
        <w:jc w:val="center"/>
        <w:rPr>
          <w:b/>
          <w:u w:val="single"/>
        </w:rPr>
      </w:pPr>
    </w:p>
    <w:p w:rsidR="00F601D4" w:rsidRDefault="00F601D4" w:rsidP="00295686">
      <w:pPr>
        <w:pStyle w:val="NormalWeb"/>
        <w:jc w:val="center"/>
        <w:rPr>
          <w:b/>
          <w:u w:val="single"/>
        </w:rPr>
      </w:pPr>
    </w:p>
    <w:p w:rsidR="00F601D4" w:rsidRDefault="00F601D4" w:rsidP="00295686">
      <w:pPr>
        <w:pStyle w:val="NormalWeb"/>
        <w:jc w:val="center"/>
        <w:rPr>
          <w:b/>
          <w:u w:val="single"/>
        </w:rPr>
      </w:pPr>
    </w:p>
    <w:p w:rsidR="00F601D4" w:rsidRDefault="00F601D4" w:rsidP="00295686">
      <w:pPr>
        <w:pStyle w:val="NormalWeb"/>
        <w:jc w:val="center"/>
        <w:rPr>
          <w:b/>
          <w:u w:val="single"/>
        </w:rPr>
      </w:pPr>
    </w:p>
    <w:p w:rsidR="00F601D4" w:rsidRDefault="00F601D4" w:rsidP="00295686">
      <w:pPr>
        <w:pStyle w:val="NormalWeb"/>
        <w:jc w:val="center"/>
        <w:rPr>
          <w:b/>
          <w:u w:val="single"/>
        </w:rPr>
      </w:pPr>
    </w:p>
    <w:p w:rsidR="00F601D4" w:rsidRDefault="00503AF3" w:rsidP="00295686">
      <w:pPr>
        <w:pStyle w:val="NormalWeb"/>
        <w:jc w:val="center"/>
        <w:rPr>
          <w:b/>
          <w:u w:val="single"/>
        </w:rPr>
      </w:pPr>
      <w:r>
        <w:rPr>
          <w:noProof/>
        </w:rPr>
        <w:lastRenderedPageBreak/>
        <mc:AlternateContent>
          <mc:Choice Requires="wps">
            <w:drawing>
              <wp:anchor distT="0" distB="0" distL="114300" distR="114300" simplePos="0" relativeHeight="251834368" behindDoc="0" locked="0" layoutInCell="1" allowOverlap="1" wp14:anchorId="4B918A1D" wp14:editId="296C69F5">
                <wp:simplePos x="0" y="0"/>
                <wp:positionH relativeFrom="column">
                  <wp:posOffset>-612296</wp:posOffset>
                </wp:positionH>
                <wp:positionV relativeFrom="paragraph">
                  <wp:posOffset>-596900</wp:posOffset>
                </wp:positionV>
                <wp:extent cx="4486656" cy="1048512"/>
                <wp:effectExtent l="57150" t="38100" r="85725" b="94615"/>
                <wp:wrapNone/>
                <wp:docPr id="104" name="Text Box 104"/>
                <wp:cNvGraphicFramePr/>
                <a:graphic xmlns:a="http://schemas.openxmlformats.org/drawingml/2006/main">
                  <a:graphicData uri="http://schemas.microsoft.com/office/word/2010/wordprocessingShape">
                    <wps:wsp>
                      <wps:cNvSpPr txBox="1"/>
                      <wps:spPr>
                        <a:xfrm>
                          <a:off x="0" y="0"/>
                          <a:ext cx="4486656" cy="1048512"/>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D86379" w:rsidRDefault="003A37E7" w:rsidP="00F601D4">
                            <w:pPr>
                              <w:pStyle w:val="NormalWeb"/>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86379">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FAITH UNIVERSITY COLLEGE</w:t>
                            </w:r>
                            <w:r w:rsidRPr="00D86379">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COLLEGE OF EDUCATION AND RELIGIOUS STUDIES (CERS)</w:t>
                            </w:r>
                          </w:p>
                          <w:p w:rsidR="003A37E7" w:rsidRPr="00D86379" w:rsidRDefault="003A37E7" w:rsidP="00F601D4">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918A1D" id="Text Box 104" o:spid="_x0000_s1134" type="#_x0000_t202" style="position:absolute;left:0;text-align:left;margin-left:-48.2pt;margin-top:-47pt;width:353.3pt;height:82.5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" fillcolor="#a7bfde [1620]" strokecolor="#4579b8 [3044]">
                <v:fill color2="#e4ecf5 [500]" rotate="t" angle="180" colors="0 #a3c4ff;22938f #bfd5ff;1 #e5eeff" focus="100%" type="gradient"/>
                <v:shadow on="t" color="black" opacity="24903f" origin=",.5" offset="0,.55556mm"/>
                <v:textbox>
                  <w:txbxContent>
                    <w:p w:rsidR="003A37E7" w:rsidRPr="00D86379" w:rsidRDefault="003A37E7" w:rsidP="00F601D4">
                      <w:pPr>
                        <w:pStyle w:val="NormalWeb"/>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86379">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FAITH UNIVERSITY COLLEGE</w:t>
                      </w:r>
                      <w:r w:rsidRPr="00D86379">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COLLEGE OF EDUCATION AND RELIGIOUS STUDIES (CERS)</w:t>
                      </w:r>
                    </w:p>
                    <w:p w:rsidR="003A37E7" w:rsidRPr="00D86379" w:rsidRDefault="003A37E7" w:rsidP="00F601D4">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F601D4" w:rsidRDefault="00FB1F4B" w:rsidP="00295686">
      <w:pPr>
        <w:pStyle w:val="NormalWeb"/>
        <w:jc w:val="center"/>
        <w:rPr>
          <w:b/>
          <w:u w:val="single"/>
        </w:rPr>
      </w:pPr>
      <w:r>
        <w:rPr>
          <w:noProof/>
        </w:rPr>
        <mc:AlternateContent>
          <mc:Choice Requires="wps">
            <w:drawing>
              <wp:anchor distT="0" distB="0" distL="114300" distR="114300" simplePos="0" relativeHeight="251884544" behindDoc="0" locked="0" layoutInCell="1" allowOverlap="1" wp14:anchorId="7B54BA8D" wp14:editId="7C85AF60">
                <wp:simplePos x="0" y="0"/>
                <wp:positionH relativeFrom="column">
                  <wp:posOffset>121920</wp:posOffset>
                </wp:positionH>
                <wp:positionV relativeFrom="paragraph">
                  <wp:posOffset>244348</wp:posOffset>
                </wp:positionV>
                <wp:extent cx="2438400" cy="475488"/>
                <wp:effectExtent l="57150" t="38100" r="57150" b="77470"/>
                <wp:wrapNone/>
                <wp:docPr id="188" name="Text Box 188"/>
                <wp:cNvGraphicFramePr/>
                <a:graphic xmlns:a="http://schemas.openxmlformats.org/drawingml/2006/main">
                  <a:graphicData uri="http://schemas.microsoft.com/office/word/2010/wordprocessingShape">
                    <wps:wsp>
                      <wps:cNvSpPr txBox="1"/>
                      <wps:spPr>
                        <a:xfrm>
                          <a:off x="0" y="0"/>
                          <a:ext cx="2438400" cy="475488"/>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FB1F4B" w:rsidRDefault="003A37E7" w:rsidP="00FB1F4B">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B1F4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54BA8D" id="Text Box 188" o:spid="_x0000_s1135" type="#_x0000_t202" style="position:absolute;left:0;text-align:left;margin-left:9.6pt;margin-top:19.25pt;width:192pt;height:37.45pt;z-index:251884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" fillcolor="#a7bfde [1620]" stroked="f">
                <v:fill color2="#e4ecf5 [500]" rotate="t" angle="180" colors="0 #a3c4ff;22938f #bfd5ff;1 #e5eeff" focus="100%" type="gradient"/>
                <v:shadow on="t" color="black" opacity="24903f" origin=",.5" offset="0,.55556mm"/>
                <v:textbox>
                  <w:txbxContent>
                    <w:p w:rsidR="003A37E7" w:rsidRPr="00FB1F4B" w:rsidRDefault="003A37E7" w:rsidP="00FB1F4B">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B1F4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w:t>
                      </w:r>
                    </w:p>
                  </w:txbxContent>
                </v:textbox>
              </v:shape>
            </w:pict>
          </mc:Fallback>
        </mc:AlternateContent>
      </w:r>
    </w:p>
    <w:p w:rsidR="00FB1F4B" w:rsidRDefault="00FB1F4B" w:rsidP="00503AF3">
      <w:pPr>
        <w:pStyle w:val="NormalWeb"/>
        <w:jc w:val="center"/>
      </w:pPr>
    </w:p>
    <w:p w:rsidR="00295686" w:rsidRDefault="00FB1F4B" w:rsidP="00FB1F4B">
      <w:pPr>
        <w:pStyle w:val="NormalWeb"/>
        <w:jc w:val="both"/>
      </w:pPr>
      <w:r>
        <w:rPr>
          <w:noProof/>
        </w:rPr>
        <mc:AlternateContent>
          <mc:Choice Requires="wps">
            <w:drawing>
              <wp:anchor distT="0" distB="0" distL="114300" distR="114300" simplePos="0" relativeHeight="251885568" behindDoc="0" locked="0" layoutInCell="1" allowOverlap="1">
                <wp:simplePos x="0" y="0"/>
                <wp:positionH relativeFrom="column">
                  <wp:posOffset>60960</wp:posOffset>
                </wp:positionH>
                <wp:positionV relativeFrom="paragraph">
                  <wp:posOffset>2476500</wp:posOffset>
                </wp:positionV>
                <wp:extent cx="2670048" cy="402336"/>
                <wp:effectExtent l="57150" t="38100" r="73660" b="93345"/>
                <wp:wrapNone/>
                <wp:docPr id="189" name="Text Box 189"/>
                <wp:cNvGraphicFramePr/>
                <a:graphic xmlns:a="http://schemas.openxmlformats.org/drawingml/2006/main">
                  <a:graphicData uri="http://schemas.microsoft.com/office/word/2010/wordprocessingShape">
                    <wps:wsp>
                      <wps:cNvSpPr txBox="1"/>
                      <wps:spPr>
                        <a:xfrm>
                          <a:off x="0" y="0"/>
                          <a:ext cx="2670048" cy="402336"/>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FB1F4B" w:rsidRDefault="003A37E7" w:rsidP="00FB1F4B">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B1F4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89" o:spid="_x0000_s1136" type="#_x0000_t202" style="position:absolute;left:0;text-align:left;margin-left:4.8pt;margin-top:195pt;width:210.25pt;height:31.7pt;z-index:251885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" fillcolor="#a7bfde [1620]" strokecolor="#4579b8 [3044]">
                <v:fill color2="#e4ecf5 [500]" rotate="t" angle="180" colors="0 #a3c4ff;22938f #bfd5ff;1 #e5eeff" focus="100%" type="gradient"/>
                <v:shadow on="t" color="black" opacity="24903f" origin=",.5" offset="0,.55556mm"/>
                <v:textbox>
                  <w:txbxContent>
                    <w:p w:rsidR="003A37E7" w:rsidRPr="00FB1F4B" w:rsidRDefault="003A37E7" w:rsidP="00FB1F4B">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B1F4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VISION</w:t>
                      </w:r>
                    </w:p>
                  </w:txbxContent>
                </v:textbox>
              </v:shape>
            </w:pict>
          </mc:Fallback>
        </mc:AlternateContent>
      </w:r>
      <w:r w:rsidR="00295686">
        <w:br/>
        <w:t>The College of Education and Religious Studies prepares undergraduate students to lead and improve learning across Liberia’s education sector. The College comprises three departments—Education (Administration), Integrated Science, and Mathematics—and emphasizes sound pedagogy, leadership, research literacy, data use, technology integration, and a Christian value framework. Students complete supervised practicum experiences and develop the skills to design inclusive, evidence-based teaching.</w:t>
      </w:r>
    </w:p>
    <w:p w:rsidR="00FB1F4B" w:rsidRDefault="00295686" w:rsidP="00FB1F4B">
      <w:pPr>
        <w:pStyle w:val="NormalWeb"/>
        <w:jc w:val="both"/>
      </w:pPr>
      <w:r>
        <w:br/>
      </w:r>
    </w:p>
    <w:p w:rsidR="00295686" w:rsidRDefault="00295686" w:rsidP="00FB1F4B">
      <w:pPr>
        <w:pStyle w:val="NormalWeb"/>
        <w:jc w:val="both"/>
      </w:pPr>
      <w:r>
        <w:t>To be a nationally recognized center for educator preparation—renowned for practice-ready graduates, strong school partnerships, and contributions to education improvement.</w:t>
      </w:r>
    </w:p>
    <w:p w:rsidR="00FB1F4B" w:rsidRDefault="00FB1F4B" w:rsidP="00FB1F4B">
      <w:pPr>
        <w:pStyle w:val="NormalWeb"/>
        <w:tabs>
          <w:tab w:val="left" w:pos="3110"/>
        </w:tabs>
        <w:jc w:val="both"/>
      </w:pPr>
    </w:p>
    <w:p w:rsidR="00FB1F4B" w:rsidRDefault="00FB1F4B" w:rsidP="00FB1F4B">
      <w:pPr>
        <w:pStyle w:val="NormalWeb"/>
        <w:tabs>
          <w:tab w:val="left" w:pos="3110"/>
        </w:tabs>
        <w:jc w:val="both"/>
      </w:pPr>
    </w:p>
    <w:p w:rsidR="00FB1F4B" w:rsidRDefault="00FB1F4B" w:rsidP="00FB1F4B">
      <w:pPr>
        <w:pStyle w:val="NormalWeb"/>
        <w:tabs>
          <w:tab w:val="left" w:pos="3110"/>
        </w:tabs>
        <w:jc w:val="both"/>
      </w:pPr>
      <w:r>
        <w:rPr>
          <w:noProof/>
        </w:rPr>
        <w:lastRenderedPageBreak/>
        <mc:AlternateContent>
          <mc:Choice Requires="wps">
            <w:drawing>
              <wp:anchor distT="0" distB="0" distL="114300" distR="114300" simplePos="0" relativeHeight="251886592" behindDoc="0" locked="0" layoutInCell="1" allowOverlap="1">
                <wp:simplePos x="0" y="0"/>
                <wp:positionH relativeFrom="column">
                  <wp:posOffset>132334</wp:posOffset>
                </wp:positionH>
                <wp:positionV relativeFrom="paragraph">
                  <wp:posOffset>-267970</wp:posOffset>
                </wp:positionV>
                <wp:extent cx="2657856" cy="462788"/>
                <wp:effectExtent l="57150" t="38100" r="66675" b="71120"/>
                <wp:wrapNone/>
                <wp:docPr id="190" name="Text Box 190"/>
                <wp:cNvGraphicFramePr/>
                <a:graphic xmlns:a="http://schemas.openxmlformats.org/drawingml/2006/main">
                  <a:graphicData uri="http://schemas.microsoft.com/office/word/2010/wordprocessingShape">
                    <wps:wsp>
                      <wps:cNvSpPr txBox="1"/>
                      <wps:spPr>
                        <a:xfrm>
                          <a:off x="0" y="0"/>
                          <a:ext cx="2657856" cy="462788"/>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FB1F4B" w:rsidRDefault="003A37E7" w:rsidP="00FB1F4B">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B1F4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MISSION</w:t>
                            </w:r>
                            <w:r w:rsidRPr="00FB1F4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FB1F4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90" o:spid="_x0000_s1137" type="#_x0000_t202" style="position:absolute;left:0;text-align:left;margin-left:10.4pt;margin-top:-21.1pt;width:209.3pt;height:36.45pt;z-index:251886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" fillcolor="#a7bfde [1620]" stroked="f">
                <v:fill color2="#e4ecf5 [500]" rotate="t" angle="180" colors="0 #a3c4ff;22938f #bfd5ff;1 #e5eeff" focus="100%" type="gradient"/>
                <v:shadow on="t" color="black" opacity="24903f" origin=",.5" offset="0,.55556mm"/>
                <v:textbox>
                  <w:txbxContent>
                    <w:p w:rsidR="003A37E7" w:rsidRPr="00FB1F4B" w:rsidRDefault="003A37E7" w:rsidP="00FB1F4B">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B1F4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MISSION</w:t>
                      </w:r>
                      <w:r w:rsidRPr="00FB1F4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FB1F4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p>
                  </w:txbxContent>
                </v:textbox>
              </v:shape>
            </w:pict>
          </mc:Fallback>
        </mc:AlternateContent>
      </w:r>
    </w:p>
    <w:p w:rsidR="00295686" w:rsidRDefault="00C448BB" w:rsidP="00FB1F4B">
      <w:pPr>
        <w:pStyle w:val="NormalWeb"/>
        <w:tabs>
          <w:tab w:val="left" w:pos="3110"/>
        </w:tabs>
        <w:jc w:val="both"/>
      </w:pPr>
      <w:r>
        <w:rPr>
          <w:noProof/>
        </w:rPr>
        <mc:AlternateContent>
          <mc:Choice Requires="wps">
            <w:drawing>
              <wp:anchor distT="0" distB="0" distL="114300" distR="114300" simplePos="0" relativeHeight="251887616" behindDoc="0" locked="0" layoutInCell="1" allowOverlap="1">
                <wp:simplePos x="0" y="0"/>
                <wp:positionH relativeFrom="column">
                  <wp:posOffset>-1158784</wp:posOffset>
                </wp:positionH>
                <wp:positionV relativeFrom="paragraph">
                  <wp:posOffset>2158175</wp:posOffset>
                </wp:positionV>
                <wp:extent cx="4596384" cy="426720"/>
                <wp:effectExtent l="57150" t="38100" r="52070" b="68580"/>
                <wp:wrapNone/>
                <wp:docPr id="191" name="Text Box 191"/>
                <wp:cNvGraphicFramePr/>
                <a:graphic xmlns:a="http://schemas.openxmlformats.org/drawingml/2006/main">
                  <a:graphicData uri="http://schemas.microsoft.com/office/word/2010/wordprocessingShape">
                    <wps:wsp>
                      <wps:cNvSpPr txBox="1"/>
                      <wps:spPr>
                        <a:xfrm>
                          <a:off x="0" y="0"/>
                          <a:ext cx="4596384" cy="426720"/>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C448BB" w:rsidRDefault="003A37E7" w:rsidP="00C448BB">
                            <w:pPr>
                              <w:pStyle w:val="NoSpacing"/>
                              <w:jc w:val="center"/>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48BB">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DEGREE PATHWAYS AND REQUIREMENTS</w:t>
                            </w:r>
                          </w:p>
                          <w:p w:rsidR="003A37E7" w:rsidRPr="00C448BB"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1" o:spid="_x0000_s1138" type="#_x0000_t202" style="position:absolute;left:0;text-align:left;margin-left:-91.25pt;margin-top:169.95pt;width:361.9pt;height:33.6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" fillcolor="#a7bfde [1620]" stroked="f">
                <v:fill color2="#e4ecf5 [500]" rotate="t" angle="180" colors="0 #a3c4ff;22938f #bfd5ff;1 #e5eeff" focus="100%" type="gradient"/>
                <v:shadow on="t" color="black" opacity="24903f" origin=",.5" offset="0,.55556mm"/>
                <v:textbox>
                  <w:txbxContent>
                    <w:p w:rsidR="003A37E7" w:rsidRPr="00C448BB" w:rsidRDefault="003A37E7" w:rsidP="00C448BB">
                      <w:pPr>
                        <w:pStyle w:val="NoSpacing"/>
                        <w:jc w:val="center"/>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48BB">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DEGREE PATHWAYS AND REQUIREMENTS</w:t>
                      </w:r>
                    </w:p>
                    <w:p w:rsidR="003A37E7" w:rsidRPr="00C448BB"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295686">
        <w:t>• Deliver rigorous undergraduate preparation in teaching, curriculum, assessment, and school administration.</w:t>
      </w:r>
      <w:r w:rsidR="00295686">
        <w:br/>
        <w:t>• Build professional competence through practicum, mentorship, and community projects.</w:t>
      </w:r>
      <w:r w:rsidR="00295686">
        <w:br/>
        <w:t>• Promote research-informed, inclusive, and values-driven education with effective use of data and technology.</w:t>
      </w:r>
      <w:r w:rsidR="00295686">
        <w:br/>
        <w:t>• Develop graduates who communicate clearly, collaborate well, and lead with integrity.</w:t>
      </w:r>
    </w:p>
    <w:p w:rsidR="00FB1F4B" w:rsidRDefault="00FB1F4B" w:rsidP="00FB1F4B">
      <w:pPr>
        <w:pStyle w:val="NormalWeb"/>
        <w:tabs>
          <w:tab w:val="left" w:pos="3110"/>
        </w:tabs>
        <w:jc w:val="both"/>
      </w:pPr>
    </w:p>
    <w:p w:rsidR="00295686" w:rsidRDefault="00295686" w:rsidP="00FB1F4B">
      <w:pPr>
        <w:pStyle w:val="NormalWeb"/>
        <w:numPr>
          <w:ilvl w:val="0"/>
          <w:numId w:val="10"/>
        </w:numPr>
        <w:jc w:val="both"/>
      </w:pPr>
      <w:r>
        <w:t>Department of Education (Administration)</w:t>
      </w:r>
      <w:r>
        <w:br/>
        <w:t>Degree: B.Ed. Education (Administration)</w:t>
      </w:r>
      <w:r>
        <w:br/>
        <w:t>Total Credit Hours: 102</w:t>
      </w:r>
      <w:r>
        <w:br/>
        <w:t>Normal GPA to Obtain: minimum cumulative GPA of 2.00 on a 4.00 scale (or higher if departmental policy applies)</w:t>
      </w:r>
    </w:p>
    <w:p w:rsidR="00295686" w:rsidRDefault="00295686" w:rsidP="00FB1F4B">
      <w:pPr>
        <w:pStyle w:val="NormalWeb"/>
        <w:numPr>
          <w:ilvl w:val="0"/>
          <w:numId w:val="10"/>
        </w:numPr>
        <w:jc w:val="both"/>
      </w:pPr>
      <w:r>
        <w:t>Department of Integrated Science (Education)</w:t>
      </w:r>
      <w:r>
        <w:br/>
        <w:t>Degree: B.Ed. Education (Integrated Science)</w:t>
      </w:r>
      <w:r>
        <w:br/>
        <w:t>Total Credit Hours: 106</w:t>
      </w:r>
      <w:r>
        <w:br/>
        <w:t xml:space="preserve">Normal GPA to Obtain: minimum cumulative GPA of 2.00 on a 4.00 </w:t>
      </w:r>
      <w:r>
        <w:lastRenderedPageBreak/>
        <w:t>scale (or higher if departmental policy applies)</w:t>
      </w:r>
    </w:p>
    <w:p w:rsidR="00295686" w:rsidRDefault="00DD40FB" w:rsidP="00FB1F4B">
      <w:pPr>
        <w:pStyle w:val="NormalWeb"/>
        <w:numPr>
          <w:ilvl w:val="0"/>
          <w:numId w:val="10"/>
        </w:numPr>
        <w:jc w:val="both"/>
      </w:pPr>
      <w:r>
        <w:rPr>
          <w:noProof/>
        </w:rPr>
        <mc:AlternateContent>
          <mc:Choice Requires="wps">
            <w:drawing>
              <wp:anchor distT="0" distB="0" distL="114300" distR="114300" simplePos="0" relativeHeight="251888640" behindDoc="0" locked="0" layoutInCell="1" allowOverlap="1">
                <wp:simplePos x="0" y="0"/>
                <wp:positionH relativeFrom="column">
                  <wp:posOffset>-121920</wp:posOffset>
                </wp:positionH>
                <wp:positionV relativeFrom="paragraph">
                  <wp:posOffset>1709928</wp:posOffset>
                </wp:positionV>
                <wp:extent cx="3206496" cy="341376"/>
                <wp:effectExtent l="57150" t="38100" r="51435" b="78105"/>
                <wp:wrapNone/>
                <wp:docPr id="192" name="Text Box 192"/>
                <wp:cNvGraphicFramePr/>
                <a:graphic xmlns:a="http://schemas.openxmlformats.org/drawingml/2006/main">
                  <a:graphicData uri="http://schemas.microsoft.com/office/word/2010/wordprocessingShape">
                    <wps:wsp>
                      <wps:cNvSpPr txBox="1"/>
                      <wps:spPr>
                        <a:xfrm>
                          <a:off x="0" y="0"/>
                          <a:ext cx="3206496" cy="341376"/>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DD40FB" w:rsidRDefault="003A37E7" w:rsidP="00DD40FB">
                            <w:pPr>
                              <w:pStyle w:val="NormalWeb"/>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D40F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CAREER OPPORTUNITIES</w:t>
                            </w:r>
                          </w:p>
                          <w:p w:rsidR="003A37E7" w:rsidRPr="00DD40FB" w:rsidRDefault="003A37E7" w:rsidP="00DD40FB">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92" o:spid="_x0000_s1139" type="#_x0000_t202" style="position:absolute;left:0;text-align:left;margin-left:-9.6pt;margin-top:134.65pt;width:252.5pt;height:26.9pt;z-index:251888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" fillcolor="#a7bfde [1620]" stroked="f">
                <v:fill color2="#e4ecf5 [500]" rotate="t" angle="180" colors="0 #a3c4ff;22938f #bfd5ff;1 #e5eeff" focus="100%" type="gradient"/>
                <v:shadow on="t" color="black" opacity="24903f" origin=",.5" offset="0,.55556mm"/>
                <v:textbox>
                  <w:txbxContent>
                    <w:p w:rsidR="003A37E7" w:rsidRPr="00DD40FB" w:rsidRDefault="003A37E7" w:rsidP="00DD40FB">
                      <w:pPr>
                        <w:pStyle w:val="NormalWeb"/>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D40F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CAREER OPPORTUNITIES</w:t>
                      </w:r>
                    </w:p>
                    <w:p w:rsidR="003A37E7" w:rsidRPr="00DD40FB" w:rsidRDefault="003A37E7" w:rsidP="00DD40FB">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295686">
        <w:t>Department of Mathematics (Education)</w:t>
      </w:r>
      <w:r w:rsidR="00295686">
        <w:br/>
        <w:t>Degree: B.Ed. Mathematics (Education)</w:t>
      </w:r>
      <w:r w:rsidR="00295686">
        <w:br/>
        <w:t>Total Credit Hours: 101</w:t>
      </w:r>
      <w:r w:rsidR="00295686">
        <w:br/>
        <w:t>Normal GPA to Obtain: minimum cumulative GPA of 2.00 on a 4.00 scale (or higher if departmental policy applies)</w:t>
      </w:r>
    </w:p>
    <w:p w:rsidR="00DD40FB" w:rsidRDefault="00DD40FB" w:rsidP="00FB1F4B">
      <w:pPr>
        <w:pStyle w:val="NormalWeb"/>
        <w:jc w:val="both"/>
      </w:pPr>
    </w:p>
    <w:p w:rsidR="00295686" w:rsidRDefault="00295686" w:rsidP="00DD40FB">
      <w:pPr>
        <w:pStyle w:val="NormalWeb"/>
        <w:jc w:val="center"/>
      </w:pPr>
      <w:r>
        <w:t>Department of Education (Administration</w:t>
      </w:r>
      <w:proofErr w:type="gramStart"/>
      <w:r>
        <w:t>)</w:t>
      </w:r>
      <w:proofErr w:type="gramEnd"/>
      <w:r>
        <w:br/>
        <w:t>— School Administrative Officer; Exams/Records/Registrar’s Office Assistant</w:t>
      </w:r>
      <w:r>
        <w:br/>
        <w:t>— Vice Principal/Dean’s Office Assistant (progression with experience and regulations)</w:t>
      </w:r>
      <w:r>
        <w:br/>
        <w:t>— Education Program Officer (ministries, NGOs/INGOs, faith-based networks)</w:t>
      </w:r>
      <w:r>
        <w:br/>
        <w:t>— Instructional Coach (entry level); Quality Assurance/Accreditation Assistant</w:t>
      </w:r>
      <w:r>
        <w:br/>
        <w:t>— Training and Development Officer; Education Data/Assessment Officer</w:t>
      </w:r>
    </w:p>
    <w:p w:rsidR="00295686" w:rsidRDefault="00295686" w:rsidP="00DD40FB">
      <w:pPr>
        <w:pStyle w:val="NormalWeb"/>
        <w:jc w:val="center"/>
      </w:pPr>
      <w:r w:rsidRPr="00DD40FB">
        <w:rPr>
          <w:b/>
          <w:i/>
        </w:rPr>
        <w:t>Department of Integrated Science</w:t>
      </w:r>
      <w:r w:rsidRPr="00DD40FB">
        <w:rPr>
          <w:b/>
          <w:i/>
        </w:rPr>
        <w:br/>
      </w:r>
      <w:r>
        <w:t>— Science Educator (secondary level</w:t>
      </w:r>
      <w:proofErr w:type="gramStart"/>
      <w:r>
        <w:t>)</w:t>
      </w:r>
      <w:proofErr w:type="gramEnd"/>
      <w:r>
        <w:br/>
        <w:t>— School Laboratory Coordinator/Technician; Safety &amp; Quality Assurance Assistant</w:t>
      </w:r>
      <w:r>
        <w:br/>
      </w:r>
      <w:r>
        <w:lastRenderedPageBreak/>
        <w:t>— Science Curriculum/Resource Developer</w:t>
      </w:r>
      <w:r>
        <w:br/>
        <w:t>— Education Outreach/STEM Program Officer (NGO/INGO/community)</w:t>
      </w:r>
      <w:r>
        <w:br/>
        <w:t xml:space="preserve">— Research/Teaching Assistant and pathway to further study (e.g., Biology, Chemistry, Environmental Science, Public </w:t>
      </w:r>
      <w:r w:rsidR="007A034F">
        <w:rPr>
          <w:noProof/>
        </w:rPr>
        <mc:AlternateContent>
          <mc:Choice Requires="wps">
            <w:drawing>
              <wp:anchor distT="0" distB="0" distL="114300" distR="114300" simplePos="0" relativeHeight="251889664" behindDoc="0" locked="0" layoutInCell="1" allowOverlap="1" wp14:anchorId="795D2564" wp14:editId="05706272">
                <wp:simplePos x="0" y="0"/>
                <wp:positionH relativeFrom="column">
                  <wp:posOffset>-245745</wp:posOffset>
                </wp:positionH>
                <wp:positionV relativeFrom="paragraph">
                  <wp:posOffset>1621536</wp:posOffset>
                </wp:positionV>
                <wp:extent cx="3681984" cy="365760"/>
                <wp:effectExtent l="57150" t="38100" r="52070" b="72390"/>
                <wp:wrapNone/>
                <wp:docPr id="193" name="Text Box 193"/>
                <wp:cNvGraphicFramePr/>
                <a:graphic xmlns:a="http://schemas.openxmlformats.org/drawingml/2006/main">
                  <a:graphicData uri="http://schemas.microsoft.com/office/word/2010/wordprocessingShape">
                    <wps:wsp>
                      <wps:cNvSpPr txBox="1"/>
                      <wps:spPr>
                        <a:xfrm>
                          <a:off x="0" y="0"/>
                          <a:ext cx="3681984" cy="365760"/>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DD40FB"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D40F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MATHEMATICS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95D2564" id="Text Box 193" o:spid="_x0000_s1140" type="#_x0000_t202" style="position:absolute;left:0;text-align:left;margin-left:-19.35pt;margin-top:127.7pt;width:289.9pt;height:28.8pt;z-index:251889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" fillcolor="#a7bfde [1620]" stroked="f">
                <v:fill color2="#e4ecf5 [500]" rotate="t" angle="180" colors="0 #a3c4ff;22938f #bfd5ff;1 #e5eeff" focus="100%" type="gradient"/>
                <v:shadow on="t" color="black" opacity="24903f" origin=",.5" offset="0,.55556mm"/>
                <v:textbox>
                  <w:txbxContent>
                    <w:p w:rsidR="003A37E7" w:rsidRPr="00DD40FB"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D40FB">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MATHEMATICS</w:t>
                      </w:r>
                    </w:p>
                  </w:txbxContent>
                </v:textbox>
              </v:shape>
            </w:pict>
          </mc:Fallback>
        </mc:AlternateContent>
      </w:r>
      <w:r>
        <w:t>Health)</w:t>
      </w:r>
    </w:p>
    <w:p w:rsidR="00DD40FB" w:rsidRDefault="00DD40FB" w:rsidP="00FB1F4B">
      <w:pPr>
        <w:pStyle w:val="NormalWeb"/>
        <w:jc w:val="both"/>
        <w:rPr>
          <w:b/>
          <w:sz w:val="28"/>
          <w:szCs w:val="28"/>
          <w:u w:val="single"/>
        </w:rPr>
      </w:pPr>
    </w:p>
    <w:p w:rsidR="00295686" w:rsidRDefault="00295686" w:rsidP="00DD40FB">
      <w:pPr>
        <w:pStyle w:val="NormalWeb"/>
        <w:jc w:val="center"/>
      </w:pPr>
      <w:r w:rsidRPr="00A203BE">
        <w:rPr>
          <w:b/>
          <w:sz w:val="28"/>
          <w:szCs w:val="28"/>
          <w:u w:val="single"/>
        </w:rPr>
        <w:br/>
      </w:r>
      <w:r>
        <w:t>— Mathematics Educator (secondary level</w:t>
      </w:r>
      <w:proofErr w:type="gramStart"/>
      <w:r>
        <w:t>)</w:t>
      </w:r>
      <w:proofErr w:type="gramEnd"/>
      <w:r>
        <w:br/>
        <w:t>— Exams and Assessment Officer; Timetabling/MIS Assistant</w:t>
      </w:r>
      <w:r>
        <w:br/>
        <w:t>— Entry-level Data/Statistics or Monitoring &amp; Evaluation Assistant (projects, NGOs, public sector)</w:t>
      </w:r>
      <w:r>
        <w:br/>
        <w:t>— Banking/Operations Analyst (entry level); Research/Teaching Assistant</w:t>
      </w:r>
      <w:r>
        <w:br/>
        <w:t>— Pathway to further study (e.g., Statistics, Data Science, Economics)</w:t>
      </w:r>
    </w:p>
    <w:p w:rsidR="00295686" w:rsidRDefault="00295686" w:rsidP="00DD40FB">
      <w:pPr>
        <w:jc w:val="center"/>
      </w:pPr>
    </w:p>
    <w:p w:rsidR="00295686" w:rsidRDefault="00295686" w:rsidP="00DD40FB">
      <w:pPr>
        <w:jc w:val="center"/>
      </w:pPr>
      <w:r>
        <w:br w:type="page"/>
      </w:r>
    </w:p>
    <w:p w:rsidR="00627AC2" w:rsidRDefault="0097372A" w:rsidP="00412947">
      <w:pPr>
        <w:jc w:val="center"/>
      </w:pPr>
      <w:r>
        <w:rPr>
          <w:noProof/>
        </w:rPr>
        <w:lastRenderedPageBreak/>
        <mc:AlternateContent>
          <mc:Choice Requires="wps">
            <w:drawing>
              <wp:anchor distT="0" distB="0" distL="114300" distR="114300" simplePos="0" relativeHeight="251846656" behindDoc="0" locked="0" layoutInCell="1" allowOverlap="1" wp14:anchorId="21A8B3FA" wp14:editId="600D4EE4">
                <wp:simplePos x="0" y="0"/>
                <wp:positionH relativeFrom="column">
                  <wp:posOffset>-529549</wp:posOffset>
                </wp:positionH>
                <wp:positionV relativeFrom="paragraph">
                  <wp:posOffset>-168910</wp:posOffset>
                </wp:positionV>
                <wp:extent cx="4340225" cy="340995"/>
                <wp:effectExtent l="57150" t="38100" r="79375" b="97155"/>
                <wp:wrapNone/>
                <wp:docPr id="161" name="Text Box 161"/>
                <wp:cNvGraphicFramePr/>
                <a:graphic xmlns:a="http://schemas.openxmlformats.org/drawingml/2006/main">
                  <a:graphicData uri="http://schemas.microsoft.com/office/word/2010/wordprocessingShape">
                    <wps:wsp>
                      <wps:cNvSpPr txBox="1"/>
                      <wps:spPr>
                        <a:xfrm>
                          <a:off x="0" y="0"/>
                          <a:ext cx="4340225" cy="340995"/>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1E1AFA" w:rsidRDefault="003A37E7" w:rsidP="001B0347">
                            <w:pPr>
                              <w:jc w:val="center"/>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E1AFA">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EDUCATION (MATHEMATICS)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A8B3FA" id="Text Box 161" o:spid="_x0000_s1141" type="#_x0000_t202" style="position:absolute;left:0;text-align:left;margin-left:-41.7pt;margin-top:-13.3pt;width:341.75pt;height:26.8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" fillcolor="#a7bfde [1620]" strokecolor="#4579b8 [3044]">
                <v:fill color2="#e4ecf5 [500]" rotate="t" angle="180" colors="0 #a3c4ff;22938f #bfd5ff;1 #e5eeff" focus="100%" type="gradient"/>
                <v:shadow on="t" color="black" opacity="24903f" origin=",.5" offset="0,.55556mm"/>
                <v:textbox>
                  <w:txbxContent>
                    <w:p w:rsidR="003A37E7" w:rsidRPr="001E1AFA" w:rsidRDefault="003A37E7" w:rsidP="001B0347">
                      <w:pPr>
                        <w:jc w:val="center"/>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E1AFA">
                        <w:rPr>
                          <w:color w:val="FF000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EDUCATION (MATHEMATICS)</w:t>
                      </w:r>
                    </w:p>
                  </w:txbxContent>
                </v:textbox>
              </v:shape>
            </w:pict>
          </mc:Fallback>
        </mc:AlternateContent>
      </w:r>
      <w:r w:rsidR="00461A4F">
        <w:rPr>
          <w:noProof/>
        </w:rPr>
        <mc:AlternateContent>
          <mc:Choice Requires="wps">
            <w:drawing>
              <wp:anchor distT="0" distB="0" distL="114300" distR="114300" simplePos="0" relativeHeight="251726848" behindDoc="0" locked="0" layoutInCell="1" allowOverlap="1" wp14:anchorId="7E674EDE" wp14:editId="5C498917">
                <wp:simplePos x="0" y="0"/>
                <wp:positionH relativeFrom="page">
                  <wp:posOffset>353568</wp:posOffset>
                </wp:positionH>
                <wp:positionV relativeFrom="paragraph">
                  <wp:posOffset>-780288</wp:posOffset>
                </wp:positionV>
                <wp:extent cx="4441952" cy="548640"/>
                <wp:effectExtent l="57150" t="38100" r="73025" b="99060"/>
                <wp:wrapNone/>
                <wp:docPr id="76" name="Text Box 76"/>
                <wp:cNvGraphicFramePr/>
                <a:graphic xmlns:a="http://schemas.openxmlformats.org/drawingml/2006/main">
                  <a:graphicData uri="http://schemas.microsoft.com/office/word/2010/wordprocessingShape">
                    <wps:wsp>
                      <wps:cNvSpPr txBox="1"/>
                      <wps:spPr>
                        <a:xfrm>
                          <a:off x="0" y="0"/>
                          <a:ext cx="4441952" cy="548640"/>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E70A6D" w:rsidRDefault="003A37E7" w:rsidP="005F0283">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61A4F">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EDUCATION &amp; RELIGIOUS</w:t>
                            </w:r>
                            <w:r w:rsidRPr="00E70A6D">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STUDIES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674EDE" id="Text Box 76" o:spid="_x0000_s1142" type="#_x0000_t202" style="position:absolute;left:0;text-align:left;margin-left:27.85pt;margin-top:-61.45pt;width:349.75pt;height:43.2pt;z-index:251726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" fillcolor="#a7bfde [1620]" strokecolor="#4579b8 [3044]">
                <v:fill color2="#e4ecf5 [500]" rotate="t" angle="180" colors="0 #a3c4ff;22938f #bfd5ff;1 #e5eeff" focus="100%" type="gradient"/>
                <v:shadow on="t" color="black" opacity="24903f" origin=",.5" offset="0,.55556mm"/>
                <v:textbox>
                  <w:txbxContent>
                    <w:p w:rsidR="003A37E7" w:rsidRPr="00E70A6D" w:rsidRDefault="003A37E7" w:rsidP="005F0283">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61A4F">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EDUCATION &amp; RELIGIOUS</w:t>
                      </w:r>
                      <w:r w:rsidRPr="00E70A6D">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STUDIES</w:t>
                      </w:r>
                    </w:p>
                  </w:txbxContent>
                </v:textbox>
                <w10:wrap anchorx="page"/>
              </v:shape>
            </w:pict>
          </mc:Fallback>
        </mc:AlternateContent>
      </w:r>
      <w:r w:rsidR="00FA238B">
        <w:rPr>
          <w:noProof/>
        </w:rPr>
        <mc:AlternateContent>
          <mc:Choice Requires="wps">
            <w:drawing>
              <wp:anchor distT="0" distB="0" distL="114300" distR="114300" simplePos="0" relativeHeight="251727872" behindDoc="0" locked="0" layoutInCell="1" allowOverlap="1" wp14:anchorId="0C1D2DAC" wp14:editId="566DCBB1">
                <wp:simplePos x="0" y="0"/>
                <wp:positionH relativeFrom="page">
                  <wp:posOffset>243840</wp:posOffset>
                </wp:positionH>
                <wp:positionV relativeFrom="paragraph">
                  <wp:posOffset>170688</wp:posOffset>
                </wp:positionV>
                <wp:extent cx="4549775" cy="3486912"/>
                <wp:effectExtent l="0" t="0" r="3175" b="0"/>
                <wp:wrapNone/>
                <wp:docPr id="77" name="Text Box 77"/>
                <wp:cNvGraphicFramePr/>
                <a:graphic xmlns:a="http://schemas.openxmlformats.org/drawingml/2006/main">
                  <a:graphicData uri="http://schemas.microsoft.com/office/word/2010/wordprocessingShape">
                    <wps:wsp>
                      <wps:cNvSpPr txBox="1"/>
                      <wps:spPr>
                        <a:xfrm>
                          <a:off x="0" y="0"/>
                          <a:ext cx="4549775" cy="348691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830" w:type="dxa"/>
                              <w:tblLayout w:type="fixed"/>
                              <w:tblLook w:val="04A0" w:firstRow="1" w:lastRow="0" w:firstColumn="1" w:lastColumn="0" w:noHBand="0" w:noVBand="1"/>
                            </w:tblPr>
                            <w:tblGrid>
                              <w:gridCol w:w="1440"/>
                              <w:gridCol w:w="4310"/>
                              <w:gridCol w:w="1080"/>
                            </w:tblGrid>
                            <w:tr w:rsidR="003A37E7" w:rsidRPr="001E0B7B" w:rsidTr="005F02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0" w:type="dxa"/>
                                  <w:gridSpan w:val="3"/>
                                  <w:vAlign w:val="center"/>
                                </w:tcPr>
                                <w:p w:rsidR="003A37E7" w:rsidRPr="001E0B7B" w:rsidRDefault="003A37E7" w:rsidP="000B599D">
                                  <w:pPr>
                                    <w:jc w:val="center"/>
                                    <w:rPr>
                                      <w:color w:val="FF0000"/>
                                      <w:sz w:val="20"/>
                                      <w:szCs w:val="20"/>
                                    </w:rPr>
                                  </w:pPr>
                                  <w:r w:rsidRPr="001E0B7B">
                                    <w:rPr>
                                      <w:color w:val="FF0000"/>
                                      <w:sz w:val="20"/>
                                      <w:szCs w:val="20"/>
                                    </w:rPr>
                                    <w:t>BSC-EDUCATION –(MATHEMATICS)</w:t>
                                  </w:r>
                                </w:p>
                              </w:tc>
                            </w:tr>
                            <w:tr w:rsidR="003A37E7" w:rsidRPr="001E0B7B" w:rsidTr="005F02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0" w:type="dxa"/>
                                  <w:gridSpan w:val="3"/>
                                  <w:vAlign w:val="center"/>
                                </w:tcPr>
                                <w:p w:rsidR="003A37E7" w:rsidRPr="001E0B7B" w:rsidRDefault="003A37E7" w:rsidP="005F0283">
                                  <w:pPr>
                                    <w:jc w:val="center"/>
                                    <w:rPr>
                                      <w:sz w:val="20"/>
                                      <w:szCs w:val="20"/>
                                    </w:rPr>
                                  </w:pPr>
                                  <w:r w:rsidRPr="001E0B7B">
                                    <w:rPr>
                                      <w:sz w:val="20"/>
                                      <w:szCs w:val="20"/>
                                    </w:rPr>
                                    <w:t>FRESHMEN YEAR (YEAR I) - FIRST SEMESTER</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sz w:val="20"/>
                                      <w:szCs w:val="20"/>
                                    </w:rPr>
                                  </w:pPr>
                                  <w:r w:rsidRPr="001E0B7B">
                                    <w:rPr>
                                      <w:sz w:val="20"/>
                                      <w:szCs w:val="20"/>
                                    </w:rPr>
                                    <w:t>COURSE CODE</w:t>
                                  </w:r>
                                </w:p>
                              </w:tc>
                              <w:tc>
                                <w:tcPr>
                                  <w:tcW w:w="431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b/>
                                      <w:sz w:val="20"/>
                                      <w:szCs w:val="20"/>
                                    </w:rPr>
                                    <w:t>COURSE TITLE</w:t>
                                  </w:r>
                                </w:p>
                              </w:tc>
                              <w:tc>
                                <w:tcPr>
                                  <w:tcW w:w="108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CREDIT HOURS</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sz w:val="20"/>
                                      <w:szCs w:val="20"/>
                                    </w:rPr>
                                  </w:pPr>
                                  <w:r w:rsidRPr="001E0B7B">
                                    <w:rPr>
                                      <w:sz w:val="20"/>
                                      <w:szCs w:val="20"/>
                                    </w:rPr>
                                    <w:t>GEN 101</w:t>
                                  </w:r>
                                </w:p>
                              </w:tc>
                              <w:tc>
                                <w:tcPr>
                                  <w:tcW w:w="431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LIFE IN CHRIST 1</w:t>
                                  </w:r>
                                </w:p>
                              </w:tc>
                              <w:tc>
                                <w:tcPr>
                                  <w:tcW w:w="108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2</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sz w:val="20"/>
                                      <w:szCs w:val="20"/>
                                    </w:rPr>
                                  </w:pPr>
                                  <w:r w:rsidRPr="001E0B7B">
                                    <w:rPr>
                                      <w:sz w:val="20"/>
                                      <w:szCs w:val="20"/>
                                    </w:rPr>
                                    <w:t>FREN. 101</w:t>
                                  </w:r>
                                </w:p>
                              </w:tc>
                              <w:tc>
                                <w:tcPr>
                                  <w:tcW w:w="431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FUNDAMENTAL OF FRENCH</w:t>
                                  </w:r>
                                </w:p>
                              </w:tc>
                              <w:tc>
                                <w:tcPr>
                                  <w:tcW w:w="108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sz w:val="20"/>
                                      <w:szCs w:val="20"/>
                                    </w:rPr>
                                  </w:pPr>
                                  <w:r w:rsidRPr="001E0B7B">
                                    <w:rPr>
                                      <w:sz w:val="20"/>
                                      <w:szCs w:val="20"/>
                                    </w:rPr>
                                    <w:t xml:space="preserve">BIOL. 101 </w:t>
                                  </w:r>
                                </w:p>
                              </w:tc>
                              <w:tc>
                                <w:tcPr>
                                  <w:tcW w:w="431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GENERAL BIOLOGY</w:t>
                                  </w:r>
                                </w:p>
                              </w:tc>
                              <w:tc>
                                <w:tcPr>
                                  <w:tcW w:w="108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3</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rFonts w:ascii="Bahnschrift" w:hAnsi="Bahnschrift"/>
                                      <w:sz w:val="20"/>
                                      <w:szCs w:val="20"/>
                                    </w:rPr>
                                  </w:pPr>
                                  <w:r w:rsidRPr="001E0B7B">
                                    <w:rPr>
                                      <w:rFonts w:ascii="Bahnschrift" w:hAnsi="Bahnschrift"/>
                                      <w:sz w:val="20"/>
                                      <w:szCs w:val="20"/>
                                    </w:rPr>
                                    <w:t>EDU 101</w:t>
                                  </w:r>
                                </w:p>
                              </w:tc>
                              <w:tc>
                                <w:tcPr>
                                  <w:tcW w:w="431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1E0B7B">
                                    <w:rPr>
                                      <w:rFonts w:ascii="Bahnschrift" w:hAnsi="Bahnschrift"/>
                                      <w:sz w:val="20"/>
                                      <w:szCs w:val="20"/>
                                    </w:rPr>
                                    <w:t>FOUNDATION PSYCHOLOGY OF EDUCATION</w:t>
                                  </w:r>
                                </w:p>
                              </w:tc>
                              <w:tc>
                                <w:tcPr>
                                  <w:tcW w:w="108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rFonts w:ascii="Bahnschrift" w:hAnsi="Bahnschrift"/>
                                      <w:sz w:val="20"/>
                                      <w:szCs w:val="20"/>
                                    </w:rPr>
                                  </w:pPr>
                                  <w:r w:rsidRPr="001E0B7B">
                                    <w:rPr>
                                      <w:rFonts w:ascii="Bahnschrift" w:hAnsi="Bahnschrift"/>
                                      <w:sz w:val="20"/>
                                      <w:szCs w:val="20"/>
                                    </w:rPr>
                                    <w:t>EDUC 102</w:t>
                                  </w:r>
                                </w:p>
                              </w:tc>
                              <w:tc>
                                <w:tcPr>
                                  <w:tcW w:w="431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1E0B7B">
                                    <w:rPr>
                                      <w:rFonts w:ascii="Bahnschrift" w:hAnsi="Bahnschrift"/>
                                      <w:sz w:val="20"/>
                                      <w:szCs w:val="20"/>
                                    </w:rPr>
                                    <w:t>INSTRUCTIONAL MEDIA</w:t>
                                  </w:r>
                                </w:p>
                              </w:tc>
                              <w:tc>
                                <w:tcPr>
                                  <w:tcW w:w="108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3</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rFonts w:ascii="Bahnschrift" w:hAnsi="Bahnschrift"/>
                                      <w:sz w:val="20"/>
                                      <w:szCs w:val="20"/>
                                    </w:rPr>
                                  </w:pPr>
                                  <w:r w:rsidRPr="001E0B7B">
                                    <w:rPr>
                                      <w:rFonts w:ascii="Bahnschrift" w:hAnsi="Bahnschrift"/>
                                      <w:sz w:val="20"/>
                                      <w:szCs w:val="20"/>
                                    </w:rPr>
                                    <w:t>SOS 101</w:t>
                                  </w:r>
                                </w:p>
                              </w:tc>
                              <w:tc>
                                <w:tcPr>
                                  <w:tcW w:w="431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INTRODUCTION TO SOCIAL SCIENCE</w:t>
                                  </w:r>
                                </w:p>
                              </w:tc>
                              <w:tc>
                                <w:tcPr>
                                  <w:tcW w:w="108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rFonts w:ascii="Bahnschrift" w:hAnsi="Bahnschrift"/>
                                      <w:sz w:val="20"/>
                                      <w:szCs w:val="20"/>
                                    </w:rPr>
                                  </w:pPr>
                                  <w:r w:rsidRPr="001E0B7B">
                                    <w:rPr>
                                      <w:rFonts w:ascii="Bahnschrift" w:hAnsi="Bahnschrift"/>
                                      <w:sz w:val="20"/>
                                      <w:szCs w:val="20"/>
                                    </w:rPr>
                                    <w:t>MTH 101</w:t>
                                  </w:r>
                                </w:p>
                              </w:tc>
                              <w:tc>
                                <w:tcPr>
                                  <w:tcW w:w="431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GENERAL MATHEMATICS</w:t>
                                  </w:r>
                                </w:p>
                              </w:tc>
                              <w:tc>
                                <w:tcPr>
                                  <w:tcW w:w="108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3</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rFonts w:ascii="Bahnschrift" w:hAnsi="Bahnschrift"/>
                                      <w:sz w:val="20"/>
                                      <w:szCs w:val="20"/>
                                    </w:rPr>
                                  </w:pPr>
                                  <w:r w:rsidRPr="001E0B7B">
                                    <w:rPr>
                                      <w:rFonts w:ascii="Bahnschrift" w:hAnsi="Bahnschrift"/>
                                      <w:sz w:val="20"/>
                                      <w:szCs w:val="20"/>
                                    </w:rPr>
                                    <w:t>CMP 101</w:t>
                                  </w:r>
                                </w:p>
                              </w:tc>
                              <w:tc>
                                <w:tcPr>
                                  <w:tcW w:w="431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INTRODUCTION TO COMPUTER CONCEPT</w:t>
                                  </w:r>
                                </w:p>
                              </w:tc>
                              <w:tc>
                                <w:tcPr>
                                  <w:tcW w:w="108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rFonts w:ascii="Bahnschrift" w:hAnsi="Bahnschrift"/>
                                      <w:sz w:val="20"/>
                                      <w:szCs w:val="20"/>
                                    </w:rPr>
                                  </w:pPr>
                                  <w:r w:rsidRPr="001E0B7B">
                                    <w:rPr>
                                      <w:rFonts w:ascii="Bahnschrift" w:hAnsi="Bahnschrift"/>
                                      <w:sz w:val="20"/>
                                      <w:szCs w:val="20"/>
                                    </w:rPr>
                                    <w:t>ENGL. 101</w:t>
                                  </w:r>
                                </w:p>
                              </w:tc>
                              <w:tc>
                                <w:tcPr>
                                  <w:tcW w:w="431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ENGLISH &amp; COMMUNICATION SKILLS</w:t>
                                  </w:r>
                                </w:p>
                              </w:tc>
                              <w:tc>
                                <w:tcPr>
                                  <w:tcW w:w="108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3</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5750" w:type="dxa"/>
                                  <w:gridSpan w:val="2"/>
                                  <w:vAlign w:val="center"/>
                                </w:tcPr>
                                <w:p w:rsidR="003A37E7" w:rsidRPr="001E0B7B" w:rsidRDefault="003A37E7" w:rsidP="005F0283">
                                  <w:pPr>
                                    <w:jc w:val="center"/>
                                    <w:rPr>
                                      <w:sz w:val="20"/>
                                      <w:szCs w:val="20"/>
                                    </w:rPr>
                                  </w:pPr>
                                  <w:r w:rsidRPr="001E0B7B">
                                    <w:rPr>
                                      <w:sz w:val="20"/>
                                      <w:szCs w:val="20"/>
                                    </w:rPr>
                                    <w:t>TOTAL CREDIT HOURS</w:t>
                                  </w:r>
                                </w:p>
                              </w:tc>
                              <w:tc>
                                <w:tcPr>
                                  <w:tcW w:w="108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23</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D2DAC" id="Text Box 77" o:spid="_x0000_s1143" type="#_x0000_t202" style="position:absolute;left:0;text-align:left;margin-left:19.2pt;margin-top:13.45pt;width:358.25pt;height:274.55pt;z-index:251727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" fillcolor="white [3201]" stroked="f" strokeweight=".5pt">
                <v:textbox>
                  <w:txbxContent>
                    <w:tbl>
                      <w:tblPr>
                        <w:tblStyle w:val="LightGrid"/>
                        <w:tblW w:w="6830" w:type="dxa"/>
                        <w:tblLayout w:type="fixed"/>
                        <w:tblLook w:val="04A0" w:firstRow="1" w:lastRow="0" w:firstColumn="1" w:lastColumn="0" w:noHBand="0" w:noVBand="1"/>
                      </w:tblPr>
                      <w:tblGrid>
                        <w:gridCol w:w="1440"/>
                        <w:gridCol w:w="4310"/>
                        <w:gridCol w:w="1080"/>
                      </w:tblGrid>
                      <w:tr w:rsidR="003A37E7" w:rsidRPr="001E0B7B" w:rsidTr="005F028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0" w:type="dxa"/>
                            <w:gridSpan w:val="3"/>
                            <w:vAlign w:val="center"/>
                          </w:tcPr>
                          <w:p w:rsidR="003A37E7" w:rsidRPr="001E0B7B" w:rsidRDefault="003A37E7" w:rsidP="000B599D">
                            <w:pPr>
                              <w:jc w:val="center"/>
                              <w:rPr>
                                <w:color w:val="FF0000"/>
                                <w:sz w:val="20"/>
                                <w:szCs w:val="20"/>
                              </w:rPr>
                            </w:pPr>
                            <w:r w:rsidRPr="001E0B7B">
                              <w:rPr>
                                <w:color w:val="FF0000"/>
                                <w:sz w:val="20"/>
                                <w:szCs w:val="20"/>
                              </w:rPr>
                              <w:t>BSC-EDUCATION –(MATHEMATICS)</w:t>
                            </w:r>
                          </w:p>
                        </w:tc>
                      </w:tr>
                      <w:tr w:rsidR="003A37E7" w:rsidRPr="001E0B7B" w:rsidTr="005F02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0" w:type="dxa"/>
                            <w:gridSpan w:val="3"/>
                            <w:vAlign w:val="center"/>
                          </w:tcPr>
                          <w:p w:rsidR="003A37E7" w:rsidRPr="001E0B7B" w:rsidRDefault="003A37E7" w:rsidP="005F0283">
                            <w:pPr>
                              <w:jc w:val="center"/>
                              <w:rPr>
                                <w:sz w:val="20"/>
                                <w:szCs w:val="20"/>
                              </w:rPr>
                            </w:pPr>
                            <w:r w:rsidRPr="001E0B7B">
                              <w:rPr>
                                <w:sz w:val="20"/>
                                <w:szCs w:val="20"/>
                              </w:rPr>
                              <w:t>FRESHMEN YEAR (YEAR I) - FIRST SEMESTER</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sz w:val="20"/>
                                <w:szCs w:val="20"/>
                              </w:rPr>
                            </w:pPr>
                            <w:r w:rsidRPr="001E0B7B">
                              <w:rPr>
                                <w:sz w:val="20"/>
                                <w:szCs w:val="20"/>
                              </w:rPr>
                              <w:t>COURSE CODE</w:t>
                            </w:r>
                          </w:p>
                        </w:tc>
                        <w:tc>
                          <w:tcPr>
                            <w:tcW w:w="431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b/>
                                <w:sz w:val="20"/>
                                <w:szCs w:val="20"/>
                              </w:rPr>
                              <w:t>COURSE TITLE</w:t>
                            </w:r>
                          </w:p>
                        </w:tc>
                        <w:tc>
                          <w:tcPr>
                            <w:tcW w:w="108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CREDIT HOURS</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sz w:val="20"/>
                                <w:szCs w:val="20"/>
                              </w:rPr>
                            </w:pPr>
                            <w:r w:rsidRPr="001E0B7B">
                              <w:rPr>
                                <w:sz w:val="20"/>
                                <w:szCs w:val="20"/>
                              </w:rPr>
                              <w:t>GEN 101</w:t>
                            </w:r>
                          </w:p>
                        </w:tc>
                        <w:tc>
                          <w:tcPr>
                            <w:tcW w:w="431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LIFE IN CHRIST 1</w:t>
                            </w:r>
                          </w:p>
                        </w:tc>
                        <w:tc>
                          <w:tcPr>
                            <w:tcW w:w="108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2</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sz w:val="20"/>
                                <w:szCs w:val="20"/>
                              </w:rPr>
                            </w:pPr>
                            <w:r w:rsidRPr="001E0B7B">
                              <w:rPr>
                                <w:sz w:val="20"/>
                                <w:szCs w:val="20"/>
                              </w:rPr>
                              <w:t>FREN. 101</w:t>
                            </w:r>
                          </w:p>
                        </w:tc>
                        <w:tc>
                          <w:tcPr>
                            <w:tcW w:w="431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FUNDAMENTAL OF FRENCH</w:t>
                            </w:r>
                          </w:p>
                        </w:tc>
                        <w:tc>
                          <w:tcPr>
                            <w:tcW w:w="108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sz w:val="20"/>
                                <w:szCs w:val="20"/>
                              </w:rPr>
                            </w:pPr>
                            <w:r w:rsidRPr="001E0B7B">
                              <w:rPr>
                                <w:sz w:val="20"/>
                                <w:szCs w:val="20"/>
                              </w:rPr>
                              <w:t xml:space="preserve">BIOL. 101 </w:t>
                            </w:r>
                          </w:p>
                        </w:tc>
                        <w:tc>
                          <w:tcPr>
                            <w:tcW w:w="431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GENERAL BIOLOGY</w:t>
                            </w:r>
                          </w:p>
                        </w:tc>
                        <w:tc>
                          <w:tcPr>
                            <w:tcW w:w="108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3</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rFonts w:ascii="Bahnschrift" w:hAnsi="Bahnschrift"/>
                                <w:sz w:val="20"/>
                                <w:szCs w:val="20"/>
                              </w:rPr>
                            </w:pPr>
                            <w:r w:rsidRPr="001E0B7B">
                              <w:rPr>
                                <w:rFonts w:ascii="Bahnschrift" w:hAnsi="Bahnschrift"/>
                                <w:sz w:val="20"/>
                                <w:szCs w:val="20"/>
                              </w:rPr>
                              <w:t>EDU 101</w:t>
                            </w:r>
                          </w:p>
                        </w:tc>
                        <w:tc>
                          <w:tcPr>
                            <w:tcW w:w="431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1E0B7B">
                              <w:rPr>
                                <w:rFonts w:ascii="Bahnschrift" w:hAnsi="Bahnschrift"/>
                                <w:sz w:val="20"/>
                                <w:szCs w:val="20"/>
                              </w:rPr>
                              <w:t>FOUNDATION PSYCHOLOGY OF EDUCATION</w:t>
                            </w:r>
                          </w:p>
                        </w:tc>
                        <w:tc>
                          <w:tcPr>
                            <w:tcW w:w="108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rFonts w:ascii="Bahnschrift" w:hAnsi="Bahnschrift"/>
                                <w:sz w:val="20"/>
                                <w:szCs w:val="20"/>
                              </w:rPr>
                            </w:pPr>
                            <w:r w:rsidRPr="001E0B7B">
                              <w:rPr>
                                <w:rFonts w:ascii="Bahnschrift" w:hAnsi="Bahnschrift"/>
                                <w:sz w:val="20"/>
                                <w:szCs w:val="20"/>
                              </w:rPr>
                              <w:t>EDUC 102</w:t>
                            </w:r>
                          </w:p>
                        </w:tc>
                        <w:tc>
                          <w:tcPr>
                            <w:tcW w:w="431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1E0B7B">
                              <w:rPr>
                                <w:rFonts w:ascii="Bahnschrift" w:hAnsi="Bahnschrift"/>
                                <w:sz w:val="20"/>
                                <w:szCs w:val="20"/>
                              </w:rPr>
                              <w:t>INSTRUCTIONAL MEDIA</w:t>
                            </w:r>
                          </w:p>
                        </w:tc>
                        <w:tc>
                          <w:tcPr>
                            <w:tcW w:w="108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3</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rFonts w:ascii="Bahnschrift" w:hAnsi="Bahnschrift"/>
                                <w:sz w:val="20"/>
                                <w:szCs w:val="20"/>
                              </w:rPr>
                            </w:pPr>
                            <w:r w:rsidRPr="001E0B7B">
                              <w:rPr>
                                <w:rFonts w:ascii="Bahnschrift" w:hAnsi="Bahnschrift"/>
                                <w:sz w:val="20"/>
                                <w:szCs w:val="20"/>
                              </w:rPr>
                              <w:t>SOS 101</w:t>
                            </w:r>
                          </w:p>
                        </w:tc>
                        <w:tc>
                          <w:tcPr>
                            <w:tcW w:w="431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INTRODUCTION TO SOCIAL SCIENCE</w:t>
                            </w:r>
                          </w:p>
                        </w:tc>
                        <w:tc>
                          <w:tcPr>
                            <w:tcW w:w="108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rFonts w:ascii="Bahnschrift" w:hAnsi="Bahnschrift"/>
                                <w:sz w:val="20"/>
                                <w:szCs w:val="20"/>
                              </w:rPr>
                            </w:pPr>
                            <w:r w:rsidRPr="001E0B7B">
                              <w:rPr>
                                <w:rFonts w:ascii="Bahnschrift" w:hAnsi="Bahnschrift"/>
                                <w:sz w:val="20"/>
                                <w:szCs w:val="20"/>
                              </w:rPr>
                              <w:t>MTH 101</w:t>
                            </w:r>
                          </w:p>
                        </w:tc>
                        <w:tc>
                          <w:tcPr>
                            <w:tcW w:w="431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GENERAL MATHEMATICS</w:t>
                            </w:r>
                          </w:p>
                        </w:tc>
                        <w:tc>
                          <w:tcPr>
                            <w:tcW w:w="108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3</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rFonts w:ascii="Bahnschrift" w:hAnsi="Bahnschrift"/>
                                <w:sz w:val="20"/>
                                <w:szCs w:val="20"/>
                              </w:rPr>
                            </w:pPr>
                            <w:r w:rsidRPr="001E0B7B">
                              <w:rPr>
                                <w:rFonts w:ascii="Bahnschrift" w:hAnsi="Bahnschrift"/>
                                <w:sz w:val="20"/>
                                <w:szCs w:val="20"/>
                              </w:rPr>
                              <w:t>CMP 101</w:t>
                            </w:r>
                          </w:p>
                        </w:tc>
                        <w:tc>
                          <w:tcPr>
                            <w:tcW w:w="431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INTRODUCTION TO COMPUTER CONCEPT</w:t>
                            </w:r>
                          </w:p>
                        </w:tc>
                        <w:tc>
                          <w:tcPr>
                            <w:tcW w:w="108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1E0B7B" w:rsidRDefault="003A37E7" w:rsidP="005F0283">
                            <w:pPr>
                              <w:jc w:val="center"/>
                              <w:rPr>
                                <w:rFonts w:ascii="Bahnschrift" w:hAnsi="Bahnschrift"/>
                                <w:sz w:val="20"/>
                                <w:szCs w:val="20"/>
                              </w:rPr>
                            </w:pPr>
                            <w:r w:rsidRPr="001E0B7B">
                              <w:rPr>
                                <w:rFonts w:ascii="Bahnschrift" w:hAnsi="Bahnschrift"/>
                                <w:sz w:val="20"/>
                                <w:szCs w:val="20"/>
                              </w:rPr>
                              <w:t>ENGL. 101</w:t>
                            </w:r>
                          </w:p>
                        </w:tc>
                        <w:tc>
                          <w:tcPr>
                            <w:tcW w:w="431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ENGLISH &amp; COMMUNICATION SKILLS</w:t>
                            </w:r>
                          </w:p>
                        </w:tc>
                        <w:tc>
                          <w:tcPr>
                            <w:tcW w:w="1080" w:type="dxa"/>
                            <w:vAlign w:val="center"/>
                          </w:tcPr>
                          <w:p w:rsidR="003A37E7" w:rsidRPr="001E0B7B" w:rsidRDefault="003A37E7" w:rsidP="005F0283">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3</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5750" w:type="dxa"/>
                            <w:gridSpan w:val="2"/>
                            <w:vAlign w:val="center"/>
                          </w:tcPr>
                          <w:p w:rsidR="003A37E7" w:rsidRPr="001E0B7B" w:rsidRDefault="003A37E7" w:rsidP="005F0283">
                            <w:pPr>
                              <w:jc w:val="center"/>
                              <w:rPr>
                                <w:sz w:val="20"/>
                                <w:szCs w:val="20"/>
                              </w:rPr>
                            </w:pPr>
                            <w:r w:rsidRPr="001E0B7B">
                              <w:rPr>
                                <w:sz w:val="20"/>
                                <w:szCs w:val="20"/>
                              </w:rPr>
                              <w:t>TOTAL CREDIT HOURS</w:t>
                            </w:r>
                          </w:p>
                        </w:tc>
                        <w:tc>
                          <w:tcPr>
                            <w:tcW w:w="1080" w:type="dxa"/>
                            <w:vAlign w:val="center"/>
                          </w:tcPr>
                          <w:p w:rsidR="003A37E7" w:rsidRPr="001E0B7B" w:rsidRDefault="003A37E7" w:rsidP="005F0283">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23</w:t>
                            </w:r>
                          </w:p>
                        </w:tc>
                      </w:tr>
                    </w:tbl>
                    <w:p w:rsidR="003A37E7" w:rsidRDefault="003A37E7"/>
                  </w:txbxContent>
                </v:textbox>
                <w10:wrap anchorx="page"/>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FA238B" w:rsidP="00412947">
      <w:pPr>
        <w:jc w:val="center"/>
      </w:pPr>
      <w:r>
        <w:rPr>
          <w:noProof/>
        </w:rPr>
        <mc:AlternateContent>
          <mc:Choice Requires="wps">
            <w:drawing>
              <wp:anchor distT="0" distB="0" distL="114300" distR="114300" simplePos="0" relativeHeight="251728896" behindDoc="0" locked="0" layoutInCell="1" allowOverlap="1" wp14:anchorId="1C3A68D0" wp14:editId="07D3A6BE">
                <wp:simplePos x="0" y="0"/>
                <wp:positionH relativeFrom="page">
                  <wp:posOffset>368935</wp:posOffset>
                </wp:positionH>
                <wp:positionV relativeFrom="paragraph">
                  <wp:posOffset>237109</wp:posOffset>
                </wp:positionV>
                <wp:extent cx="4430032" cy="3287486"/>
                <wp:effectExtent l="0" t="0" r="8890" b="8255"/>
                <wp:wrapNone/>
                <wp:docPr id="78" name="Text Box 78"/>
                <wp:cNvGraphicFramePr/>
                <a:graphic xmlns:a="http://schemas.openxmlformats.org/drawingml/2006/main">
                  <a:graphicData uri="http://schemas.microsoft.com/office/word/2010/wordprocessingShape">
                    <wps:wsp>
                      <wps:cNvSpPr txBox="1"/>
                      <wps:spPr>
                        <a:xfrm>
                          <a:off x="0" y="0"/>
                          <a:ext cx="4430032" cy="328748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750" w:type="dxa"/>
                              <w:tblInd w:w="-100" w:type="dxa"/>
                              <w:tblLayout w:type="fixed"/>
                              <w:tblLook w:val="04A0" w:firstRow="1" w:lastRow="0" w:firstColumn="1" w:lastColumn="0" w:noHBand="0" w:noVBand="1"/>
                            </w:tblPr>
                            <w:tblGrid>
                              <w:gridCol w:w="1540"/>
                              <w:gridCol w:w="4130"/>
                              <w:gridCol w:w="1080"/>
                            </w:tblGrid>
                            <w:tr w:rsidR="003A37E7" w:rsidRPr="001E0B7B" w:rsidTr="00EC6D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1E0B7B" w:rsidRDefault="003A37E7" w:rsidP="000B599D">
                                  <w:pPr>
                                    <w:jc w:val="center"/>
                                    <w:rPr>
                                      <w:color w:val="FF0000"/>
                                      <w:sz w:val="20"/>
                                      <w:szCs w:val="20"/>
                                    </w:rPr>
                                  </w:pPr>
                                  <w:r w:rsidRPr="001E0B7B">
                                    <w:rPr>
                                      <w:color w:val="FF0000"/>
                                      <w:sz w:val="20"/>
                                      <w:szCs w:val="20"/>
                                    </w:rPr>
                                    <w:t>BSC-EDUCATION –(MATHEMATICS)</w:t>
                                  </w:r>
                                </w:p>
                              </w:tc>
                            </w:tr>
                            <w:tr w:rsidR="003A37E7" w:rsidRPr="001E0B7B" w:rsidTr="00EC6D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1E0B7B" w:rsidRDefault="003A37E7" w:rsidP="00EC6D89">
                                  <w:pPr>
                                    <w:jc w:val="center"/>
                                    <w:rPr>
                                      <w:sz w:val="20"/>
                                      <w:szCs w:val="20"/>
                                    </w:rPr>
                                  </w:pPr>
                                  <w:r w:rsidRPr="001E0B7B">
                                    <w:rPr>
                                      <w:sz w:val="20"/>
                                      <w:szCs w:val="20"/>
                                    </w:rPr>
                                    <w:t>FRESHMEN YEAR (YEAR I) - SECOND SEMESTER</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sz w:val="20"/>
                                      <w:szCs w:val="20"/>
                                    </w:rPr>
                                  </w:pPr>
                                  <w:r w:rsidRPr="001E0B7B">
                                    <w:rPr>
                                      <w:sz w:val="20"/>
                                      <w:szCs w:val="20"/>
                                    </w:rPr>
                                    <w:t>COURSE CODE</w:t>
                                  </w:r>
                                </w:p>
                              </w:tc>
                              <w:tc>
                                <w:tcPr>
                                  <w:tcW w:w="413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b/>
                                      <w:sz w:val="20"/>
                                      <w:szCs w:val="20"/>
                                    </w:rPr>
                                    <w:t>COURSE TITLE</w:t>
                                  </w:r>
                                </w:p>
                              </w:tc>
                              <w:tc>
                                <w:tcPr>
                                  <w:tcW w:w="108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CREDIT HOURS</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sz w:val="20"/>
                                      <w:szCs w:val="20"/>
                                    </w:rPr>
                                  </w:pPr>
                                  <w:r w:rsidRPr="001E0B7B">
                                    <w:rPr>
                                      <w:sz w:val="20"/>
                                      <w:szCs w:val="20"/>
                                    </w:rPr>
                                    <w:t>GEN 102</w:t>
                                  </w:r>
                                </w:p>
                              </w:tc>
                              <w:tc>
                                <w:tcPr>
                                  <w:tcW w:w="413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LIFE IN CHRIST 2</w:t>
                                  </w:r>
                                </w:p>
                              </w:tc>
                              <w:tc>
                                <w:tcPr>
                                  <w:tcW w:w="108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2</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sz w:val="20"/>
                                      <w:szCs w:val="20"/>
                                    </w:rPr>
                                  </w:pPr>
                                  <w:r w:rsidRPr="001E0B7B">
                                    <w:rPr>
                                      <w:sz w:val="20"/>
                                      <w:szCs w:val="20"/>
                                    </w:rPr>
                                    <w:t>BUS 102</w:t>
                                  </w:r>
                                </w:p>
                              </w:tc>
                              <w:tc>
                                <w:tcPr>
                                  <w:tcW w:w="413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 xml:space="preserve">ENTERPRENEURSHIP </w:t>
                                  </w:r>
                                </w:p>
                              </w:tc>
                              <w:tc>
                                <w:tcPr>
                                  <w:tcW w:w="108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sz w:val="20"/>
                                      <w:szCs w:val="20"/>
                                    </w:rPr>
                                  </w:pPr>
                                  <w:r w:rsidRPr="001E0B7B">
                                    <w:rPr>
                                      <w:sz w:val="20"/>
                                      <w:szCs w:val="20"/>
                                    </w:rPr>
                                    <w:t>EDUC 100</w:t>
                                  </w:r>
                                </w:p>
                              </w:tc>
                              <w:tc>
                                <w:tcPr>
                                  <w:tcW w:w="413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LIBRARY SCIENCE</w:t>
                                  </w:r>
                                </w:p>
                              </w:tc>
                              <w:tc>
                                <w:tcPr>
                                  <w:tcW w:w="108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1</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rFonts w:ascii="Bahnschrift" w:hAnsi="Bahnschrift"/>
                                      <w:sz w:val="20"/>
                                      <w:szCs w:val="20"/>
                                    </w:rPr>
                                  </w:pPr>
                                  <w:r w:rsidRPr="001E0B7B">
                                    <w:rPr>
                                      <w:rFonts w:ascii="Bahnschrift" w:hAnsi="Bahnschrift"/>
                                      <w:sz w:val="20"/>
                                      <w:szCs w:val="20"/>
                                    </w:rPr>
                                    <w:t>EDU 104</w:t>
                                  </w:r>
                                </w:p>
                              </w:tc>
                              <w:tc>
                                <w:tcPr>
                                  <w:tcW w:w="413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1E0B7B">
                                    <w:rPr>
                                      <w:rFonts w:ascii="Bahnschrift" w:hAnsi="Bahnschrift"/>
                                      <w:sz w:val="20"/>
                                      <w:szCs w:val="20"/>
                                    </w:rPr>
                                    <w:t>PLANNING AND EVALUATION</w:t>
                                  </w:r>
                                </w:p>
                              </w:tc>
                              <w:tc>
                                <w:tcPr>
                                  <w:tcW w:w="108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rFonts w:ascii="Bahnschrift" w:hAnsi="Bahnschrift"/>
                                      <w:sz w:val="20"/>
                                      <w:szCs w:val="20"/>
                                    </w:rPr>
                                  </w:pPr>
                                  <w:r w:rsidRPr="001E0B7B">
                                    <w:rPr>
                                      <w:rFonts w:ascii="Bahnschrift" w:hAnsi="Bahnschrift"/>
                                      <w:sz w:val="20"/>
                                      <w:szCs w:val="20"/>
                                    </w:rPr>
                                    <w:t>EDU 106</w:t>
                                  </w:r>
                                </w:p>
                              </w:tc>
                              <w:tc>
                                <w:tcPr>
                                  <w:tcW w:w="413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1E0B7B">
                                    <w:rPr>
                                      <w:rFonts w:ascii="Bahnschrift" w:hAnsi="Bahnschrift"/>
                                      <w:sz w:val="20"/>
                                      <w:szCs w:val="20"/>
                                    </w:rPr>
                                    <w:t>INSTRUCTIONAL METHOD</w:t>
                                  </w:r>
                                </w:p>
                              </w:tc>
                              <w:tc>
                                <w:tcPr>
                                  <w:tcW w:w="108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3</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rFonts w:ascii="Bahnschrift" w:hAnsi="Bahnschrift"/>
                                      <w:sz w:val="20"/>
                                      <w:szCs w:val="20"/>
                                    </w:rPr>
                                  </w:pPr>
                                  <w:r w:rsidRPr="001E0B7B">
                                    <w:rPr>
                                      <w:rFonts w:ascii="Bahnschrift" w:hAnsi="Bahnschrift"/>
                                      <w:sz w:val="20"/>
                                      <w:szCs w:val="20"/>
                                    </w:rPr>
                                    <w:t>ENGL 102</w:t>
                                  </w:r>
                                </w:p>
                              </w:tc>
                              <w:tc>
                                <w:tcPr>
                                  <w:tcW w:w="413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ENGLISH &amp; COMMUNICATION SKILLS II</w:t>
                                  </w:r>
                                </w:p>
                              </w:tc>
                              <w:tc>
                                <w:tcPr>
                                  <w:tcW w:w="108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rFonts w:ascii="Bahnschrift" w:hAnsi="Bahnschrift"/>
                                      <w:sz w:val="20"/>
                                      <w:szCs w:val="20"/>
                                    </w:rPr>
                                  </w:pPr>
                                  <w:r w:rsidRPr="001E0B7B">
                                    <w:rPr>
                                      <w:rFonts w:ascii="Bahnschrift" w:hAnsi="Bahnschrift"/>
                                      <w:sz w:val="20"/>
                                      <w:szCs w:val="20"/>
                                    </w:rPr>
                                    <w:t>MTH 102</w:t>
                                  </w:r>
                                </w:p>
                              </w:tc>
                              <w:tc>
                                <w:tcPr>
                                  <w:tcW w:w="413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MATHEMATICS FOR DECISION MAKING</w:t>
                                  </w:r>
                                </w:p>
                              </w:tc>
                              <w:tc>
                                <w:tcPr>
                                  <w:tcW w:w="108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3</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rFonts w:ascii="Bahnschrift" w:hAnsi="Bahnschrift"/>
                                      <w:sz w:val="20"/>
                                      <w:szCs w:val="20"/>
                                    </w:rPr>
                                  </w:pPr>
                                  <w:r w:rsidRPr="001E0B7B">
                                    <w:rPr>
                                      <w:rFonts w:ascii="Bahnschrift" w:hAnsi="Bahnschrift"/>
                                      <w:sz w:val="20"/>
                                      <w:szCs w:val="20"/>
                                    </w:rPr>
                                    <w:t>SOS 102</w:t>
                                  </w:r>
                                </w:p>
                              </w:tc>
                              <w:tc>
                                <w:tcPr>
                                  <w:tcW w:w="413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LIBERIA SOCIETY</w:t>
                                  </w:r>
                                </w:p>
                              </w:tc>
                              <w:tc>
                                <w:tcPr>
                                  <w:tcW w:w="108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670" w:type="dxa"/>
                                  <w:gridSpan w:val="2"/>
                                  <w:vAlign w:val="center"/>
                                </w:tcPr>
                                <w:p w:rsidR="003A37E7" w:rsidRPr="001E0B7B" w:rsidRDefault="003A37E7" w:rsidP="00EC6D89">
                                  <w:pPr>
                                    <w:jc w:val="center"/>
                                    <w:rPr>
                                      <w:sz w:val="20"/>
                                      <w:szCs w:val="20"/>
                                    </w:rPr>
                                  </w:pPr>
                                  <w:r w:rsidRPr="001E0B7B">
                                    <w:rPr>
                                      <w:sz w:val="20"/>
                                      <w:szCs w:val="20"/>
                                    </w:rPr>
                                    <w:t>TOTAL CREDIT HOURS</w:t>
                                  </w:r>
                                </w:p>
                              </w:tc>
                              <w:tc>
                                <w:tcPr>
                                  <w:tcW w:w="108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21</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3A68D0" id="Text Box 78" o:spid="_x0000_s1144" type="#_x0000_t202" style="position:absolute;left:0;text-align:left;margin-left:29.05pt;margin-top:18.65pt;width:348.8pt;height:258.85pt;z-index:251728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" fillcolor="white [3201]" stroked="f" strokeweight=".5pt">
                <v:textbox>
                  <w:txbxContent>
                    <w:tbl>
                      <w:tblPr>
                        <w:tblStyle w:val="LightGrid"/>
                        <w:tblW w:w="6750" w:type="dxa"/>
                        <w:tblInd w:w="-100" w:type="dxa"/>
                        <w:tblLayout w:type="fixed"/>
                        <w:tblLook w:val="04A0" w:firstRow="1" w:lastRow="0" w:firstColumn="1" w:lastColumn="0" w:noHBand="0" w:noVBand="1"/>
                      </w:tblPr>
                      <w:tblGrid>
                        <w:gridCol w:w="1540"/>
                        <w:gridCol w:w="4130"/>
                        <w:gridCol w:w="1080"/>
                      </w:tblGrid>
                      <w:tr w:rsidR="003A37E7" w:rsidRPr="001E0B7B" w:rsidTr="00EC6D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1E0B7B" w:rsidRDefault="003A37E7" w:rsidP="000B599D">
                            <w:pPr>
                              <w:jc w:val="center"/>
                              <w:rPr>
                                <w:color w:val="FF0000"/>
                                <w:sz w:val="20"/>
                                <w:szCs w:val="20"/>
                              </w:rPr>
                            </w:pPr>
                            <w:r w:rsidRPr="001E0B7B">
                              <w:rPr>
                                <w:color w:val="FF0000"/>
                                <w:sz w:val="20"/>
                                <w:szCs w:val="20"/>
                              </w:rPr>
                              <w:t>BSC-EDUCATION –(MATHEMATICS)</w:t>
                            </w:r>
                          </w:p>
                        </w:tc>
                      </w:tr>
                      <w:tr w:rsidR="003A37E7" w:rsidRPr="001E0B7B" w:rsidTr="00EC6D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1E0B7B" w:rsidRDefault="003A37E7" w:rsidP="00EC6D89">
                            <w:pPr>
                              <w:jc w:val="center"/>
                              <w:rPr>
                                <w:sz w:val="20"/>
                                <w:szCs w:val="20"/>
                              </w:rPr>
                            </w:pPr>
                            <w:r w:rsidRPr="001E0B7B">
                              <w:rPr>
                                <w:sz w:val="20"/>
                                <w:szCs w:val="20"/>
                              </w:rPr>
                              <w:t>FRESHMEN YEAR (YEAR I) - SECOND SEMESTER</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sz w:val="20"/>
                                <w:szCs w:val="20"/>
                              </w:rPr>
                            </w:pPr>
                            <w:r w:rsidRPr="001E0B7B">
                              <w:rPr>
                                <w:sz w:val="20"/>
                                <w:szCs w:val="20"/>
                              </w:rPr>
                              <w:t>COURSE CODE</w:t>
                            </w:r>
                          </w:p>
                        </w:tc>
                        <w:tc>
                          <w:tcPr>
                            <w:tcW w:w="413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b/>
                                <w:sz w:val="20"/>
                                <w:szCs w:val="20"/>
                              </w:rPr>
                              <w:t>COURSE TITLE</w:t>
                            </w:r>
                          </w:p>
                        </w:tc>
                        <w:tc>
                          <w:tcPr>
                            <w:tcW w:w="108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CREDIT HOURS</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sz w:val="20"/>
                                <w:szCs w:val="20"/>
                              </w:rPr>
                            </w:pPr>
                            <w:r w:rsidRPr="001E0B7B">
                              <w:rPr>
                                <w:sz w:val="20"/>
                                <w:szCs w:val="20"/>
                              </w:rPr>
                              <w:t>GEN 102</w:t>
                            </w:r>
                          </w:p>
                        </w:tc>
                        <w:tc>
                          <w:tcPr>
                            <w:tcW w:w="413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LIFE IN CHRIST 2</w:t>
                            </w:r>
                          </w:p>
                        </w:tc>
                        <w:tc>
                          <w:tcPr>
                            <w:tcW w:w="108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2</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sz w:val="20"/>
                                <w:szCs w:val="20"/>
                              </w:rPr>
                            </w:pPr>
                            <w:r w:rsidRPr="001E0B7B">
                              <w:rPr>
                                <w:sz w:val="20"/>
                                <w:szCs w:val="20"/>
                              </w:rPr>
                              <w:t>BUS 102</w:t>
                            </w:r>
                          </w:p>
                        </w:tc>
                        <w:tc>
                          <w:tcPr>
                            <w:tcW w:w="413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 xml:space="preserve">ENTERPRENEURSHIP </w:t>
                            </w:r>
                          </w:p>
                        </w:tc>
                        <w:tc>
                          <w:tcPr>
                            <w:tcW w:w="108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sz w:val="20"/>
                                <w:szCs w:val="20"/>
                              </w:rPr>
                            </w:pPr>
                            <w:r w:rsidRPr="001E0B7B">
                              <w:rPr>
                                <w:sz w:val="20"/>
                                <w:szCs w:val="20"/>
                              </w:rPr>
                              <w:t>EDUC 100</w:t>
                            </w:r>
                          </w:p>
                        </w:tc>
                        <w:tc>
                          <w:tcPr>
                            <w:tcW w:w="413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LIBRARY SCIENCE</w:t>
                            </w:r>
                          </w:p>
                        </w:tc>
                        <w:tc>
                          <w:tcPr>
                            <w:tcW w:w="108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1</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rFonts w:ascii="Bahnschrift" w:hAnsi="Bahnschrift"/>
                                <w:sz w:val="20"/>
                                <w:szCs w:val="20"/>
                              </w:rPr>
                            </w:pPr>
                            <w:r w:rsidRPr="001E0B7B">
                              <w:rPr>
                                <w:rFonts w:ascii="Bahnschrift" w:hAnsi="Bahnschrift"/>
                                <w:sz w:val="20"/>
                                <w:szCs w:val="20"/>
                              </w:rPr>
                              <w:t>EDU 104</w:t>
                            </w:r>
                          </w:p>
                        </w:tc>
                        <w:tc>
                          <w:tcPr>
                            <w:tcW w:w="413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sidRPr="001E0B7B">
                              <w:rPr>
                                <w:rFonts w:ascii="Bahnschrift" w:hAnsi="Bahnschrift"/>
                                <w:sz w:val="20"/>
                                <w:szCs w:val="20"/>
                              </w:rPr>
                              <w:t>PLANNING AND EVALUATION</w:t>
                            </w:r>
                          </w:p>
                        </w:tc>
                        <w:tc>
                          <w:tcPr>
                            <w:tcW w:w="108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rFonts w:ascii="Bahnschrift" w:hAnsi="Bahnschrift"/>
                                <w:sz w:val="20"/>
                                <w:szCs w:val="20"/>
                              </w:rPr>
                            </w:pPr>
                            <w:r w:rsidRPr="001E0B7B">
                              <w:rPr>
                                <w:rFonts w:ascii="Bahnschrift" w:hAnsi="Bahnschrift"/>
                                <w:sz w:val="20"/>
                                <w:szCs w:val="20"/>
                              </w:rPr>
                              <w:t>EDU 106</w:t>
                            </w:r>
                          </w:p>
                        </w:tc>
                        <w:tc>
                          <w:tcPr>
                            <w:tcW w:w="413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sidRPr="001E0B7B">
                              <w:rPr>
                                <w:rFonts w:ascii="Bahnschrift" w:hAnsi="Bahnschrift"/>
                                <w:sz w:val="20"/>
                                <w:szCs w:val="20"/>
                              </w:rPr>
                              <w:t>INSTRUCTIONAL METHOD</w:t>
                            </w:r>
                          </w:p>
                        </w:tc>
                        <w:tc>
                          <w:tcPr>
                            <w:tcW w:w="108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3</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rFonts w:ascii="Bahnschrift" w:hAnsi="Bahnschrift"/>
                                <w:sz w:val="20"/>
                                <w:szCs w:val="20"/>
                              </w:rPr>
                            </w:pPr>
                            <w:r w:rsidRPr="001E0B7B">
                              <w:rPr>
                                <w:rFonts w:ascii="Bahnschrift" w:hAnsi="Bahnschrift"/>
                                <w:sz w:val="20"/>
                                <w:szCs w:val="20"/>
                              </w:rPr>
                              <w:t>ENGL 102</w:t>
                            </w:r>
                          </w:p>
                        </w:tc>
                        <w:tc>
                          <w:tcPr>
                            <w:tcW w:w="413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ENGLISH &amp; COMMUNICATION SKILLS II</w:t>
                            </w:r>
                          </w:p>
                        </w:tc>
                        <w:tc>
                          <w:tcPr>
                            <w:tcW w:w="108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rFonts w:ascii="Bahnschrift" w:hAnsi="Bahnschrift"/>
                                <w:sz w:val="20"/>
                                <w:szCs w:val="20"/>
                              </w:rPr>
                            </w:pPr>
                            <w:r w:rsidRPr="001E0B7B">
                              <w:rPr>
                                <w:rFonts w:ascii="Bahnschrift" w:hAnsi="Bahnschrift"/>
                                <w:sz w:val="20"/>
                                <w:szCs w:val="20"/>
                              </w:rPr>
                              <w:t>MTH 102</w:t>
                            </w:r>
                          </w:p>
                        </w:tc>
                        <w:tc>
                          <w:tcPr>
                            <w:tcW w:w="413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MATHEMATICS FOR DECISION MAKING</w:t>
                            </w:r>
                          </w:p>
                        </w:tc>
                        <w:tc>
                          <w:tcPr>
                            <w:tcW w:w="108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sidRPr="001E0B7B">
                              <w:rPr>
                                <w:sz w:val="20"/>
                                <w:szCs w:val="20"/>
                              </w:rPr>
                              <w:t>3</w:t>
                            </w:r>
                          </w:p>
                        </w:tc>
                      </w:tr>
                      <w:tr w:rsidR="003A37E7" w:rsidRPr="001E0B7B"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E0B7B" w:rsidRDefault="003A37E7" w:rsidP="00EC6D89">
                            <w:pPr>
                              <w:jc w:val="center"/>
                              <w:rPr>
                                <w:rFonts w:ascii="Bahnschrift" w:hAnsi="Bahnschrift"/>
                                <w:sz w:val="20"/>
                                <w:szCs w:val="20"/>
                              </w:rPr>
                            </w:pPr>
                            <w:r w:rsidRPr="001E0B7B">
                              <w:rPr>
                                <w:rFonts w:ascii="Bahnschrift" w:hAnsi="Bahnschrift"/>
                                <w:sz w:val="20"/>
                                <w:szCs w:val="20"/>
                              </w:rPr>
                              <w:t>SOS 102</w:t>
                            </w:r>
                          </w:p>
                        </w:tc>
                        <w:tc>
                          <w:tcPr>
                            <w:tcW w:w="413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LIBERIA SOCIETY</w:t>
                            </w:r>
                          </w:p>
                        </w:tc>
                        <w:tc>
                          <w:tcPr>
                            <w:tcW w:w="1080" w:type="dxa"/>
                            <w:vAlign w:val="center"/>
                          </w:tcPr>
                          <w:p w:rsidR="003A37E7" w:rsidRPr="001E0B7B" w:rsidRDefault="003A37E7" w:rsidP="00EC6D89">
                            <w:pPr>
                              <w:jc w:val="center"/>
                              <w:cnfStyle w:val="000000010000" w:firstRow="0" w:lastRow="0" w:firstColumn="0" w:lastColumn="0" w:oddVBand="0" w:evenVBand="0" w:oddHBand="0" w:evenHBand="1" w:firstRowFirstColumn="0" w:firstRowLastColumn="0" w:lastRowFirstColumn="0" w:lastRowLastColumn="0"/>
                              <w:rPr>
                                <w:sz w:val="20"/>
                                <w:szCs w:val="20"/>
                              </w:rPr>
                            </w:pPr>
                            <w:r w:rsidRPr="001E0B7B">
                              <w:rPr>
                                <w:sz w:val="20"/>
                                <w:szCs w:val="20"/>
                              </w:rPr>
                              <w:t>3</w:t>
                            </w:r>
                          </w:p>
                        </w:tc>
                      </w:tr>
                      <w:tr w:rsidR="003A37E7" w:rsidRPr="001E0B7B" w:rsidTr="008F2D11">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670" w:type="dxa"/>
                            <w:gridSpan w:val="2"/>
                            <w:vAlign w:val="center"/>
                          </w:tcPr>
                          <w:p w:rsidR="003A37E7" w:rsidRPr="001E0B7B" w:rsidRDefault="003A37E7" w:rsidP="00EC6D89">
                            <w:pPr>
                              <w:jc w:val="center"/>
                              <w:rPr>
                                <w:sz w:val="20"/>
                                <w:szCs w:val="20"/>
                              </w:rPr>
                            </w:pPr>
                            <w:r w:rsidRPr="001E0B7B">
                              <w:rPr>
                                <w:sz w:val="20"/>
                                <w:szCs w:val="20"/>
                              </w:rPr>
                              <w:t>TOTAL CREDIT HOURS</w:t>
                            </w:r>
                          </w:p>
                        </w:tc>
                        <w:tc>
                          <w:tcPr>
                            <w:tcW w:w="1080" w:type="dxa"/>
                            <w:vAlign w:val="center"/>
                          </w:tcPr>
                          <w:p w:rsidR="003A37E7" w:rsidRPr="001E0B7B" w:rsidRDefault="003A37E7" w:rsidP="00EC6D89">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21</w:t>
                            </w:r>
                          </w:p>
                        </w:tc>
                      </w:tr>
                    </w:tbl>
                    <w:p w:rsidR="003A37E7" w:rsidRDefault="003A37E7"/>
                  </w:txbxContent>
                </v:textbox>
                <w10:wrap anchorx="page"/>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22598C" w:rsidP="00412947">
      <w:pPr>
        <w:jc w:val="center"/>
      </w:pPr>
      <w:r>
        <w:rPr>
          <w:noProof/>
        </w:rPr>
        <w:lastRenderedPageBreak/>
        <mc:AlternateContent>
          <mc:Choice Requires="wps">
            <w:drawing>
              <wp:anchor distT="0" distB="0" distL="114300" distR="114300" simplePos="0" relativeHeight="251729920" behindDoc="0" locked="0" layoutInCell="1" allowOverlap="1" wp14:anchorId="5687E82C" wp14:editId="36E2B83E">
                <wp:simplePos x="0" y="0"/>
                <wp:positionH relativeFrom="margin">
                  <wp:posOffset>-1169646</wp:posOffset>
                </wp:positionH>
                <wp:positionV relativeFrom="paragraph">
                  <wp:posOffset>-840929</wp:posOffset>
                </wp:positionV>
                <wp:extent cx="4495800" cy="2950464"/>
                <wp:effectExtent l="0" t="0" r="0" b="2540"/>
                <wp:wrapNone/>
                <wp:docPr id="75" name="Text Box 75"/>
                <wp:cNvGraphicFramePr/>
                <a:graphic xmlns:a="http://schemas.openxmlformats.org/drawingml/2006/main">
                  <a:graphicData uri="http://schemas.microsoft.com/office/word/2010/wordprocessingShape">
                    <wps:wsp>
                      <wps:cNvSpPr txBox="1"/>
                      <wps:spPr>
                        <a:xfrm>
                          <a:off x="0" y="0"/>
                          <a:ext cx="4495800" cy="295046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750" w:type="dxa"/>
                              <w:tblInd w:w="-100" w:type="dxa"/>
                              <w:tblLayout w:type="fixed"/>
                              <w:tblLook w:val="04A0" w:firstRow="1" w:lastRow="0" w:firstColumn="1" w:lastColumn="0" w:noHBand="0" w:noVBand="1"/>
                            </w:tblPr>
                            <w:tblGrid>
                              <w:gridCol w:w="1440"/>
                              <w:gridCol w:w="4320"/>
                              <w:gridCol w:w="990"/>
                            </w:tblGrid>
                            <w:tr w:rsidR="003A37E7" w:rsidRPr="00B177B4" w:rsidTr="002259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B177B4" w:rsidRDefault="003A37E7" w:rsidP="000B599D">
                                  <w:pPr>
                                    <w:jc w:val="center"/>
                                    <w:rPr>
                                      <w:color w:val="FF0000"/>
                                    </w:rPr>
                                  </w:pPr>
                                  <w:r w:rsidRPr="00B177B4">
                                    <w:rPr>
                                      <w:color w:val="FF0000"/>
                                    </w:rPr>
                                    <w:t>BSC-EDUCATION –(MATHEMATICS)</w:t>
                                  </w:r>
                                </w:p>
                              </w:tc>
                            </w:tr>
                            <w:tr w:rsidR="003A37E7" w:rsidRPr="00B177B4" w:rsidTr="002259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B177B4" w:rsidRDefault="003A37E7" w:rsidP="0022598C">
                                  <w:pPr>
                                    <w:jc w:val="center"/>
                                  </w:pPr>
                                  <w:r w:rsidRPr="00B177B4">
                                    <w:t>SOPHOMORE YEAR (YEARII) - FIRST SEMESTER</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pPr>
                                  <w:r w:rsidRPr="00B177B4">
                                    <w:t>COURSE CODE</w:t>
                                  </w:r>
                                </w:p>
                              </w:tc>
                              <w:tc>
                                <w:tcPr>
                                  <w:tcW w:w="432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rPr>
                                      <w:b/>
                                    </w:rPr>
                                    <w:t>COURSE TITLE</w:t>
                                  </w:r>
                                </w:p>
                              </w:tc>
                              <w:tc>
                                <w:tcPr>
                                  <w:tcW w:w="99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t>CREDIT HOURS</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pPr>
                                  <w:r w:rsidRPr="00B177B4">
                                    <w:t>EDU 201</w:t>
                                  </w:r>
                                </w:p>
                              </w:tc>
                              <w:tc>
                                <w:tcPr>
                                  <w:tcW w:w="4320" w:type="dxa"/>
                                  <w:vAlign w:val="center"/>
                                </w:tcPr>
                                <w:p w:rsidR="003A37E7" w:rsidRPr="00B177B4" w:rsidRDefault="003A37E7" w:rsidP="0022598C">
                                  <w:pPr>
                                    <w:jc w:val="center"/>
                                    <w:cnfStyle w:val="000000100000" w:firstRow="0" w:lastRow="0" w:firstColumn="0" w:lastColumn="0" w:oddVBand="0" w:evenVBand="0" w:oddHBand="1" w:evenHBand="0" w:firstRowFirstColumn="0" w:firstRowLastColumn="0" w:lastRowFirstColumn="0" w:lastRowLastColumn="0"/>
                                    <w:rPr>
                                      <w:b/>
                                    </w:rPr>
                                  </w:pPr>
                                  <w:r w:rsidRPr="00B177B4">
                                    <w:rPr>
                                      <w:b/>
                                    </w:rPr>
                                    <w:t xml:space="preserve">CLASSROOM MANAGEMENT </w:t>
                                  </w:r>
                                </w:p>
                              </w:tc>
                              <w:tc>
                                <w:tcPr>
                                  <w:tcW w:w="990" w:type="dxa"/>
                                  <w:vAlign w:val="center"/>
                                </w:tcPr>
                                <w:p w:rsidR="003A37E7" w:rsidRPr="00B177B4" w:rsidRDefault="003A37E7" w:rsidP="0022598C">
                                  <w:pPr>
                                    <w:jc w:val="center"/>
                                    <w:cnfStyle w:val="000000100000" w:firstRow="0" w:lastRow="0" w:firstColumn="0" w:lastColumn="0" w:oddVBand="0" w:evenVBand="0" w:oddHBand="1" w:evenHBand="0" w:firstRowFirstColumn="0" w:firstRowLastColumn="0" w:lastRowFirstColumn="0" w:lastRowLastColumn="0"/>
                                    <w:rPr>
                                      <w:b/>
                                    </w:rPr>
                                  </w:pPr>
                                  <w:r w:rsidRPr="00B177B4">
                                    <w:rPr>
                                      <w:b/>
                                    </w:rPr>
                                    <w:t>3</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pPr>
                                  <w:r w:rsidRPr="00B177B4">
                                    <w:t>GEN 107</w:t>
                                  </w:r>
                                </w:p>
                              </w:tc>
                              <w:tc>
                                <w:tcPr>
                                  <w:tcW w:w="432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rPr>
                                      <w:b/>
                                    </w:rPr>
                                    <w:t>DISCIPLESHIP  1</w:t>
                                  </w:r>
                                </w:p>
                              </w:tc>
                              <w:tc>
                                <w:tcPr>
                                  <w:tcW w:w="99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rPr>
                                      <w:b/>
                                    </w:rPr>
                                    <w:t>2</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pPr>
                                  <w:r w:rsidRPr="00B177B4">
                                    <w:t>EDU 203</w:t>
                                  </w:r>
                                </w:p>
                              </w:tc>
                              <w:tc>
                                <w:tcPr>
                                  <w:tcW w:w="4320" w:type="dxa"/>
                                  <w:vAlign w:val="center"/>
                                </w:tcPr>
                                <w:p w:rsidR="003A37E7" w:rsidRPr="00B177B4" w:rsidRDefault="003A37E7" w:rsidP="00CE6183">
                                  <w:pPr>
                                    <w:jc w:val="center"/>
                                    <w:cnfStyle w:val="000000100000" w:firstRow="0" w:lastRow="0" w:firstColumn="0" w:lastColumn="0" w:oddVBand="0" w:evenVBand="0" w:oddHBand="1" w:evenHBand="0" w:firstRowFirstColumn="0" w:firstRowLastColumn="0" w:lastRowFirstColumn="0" w:lastRowLastColumn="0"/>
                                    <w:rPr>
                                      <w:b/>
                                    </w:rPr>
                                  </w:pPr>
                                  <w:r w:rsidRPr="00B177B4">
                                    <w:rPr>
                                      <w:b/>
                                    </w:rPr>
                                    <w:t>GUIDING AND COUNSELING</w:t>
                                  </w:r>
                                </w:p>
                              </w:tc>
                              <w:tc>
                                <w:tcPr>
                                  <w:tcW w:w="990" w:type="dxa"/>
                                  <w:vAlign w:val="center"/>
                                </w:tcPr>
                                <w:p w:rsidR="003A37E7" w:rsidRPr="00B177B4" w:rsidRDefault="003A37E7" w:rsidP="0022598C">
                                  <w:pPr>
                                    <w:jc w:val="center"/>
                                    <w:cnfStyle w:val="000000100000" w:firstRow="0" w:lastRow="0" w:firstColumn="0" w:lastColumn="0" w:oddVBand="0" w:evenVBand="0" w:oddHBand="1" w:evenHBand="0" w:firstRowFirstColumn="0" w:firstRowLastColumn="0" w:lastRowFirstColumn="0" w:lastRowLastColumn="0"/>
                                    <w:rPr>
                                      <w:b/>
                                    </w:rPr>
                                  </w:pPr>
                                  <w:r w:rsidRPr="00B177B4">
                                    <w:rPr>
                                      <w:b/>
                                    </w:rPr>
                                    <w:t>3</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rPr>
                                      <w:rFonts w:ascii="Bahnschrift" w:hAnsi="Bahnschrift"/>
                                    </w:rPr>
                                  </w:pPr>
                                  <w:r w:rsidRPr="00B177B4">
                                    <w:rPr>
                                      <w:rFonts w:ascii="Bahnschrift" w:hAnsi="Bahnschrift"/>
                                    </w:rPr>
                                    <w:t>BUS 102</w:t>
                                  </w:r>
                                </w:p>
                              </w:tc>
                              <w:tc>
                                <w:tcPr>
                                  <w:tcW w:w="4320" w:type="dxa"/>
                                  <w:vAlign w:val="center"/>
                                </w:tcPr>
                                <w:p w:rsidR="003A37E7" w:rsidRPr="00B177B4" w:rsidRDefault="003A37E7" w:rsidP="00CE618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B177B4">
                                    <w:rPr>
                                      <w:rFonts w:ascii="Bahnschrift" w:hAnsi="Bahnschrift"/>
                                      <w:b/>
                                    </w:rPr>
                                    <w:t>ENTERPRENEURSHIP</w:t>
                                  </w:r>
                                </w:p>
                              </w:tc>
                              <w:tc>
                                <w:tcPr>
                                  <w:tcW w:w="99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rPr>
                                      <w:b/>
                                    </w:rPr>
                                    <w:t>3</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rPr>
                                      <w:rFonts w:ascii="Bahnschrift" w:hAnsi="Bahnschrift"/>
                                    </w:rPr>
                                  </w:pPr>
                                  <w:r w:rsidRPr="00B177B4">
                                    <w:rPr>
                                      <w:rFonts w:ascii="Bahnschrift" w:hAnsi="Bahnschrift"/>
                                    </w:rPr>
                                    <w:t>MATH 201</w:t>
                                  </w:r>
                                </w:p>
                              </w:tc>
                              <w:tc>
                                <w:tcPr>
                                  <w:tcW w:w="4320" w:type="dxa"/>
                                  <w:vAlign w:val="center"/>
                                </w:tcPr>
                                <w:p w:rsidR="003A37E7" w:rsidRPr="00B177B4" w:rsidRDefault="003A37E7" w:rsidP="0022598C">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sidRPr="00B177B4">
                                    <w:rPr>
                                      <w:rFonts w:ascii="Bahnschrift" w:hAnsi="Bahnschrift"/>
                                      <w:b/>
                                    </w:rPr>
                                    <w:t>CALCULUS I</w:t>
                                  </w:r>
                                </w:p>
                              </w:tc>
                              <w:tc>
                                <w:tcPr>
                                  <w:tcW w:w="990" w:type="dxa"/>
                                  <w:vAlign w:val="center"/>
                                </w:tcPr>
                                <w:p w:rsidR="003A37E7" w:rsidRPr="00B177B4" w:rsidRDefault="003A37E7" w:rsidP="0022598C">
                                  <w:pPr>
                                    <w:jc w:val="center"/>
                                    <w:cnfStyle w:val="000000100000" w:firstRow="0" w:lastRow="0" w:firstColumn="0" w:lastColumn="0" w:oddVBand="0" w:evenVBand="0" w:oddHBand="1" w:evenHBand="0" w:firstRowFirstColumn="0" w:firstRowLastColumn="0" w:lastRowFirstColumn="0" w:lastRowLastColumn="0"/>
                                    <w:rPr>
                                      <w:b/>
                                    </w:rPr>
                                  </w:pPr>
                                  <w:r w:rsidRPr="00B177B4">
                                    <w:rPr>
                                      <w:b/>
                                    </w:rPr>
                                    <w:t>3</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rPr>
                                      <w:rFonts w:ascii="Bahnschrift" w:hAnsi="Bahnschrift"/>
                                    </w:rPr>
                                  </w:pPr>
                                  <w:r w:rsidRPr="00B177B4">
                                    <w:rPr>
                                      <w:rFonts w:ascii="Bahnschrift" w:hAnsi="Bahnschrift"/>
                                    </w:rPr>
                                    <w:t>MATH 205</w:t>
                                  </w:r>
                                </w:p>
                              </w:tc>
                              <w:tc>
                                <w:tcPr>
                                  <w:tcW w:w="432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rPr>
                                      <w:b/>
                                    </w:rPr>
                                    <w:t>STATISTICS AND PROBABILITY</w:t>
                                  </w:r>
                                </w:p>
                              </w:tc>
                              <w:tc>
                                <w:tcPr>
                                  <w:tcW w:w="99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rPr>
                                      <w:b/>
                                    </w:rPr>
                                    <w:t>3</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rPr>
                                      <w:rFonts w:ascii="Bahnschrift" w:hAnsi="Bahnschrift"/>
                                    </w:rPr>
                                  </w:pPr>
                                  <w:r w:rsidRPr="00B177B4">
                                    <w:rPr>
                                      <w:rFonts w:ascii="Bahnschrift" w:hAnsi="Bahnschrift"/>
                                    </w:rPr>
                                    <w:t>PHY 101</w:t>
                                  </w:r>
                                </w:p>
                              </w:tc>
                              <w:tc>
                                <w:tcPr>
                                  <w:tcW w:w="4320" w:type="dxa"/>
                                  <w:vAlign w:val="center"/>
                                </w:tcPr>
                                <w:p w:rsidR="003A37E7" w:rsidRPr="00B177B4" w:rsidRDefault="003A37E7" w:rsidP="0022598C">
                                  <w:pPr>
                                    <w:jc w:val="center"/>
                                    <w:cnfStyle w:val="000000100000" w:firstRow="0" w:lastRow="0" w:firstColumn="0" w:lastColumn="0" w:oddVBand="0" w:evenVBand="0" w:oddHBand="1" w:evenHBand="0" w:firstRowFirstColumn="0" w:firstRowLastColumn="0" w:lastRowFirstColumn="0" w:lastRowLastColumn="0"/>
                                    <w:rPr>
                                      <w:b/>
                                    </w:rPr>
                                  </w:pPr>
                                  <w:r w:rsidRPr="00B177B4">
                                    <w:rPr>
                                      <w:b/>
                                    </w:rPr>
                                    <w:t>GENERAL PHYSIC</w:t>
                                  </w:r>
                                </w:p>
                              </w:tc>
                              <w:tc>
                                <w:tcPr>
                                  <w:tcW w:w="990" w:type="dxa"/>
                                  <w:vAlign w:val="center"/>
                                </w:tcPr>
                                <w:p w:rsidR="003A37E7" w:rsidRPr="00B177B4" w:rsidRDefault="003A37E7" w:rsidP="0022598C">
                                  <w:pPr>
                                    <w:jc w:val="center"/>
                                    <w:cnfStyle w:val="000000100000" w:firstRow="0" w:lastRow="0" w:firstColumn="0" w:lastColumn="0" w:oddVBand="0" w:evenVBand="0" w:oddHBand="1" w:evenHBand="0" w:firstRowFirstColumn="0" w:firstRowLastColumn="0" w:lastRowFirstColumn="0" w:lastRowLastColumn="0"/>
                                    <w:rPr>
                                      <w:b/>
                                    </w:rPr>
                                  </w:pPr>
                                  <w:r w:rsidRPr="00B177B4">
                                    <w:rPr>
                                      <w:b/>
                                    </w:rPr>
                                    <w:t>3</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760" w:type="dxa"/>
                                  <w:gridSpan w:val="2"/>
                                  <w:vAlign w:val="center"/>
                                </w:tcPr>
                                <w:p w:rsidR="003A37E7" w:rsidRPr="00B177B4" w:rsidRDefault="003A37E7" w:rsidP="0022598C">
                                  <w:pPr>
                                    <w:jc w:val="center"/>
                                  </w:pPr>
                                  <w:r w:rsidRPr="00B177B4">
                                    <w:t>TOTAL CREDIT HOURS</w:t>
                                  </w:r>
                                </w:p>
                              </w:tc>
                              <w:tc>
                                <w:tcPr>
                                  <w:tcW w:w="99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rPr>
                                      <w:b/>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87E82C" id="Text Box 75" o:spid="_x0000_s1145" type="#_x0000_t202" style="position:absolute;left:0;text-align:left;margin-left:-92.1pt;margin-top:-66.2pt;width:354pt;height:232.3pt;z-index:251729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" fillcolor="white [3201]" stroked="f" strokeweight=".5pt">
                <v:textbox>
                  <w:txbxContent>
                    <w:tbl>
                      <w:tblPr>
                        <w:tblStyle w:val="LightGrid"/>
                        <w:tblW w:w="6750" w:type="dxa"/>
                        <w:tblInd w:w="-100" w:type="dxa"/>
                        <w:tblLayout w:type="fixed"/>
                        <w:tblLook w:val="04A0" w:firstRow="1" w:lastRow="0" w:firstColumn="1" w:lastColumn="0" w:noHBand="0" w:noVBand="1"/>
                      </w:tblPr>
                      <w:tblGrid>
                        <w:gridCol w:w="1440"/>
                        <w:gridCol w:w="4320"/>
                        <w:gridCol w:w="990"/>
                      </w:tblGrid>
                      <w:tr w:rsidR="003A37E7" w:rsidRPr="00B177B4" w:rsidTr="002259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B177B4" w:rsidRDefault="003A37E7" w:rsidP="000B599D">
                            <w:pPr>
                              <w:jc w:val="center"/>
                              <w:rPr>
                                <w:color w:val="FF0000"/>
                              </w:rPr>
                            </w:pPr>
                            <w:r w:rsidRPr="00B177B4">
                              <w:rPr>
                                <w:color w:val="FF0000"/>
                              </w:rPr>
                              <w:t>BSC-EDUCATION –(MATHEMATICS)</w:t>
                            </w:r>
                          </w:p>
                        </w:tc>
                      </w:tr>
                      <w:tr w:rsidR="003A37E7" w:rsidRPr="00B177B4" w:rsidTr="002259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B177B4" w:rsidRDefault="003A37E7" w:rsidP="0022598C">
                            <w:pPr>
                              <w:jc w:val="center"/>
                            </w:pPr>
                            <w:r w:rsidRPr="00B177B4">
                              <w:t>SOPHOMORE YEAR (YEARII) - FIRST SEMESTER</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pPr>
                            <w:r w:rsidRPr="00B177B4">
                              <w:t>COURSE CODE</w:t>
                            </w:r>
                          </w:p>
                        </w:tc>
                        <w:tc>
                          <w:tcPr>
                            <w:tcW w:w="432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rPr>
                                <w:b/>
                              </w:rPr>
                              <w:t>COURSE TITLE</w:t>
                            </w:r>
                          </w:p>
                        </w:tc>
                        <w:tc>
                          <w:tcPr>
                            <w:tcW w:w="99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t>CREDIT HOURS</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pPr>
                            <w:r w:rsidRPr="00B177B4">
                              <w:t>EDU 201</w:t>
                            </w:r>
                          </w:p>
                        </w:tc>
                        <w:tc>
                          <w:tcPr>
                            <w:tcW w:w="4320" w:type="dxa"/>
                            <w:vAlign w:val="center"/>
                          </w:tcPr>
                          <w:p w:rsidR="003A37E7" w:rsidRPr="00B177B4" w:rsidRDefault="003A37E7" w:rsidP="0022598C">
                            <w:pPr>
                              <w:jc w:val="center"/>
                              <w:cnfStyle w:val="000000100000" w:firstRow="0" w:lastRow="0" w:firstColumn="0" w:lastColumn="0" w:oddVBand="0" w:evenVBand="0" w:oddHBand="1" w:evenHBand="0" w:firstRowFirstColumn="0" w:firstRowLastColumn="0" w:lastRowFirstColumn="0" w:lastRowLastColumn="0"/>
                              <w:rPr>
                                <w:b/>
                              </w:rPr>
                            </w:pPr>
                            <w:r w:rsidRPr="00B177B4">
                              <w:rPr>
                                <w:b/>
                              </w:rPr>
                              <w:t xml:space="preserve">CLASSROOM MANAGEMENT </w:t>
                            </w:r>
                          </w:p>
                        </w:tc>
                        <w:tc>
                          <w:tcPr>
                            <w:tcW w:w="990" w:type="dxa"/>
                            <w:vAlign w:val="center"/>
                          </w:tcPr>
                          <w:p w:rsidR="003A37E7" w:rsidRPr="00B177B4" w:rsidRDefault="003A37E7" w:rsidP="0022598C">
                            <w:pPr>
                              <w:jc w:val="center"/>
                              <w:cnfStyle w:val="000000100000" w:firstRow="0" w:lastRow="0" w:firstColumn="0" w:lastColumn="0" w:oddVBand="0" w:evenVBand="0" w:oddHBand="1" w:evenHBand="0" w:firstRowFirstColumn="0" w:firstRowLastColumn="0" w:lastRowFirstColumn="0" w:lastRowLastColumn="0"/>
                              <w:rPr>
                                <w:b/>
                              </w:rPr>
                            </w:pPr>
                            <w:r w:rsidRPr="00B177B4">
                              <w:rPr>
                                <w:b/>
                              </w:rPr>
                              <w:t>3</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pPr>
                            <w:r w:rsidRPr="00B177B4">
                              <w:t>GEN 107</w:t>
                            </w:r>
                          </w:p>
                        </w:tc>
                        <w:tc>
                          <w:tcPr>
                            <w:tcW w:w="432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rPr>
                                <w:b/>
                              </w:rPr>
                              <w:t>DISCIPLESHIP  1</w:t>
                            </w:r>
                          </w:p>
                        </w:tc>
                        <w:tc>
                          <w:tcPr>
                            <w:tcW w:w="99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rPr>
                                <w:b/>
                              </w:rPr>
                              <w:t>2</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pPr>
                            <w:r w:rsidRPr="00B177B4">
                              <w:t>EDU 203</w:t>
                            </w:r>
                          </w:p>
                        </w:tc>
                        <w:tc>
                          <w:tcPr>
                            <w:tcW w:w="4320" w:type="dxa"/>
                            <w:vAlign w:val="center"/>
                          </w:tcPr>
                          <w:p w:rsidR="003A37E7" w:rsidRPr="00B177B4" w:rsidRDefault="003A37E7" w:rsidP="00CE6183">
                            <w:pPr>
                              <w:jc w:val="center"/>
                              <w:cnfStyle w:val="000000100000" w:firstRow="0" w:lastRow="0" w:firstColumn="0" w:lastColumn="0" w:oddVBand="0" w:evenVBand="0" w:oddHBand="1" w:evenHBand="0" w:firstRowFirstColumn="0" w:firstRowLastColumn="0" w:lastRowFirstColumn="0" w:lastRowLastColumn="0"/>
                              <w:rPr>
                                <w:b/>
                              </w:rPr>
                            </w:pPr>
                            <w:r w:rsidRPr="00B177B4">
                              <w:rPr>
                                <w:b/>
                              </w:rPr>
                              <w:t>GUIDING AND COUNSELING</w:t>
                            </w:r>
                          </w:p>
                        </w:tc>
                        <w:tc>
                          <w:tcPr>
                            <w:tcW w:w="990" w:type="dxa"/>
                            <w:vAlign w:val="center"/>
                          </w:tcPr>
                          <w:p w:rsidR="003A37E7" w:rsidRPr="00B177B4" w:rsidRDefault="003A37E7" w:rsidP="0022598C">
                            <w:pPr>
                              <w:jc w:val="center"/>
                              <w:cnfStyle w:val="000000100000" w:firstRow="0" w:lastRow="0" w:firstColumn="0" w:lastColumn="0" w:oddVBand="0" w:evenVBand="0" w:oddHBand="1" w:evenHBand="0" w:firstRowFirstColumn="0" w:firstRowLastColumn="0" w:lastRowFirstColumn="0" w:lastRowLastColumn="0"/>
                              <w:rPr>
                                <w:b/>
                              </w:rPr>
                            </w:pPr>
                            <w:r w:rsidRPr="00B177B4">
                              <w:rPr>
                                <w:b/>
                              </w:rPr>
                              <w:t>3</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rPr>
                                <w:rFonts w:ascii="Bahnschrift" w:hAnsi="Bahnschrift"/>
                              </w:rPr>
                            </w:pPr>
                            <w:r w:rsidRPr="00B177B4">
                              <w:rPr>
                                <w:rFonts w:ascii="Bahnschrift" w:hAnsi="Bahnschrift"/>
                              </w:rPr>
                              <w:t>BUS 102</w:t>
                            </w:r>
                          </w:p>
                        </w:tc>
                        <w:tc>
                          <w:tcPr>
                            <w:tcW w:w="4320" w:type="dxa"/>
                            <w:vAlign w:val="center"/>
                          </w:tcPr>
                          <w:p w:rsidR="003A37E7" w:rsidRPr="00B177B4" w:rsidRDefault="003A37E7" w:rsidP="00CE6183">
                            <w:pPr>
                              <w:jc w:val="center"/>
                              <w:cnfStyle w:val="000000010000" w:firstRow="0" w:lastRow="0" w:firstColumn="0" w:lastColumn="0" w:oddVBand="0" w:evenVBand="0" w:oddHBand="0" w:evenHBand="1" w:firstRowFirstColumn="0" w:firstRowLastColumn="0" w:lastRowFirstColumn="0" w:lastRowLastColumn="0"/>
                              <w:rPr>
                                <w:rFonts w:ascii="Bahnschrift" w:hAnsi="Bahnschrift"/>
                                <w:b/>
                              </w:rPr>
                            </w:pPr>
                            <w:r w:rsidRPr="00B177B4">
                              <w:rPr>
                                <w:rFonts w:ascii="Bahnschrift" w:hAnsi="Bahnschrift"/>
                                <w:b/>
                              </w:rPr>
                              <w:t>ENTERPRENEURSHIP</w:t>
                            </w:r>
                          </w:p>
                        </w:tc>
                        <w:tc>
                          <w:tcPr>
                            <w:tcW w:w="99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rPr>
                                <w:b/>
                              </w:rPr>
                              <w:t>3</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rPr>
                                <w:rFonts w:ascii="Bahnschrift" w:hAnsi="Bahnschrift"/>
                              </w:rPr>
                            </w:pPr>
                            <w:r w:rsidRPr="00B177B4">
                              <w:rPr>
                                <w:rFonts w:ascii="Bahnschrift" w:hAnsi="Bahnschrift"/>
                              </w:rPr>
                              <w:t>MATH 201</w:t>
                            </w:r>
                          </w:p>
                        </w:tc>
                        <w:tc>
                          <w:tcPr>
                            <w:tcW w:w="4320" w:type="dxa"/>
                            <w:vAlign w:val="center"/>
                          </w:tcPr>
                          <w:p w:rsidR="003A37E7" w:rsidRPr="00B177B4" w:rsidRDefault="003A37E7" w:rsidP="0022598C">
                            <w:pPr>
                              <w:jc w:val="center"/>
                              <w:cnfStyle w:val="000000100000" w:firstRow="0" w:lastRow="0" w:firstColumn="0" w:lastColumn="0" w:oddVBand="0" w:evenVBand="0" w:oddHBand="1" w:evenHBand="0" w:firstRowFirstColumn="0" w:firstRowLastColumn="0" w:lastRowFirstColumn="0" w:lastRowLastColumn="0"/>
                              <w:rPr>
                                <w:rFonts w:ascii="Bahnschrift" w:hAnsi="Bahnschrift"/>
                                <w:b/>
                              </w:rPr>
                            </w:pPr>
                            <w:r w:rsidRPr="00B177B4">
                              <w:rPr>
                                <w:rFonts w:ascii="Bahnschrift" w:hAnsi="Bahnschrift"/>
                                <w:b/>
                              </w:rPr>
                              <w:t>CALCULUS I</w:t>
                            </w:r>
                          </w:p>
                        </w:tc>
                        <w:tc>
                          <w:tcPr>
                            <w:tcW w:w="990" w:type="dxa"/>
                            <w:vAlign w:val="center"/>
                          </w:tcPr>
                          <w:p w:rsidR="003A37E7" w:rsidRPr="00B177B4" w:rsidRDefault="003A37E7" w:rsidP="0022598C">
                            <w:pPr>
                              <w:jc w:val="center"/>
                              <w:cnfStyle w:val="000000100000" w:firstRow="0" w:lastRow="0" w:firstColumn="0" w:lastColumn="0" w:oddVBand="0" w:evenVBand="0" w:oddHBand="1" w:evenHBand="0" w:firstRowFirstColumn="0" w:firstRowLastColumn="0" w:lastRowFirstColumn="0" w:lastRowLastColumn="0"/>
                              <w:rPr>
                                <w:b/>
                              </w:rPr>
                            </w:pPr>
                            <w:r w:rsidRPr="00B177B4">
                              <w:rPr>
                                <w:b/>
                              </w:rPr>
                              <w:t>3</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rPr>
                                <w:rFonts w:ascii="Bahnschrift" w:hAnsi="Bahnschrift"/>
                              </w:rPr>
                            </w:pPr>
                            <w:r w:rsidRPr="00B177B4">
                              <w:rPr>
                                <w:rFonts w:ascii="Bahnschrift" w:hAnsi="Bahnschrift"/>
                              </w:rPr>
                              <w:t>MATH 205</w:t>
                            </w:r>
                          </w:p>
                        </w:tc>
                        <w:tc>
                          <w:tcPr>
                            <w:tcW w:w="432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rPr>
                                <w:b/>
                              </w:rPr>
                              <w:t>STATISTICS AND PROBABILITY</w:t>
                            </w:r>
                          </w:p>
                        </w:tc>
                        <w:tc>
                          <w:tcPr>
                            <w:tcW w:w="99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rPr>
                                <w:b/>
                              </w:rPr>
                              <w:t>3</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22598C">
                            <w:pPr>
                              <w:jc w:val="center"/>
                              <w:rPr>
                                <w:rFonts w:ascii="Bahnschrift" w:hAnsi="Bahnschrift"/>
                              </w:rPr>
                            </w:pPr>
                            <w:r w:rsidRPr="00B177B4">
                              <w:rPr>
                                <w:rFonts w:ascii="Bahnschrift" w:hAnsi="Bahnschrift"/>
                              </w:rPr>
                              <w:t>PHY 101</w:t>
                            </w:r>
                          </w:p>
                        </w:tc>
                        <w:tc>
                          <w:tcPr>
                            <w:tcW w:w="4320" w:type="dxa"/>
                            <w:vAlign w:val="center"/>
                          </w:tcPr>
                          <w:p w:rsidR="003A37E7" w:rsidRPr="00B177B4" w:rsidRDefault="003A37E7" w:rsidP="0022598C">
                            <w:pPr>
                              <w:jc w:val="center"/>
                              <w:cnfStyle w:val="000000100000" w:firstRow="0" w:lastRow="0" w:firstColumn="0" w:lastColumn="0" w:oddVBand="0" w:evenVBand="0" w:oddHBand="1" w:evenHBand="0" w:firstRowFirstColumn="0" w:firstRowLastColumn="0" w:lastRowFirstColumn="0" w:lastRowLastColumn="0"/>
                              <w:rPr>
                                <w:b/>
                              </w:rPr>
                            </w:pPr>
                            <w:r w:rsidRPr="00B177B4">
                              <w:rPr>
                                <w:b/>
                              </w:rPr>
                              <w:t>GENERAL PHYSIC</w:t>
                            </w:r>
                          </w:p>
                        </w:tc>
                        <w:tc>
                          <w:tcPr>
                            <w:tcW w:w="990" w:type="dxa"/>
                            <w:vAlign w:val="center"/>
                          </w:tcPr>
                          <w:p w:rsidR="003A37E7" w:rsidRPr="00B177B4" w:rsidRDefault="003A37E7" w:rsidP="0022598C">
                            <w:pPr>
                              <w:jc w:val="center"/>
                              <w:cnfStyle w:val="000000100000" w:firstRow="0" w:lastRow="0" w:firstColumn="0" w:lastColumn="0" w:oddVBand="0" w:evenVBand="0" w:oddHBand="1" w:evenHBand="0" w:firstRowFirstColumn="0" w:firstRowLastColumn="0" w:lastRowFirstColumn="0" w:lastRowLastColumn="0"/>
                              <w:rPr>
                                <w:b/>
                              </w:rPr>
                            </w:pPr>
                            <w:r w:rsidRPr="00B177B4">
                              <w:rPr>
                                <w:b/>
                              </w:rPr>
                              <w:t>3</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760" w:type="dxa"/>
                            <w:gridSpan w:val="2"/>
                            <w:vAlign w:val="center"/>
                          </w:tcPr>
                          <w:p w:rsidR="003A37E7" w:rsidRPr="00B177B4" w:rsidRDefault="003A37E7" w:rsidP="0022598C">
                            <w:pPr>
                              <w:jc w:val="center"/>
                            </w:pPr>
                            <w:r w:rsidRPr="00B177B4">
                              <w:t>TOTAL CREDIT HOURS</w:t>
                            </w:r>
                          </w:p>
                        </w:tc>
                        <w:tc>
                          <w:tcPr>
                            <w:tcW w:w="990" w:type="dxa"/>
                            <w:vAlign w:val="center"/>
                          </w:tcPr>
                          <w:p w:rsidR="003A37E7" w:rsidRPr="00B177B4" w:rsidRDefault="003A37E7" w:rsidP="0022598C">
                            <w:pPr>
                              <w:jc w:val="center"/>
                              <w:cnfStyle w:val="000000010000" w:firstRow="0" w:lastRow="0" w:firstColumn="0" w:lastColumn="0" w:oddVBand="0" w:evenVBand="0" w:oddHBand="0" w:evenHBand="1" w:firstRowFirstColumn="0" w:firstRowLastColumn="0" w:lastRowFirstColumn="0" w:lastRowLastColumn="0"/>
                              <w:rPr>
                                <w:b/>
                              </w:rPr>
                            </w:pPr>
                            <w:r w:rsidRPr="00B177B4">
                              <w:rPr>
                                <w:b/>
                              </w:rPr>
                              <w:t>20</w:t>
                            </w:r>
                          </w:p>
                        </w:tc>
                      </w:tr>
                    </w:tbl>
                    <w:p w:rsidR="003A37E7" w:rsidRDefault="003A37E7"/>
                  </w:txbxContent>
                </v:textbox>
                <w10:wrap anchorx="margin"/>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FD389A" w:rsidP="00412947">
      <w:pPr>
        <w:jc w:val="center"/>
      </w:pPr>
      <w:r>
        <w:rPr>
          <w:noProof/>
        </w:rPr>
        <mc:AlternateContent>
          <mc:Choice Requires="wps">
            <w:drawing>
              <wp:anchor distT="0" distB="0" distL="114300" distR="114300" simplePos="0" relativeHeight="251730944" behindDoc="0" locked="0" layoutInCell="1" allowOverlap="1" wp14:anchorId="1CDAC344" wp14:editId="0F81CCF1">
                <wp:simplePos x="0" y="0"/>
                <wp:positionH relativeFrom="margin">
                  <wp:posOffset>-1237409</wp:posOffset>
                </wp:positionH>
                <wp:positionV relativeFrom="paragraph">
                  <wp:posOffset>350083</wp:posOffset>
                </wp:positionV>
                <wp:extent cx="4567052" cy="3450336"/>
                <wp:effectExtent l="0" t="0" r="5080" b="0"/>
                <wp:wrapNone/>
                <wp:docPr id="79" name="Text Box 79"/>
                <wp:cNvGraphicFramePr/>
                <a:graphic xmlns:a="http://schemas.openxmlformats.org/drawingml/2006/main">
                  <a:graphicData uri="http://schemas.microsoft.com/office/word/2010/wordprocessingShape">
                    <wps:wsp>
                      <wps:cNvSpPr txBox="1"/>
                      <wps:spPr>
                        <a:xfrm>
                          <a:off x="0" y="0"/>
                          <a:ext cx="4567052" cy="345033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930" w:type="dxa"/>
                              <w:tblInd w:w="-100" w:type="dxa"/>
                              <w:tblLayout w:type="fixed"/>
                              <w:tblLook w:val="04A0" w:firstRow="1" w:lastRow="0" w:firstColumn="1" w:lastColumn="0" w:noHBand="0" w:noVBand="1"/>
                            </w:tblPr>
                            <w:tblGrid>
                              <w:gridCol w:w="1440"/>
                              <w:gridCol w:w="4410"/>
                              <w:gridCol w:w="1080"/>
                            </w:tblGrid>
                            <w:tr w:rsidR="003A37E7" w:rsidRPr="00B177B4" w:rsidTr="008F2D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B177B4" w:rsidRDefault="003A37E7" w:rsidP="00076E3D">
                                  <w:pPr>
                                    <w:jc w:val="center"/>
                                    <w:rPr>
                                      <w:color w:val="FF0000"/>
                                    </w:rPr>
                                  </w:pPr>
                                  <w:r w:rsidRPr="00B177B4">
                                    <w:rPr>
                                      <w:color w:val="FF0000"/>
                                    </w:rPr>
                                    <w:t>BSC-EDUCATION –(MATHEMATICS)</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B177B4" w:rsidRDefault="003A37E7" w:rsidP="00076E3D">
                                  <w:pPr>
                                    <w:jc w:val="center"/>
                                  </w:pPr>
                                  <w:r w:rsidRPr="00B177B4">
                                    <w:t>SOPHOMORE YEAR (YEARII) - SECOND SEMESTER</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pPr>
                                  <w:r w:rsidRPr="00B177B4">
                                    <w:t>COURSE CODE</w:t>
                                  </w:r>
                                </w:p>
                              </w:tc>
                              <w:tc>
                                <w:tcPr>
                                  <w:tcW w:w="441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rPr>
                                      <w:b/>
                                    </w:rPr>
                                    <w:t>COURSE TITLE</w:t>
                                  </w:r>
                                </w:p>
                              </w:tc>
                              <w:tc>
                                <w:tcPr>
                                  <w:tcW w:w="108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t>CREDIT HOURS</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pPr>
                                  <w:r w:rsidRPr="00B177B4">
                                    <w:t>GEN 108</w:t>
                                  </w:r>
                                </w:p>
                              </w:tc>
                              <w:tc>
                                <w:tcPr>
                                  <w:tcW w:w="441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DISCIPLESHIP  2</w:t>
                                  </w:r>
                                </w:p>
                              </w:tc>
                              <w:tc>
                                <w:tcPr>
                                  <w:tcW w:w="108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2</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pPr>
                                  <w:r w:rsidRPr="00B177B4">
                                    <w:t>EDUC 212</w:t>
                                  </w:r>
                                </w:p>
                              </w:tc>
                              <w:tc>
                                <w:tcPr>
                                  <w:tcW w:w="441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t>TEACHING PRACTICE</w:t>
                                  </w:r>
                                </w:p>
                              </w:tc>
                              <w:tc>
                                <w:tcPr>
                                  <w:tcW w:w="108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t>3</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pPr>
                                  <w:r w:rsidRPr="00B177B4">
                                    <w:t>EDU 204</w:t>
                                  </w:r>
                                </w:p>
                              </w:tc>
                              <w:tc>
                                <w:tcPr>
                                  <w:tcW w:w="441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CIRRICULUM PRINCIPLE</w:t>
                                  </w:r>
                                </w:p>
                              </w:tc>
                              <w:tc>
                                <w:tcPr>
                                  <w:tcW w:w="108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3</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rPr>
                                      <w:rFonts w:ascii="Bahnschrift" w:hAnsi="Bahnschrift"/>
                                    </w:rPr>
                                  </w:pPr>
                                  <w:r w:rsidRPr="00B177B4">
                                    <w:rPr>
                                      <w:rFonts w:ascii="Bahnschrift" w:hAnsi="Bahnschrift"/>
                                    </w:rPr>
                                    <w:t>PFE 111</w:t>
                                  </w:r>
                                </w:p>
                              </w:tc>
                              <w:tc>
                                <w:tcPr>
                                  <w:tcW w:w="441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B177B4">
                                    <w:rPr>
                                      <w:rFonts w:ascii="Bahnschrift" w:hAnsi="Bahnschrift"/>
                                    </w:rPr>
                                    <w:t>PROFESSIONAL ETHICS</w:t>
                                  </w:r>
                                </w:p>
                              </w:tc>
                              <w:tc>
                                <w:tcPr>
                                  <w:tcW w:w="108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t>2</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rPr>
                                      <w:rFonts w:ascii="Bahnschrift" w:hAnsi="Bahnschrift"/>
                                    </w:rPr>
                                  </w:pPr>
                                  <w:r w:rsidRPr="00B177B4">
                                    <w:rPr>
                                      <w:rFonts w:ascii="Bahnschrift" w:hAnsi="Bahnschrift"/>
                                    </w:rPr>
                                    <w:t>MATH 224</w:t>
                                  </w:r>
                                </w:p>
                              </w:tc>
                              <w:tc>
                                <w:tcPr>
                                  <w:tcW w:w="441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B177B4">
                                    <w:rPr>
                                      <w:rFonts w:ascii="Bahnschrift" w:hAnsi="Bahnschrift"/>
                                    </w:rPr>
                                    <w:t>TRIGONOMETRY AND INTRODUCTION TO COMPLEX NUMBER</w:t>
                                  </w:r>
                                </w:p>
                              </w:tc>
                              <w:tc>
                                <w:tcPr>
                                  <w:tcW w:w="108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3</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rPr>
                                      <w:rFonts w:ascii="Bahnschrift" w:hAnsi="Bahnschrift"/>
                                    </w:rPr>
                                  </w:pPr>
                                  <w:r w:rsidRPr="00B177B4">
                                    <w:rPr>
                                      <w:rFonts w:ascii="Bahnschrift" w:hAnsi="Bahnschrift"/>
                                    </w:rPr>
                                    <w:t>MATH 203</w:t>
                                  </w:r>
                                </w:p>
                              </w:tc>
                              <w:tc>
                                <w:tcPr>
                                  <w:tcW w:w="441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t>GEOMETRY FOR TEACHERS</w:t>
                                  </w:r>
                                </w:p>
                              </w:tc>
                              <w:tc>
                                <w:tcPr>
                                  <w:tcW w:w="1080" w:type="dxa"/>
                                  <w:vAlign w:val="center"/>
                                </w:tcPr>
                                <w:p w:rsidR="003A37E7" w:rsidRPr="00B177B4" w:rsidRDefault="003A37E7" w:rsidP="008E06FB">
                                  <w:pPr>
                                    <w:jc w:val="center"/>
                                    <w:cnfStyle w:val="000000010000" w:firstRow="0" w:lastRow="0" w:firstColumn="0" w:lastColumn="0" w:oddVBand="0" w:evenVBand="0" w:oddHBand="0" w:evenHBand="1" w:firstRowFirstColumn="0" w:firstRowLastColumn="0" w:lastRowFirstColumn="0" w:lastRowLastColumn="0"/>
                                  </w:pPr>
                                  <w:r w:rsidRPr="00B177B4">
                                    <w:t>3</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rPr>
                                      <w:rFonts w:ascii="Bahnschrift" w:hAnsi="Bahnschrift"/>
                                    </w:rPr>
                                  </w:pPr>
                                  <w:r w:rsidRPr="00B177B4">
                                    <w:rPr>
                                      <w:rFonts w:ascii="Bahnschrift" w:hAnsi="Bahnschrift"/>
                                    </w:rPr>
                                    <w:t>PHY 102</w:t>
                                  </w:r>
                                </w:p>
                              </w:tc>
                              <w:tc>
                                <w:tcPr>
                                  <w:tcW w:w="441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PHYSICS II</w:t>
                                  </w:r>
                                </w:p>
                              </w:tc>
                              <w:tc>
                                <w:tcPr>
                                  <w:tcW w:w="108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3</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rPr>
                                      <w:rFonts w:ascii="Bahnschrift" w:hAnsi="Bahnschrift"/>
                                    </w:rPr>
                                  </w:pPr>
                                  <w:r w:rsidRPr="00B177B4">
                                    <w:rPr>
                                      <w:rFonts w:ascii="Bahnschrift" w:hAnsi="Bahnschrift"/>
                                    </w:rPr>
                                    <w:t>TMC 111</w:t>
                                  </w:r>
                                </w:p>
                              </w:tc>
                              <w:tc>
                                <w:tcPr>
                                  <w:tcW w:w="441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t>TOTAL MEANS CONCEPT</w:t>
                                  </w:r>
                                </w:p>
                              </w:tc>
                              <w:tc>
                                <w:tcPr>
                                  <w:tcW w:w="108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t>1</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5850" w:type="dxa"/>
                                  <w:gridSpan w:val="2"/>
                                  <w:vAlign w:val="center"/>
                                </w:tcPr>
                                <w:p w:rsidR="003A37E7" w:rsidRPr="00B177B4" w:rsidRDefault="003A37E7" w:rsidP="00076E3D">
                                  <w:pPr>
                                    <w:jc w:val="center"/>
                                  </w:pPr>
                                  <w:r w:rsidRPr="00B177B4">
                                    <w:t>TOTAL CREDIT HOURS</w:t>
                                  </w:r>
                                </w:p>
                              </w:tc>
                              <w:tc>
                                <w:tcPr>
                                  <w:tcW w:w="108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20</w:t>
                                  </w:r>
                                </w:p>
                              </w:tc>
                            </w:tr>
                          </w:tbl>
                          <w:p w:rsidR="003A37E7" w:rsidRDefault="003A37E7" w:rsidP="00076E3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DAC344" id="Text Box 79" o:spid="_x0000_s1146" type="#_x0000_t202" style="position:absolute;left:0;text-align:left;margin-left:-97.45pt;margin-top:27.55pt;width:359.6pt;height:271.7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" fillcolor="white [3201]" stroked="f" strokeweight=".5pt">
                <v:textbox>
                  <w:txbxContent>
                    <w:tbl>
                      <w:tblPr>
                        <w:tblStyle w:val="LightGrid"/>
                        <w:tblW w:w="6930" w:type="dxa"/>
                        <w:tblInd w:w="-100" w:type="dxa"/>
                        <w:tblLayout w:type="fixed"/>
                        <w:tblLook w:val="04A0" w:firstRow="1" w:lastRow="0" w:firstColumn="1" w:lastColumn="0" w:noHBand="0" w:noVBand="1"/>
                      </w:tblPr>
                      <w:tblGrid>
                        <w:gridCol w:w="1440"/>
                        <w:gridCol w:w="4410"/>
                        <w:gridCol w:w="1080"/>
                      </w:tblGrid>
                      <w:tr w:rsidR="003A37E7" w:rsidRPr="00B177B4" w:rsidTr="008F2D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B177B4" w:rsidRDefault="003A37E7" w:rsidP="00076E3D">
                            <w:pPr>
                              <w:jc w:val="center"/>
                              <w:rPr>
                                <w:color w:val="FF0000"/>
                              </w:rPr>
                            </w:pPr>
                            <w:r w:rsidRPr="00B177B4">
                              <w:rPr>
                                <w:color w:val="FF0000"/>
                              </w:rPr>
                              <w:t>BSC-EDUCATION –(MATHEMATICS)</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B177B4" w:rsidRDefault="003A37E7" w:rsidP="00076E3D">
                            <w:pPr>
                              <w:jc w:val="center"/>
                            </w:pPr>
                            <w:r w:rsidRPr="00B177B4">
                              <w:t>SOPHOMORE YEAR (YEARII) - SECOND SEMESTER</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pPr>
                            <w:r w:rsidRPr="00B177B4">
                              <w:t>COURSE CODE</w:t>
                            </w:r>
                          </w:p>
                        </w:tc>
                        <w:tc>
                          <w:tcPr>
                            <w:tcW w:w="441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rPr>
                                <w:b/>
                              </w:rPr>
                              <w:t>COURSE TITLE</w:t>
                            </w:r>
                          </w:p>
                        </w:tc>
                        <w:tc>
                          <w:tcPr>
                            <w:tcW w:w="108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t>CREDIT HOURS</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pPr>
                            <w:r w:rsidRPr="00B177B4">
                              <w:t>GEN 108</w:t>
                            </w:r>
                          </w:p>
                        </w:tc>
                        <w:tc>
                          <w:tcPr>
                            <w:tcW w:w="441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DISCIPLESHIP  2</w:t>
                            </w:r>
                          </w:p>
                        </w:tc>
                        <w:tc>
                          <w:tcPr>
                            <w:tcW w:w="108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2</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pPr>
                            <w:r w:rsidRPr="00B177B4">
                              <w:t>EDUC 212</w:t>
                            </w:r>
                          </w:p>
                        </w:tc>
                        <w:tc>
                          <w:tcPr>
                            <w:tcW w:w="441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t>TEACHING PRACTICE</w:t>
                            </w:r>
                          </w:p>
                        </w:tc>
                        <w:tc>
                          <w:tcPr>
                            <w:tcW w:w="108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t>3</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pPr>
                            <w:r w:rsidRPr="00B177B4">
                              <w:t>EDU 204</w:t>
                            </w:r>
                          </w:p>
                        </w:tc>
                        <w:tc>
                          <w:tcPr>
                            <w:tcW w:w="441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CIRRICULUM PRINCIPLE</w:t>
                            </w:r>
                          </w:p>
                        </w:tc>
                        <w:tc>
                          <w:tcPr>
                            <w:tcW w:w="108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3</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rPr>
                                <w:rFonts w:ascii="Bahnschrift" w:hAnsi="Bahnschrift"/>
                              </w:rPr>
                            </w:pPr>
                            <w:r w:rsidRPr="00B177B4">
                              <w:rPr>
                                <w:rFonts w:ascii="Bahnschrift" w:hAnsi="Bahnschrift"/>
                              </w:rPr>
                              <w:t>PFE 111</w:t>
                            </w:r>
                          </w:p>
                        </w:tc>
                        <w:tc>
                          <w:tcPr>
                            <w:tcW w:w="441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r w:rsidRPr="00B177B4">
                              <w:rPr>
                                <w:rFonts w:ascii="Bahnschrift" w:hAnsi="Bahnschrift"/>
                              </w:rPr>
                              <w:t>PROFESSIONAL ETHICS</w:t>
                            </w:r>
                          </w:p>
                        </w:tc>
                        <w:tc>
                          <w:tcPr>
                            <w:tcW w:w="108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t>2</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rPr>
                                <w:rFonts w:ascii="Bahnschrift" w:hAnsi="Bahnschrift"/>
                              </w:rPr>
                            </w:pPr>
                            <w:r w:rsidRPr="00B177B4">
                              <w:rPr>
                                <w:rFonts w:ascii="Bahnschrift" w:hAnsi="Bahnschrift"/>
                              </w:rPr>
                              <w:t>MATH 224</w:t>
                            </w:r>
                          </w:p>
                        </w:tc>
                        <w:tc>
                          <w:tcPr>
                            <w:tcW w:w="441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r w:rsidRPr="00B177B4">
                              <w:rPr>
                                <w:rFonts w:ascii="Bahnschrift" w:hAnsi="Bahnschrift"/>
                              </w:rPr>
                              <w:t>TRIGONOMETRY AND INTRODUCTION TO COMPLEX NUMBER</w:t>
                            </w:r>
                          </w:p>
                        </w:tc>
                        <w:tc>
                          <w:tcPr>
                            <w:tcW w:w="108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3</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rPr>
                                <w:rFonts w:ascii="Bahnschrift" w:hAnsi="Bahnschrift"/>
                              </w:rPr>
                            </w:pPr>
                            <w:r w:rsidRPr="00B177B4">
                              <w:rPr>
                                <w:rFonts w:ascii="Bahnschrift" w:hAnsi="Bahnschrift"/>
                              </w:rPr>
                              <w:t>MATH 203</w:t>
                            </w:r>
                          </w:p>
                        </w:tc>
                        <w:tc>
                          <w:tcPr>
                            <w:tcW w:w="441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t>GEOMETRY FOR TEACHERS</w:t>
                            </w:r>
                          </w:p>
                        </w:tc>
                        <w:tc>
                          <w:tcPr>
                            <w:tcW w:w="1080" w:type="dxa"/>
                            <w:vAlign w:val="center"/>
                          </w:tcPr>
                          <w:p w:rsidR="003A37E7" w:rsidRPr="00B177B4" w:rsidRDefault="003A37E7" w:rsidP="008E06FB">
                            <w:pPr>
                              <w:jc w:val="center"/>
                              <w:cnfStyle w:val="000000010000" w:firstRow="0" w:lastRow="0" w:firstColumn="0" w:lastColumn="0" w:oddVBand="0" w:evenVBand="0" w:oddHBand="0" w:evenHBand="1" w:firstRowFirstColumn="0" w:firstRowLastColumn="0" w:lastRowFirstColumn="0" w:lastRowLastColumn="0"/>
                            </w:pPr>
                            <w:r w:rsidRPr="00B177B4">
                              <w:t>3</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rPr>
                                <w:rFonts w:ascii="Bahnschrift" w:hAnsi="Bahnschrift"/>
                              </w:rPr>
                            </w:pPr>
                            <w:r w:rsidRPr="00B177B4">
                              <w:rPr>
                                <w:rFonts w:ascii="Bahnschrift" w:hAnsi="Bahnschrift"/>
                              </w:rPr>
                              <w:t>PHY 102</w:t>
                            </w:r>
                          </w:p>
                        </w:tc>
                        <w:tc>
                          <w:tcPr>
                            <w:tcW w:w="441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PHYSICS II</w:t>
                            </w:r>
                          </w:p>
                        </w:tc>
                        <w:tc>
                          <w:tcPr>
                            <w:tcW w:w="108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3</w:t>
                            </w:r>
                          </w:p>
                        </w:tc>
                      </w:tr>
                      <w:tr w:rsidR="003A37E7" w:rsidRPr="00B177B4" w:rsidTr="008F2D11">
                        <w:trPr>
                          <w:cnfStyle w:val="000000010000" w:firstRow="0" w:lastRow="0" w:firstColumn="0" w:lastColumn="0" w:oddVBand="0" w:evenVBand="0" w:oddHBand="0" w:evenHBand="1"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177B4" w:rsidRDefault="003A37E7" w:rsidP="00076E3D">
                            <w:pPr>
                              <w:jc w:val="center"/>
                              <w:rPr>
                                <w:rFonts w:ascii="Bahnschrift" w:hAnsi="Bahnschrift"/>
                              </w:rPr>
                            </w:pPr>
                            <w:r w:rsidRPr="00B177B4">
                              <w:rPr>
                                <w:rFonts w:ascii="Bahnschrift" w:hAnsi="Bahnschrift"/>
                              </w:rPr>
                              <w:t>TMC 111</w:t>
                            </w:r>
                          </w:p>
                        </w:tc>
                        <w:tc>
                          <w:tcPr>
                            <w:tcW w:w="441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t>TOTAL MEANS CONCEPT</w:t>
                            </w:r>
                          </w:p>
                        </w:tc>
                        <w:tc>
                          <w:tcPr>
                            <w:tcW w:w="1080" w:type="dxa"/>
                            <w:vAlign w:val="center"/>
                          </w:tcPr>
                          <w:p w:rsidR="003A37E7" w:rsidRPr="00B177B4" w:rsidRDefault="003A37E7" w:rsidP="00076E3D">
                            <w:pPr>
                              <w:jc w:val="center"/>
                              <w:cnfStyle w:val="000000010000" w:firstRow="0" w:lastRow="0" w:firstColumn="0" w:lastColumn="0" w:oddVBand="0" w:evenVBand="0" w:oddHBand="0" w:evenHBand="1" w:firstRowFirstColumn="0" w:firstRowLastColumn="0" w:lastRowFirstColumn="0" w:lastRowLastColumn="0"/>
                            </w:pPr>
                            <w:r w:rsidRPr="00B177B4">
                              <w:t>1</w:t>
                            </w:r>
                          </w:p>
                        </w:tc>
                      </w:tr>
                      <w:tr w:rsidR="003A37E7" w:rsidRPr="00B177B4" w:rsidTr="008F2D11">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5850" w:type="dxa"/>
                            <w:gridSpan w:val="2"/>
                            <w:vAlign w:val="center"/>
                          </w:tcPr>
                          <w:p w:rsidR="003A37E7" w:rsidRPr="00B177B4" w:rsidRDefault="003A37E7" w:rsidP="00076E3D">
                            <w:pPr>
                              <w:jc w:val="center"/>
                            </w:pPr>
                            <w:r w:rsidRPr="00B177B4">
                              <w:t>TOTAL CREDIT HOURS</w:t>
                            </w:r>
                          </w:p>
                        </w:tc>
                        <w:tc>
                          <w:tcPr>
                            <w:tcW w:w="1080" w:type="dxa"/>
                            <w:vAlign w:val="center"/>
                          </w:tcPr>
                          <w:p w:rsidR="003A37E7" w:rsidRPr="00B177B4" w:rsidRDefault="003A37E7" w:rsidP="00076E3D">
                            <w:pPr>
                              <w:jc w:val="center"/>
                              <w:cnfStyle w:val="000000100000" w:firstRow="0" w:lastRow="0" w:firstColumn="0" w:lastColumn="0" w:oddVBand="0" w:evenVBand="0" w:oddHBand="1" w:evenHBand="0" w:firstRowFirstColumn="0" w:firstRowLastColumn="0" w:lastRowFirstColumn="0" w:lastRowLastColumn="0"/>
                            </w:pPr>
                            <w:r w:rsidRPr="00B177B4">
                              <w:t>20</w:t>
                            </w:r>
                          </w:p>
                        </w:tc>
                      </w:tr>
                    </w:tbl>
                    <w:p w:rsidR="003A37E7" w:rsidRDefault="003A37E7" w:rsidP="00076E3D"/>
                  </w:txbxContent>
                </v:textbox>
                <w10:wrap anchorx="margin"/>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3046" w:rsidP="00412947">
      <w:pPr>
        <w:jc w:val="center"/>
      </w:pPr>
      <w:r>
        <w:rPr>
          <w:noProof/>
        </w:rPr>
        <w:lastRenderedPageBreak/>
        <mc:AlternateContent>
          <mc:Choice Requires="wps">
            <w:drawing>
              <wp:anchor distT="0" distB="0" distL="114300" distR="114300" simplePos="0" relativeHeight="251731968" behindDoc="0" locked="0" layoutInCell="1" allowOverlap="1">
                <wp:simplePos x="0" y="0"/>
                <wp:positionH relativeFrom="column">
                  <wp:posOffset>-658215</wp:posOffset>
                </wp:positionH>
                <wp:positionV relativeFrom="paragraph">
                  <wp:posOffset>-816610</wp:posOffset>
                </wp:positionV>
                <wp:extent cx="4430485" cy="3230880"/>
                <wp:effectExtent l="0" t="0" r="8255" b="7620"/>
                <wp:wrapNone/>
                <wp:docPr id="80" name="Text Box 80"/>
                <wp:cNvGraphicFramePr/>
                <a:graphic xmlns:a="http://schemas.openxmlformats.org/drawingml/2006/main">
                  <a:graphicData uri="http://schemas.microsoft.com/office/word/2010/wordprocessingShape">
                    <wps:wsp>
                      <wps:cNvSpPr txBox="1"/>
                      <wps:spPr>
                        <a:xfrm>
                          <a:off x="0" y="0"/>
                          <a:ext cx="4430485" cy="32308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750" w:type="dxa"/>
                              <w:tblInd w:w="-100" w:type="dxa"/>
                              <w:tblLayout w:type="fixed"/>
                              <w:tblLook w:val="04A0" w:firstRow="1" w:lastRow="0" w:firstColumn="1" w:lastColumn="0" w:noHBand="0" w:noVBand="1"/>
                            </w:tblPr>
                            <w:tblGrid>
                              <w:gridCol w:w="1440"/>
                              <w:gridCol w:w="4230"/>
                              <w:gridCol w:w="1080"/>
                            </w:tblGrid>
                            <w:tr w:rsidR="003A37E7" w:rsidRPr="003F7672" w:rsidTr="00D509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3F7672" w:rsidRDefault="003A37E7" w:rsidP="00623046">
                                  <w:pPr>
                                    <w:jc w:val="center"/>
                                    <w:rPr>
                                      <w:rFonts w:cs="Times New Roman"/>
                                      <w:color w:val="FF0000"/>
                                    </w:rPr>
                                  </w:pPr>
                                  <w:r w:rsidRPr="003F7672">
                                    <w:rPr>
                                      <w:rFonts w:cs="Times New Roman"/>
                                      <w:color w:val="FF0000"/>
                                    </w:rPr>
                                    <w:t>BSC-EDUCATION –(MATHEMATICS)</w:t>
                                  </w:r>
                                </w:p>
                              </w:tc>
                            </w:tr>
                            <w:tr w:rsidR="003A37E7" w:rsidRPr="003F7672" w:rsidTr="00D509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3F7672" w:rsidRDefault="003A37E7" w:rsidP="00623046">
                                  <w:pPr>
                                    <w:jc w:val="center"/>
                                    <w:rPr>
                                      <w:rFonts w:cs="Times New Roman"/>
                                    </w:rPr>
                                  </w:pPr>
                                  <w:r w:rsidRPr="003F7672">
                                    <w:rPr>
                                      <w:rFonts w:cs="Times New Roman"/>
                                    </w:rPr>
                                    <w:t xml:space="preserve">JUNIOR YEAR (YEARIII) - FIRST SEMESTER </w:t>
                                  </w:r>
                                </w:p>
                              </w:tc>
                            </w:tr>
                            <w:tr w:rsidR="003A37E7" w:rsidRPr="003F7672" w:rsidTr="00D509A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COURSE CODE</w:t>
                                  </w:r>
                                </w:p>
                              </w:tc>
                              <w:tc>
                                <w:tcPr>
                                  <w:tcW w:w="423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COURSE TITLE</w:t>
                                  </w:r>
                                </w:p>
                              </w:tc>
                              <w:tc>
                                <w:tcPr>
                                  <w:tcW w:w="108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t>CREDIT HOURS</w:t>
                                  </w:r>
                                </w:p>
                              </w:tc>
                            </w:tr>
                            <w:tr w:rsidR="003A37E7" w:rsidRPr="003F7672" w:rsidTr="00D509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GEN 107</w:t>
                                  </w:r>
                                </w:p>
                              </w:tc>
                              <w:tc>
                                <w:tcPr>
                                  <w:tcW w:w="423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DYNAMIC OF FAITH 1</w:t>
                                  </w:r>
                                </w:p>
                              </w:tc>
                              <w:tc>
                                <w:tcPr>
                                  <w:tcW w:w="108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2</w:t>
                                  </w:r>
                                </w:p>
                              </w:tc>
                            </w:tr>
                            <w:tr w:rsidR="003A37E7" w:rsidRPr="003F7672" w:rsidTr="00D509A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EDUC 306</w:t>
                                  </w:r>
                                </w:p>
                              </w:tc>
                              <w:tc>
                                <w:tcPr>
                                  <w:tcW w:w="423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GEOMETRY &amp; TOPOLOGY FOR EDUCATORS</w:t>
                                  </w:r>
                                </w:p>
                              </w:tc>
                              <w:tc>
                                <w:tcPr>
                                  <w:tcW w:w="108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3</w:t>
                                  </w:r>
                                </w:p>
                              </w:tc>
                            </w:tr>
                            <w:tr w:rsidR="003A37E7" w:rsidRPr="003F7672" w:rsidTr="00D509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EDU 303</w:t>
                                  </w:r>
                                </w:p>
                              </w:tc>
                              <w:tc>
                                <w:tcPr>
                                  <w:tcW w:w="423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PROBABILITY &amp; STATISTICS</w:t>
                                  </w:r>
                                </w:p>
                              </w:tc>
                              <w:tc>
                                <w:tcPr>
                                  <w:tcW w:w="108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3</w:t>
                                  </w:r>
                                </w:p>
                              </w:tc>
                            </w:tr>
                            <w:tr w:rsidR="003A37E7" w:rsidRPr="003F7672" w:rsidTr="00D509AA">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EDUC 302</w:t>
                                  </w:r>
                                </w:p>
                              </w:tc>
                              <w:tc>
                                <w:tcPr>
                                  <w:tcW w:w="423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ABSTRACT ALGEBRA FOR TEACHERS</w:t>
                                  </w:r>
                                </w:p>
                              </w:tc>
                              <w:tc>
                                <w:tcPr>
                                  <w:tcW w:w="108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3</w:t>
                                  </w:r>
                                </w:p>
                              </w:tc>
                            </w:tr>
                            <w:tr w:rsidR="003A37E7" w:rsidRPr="003F7672" w:rsidTr="00D509AA">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EDUC 305</w:t>
                                  </w:r>
                                </w:p>
                              </w:tc>
                              <w:tc>
                                <w:tcPr>
                                  <w:tcW w:w="423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CLASSROOM ASSESSMENT AND EVALUATION</w:t>
                                  </w:r>
                                </w:p>
                              </w:tc>
                              <w:tc>
                                <w:tcPr>
                                  <w:tcW w:w="108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3</w:t>
                                  </w:r>
                                </w:p>
                              </w:tc>
                            </w:tr>
                            <w:tr w:rsidR="003A37E7" w:rsidRPr="003F7672" w:rsidTr="00D509AA">
                              <w:trPr>
                                <w:cnfStyle w:val="000000010000" w:firstRow="0" w:lastRow="0" w:firstColumn="0" w:lastColumn="0" w:oddVBand="0" w:evenVBand="0" w:oddHBand="0" w:evenHBand="1"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EDUC 301</w:t>
                                  </w:r>
                                </w:p>
                              </w:tc>
                              <w:tc>
                                <w:tcPr>
                                  <w:tcW w:w="423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ADVANCED CALCULUS</w:t>
                                  </w:r>
                                </w:p>
                              </w:tc>
                              <w:tc>
                                <w:tcPr>
                                  <w:tcW w:w="108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3</w:t>
                                  </w:r>
                                </w:p>
                              </w:tc>
                            </w:tr>
                            <w:tr w:rsidR="003A37E7" w:rsidRPr="003F7672" w:rsidTr="00D509AA">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EDUC 307</w:t>
                                  </w:r>
                                </w:p>
                              </w:tc>
                              <w:tc>
                                <w:tcPr>
                                  <w:tcW w:w="423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DIFFERENTIAL EQUATION &amp; MODELING I</w:t>
                                  </w:r>
                                </w:p>
                              </w:tc>
                              <w:tc>
                                <w:tcPr>
                                  <w:tcW w:w="108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3</w:t>
                                  </w:r>
                                </w:p>
                              </w:tc>
                            </w:tr>
                            <w:tr w:rsidR="003A37E7" w:rsidRPr="003F7672" w:rsidTr="00783209">
                              <w:trPr>
                                <w:cnfStyle w:val="000000010000" w:firstRow="0" w:lastRow="0" w:firstColumn="0" w:lastColumn="0" w:oddVBand="0" w:evenVBand="0" w:oddHBand="0" w:evenHBand="1" w:firstRowFirstColumn="0" w:firstRowLastColumn="0" w:lastRowFirstColumn="0" w:lastRowLastColumn="0"/>
                                <w:trHeight w:val="477"/>
                              </w:trPr>
                              <w:tc>
                                <w:tcPr>
                                  <w:cnfStyle w:val="001000000000" w:firstRow="0" w:lastRow="0" w:firstColumn="1" w:lastColumn="0" w:oddVBand="0" w:evenVBand="0" w:oddHBand="0" w:evenHBand="0" w:firstRowFirstColumn="0" w:firstRowLastColumn="0" w:lastRowFirstColumn="0" w:lastRowLastColumn="0"/>
                                  <w:tcW w:w="5670" w:type="dxa"/>
                                  <w:gridSpan w:val="2"/>
                                  <w:vAlign w:val="center"/>
                                </w:tcPr>
                                <w:p w:rsidR="003A37E7" w:rsidRPr="003F7672" w:rsidRDefault="003A37E7" w:rsidP="00623046">
                                  <w:pPr>
                                    <w:jc w:val="center"/>
                                    <w:rPr>
                                      <w:rFonts w:cs="Times New Roman"/>
                                    </w:rPr>
                                  </w:pPr>
                                  <w:r w:rsidRPr="003F7672">
                                    <w:rPr>
                                      <w:rFonts w:cs="Times New Roman"/>
                                    </w:rPr>
                                    <w:t xml:space="preserve">TOTAL </w:t>
                                  </w:r>
                                  <w:r w:rsidRPr="003F7672">
                                    <w:t>CREDIT HOURS</w:t>
                                  </w:r>
                                </w:p>
                              </w:tc>
                              <w:tc>
                                <w:tcPr>
                                  <w:tcW w:w="108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0" o:spid="_x0000_s1147" type="#_x0000_t202" style="position:absolute;left:0;text-align:left;margin-left:-51.85pt;margin-top:-64.3pt;width:348.85pt;height:254.4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" fillcolor="white [3201]" stroked="f" strokeweight=".5pt">
                <v:textbox>
                  <w:txbxContent>
                    <w:tbl>
                      <w:tblPr>
                        <w:tblStyle w:val="LightGrid"/>
                        <w:tblW w:w="6750" w:type="dxa"/>
                        <w:tblInd w:w="-100" w:type="dxa"/>
                        <w:tblLayout w:type="fixed"/>
                        <w:tblLook w:val="04A0" w:firstRow="1" w:lastRow="0" w:firstColumn="1" w:lastColumn="0" w:noHBand="0" w:noVBand="1"/>
                      </w:tblPr>
                      <w:tblGrid>
                        <w:gridCol w:w="1440"/>
                        <w:gridCol w:w="4230"/>
                        <w:gridCol w:w="1080"/>
                      </w:tblGrid>
                      <w:tr w:rsidR="003A37E7" w:rsidRPr="003F7672" w:rsidTr="00D509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3F7672" w:rsidRDefault="003A37E7" w:rsidP="00623046">
                            <w:pPr>
                              <w:jc w:val="center"/>
                              <w:rPr>
                                <w:rFonts w:cs="Times New Roman"/>
                                <w:color w:val="FF0000"/>
                              </w:rPr>
                            </w:pPr>
                            <w:r w:rsidRPr="003F7672">
                              <w:rPr>
                                <w:rFonts w:cs="Times New Roman"/>
                                <w:color w:val="FF0000"/>
                              </w:rPr>
                              <w:t>BSC-EDUCATION –(MATHEMATICS)</w:t>
                            </w:r>
                          </w:p>
                        </w:tc>
                      </w:tr>
                      <w:tr w:rsidR="003A37E7" w:rsidRPr="003F7672" w:rsidTr="00D509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3F7672" w:rsidRDefault="003A37E7" w:rsidP="00623046">
                            <w:pPr>
                              <w:jc w:val="center"/>
                              <w:rPr>
                                <w:rFonts w:cs="Times New Roman"/>
                              </w:rPr>
                            </w:pPr>
                            <w:r w:rsidRPr="003F7672">
                              <w:rPr>
                                <w:rFonts w:cs="Times New Roman"/>
                              </w:rPr>
                              <w:t xml:space="preserve">JUNIOR YEAR (YEARIII) - FIRST SEMESTER </w:t>
                            </w:r>
                          </w:p>
                        </w:tc>
                      </w:tr>
                      <w:tr w:rsidR="003A37E7" w:rsidRPr="003F7672" w:rsidTr="00D509A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COURSE CODE</w:t>
                            </w:r>
                          </w:p>
                        </w:tc>
                        <w:tc>
                          <w:tcPr>
                            <w:tcW w:w="423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COURSE TITLE</w:t>
                            </w:r>
                          </w:p>
                        </w:tc>
                        <w:tc>
                          <w:tcPr>
                            <w:tcW w:w="108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t>CREDIT HOURS</w:t>
                            </w:r>
                          </w:p>
                        </w:tc>
                      </w:tr>
                      <w:tr w:rsidR="003A37E7" w:rsidRPr="003F7672" w:rsidTr="00D509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GEN 107</w:t>
                            </w:r>
                          </w:p>
                        </w:tc>
                        <w:tc>
                          <w:tcPr>
                            <w:tcW w:w="423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DYNAMIC OF FAITH 1</w:t>
                            </w:r>
                          </w:p>
                        </w:tc>
                        <w:tc>
                          <w:tcPr>
                            <w:tcW w:w="108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2</w:t>
                            </w:r>
                          </w:p>
                        </w:tc>
                      </w:tr>
                      <w:tr w:rsidR="003A37E7" w:rsidRPr="003F7672" w:rsidTr="00D509A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EDUC 306</w:t>
                            </w:r>
                          </w:p>
                        </w:tc>
                        <w:tc>
                          <w:tcPr>
                            <w:tcW w:w="423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GEOMETRY &amp; TOPOLOGY FOR EDUCATORS</w:t>
                            </w:r>
                          </w:p>
                        </w:tc>
                        <w:tc>
                          <w:tcPr>
                            <w:tcW w:w="108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3</w:t>
                            </w:r>
                          </w:p>
                        </w:tc>
                      </w:tr>
                      <w:tr w:rsidR="003A37E7" w:rsidRPr="003F7672" w:rsidTr="00D509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EDU 303</w:t>
                            </w:r>
                          </w:p>
                        </w:tc>
                        <w:tc>
                          <w:tcPr>
                            <w:tcW w:w="423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PROBABILITY &amp; STATISTICS</w:t>
                            </w:r>
                          </w:p>
                        </w:tc>
                        <w:tc>
                          <w:tcPr>
                            <w:tcW w:w="108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3</w:t>
                            </w:r>
                          </w:p>
                        </w:tc>
                      </w:tr>
                      <w:tr w:rsidR="003A37E7" w:rsidRPr="003F7672" w:rsidTr="00D509AA">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EDUC 302</w:t>
                            </w:r>
                          </w:p>
                        </w:tc>
                        <w:tc>
                          <w:tcPr>
                            <w:tcW w:w="423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ABSTRACT ALGEBRA FOR TEACHERS</w:t>
                            </w:r>
                          </w:p>
                        </w:tc>
                        <w:tc>
                          <w:tcPr>
                            <w:tcW w:w="108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3</w:t>
                            </w:r>
                          </w:p>
                        </w:tc>
                      </w:tr>
                      <w:tr w:rsidR="003A37E7" w:rsidRPr="003F7672" w:rsidTr="00D509AA">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EDUC 305</w:t>
                            </w:r>
                          </w:p>
                        </w:tc>
                        <w:tc>
                          <w:tcPr>
                            <w:tcW w:w="423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CLASSROOM ASSESSMENT AND EVALUATION</w:t>
                            </w:r>
                          </w:p>
                        </w:tc>
                        <w:tc>
                          <w:tcPr>
                            <w:tcW w:w="108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3</w:t>
                            </w:r>
                          </w:p>
                        </w:tc>
                      </w:tr>
                      <w:tr w:rsidR="003A37E7" w:rsidRPr="003F7672" w:rsidTr="00D509AA">
                        <w:trPr>
                          <w:cnfStyle w:val="000000010000" w:firstRow="0" w:lastRow="0" w:firstColumn="0" w:lastColumn="0" w:oddVBand="0" w:evenVBand="0" w:oddHBand="0" w:evenHBand="1"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EDUC 301</w:t>
                            </w:r>
                          </w:p>
                        </w:tc>
                        <w:tc>
                          <w:tcPr>
                            <w:tcW w:w="423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ADVANCED CALCULUS</w:t>
                            </w:r>
                          </w:p>
                        </w:tc>
                        <w:tc>
                          <w:tcPr>
                            <w:tcW w:w="108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3</w:t>
                            </w:r>
                          </w:p>
                        </w:tc>
                      </w:tr>
                      <w:tr w:rsidR="003A37E7" w:rsidRPr="003F7672" w:rsidTr="00D509AA">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3F7672" w:rsidRDefault="003A37E7" w:rsidP="00623046">
                            <w:pPr>
                              <w:jc w:val="center"/>
                              <w:rPr>
                                <w:rFonts w:cs="Times New Roman"/>
                              </w:rPr>
                            </w:pPr>
                            <w:r w:rsidRPr="003F7672">
                              <w:rPr>
                                <w:rFonts w:cs="Times New Roman"/>
                              </w:rPr>
                              <w:t>EDUC 307</w:t>
                            </w:r>
                          </w:p>
                        </w:tc>
                        <w:tc>
                          <w:tcPr>
                            <w:tcW w:w="423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DIFFERENTIAL EQUATION &amp; MODELING I</w:t>
                            </w:r>
                          </w:p>
                        </w:tc>
                        <w:tc>
                          <w:tcPr>
                            <w:tcW w:w="1080" w:type="dxa"/>
                            <w:vAlign w:val="center"/>
                          </w:tcPr>
                          <w:p w:rsidR="003A37E7" w:rsidRPr="003F7672"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3F7672">
                              <w:rPr>
                                <w:rFonts w:cs="Times New Roman"/>
                                <w:b/>
                              </w:rPr>
                              <w:t>3</w:t>
                            </w:r>
                          </w:p>
                        </w:tc>
                      </w:tr>
                      <w:tr w:rsidR="003A37E7" w:rsidRPr="003F7672" w:rsidTr="00783209">
                        <w:trPr>
                          <w:cnfStyle w:val="000000010000" w:firstRow="0" w:lastRow="0" w:firstColumn="0" w:lastColumn="0" w:oddVBand="0" w:evenVBand="0" w:oddHBand="0" w:evenHBand="1" w:firstRowFirstColumn="0" w:firstRowLastColumn="0" w:lastRowFirstColumn="0" w:lastRowLastColumn="0"/>
                          <w:trHeight w:val="477"/>
                        </w:trPr>
                        <w:tc>
                          <w:tcPr>
                            <w:cnfStyle w:val="001000000000" w:firstRow="0" w:lastRow="0" w:firstColumn="1" w:lastColumn="0" w:oddVBand="0" w:evenVBand="0" w:oddHBand="0" w:evenHBand="0" w:firstRowFirstColumn="0" w:firstRowLastColumn="0" w:lastRowFirstColumn="0" w:lastRowLastColumn="0"/>
                            <w:tcW w:w="5670" w:type="dxa"/>
                            <w:gridSpan w:val="2"/>
                            <w:vAlign w:val="center"/>
                          </w:tcPr>
                          <w:p w:rsidR="003A37E7" w:rsidRPr="003F7672" w:rsidRDefault="003A37E7" w:rsidP="00623046">
                            <w:pPr>
                              <w:jc w:val="center"/>
                              <w:rPr>
                                <w:rFonts w:cs="Times New Roman"/>
                              </w:rPr>
                            </w:pPr>
                            <w:r w:rsidRPr="003F7672">
                              <w:rPr>
                                <w:rFonts w:cs="Times New Roman"/>
                              </w:rPr>
                              <w:t xml:space="preserve">TOTAL </w:t>
                            </w:r>
                            <w:r w:rsidRPr="003F7672">
                              <w:t>CREDIT HOURS</w:t>
                            </w:r>
                          </w:p>
                        </w:tc>
                        <w:tc>
                          <w:tcPr>
                            <w:tcW w:w="1080" w:type="dxa"/>
                            <w:vAlign w:val="center"/>
                          </w:tcPr>
                          <w:p w:rsidR="003A37E7" w:rsidRPr="003F7672"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3F7672">
                              <w:rPr>
                                <w:rFonts w:cs="Times New Roman"/>
                                <w:b/>
                              </w:rPr>
                              <w:t>20</w:t>
                            </w:r>
                          </w:p>
                        </w:tc>
                      </w:tr>
                    </w:tbl>
                    <w:p w:rsidR="003A37E7" w:rsidRDefault="003A37E7"/>
                  </w:txbxContent>
                </v:textbox>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FD389A" w:rsidP="00412947">
      <w:pPr>
        <w:jc w:val="center"/>
      </w:pPr>
      <w:r>
        <w:rPr>
          <w:noProof/>
        </w:rPr>
        <mc:AlternateContent>
          <mc:Choice Requires="wps">
            <w:drawing>
              <wp:anchor distT="0" distB="0" distL="114300" distR="114300" simplePos="0" relativeHeight="251732992" behindDoc="0" locked="0" layoutInCell="1" allowOverlap="1" wp14:anchorId="7494BEAA" wp14:editId="0963867C">
                <wp:simplePos x="0" y="0"/>
                <wp:positionH relativeFrom="page">
                  <wp:posOffset>222679</wp:posOffset>
                </wp:positionH>
                <wp:positionV relativeFrom="paragraph">
                  <wp:posOffset>210903</wp:posOffset>
                </wp:positionV>
                <wp:extent cx="4408624" cy="3499104"/>
                <wp:effectExtent l="0" t="0" r="0" b="6350"/>
                <wp:wrapNone/>
                <wp:docPr id="81" name="Text Box 81"/>
                <wp:cNvGraphicFramePr/>
                <a:graphic xmlns:a="http://schemas.openxmlformats.org/drawingml/2006/main">
                  <a:graphicData uri="http://schemas.microsoft.com/office/word/2010/wordprocessingShape">
                    <wps:wsp>
                      <wps:cNvSpPr txBox="1"/>
                      <wps:spPr>
                        <a:xfrm>
                          <a:off x="0" y="0"/>
                          <a:ext cx="4408624" cy="349910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750" w:type="dxa"/>
                              <w:tblInd w:w="-10" w:type="dxa"/>
                              <w:tblLayout w:type="fixed"/>
                              <w:tblLook w:val="04A0" w:firstRow="1" w:lastRow="0" w:firstColumn="1" w:lastColumn="0" w:noHBand="0" w:noVBand="1"/>
                            </w:tblPr>
                            <w:tblGrid>
                              <w:gridCol w:w="1440"/>
                              <w:gridCol w:w="4230"/>
                              <w:gridCol w:w="1080"/>
                            </w:tblGrid>
                            <w:tr w:rsidR="003A37E7" w:rsidRPr="00A87C11" w:rsidTr="00A87C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A87C11" w:rsidRDefault="003A37E7" w:rsidP="00623046">
                                  <w:pPr>
                                    <w:jc w:val="center"/>
                                    <w:rPr>
                                      <w:rFonts w:cs="Times New Roman"/>
                                      <w:color w:val="FF0000"/>
                                    </w:rPr>
                                  </w:pPr>
                                  <w:r w:rsidRPr="00A87C11">
                                    <w:rPr>
                                      <w:rFonts w:cs="Times New Roman"/>
                                      <w:color w:val="FF0000"/>
                                    </w:rPr>
                                    <w:t>BSC-EDUCATION –(MATHEMATICS)</w:t>
                                  </w:r>
                                </w:p>
                              </w:tc>
                            </w:tr>
                            <w:tr w:rsidR="003A37E7" w:rsidRPr="00A87C11" w:rsidTr="00A87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A87C11" w:rsidRDefault="003A37E7" w:rsidP="00623046">
                                  <w:pPr>
                                    <w:jc w:val="center"/>
                                    <w:rPr>
                                      <w:rFonts w:cs="Times New Roman"/>
                                    </w:rPr>
                                  </w:pPr>
                                  <w:r w:rsidRPr="00A87C11">
                                    <w:rPr>
                                      <w:rFonts w:cs="Times New Roman"/>
                                    </w:rPr>
                                    <w:t>JUNIOR YEAR (YEARIII) - SECOND SEMESTER</w:t>
                                  </w:r>
                                </w:p>
                              </w:tc>
                            </w:tr>
                            <w:tr w:rsidR="003A37E7" w:rsidRPr="00A87C11" w:rsidTr="00A87C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A87C11" w:rsidRDefault="003A37E7" w:rsidP="00623046">
                                  <w:pPr>
                                    <w:jc w:val="center"/>
                                    <w:rPr>
                                      <w:rFonts w:cs="Times New Roman"/>
                                    </w:rPr>
                                  </w:pPr>
                                  <w:r w:rsidRPr="00A87C11">
                                    <w:rPr>
                                      <w:rFonts w:cs="Times New Roman"/>
                                    </w:rPr>
                                    <w:t>COURSE CODE</w:t>
                                  </w:r>
                                </w:p>
                              </w:tc>
                              <w:tc>
                                <w:tcPr>
                                  <w:tcW w:w="4230" w:type="dxa"/>
                                  <w:vAlign w:val="center"/>
                                </w:tcPr>
                                <w:p w:rsidR="003A37E7" w:rsidRPr="00A87C11"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A87C11">
                                    <w:rPr>
                                      <w:rFonts w:cs="Times New Roman"/>
                                      <w:b/>
                                    </w:rPr>
                                    <w:t>COURSE TITLE</w:t>
                                  </w:r>
                                </w:p>
                              </w:tc>
                              <w:tc>
                                <w:tcPr>
                                  <w:tcW w:w="1080" w:type="dxa"/>
                                  <w:vAlign w:val="center"/>
                                </w:tcPr>
                                <w:p w:rsidR="003A37E7" w:rsidRPr="00A87C11"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A87C11">
                                    <w:t>CREDIT HOURS</w:t>
                                  </w:r>
                                </w:p>
                              </w:tc>
                            </w:tr>
                            <w:tr w:rsidR="003A37E7" w:rsidRPr="00A87C11" w:rsidTr="00A87C11">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A87C11" w:rsidRDefault="003A37E7" w:rsidP="00623046">
                                  <w:pPr>
                                    <w:jc w:val="center"/>
                                    <w:rPr>
                                      <w:rFonts w:cs="Times New Roman"/>
                                    </w:rPr>
                                  </w:pPr>
                                  <w:r w:rsidRPr="00A87C11">
                                    <w:rPr>
                                      <w:rFonts w:cs="Times New Roman"/>
                                    </w:rPr>
                                    <w:t>GEN 108</w:t>
                                  </w:r>
                                </w:p>
                              </w:tc>
                              <w:tc>
                                <w:tcPr>
                                  <w:tcW w:w="4230" w:type="dxa"/>
                                  <w:vAlign w:val="center"/>
                                </w:tcPr>
                                <w:p w:rsidR="003A37E7" w:rsidRPr="00A87C11" w:rsidRDefault="003A37E7" w:rsidP="00774D94">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A87C11">
                                    <w:rPr>
                                      <w:rFonts w:cs="Times New Roman"/>
                                      <w:b/>
                                    </w:rPr>
                                    <w:t>DYNAMIC OF FAITH 2</w:t>
                                  </w:r>
                                </w:p>
                              </w:tc>
                              <w:tc>
                                <w:tcPr>
                                  <w:tcW w:w="1080" w:type="dxa"/>
                                  <w:vAlign w:val="center"/>
                                </w:tcPr>
                                <w:p w:rsidR="003A37E7" w:rsidRPr="00A87C11"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A87C11">
                                    <w:rPr>
                                      <w:rFonts w:cs="Times New Roman"/>
                                      <w:b/>
                                    </w:rPr>
                                    <w:t>2</w:t>
                                  </w:r>
                                </w:p>
                              </w:tc>
                            </w:tr>
                            <w:tr w:rsidR="003A37E7" w:rsidRPr="00A87C11" w:rsidTr="00A87C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A87C11" w:rsidRDefault="003A37E7" w:rsidP="00623046">
                                  <w:pPr>
                                    <w:jc w:val="center"/>
                                    <w:rPr>
                                      <w:rFonts w:cs="Times New Roman"/>
                                    </w:rPr>
                                  </w:pPr>
                                  <w:r>
                                    <w:rPr>
                                      <w:rFonts w:cs="Times New Roman"/>
                                    </w:rPr>
                                    <w:t>EDUC 303</w:t>
                                  </w:r>
                                </w:p>
                              </w:tc>
                              <w:tc>
                                <w:tcPr>
                                  <w:tcW w:w="4230" w:type="dxa"/>
                                  <w:vAlign w:val="center"/>
                                </w:tcPr>
                                <w:p w:rsidR="003A37E7" w:rsidRPr="00A87C11" w:rsidRDefault="003A37E7" w:rsidP="00774D94">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rFonts w:cs="Times New Roman"/>
                                      <w:b/>
                                    </w:rPr>
                                    <w:t>PROBABILITY STATISTICS</w:t>
                                  </w:r>
                                  <w:r w:rsidRPr="00A87C11">
                                    <w:rPr>
                                      <w:rFonts w:cs="Times New Roman"/>
                                      <w:b/>
                                    </w:rPr>
                                    <w:t xml:space="preserve"> </w:t>
                                  </w:r>
                                </w:p>
                              </w:tc>
                              <w:tc>
                                <w:tcPr>
                                  <w:tcW w:w="1080" w:type="dxa"/>
                                  <w:vAlign w:val="center"/>
                                </w:tcPr>
                                <w:p w:rsidR="003A37E7" w:rsidRPr="00A87C11"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A87C11">
                                    <w:rPr>
                                      <w:rFonts w:cs="Times New Roman"/>
                                      <w:b/>
                                    </w:rPr>
                                    <w:t>3</w:t>
                                  </w:r>
                                </w:p>
                              </w:tc>
                            </w:tr>
                            <w:tr w:rsidR="003A37E7" w:rsidRPr="00A87C11" w:rsidTr="00AC40EF">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A87C11" w:rsidRDefault="003A37E7" w:rsidP="00774D94">
                                  <w:pPr>
                                    <w:jc w:val="center"/>
                                    <w:rPr>
                                      <w:rFonts w:cs="Times New Roman"/>
                                    </w:rPr>
                                  </w:pPr>
                                  <w:r>
                                    <w:rPr>
                                      <w:rFonts w:cs="Times New Roman"/>
                                    </w:rPr>
                                    <w:t>EDUC 308</w:t>
                                  </w:r>
                                </w:p>
                              </w:tc>
                              <w:tc>
                                <w:tcPr>
                                  <w:tcW w:w="4230" w:type="dxa"/>
                                  <w:vAlign w:val="center"/>
                                </w:tcPr>
                                <w:p w:rsidR="003A37E7" w:rsidRPr="00A87C11" w:rsidRDefault="003A37E7" w:rsidP="00AC40EF">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EDUCATIONAL  STATISTICS</w:t>
                                  </w:r>
                                </w:p>
                              </w:tc>
                              <w:tc>
                                <w:tcPr>
                                  <w:tcW w:w="1080" w:type="dxa"/>
                                  <w:vAlign w:val="center"/>
                                </w:tcPr>
                                <w:p w:rsidR="003A37E7" w:rsidRPr="00A87C11"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A87C11">
                                    <w:rPr>
                                      <w:rFonts w:cs="Times New Roman"/>
                                      <w:b/>
                                    </w:rPr>
                                    <w:t>3</w:t>
                                  </w:r>
                                </w:p>
                              </w:tc>
                            </w:tr>
                            <w:tr w:rsidR="003A37E7" w:rsidRPr="00A87C11" w:rsidTr="00A87C11">
                              <w:trPr>
                                <w:cnfStyle w:val="000000010000" w:firstRow="0" w:lastRow="0" w:firstColumn="0" w:lastColumn="0" w:oddVBand="0" w:evenVBand="0" w:oddHBand="0" w:evenHBand="1"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A87C11" w:rsidRDefault="003A37E7" w:rsidP="00623046">
                                  <w:pPr>
                                    <w:jc w:val="center"/>
                                    <w:rPr>
                                      <w:rFonts w:cs="Times New Roman"/>
                                    </w:rPr>
                                  </w:pPr>
                                  <w:r>
                                    <w:rPr>
                                      <w:rFonts w:cs="Times New Roman"/>
                                    </w:rPr>
                                    <w:t>EDUC 302</w:t>
                                  </w:r>
                                </w:p>
                              </w:tc>
                              <w:tc>
                                <w:tcPr>
                                  <w:tcW w:w="4230" w:type="dxa"/>
                                  <w:vAlign w:val="center"/>
                                </w:tcPr>
                                <w:p w:rsidR="003A37E7" w:rsidRPr="00A87C11"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rFonts w:cs="Times New Roman"/>
                                      <w:b/>
                                    </w:rPr>
                                    <w:t>ABSTRACT ALGEBRA</w:t>
                                  </w:r>
                                </w:p>
                              </w:tc>
                              <w:tc>
                                <w:tcPr>
                                  <w:tcW w:w="1080" w:type="dxa"/>
                                  <w:vAlign w:val="center"/>
                                </w:tcPr>
                                <w:p w:rsidR="003A37E7" w:rsidRPr="00A87C11"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A87C11">
                                    <w:rPr>
                                      <w:rFonts w:cs="Times New Roman"/>
                                      <w:b/>
                                    </w:rPr>
                                    <w:t>3</w:t>
                                  </w:r>
                                </w:p>
                              </w:tc>
                            </w:tr>
                            <w:tr w:rsidR="003A37E7" w:rsidRPr="00A87C11" w:rsidTr="00A87C11">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A87C11" w:rsidRDefault="003A37E7" w:rsidP="00774D94">
                                  <w:pPr>
                                    <w:jc w:val="center"/>
                                    <w:rPr>
                                      <w:rFonts w:cs="Times New Roman"/>
                                    </w:rPr>
                                  </w:pPr>
                                  <w:r>
                                    <w:rPr>
                                      <w:rFonts w:cs="Times New Roman"/>
                                    </w:rPr>
                                    <w:t>EDUC 305</w:t>
                                  </w:r>
                                </w:p>
                              </w:tc>
                              <w:tc>
                                <w:tcPr>
                                  <w:tcW w:w="4230" w:type="dxa"/>
                                  <w:vAlign w:val="center"/>
                                </w:tcPr>
                                <w:p w:rsidR="003A37E7" w:rsidRPr="00A87C11"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ENTERPRENEURSHIP IN EDUCATION</w:t>
                                  </w:r>
                                </w:p>
                              </w:tc>
                              <w:tc>
                                <w:tcPr>
                                  <w:tcW w:w="1080" w:type="dxa"/>
                                  <w:vAlign w:val="center"/>
                                </w:tcPr>
                                <w:p w:rsidR="003A37E7" w:rsidRPr="00A87C11"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2</w:t>
                                  </w:r>
                                </w:p>
                              </w:tc>
                            </w:tr>
                            <w:tr w:rsidR="003A37E7" w:rsidRPr="00A87C11" w:rsidTr="00A87C11">
                              <w:trPr>
                                <w:cnfStyle w:val="000000010000" w:firstRow="0" w:lastRow="0" w:firstColumn="0" w:lastColumn="0" w:oddVBand="0" w:evenVBand="0" w:oddHBand="0" w:evenHBand="1"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A87C11" w:rsidRDefault="003A37E7" w:rsidP="00623046">
                                  <w:pPr>
                                    <w:jc w:val="center"/>
                                    <w:rPr>
                                      <w:rFonts w:cs="Times New Roman"/>
                                    </w:rPr>
                                  </w:pPr>
                                  <w:r>
                                    <w:rPr>
                                      <w:rFonts w:cs="Times New Roman"/>
                                    </w:rPr>
                                    <w:t>EDUC 309</w:t>
                                  </w:r>
                                </w:p>
                              </w:tc>
                              <w:tc>
                                <w:tcPr>
                                  <w:tcW w:w="4230" w:type="dxa"/>
                                  <w:vAlign w:val="center"/>
                                </w:tcPr>
                                <w:p w:rsidR="003A37E7" w:rsidRPr="00A87C11"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rFonts w:cs="Times New Roman"/>
                                      <w:b/>
                                    </w:rPr>
                                    <w:t>LINEAR ALGEBRA</w:t>
                                  </w:r>
                                </w:p>
                              </w:tc>
                              <w:tc>
                                <w:tcPr>
                                  <w:tcW w:w="1080" w:type="dxa"/>
                                  <w:vAlign w:val="center"/>
                                </w:tcPr>
                                <w:p w:rsidR="003A37E7" w:rsidRPr="00A87C11"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rFonts w:cs="Times New Roman"/>
                                      <w:b/>
                                    </w:rPr>
                                    <w:t>3</w:t>
                                  </w:r>
                                </w:p>
                              </w:tc>
                            </w:tr>
                            <w:tr w:rsidR="003A37E7" w:rsidRPr="00A87C11" w:rsidTr="00A87C11">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5670" w:type="dxa"/>
                                  <w:gridSpan w:val="2"/>
                                  <w:vAlign w:val="center"/>
                                </w:tcPr>
                                <w:p w:rsidR="003A37E7" w:rsidRPr="00A87C11" w:rsidRDefault="003A37E7" w:rsidP="00623046">
                                  <w:pPr>
                                    <w:jc w:val="center"/>
                                    <w:rPr>
                                      <w:rFonts w:cs="Times New Roman"/>
                                    </w:rPr>
                                  </w:pPr>
                                  <w:r w:rsidRPr="00A87C11">
                                    <w:rPr>
                                      <w:rFonts w:cs="Times New Roman"/>
                                    </w:rPr>
                                    <w:t xml:space="preserve">TOTAL </w:t>
                                  </w:r>
                                  <w:r w:rsidRPr="00A87C11">
                                    <w:t>CREDIT HOURS</w:t>
                                  </w:r>
                                </w:p>
                              </w:tc>
                              <w:tc>
                                <w:tcPr>
                                  <w:tcW w:w="1080" w:type="dxa"/>
                                  <w:vAlign w:val="center"/>
                                </w:tcPr>
                                <w:p w:rsidR="003A37E7" w:rsidRPr="00A87C11"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16</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94BEAA" id="Text Box 81" o:spid="_x0000_s1148" type="#_x0000_t202" style="position:absolute;left:0;text-align:left;margin-left:17.55pt;margin-top:16.6pt;width:347.15pt;height:275.5pt;z-index:251732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" fillcolor="white [3201]" stroked="f" strokeweight=".5pt">
                <v:textbox>
                  <w:txbxContent>
                    <w:tbl>
                      <w:tblPr>
                        <w:tblStyle w:val="LightGrid"/>
                        <w:tblW w:w="6750" w:type="dxa"/>
                        <w:tblInd w:w="-10" w:type="dxa"/>
                        <w:tblLayout w:type="fixed"/>
                        <w:tblLook w:val="04A0" w:firstRow="1" w:lastRow="0" w:firstColumn="1" w:lastColumn="0" w:noHBand="0" w:noVBand="1"/>
                      </w:tblPr>
                      <w:tblGrid>
                        <w:gridCol w:w="1440"/>
                        <w:gridCol w:w="4230"/>
                        <w:gridCol w:w="1080"/>
                      </w:tblGrid>
                      <w:tr w:rsidR="003A37E7" w:rsidRPr="00A87C11" w:rsidTr="00A87C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A87C11" w:rsidRDefault="003A37E7" w:rsidP="00623046">
                            <w:pPr>
                              <w:jc w:val="center"/>
                              <w:rPr>
                                <w:rFonts w:cs="Times New Roman"/>
                                <w:color w:val="FF0000"/>
                              </w:rPr>
                            </w:pPr>
                            <w:r w:rsidRPr="00A87C11">
                              <w:rPr>
                                <w:rFonts w:cs="Times New Roman"/>
                                <w:color w:val="FF0000"/>
                              </w:rPr>
                              <w:t>BSC-EDUCATION –(MATHEMATICS)</w:t>
                            </w:r>
                          </w:p>
                        </w:tc>
                      </w:tr>
                      <w:tr w:rsidR="003A37E7" w:rsidRPr="00A87C11" w:rsidTr="00A87C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A87C11" w:rsidRDefault="003A37E7" w:rsidP="00623046">
                            <w:pPr>
                              <w:jc w:val="center"/>
                              <w:rPr>
                                <w:rFonts w:cs="Times New Roman"/>
                              </w:rPr>
                            </w:pPr>
                            <w:r w:rsidRPr="00A87C11">
                              <w:rPr>
                                <w:rFonts w:cs="Times New Roman"/>
                              </w:rPr>
                              <w:t>JUNIOR YEAR (YEARIII) - SECOND SEMESTER</w:t>
                            </w:r>
                          </w:p>
                        </w:tc>
                      </w:tr>
                      <w:tr w:rsidR="003A37E7" w:rsidRPr="00A87C11" w:rsidTr="00A87C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A87C11" w:rsidRDefault="003A37E7" w:rsidP="00623046">
                            <w:pPr>
                              <w:jc w:val="center"/>
                              <w:rPr>
                                <w:rFonts w:cs="Times New Roman"/>
                              </w:rPr>
                            </w:pPr>
                            <w:r w:rsidRPr="00A87C11">
                              <w:rPr>
                                <w:rFonts w:cs="Times New Roman"/>
                              </w:rPr>
                              <w:t>COURSE CODE</w:t>
                            </w:r>
                          </w:p>
                        </w:tc>
                        <w:tc>
                          <w:tcPr>
                            <w:tcW w:w="4230" w:type="dxa"/>
                            <w:vAlign w:val="center"/>
                          </w:tcPr>
                          <w:p w:rsidR="003A37E7" w:rsidRPr="00A87C11"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A87C11">
                              <w:rPr>
                                <w:rFonts w:cs="Times New Roman"/>
                                <w:b/>
                              </w:rPr>
                              <w:t>COURSE TITLE</w:t>
                            </w:r>
                          </w:p>
                        </w:tc>
                        <w:tc>
                          <w:tcPr>
                            <w:tcW w:w="1080" w:type="dxa"/>
                            <w:vAlign w:val="center"/>
                          </w:tcPr>
                          <w:p w:rsidR="003A37E7" w:rsidRPr="00A87C11"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A87C11">
                              <w:t>CREDIT HOURS</w:t>
                            </w:r>
                          </w:p>
                        </w:tc>
                      </w:tr>
                      <w:tr w:rsidR="003A37E7" w:rsidRPr="00A87C11" w:rsidTr="00A87C11">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A87C11" w:rsidRDefault="003A37E7" w:rsidP="00623046">
                            <w:pPr>
                              <w:jc w:val="center"/>
                              <w:rPr>
                                <w:rFonts w:cs="Times New Roman"/>
                              </w:rPr>
                            </w:pPr>
                            <w:r w:rsidRPr="00A87C11">
                              <w:rPr>
                                <w:rFonts w:cs="Times New Roman"/>
                              </w:rPr>
                              <w:t>GEN 108</w:t>
                            </w:r>
                          </w:p>
                        </w:tc>
                        <w:tc>
                          <w:tcPr>
                            <w:tcW w:w="4230" w:type="dxa"/>
                            <w:vAlign w:val="center"/>
                          </w:tcPr>
                          <w:p w:rsidR="003A37E7" w:rsidRPr="00A87C11" w:rsidRDefault="003A37E7" w:rsidP="00774D94">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A87C11">
                              <w:rPr>
                                <w:rFonts w:cs="Times New Roman"/>
                                <w:b/>
                              </w:rPr>
                              <w:t>DYNAMIC OF FAITH 2</w:t>
                            </w:r>
                          </w:p>
                        </w:tc>
                        <w:tc>
                          <w:tcPr>
                            <w:tcW w:w="1080" w:type="dxa"/>
                            <w:vAlign w:val="center"/>
                          </w:tcPr>
                          <w:p w:rsidR="003A37E7" w:rsidRPr="00A87C11"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A87C11">
                              <w:rPr>
                                <w:rFonts w:cs="Times New Roman"/>
                                <w:b/>
                              </w:rPr>
                              <w:t>2</w:t>
                            </w:r>
                          </w:p>
                        </w:tc>
                      </w:tr>
                      <w:tr w:rsidR="003A37E7" w:rsidRPr="00A87C11" w:rsidTr="00A87C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A87C11" w:rsidRDefault="003A37E7" w:rsidP="00623046">
                            <w:pPr>
                              <w:jc w:val="center"/>
                              <w:rPr>
                                <w:rFonts w:cs="Times New Roman"/>
                              </w:rPr>
                            </w:pPr>
                            <w:r>
                              <w:rPr>
                                <w:rFonts w:cs="Times New Roman"/>
                              </w:rPr>
                              <w:t>EDUC 303</w:t>
                            </w:r>
                          </w:p>
                        </w:tc>
                        <w:tc>
                          <w:tcPr>
                            <w:tcW w:w="4230" w:type="dxa"/>
                            <w:vAlign w:val="center"/>
                          </w:tcPr>
                          <w:p w:rsidR="003A37E7" w:rsidRPr="00A87C11" w:rsidRDefault="003A37E7" w:rsidP="00774D94">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rFonts w:cs="Times New Roman"/>
                                <w:b/>
                              </w:rPr>
                              <w:t>PROBABILITY STATISTICS</w:t>
                            </w:r>
                            <w:r w:rsidRPr="00A87C11">
                              <w:rPr>
                                <w:rFonts w:cs="Times New Roman"/>
                                <w:b/>
                              </w:rPr>
                              <w:t xml:space="preserve"> </w:t>
                            </w:r>
                          </w:p>
                        </w:tc>
                        <w:tc>
                          <w:tcPr>
                            <w:tcW w:w="1080" w:type="dxa"/>
                            <w:vAlign w:val="center"/>
                          </w:tcPr>
                          <w:p w:rsidR="003A37E7" w:rsidRPr="00A87C11"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A87C11">
                              <w:rPr>
                                <w:rFonts w:cs="Times New Roman"/>
                                <w:b/>
                              </w:rPr>
                              <w:t>3</w:t>
                            </w:r>
                          </w:p>
                        </w:tc>
                      </w:tr>
                      <w:tr w:rsidR="003A37E7" w:rsidRPr="00A87C11" w:rsidTr="00AC40EF">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A87C11" w:rsidRDefault="003A37E7" w:rsidP="00774D94">
                            <w:pPr>
                              <w:jc w:val="center"/>
                              <w:rPr>
                                <w:rFonts w:cs="Times New Roman"/>
                              </w:rPr>
                            </w:pPr>
                            <w:r>
                              <w:rPr>
                                <w:rFonts w:cs="Times New Roman"/>
                              </w:rPr>
                              <w:t>EDUC 308</w:t>
                            </w:r>
                          </w:p>
                        </w:tc>
                        <w:tc>
                          <w:tcPr>
                            <w:tcW w:w="4230" w:type="dxa"/>
                            <w:vAlign w:val="center"/>
                          </w:tcPr>
                          <w:p w:rsidR="003A37E7" w:rsidRPr="00A87C11" w:rsidRDefault="003A37E7" w:rsidP="00AC40EF">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EDUCATIONAL  STATISTICS</w:t>
                            </w:r>
                          </w:p>
                        </w:tc>
                        <w:tc>
                          <w:tcPr>
                            <w:tcW w:w="1080" w:type="dxa"/>
                            <w:vAlign w:val="center"/>
                          </w:tcPr>
                          <w:p w:rsidR="003A37E7" w:rsidRPr="00A87C11"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A87C11">
                              <w:rPr>
                                <w:rFonts w:cs="Times New Roman"/>
                                <w:b/>
                              </w:rPr>
                              <w:t>3</w:t>
                            </w:r>
                          </w:p>
                        </w:tc>
                      </w:tr>
                      <w:tr w:rsidR="003A37E7" w:rsidRPr="00A87C11" w:rsidTr="00A87C11">
                        <w:trPr>
                          <w:cnfStyle w:val="000000010000" w:firstRow="0" w:lastRow="0" w:firstColumn="0" w:lastColumn="0" w:oddVBand="0" w:evenVBand="0" w:oddHBand="0" w:evenHBand="1"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A87C11" w:rsidRDefault="003A37E7" w:rsidP="00623046">
                            <w:pPr>
                              <w:jc w:val="center"/>
                              <w:rPr>
                                <w:rFonts w:cs="Times New Roman"/>
                              </w:rPr>
                            </w:pPr>
                            <w:r>
                              <w:rPr>
                                <w:rFonts w:cs="Times New Roman"/>
                              </w:rPr>
                              <w:t>EDUC 302</w:t>
                            </w:r>
                          </w:p>
                        </w:tc>
                        <w:tc>
                          <w:tcPr>
                            <w:tcW w:w="4230" w:type="dxa"/>
                            <w:vAlign w:val="center"/>
                          </w:tcPr>
                          <w:p w:rsidR="003A37E7" w:rsidRPr="00A87C11"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rFonts w:cs="Times New Roman"/>
                                <w:b/>
                              </w:rPr>
                              <w:t>ABSTRACT ALGEBRA</w:t>
                            </w:r>
                          </w:p>
                        </w:tc>
                        <w:tc>
                          <w:tcPr>
                            <w:tcW w:w="1080" w:type="dxa"/>
                            <w:vAlign w:val="center"/>
                          </w:tcPr>
                          <w:p w:rsidR="003A37E7" w:rsidRPr="00A87C11"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A87C11">
                              <w:rPr>
                                <w:rFonts w:cs="Times New Roman"/>
                                <w:b/>
                              </w:rPr>
                              <w:t>3</w:t>
                            </w:r>
                          </w:p>
                        </w:tc>
                      </w:tr>
                      <w:tr w:rsidR="003A37E7" w:rsidRPr="00A87C11" w:rsidTr="00A87C11">
                        <w:trPr>
                          <w:cnfStyle w:val="000000100000" w:firstRow="0" w:lastRow="0" w:firstColumn="0" w:lastColumn="0" w:oddVBand="0" w:evenVBand="0" w:oddHBand="1" w:evenHBand="0"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A87C11" w:rsidRDefault="003A37E7" w:rsidP="00774D94">
                            <w:pPr>
                              <w:jc w:val="center"/>
                              <w:rPr>
                                <w:rFonts w:cs="Times New Roman"/>
                              </w:rPr>
                            </w:pPr>
                            <w:r>
                              <w:rPr>
                                <w:rFonts w:cs="Times New Roman"/>
                              </w:rPr>
                              <w:t>EDUC 305</w:t>
                            </w:r>
                          </w:p>
                        </w:tc>
                        <w:tc>
                          <w:tcPr>
                            <w:tcW w:w="4230" w:type="dxa"/>
                            <w:vAlign w:val="center"/>
                          </w:tcPr>
                          <w:p w:rsidR="003A37E7" w:rsidRPr="00A87C11"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ENTERPRENEURSHIP IN EDUCATION</w:t>
                            </w:r>
                          </w:p>
                        </w:tc>
                        <w:tc>
                          <w:tcPr>
                            <w:tcW w:w="1080" w:type="dxa"/>
                            <w:vAlign w:val="center"/>
                          </w:tcPr>
                          <w:p w:rsidR="003A37E7" w:rsidRPr="00A87C11"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2</w:t>
                            </w:r>
                          </w:p>
                        </w:tc>
                      </w:tr>
                      <w:tr w:rsidR="003A37E7" w:rsidRPr="00A87C11" w:rsidTr="00A87C11">
                        <w:trPr>
                          <w:cnfStyle w:val="000000010000" w:firstRow="0" w:lastRow="0" w:firstColumn="0" w:lastColumn="0" w:oddVBand="0" w:evenVBand="0" w:oddHBand="0" w:evenHBand="1"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A87C11" w:rsidRDefault="003A37E7" w:rsidP="00623046">
                            <w:pPr>
                              <w:jc w:val="center"/>
                              <w:rPr>
                                <w:rFonts w:cs="Times New Roman"/>
                              </w:rPr>
                            </w:pPr>
                            <w:r>
                              <w:rPr>
                                <w:rFonts w:cs="Times New Roman"/>
                              </w:rPr>
                              <w:t>EDUC 309</w:t>
                            </w:r>
                          </w:p>
                        </w:tc>
                        <w:tc>
                          <w:tcPr>
                            <w:tcW w:w="4230" w:type="dxa"/>
                            <w:vAlign w:val="center"/>
                          </w:tcPr>
                          <w:p w:rsidR="003A37E7" w:rsidRPr="00A87C11"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rFonts w:cs="Times New Roman"/>
                                <w:b/>
                              </w:rPr>
                              <w:t>LINEAR ALGEBRA</w:t>
                            </w:r>
                          </w:p>
                        </w:tc>
                        <w:tc>
                          <w:tcPr>
                            <w:tcW w:w="1080" w:type="dxa"/>
                            <w:vAlign w:val="center"/>
                          </w:tcPr>
                          <w:p w:rsidR="003A37E7" w:rsidRPr="00A87C11" w:rsidRDefault="003A37E7" w:rsidP="00623046">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rFonts w:cs="Times New Roman"/>
                                <w:b/>
                              </w:rPr>
                              <w:t>3</w:t>
                            </w:r>
                          </w:p>
                        </w:tc>
                      </w:tr>
                      <w:tr w:rsidR="003A37E7" w:rsidRPr="00A87C11" w:rsidTr="00A87C11">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5670" w:type="dxa"/>
                            <w:gridSpan w:val="2"/>
                            <w:vAlign w:val="center"/>
                          </w:tcPr>
                          <w:p w:rsidR="003A37E7" w:rsidRPr="00A87C11" w:rsidRDefault="003A37E7" w:rsidP="00623046">
                            <w:pPr>
                              <w:jc w:val="center"/>
                              <w:rPr>
                                <w:rFonts w:cs="Times New Roman"/>
                              </w:rPr>
                            </w:pPr>
                            <w:r w:rsidRPr="00A87C11">
                              <w:rPr>
                                <w:rFonts w:cs="Times New Roman"/>
                              </w:rPr>
                              <w:t xml:space="preserve">TOTAL </w:t>
                            </w:r>
                            <w:r w:rsidRPr="00A87C11">
                              <w:t>CREDIT HOURS</w:t>
                            </w:r>
                          </w:p>
                        </w:tc>
                        <w:tc>
                          <w:tcPr>
                            <w:tcW w:w="1080" w:type="dxa"/>
                            <w:vAlign w:val="center"/>
                          </w:tcPr>
                          <w:p w:rsidR="003A37E7" w:rsidRPr="00A87C11" w:rsidRDefault="003A37E7" w:rsidP="00623046">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16</w:t>
                            </w:r>
                          </w:p>
                        </w:tc>
                      </w:tr>
                    </w:tbl>
                    <w:p w:rsidR="003A37E7" w:rsidRDefault="003A37E7"/>
                  </w:txbxContent>
                </v:textbox>
                <w10:wrap anchorx="page"/>
              </v:shape>
            </w:pict>
          </mc:Fallback>
        </mc:AlternateContent>
      </w: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7AC2" w:rsidRDefault="00627AC2" w:rsidP="00412947">
      <w:pPr>
        <w:jc w:val="center"/>
      </w:pPr>
    </w:p>
    <w:p w:rsidR="00623046" w:rsidRDefault="00623046" w:rsidP="00412947">
      <w:pPr>
        <w:jc w:val="center"/>
      </w:pPr>
    </w:p>
    <w:p w:rsidR="00623046" w:rsidRDefault="00623046" w:rsidP="00412947">
      <w:pPr>
        <w:jc w:val="center"/>
      </w:pPr>
    </w:p>
    <w:p w:rsidR="00623046" w:rsidRDefault="00623046" w:rsidP="00412947">
      <w:pPr>
        <w:jc w:val="center"/>
      </w:pPr>
    </w:p>
    <w:p w:rsidR="00623046" w:rsidRDefault="00623046" w:rsidP="00412947">
      <w:pPr>
        <w:jc w:val="center"/>
      </w:pPr>
    </w:p>
    <w:p w:rsidR="00623046" w:rsidRDefault="00623046" w:rsidP="00412947">
      <w:pPr>
        <w:jc w:val="center"/>
      </w:pPr>
    </w:p>
    <w:p w:rsidR="00623046" w:rsidRDefault="00623046" w:rsidP="00412947">
      <w:pPr>
        <w:jc w:val="center"/>
      </w:pPr>
    </w:p>
    <w:p w:rsidR="00623046" w:rsidRDefault="00821E42" w:rsidP="00412947">
      <w:pPr>
        <w:jc w:val="center"/>
      </w:pPr>
      <w:r>
        <w:rPr>
          <w:noProof/>
        </w:rPr>
        <w:lastRenderedPageBreak/>
        <mc:AlternateContent>
          <mc:Choice Requires="wps">
            <w:drawing>
              <wp:anchor distT="0" distB="0" distL="114300" distR="114300" simplePos="0" relativeHeight="251734016" behindDoc="0" locked="0" layoutInCell="1" allowOverlap="1" wp14:anchorId="6562D418" wp14:editId="1B6F7D61">
                <wp:simplePos x="0" y="0"/>
                <wp:positionH relativeFrom="column">
                  <wp:posOffset>-1165860</wp:posOffset>
                </wp:positionH>
                <wp:positionV relativeFrom="paragraph">
                  <wp:posOffset>-866528</wp:posOffset>
                </wp:positionV>
                <wp:extent cx="4608576" cy="3325091"/>
                <wp:effectExtent l="0" t="0" r="1905" b="8890"/>
                <wp:wrapNone/>
                <wp:docPr id="82" name="Text Box 82"/>
                <wp:cNvGraphicFramePr/>
                <a:graphic xmlns:a="http://schemas.openxmlformats.org/drawingml/2006/main">
                  <a:graphicData uri="http://schemas.microsoft.com/office/word/2010/wordprocessingShape">
                    <wps:wsp>
                      <wps:cNvSpPr txBox="1"/>
                      <wps:spPr>
                        <a:xfrm>
                          <a:off x="0" y="0"/>
                          <a:ext cx="4608576" cy="332509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7020" w:type="dxa"/>
                              <w:tblInd w:w="-100" w:type="dxa"/>
                              <w:tblLayout w:type="fixed"/>
                              <w:tblLook w:val="04A0" w:firstRow="1" w:lastRow="0" w:firstColumn="1" w:lastColumn="0" w:noHBand="0" w:noVBand="1"/>
                            </w:tblPr>
                            <w:tblGrid>
                              <w:gridCol w:w="1440"/>
                              <w:gridCol w:w="4230"/>
                              <w:gridCol w:w="1350"/>
                            </w:tblGrid>
                            <w:tr w:rsidR="003A37E7" w:rsidRPr="00BB7149" w:rsidTr="003F76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0" w:type="dxa"/>
                                  <w:gridSpan w:val="3"/>
                                  <w:vAlign w:val="center"/>
                                </w:tcPr>
                                <w:p w:rsidR="003A37E7" w:rsidRPr="00BB7149" w:rsidRDefault="003A37E7" w:rsidP="00385703">
                                  <w:pPr>
                                    <w:jc w:val="center"/>
                                    <w:rPr>
                                      <w:rFonts w:cs="Times New Roman"/>
                                      <w:color w:val="FF0000"/>
                                      <w:sz w:val="24"/>
                                      <w:szCs w:val="24"/>
                                    </w:rPr>
                                  </w:pPr>
                                  <w:r w:rsidRPr="00BB7149">
                                    <w:rPr>
                                      <w:rFonts w:cs="Times New Roman"/>
                                      <w:color w:val="FF0000"/>
                                      <w:sz w:val="24"/>
                                      <w:szCs w:val="24"/>
                                    </w:rPr>
                                    <w:t>BSC-EDUCATION –(MATHEMATICS)</w:t>
                                  </w:r>
                                  <w:r>
                                    <w:rPr>
                                      <w:rFonts w:cs="Times New Roman"/>
                                      <w:color w:val="FF0000"/>
                                      <w:sz w:val="24"/>
                                      <w:szCs w:val="24"/>
                                    </w:rPr>
                                    <w:t xml:space="preserve"> - MAJOR</w:t>
                                  </w:r>
                                </w:p>
                              </w:tc>
                            </w:tr>
                            <w:tr w:rsidR="003A37E7" w:rsidRPr="00BB7149" w:rsidTr="003F76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0" w:type="dxa"/>
                                  <w:gridSpan w:val="3"/>
                                  <w:vAlign w:val="center"/>
                                </w:tcPr>
                                <w:p w:rsidR="003A37E7" w:rsidRPr="00BB7149" w:rsidRDefault="003A37E7" w:rsidP="00385703">
                                  <w:pPr>
                                    <w:jc w:val="center"/>
                                    <w:rPr>
                                      <w:rFonts w:cs="Times New Roman"/>
                                      <w:sz w:val="24"/>
                                      <w:szCs w:val="24"/>
                                    </w:rPr>
                                  </w:pPr>
                                  <w:r w:rsidRPr="00BB7149">
                                    <w:rPr>
                                      <w:rFonts w:cs="Times New Roman"/>
                                      <w:sz w:val="24"/>
                                      <w:szCs w:val="24"/>
                                    </w:rPr>
                                    <w:t xml:space="preserve">SENIOR YEAR (YEARIV) - FIRST SEMESTER </w:t>
                                  </w:r>
                                </w:p>
                              </w:tc>
                            </w:tr>
                            <w:tr w:rsidR="003A37E7" w:rsidRPr="00BB7149" w:rsidTr="003F76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B7149" w:rsidRDefault="003A37E7" w:rsidP="00385703">
                                  <w:pPr>
                                    <w:jc w:val="center"/>
                                    <w:rPr>
                                      <w:rFonts w:cs="Times New Roman"/>
                                      <w:sz w:val="24"/>
                                      <w:szCs w:val="24"/>
                                    </w:rPr>
                                  </w:pPr>
                                  <w:r w:rsidRPr="00BB7149">
                                    <w:rPr>
                                      <w:rFonts w:cs="Times New Roman"/>
                                      <w:sz w:val="24"/>
                                      <w:szCs w:val="24"/>
                                    </w:rPr>
                                    <w:t>COURSE CODE</w:t>
                                  </w:r>
                                </w:p>
                              </w:tc>
                              <w:tc>
                                <w:tcPr>
                                  <w:tcW w:w="423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BB7149">
                                    <w:rPr>
                                      <w:rFonts w:cs="Times New Roman"/>
                                      <w:b/>
                                      <w:sz w:val="24"/>
                                      <w:szCs w:val="24"/>
                                    </w:rPr>
                                    <w:t>COURSE TITLE</w:t>
                                  </w:r>
                                </w:p>
                              </w:tc>
                              <w:tc>
                                <w:tcPr>
                                  <w:tcW w:w="135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BB7149">
                                    <w:rPr>
                                      <w:rFonts w:cs="Times New Roman"/>
                                      <w:b/>
                                      <w:sz w:val="24"/>
                                      <w:szCs w:val="24"/>
                                    </w:rPr>
                                    <w:t>CREDIT HOURS</w:t>
                                  </w:r>
                                </w:p>
                              </w:tc>
                            </w:tr>
                            <w:tr w:rsidR="003A37E7" w:rsidRPr="00BB7149" w:rsidTr="003F76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B7149" w:rsidRDefault="003A37E7" w:rsidP="00385703">
                                  <w:pPr>
                                    <w:jc w:val="center"/>
                                    <w:rPr>
                                      <w:rFonts w:cs="Times New Roman"/>
                                      <w:sz w:val="24"/>
                                      <w:szCs w:val="24"/>
                                    </w:rPr>
                                  </w:pPr>
                                  <w:r>
                                    <w:rPr>
                                      <w:rFonts w:cs="Times New Roman"/>
                                      <w:sz w:val="24"/>
                                      <w:szCs w:val="24"/>
                                    </w:rPr>
                                    <w:t>EDU 408</w:t>
                                  </w:r>
                                </w:p>
                              </w:tc>
                              <w:tc>
                                <w:tcPr>
                                  <w:tcW w:w="4230" w:type="dxa"/>
                                  <w:vAlign w:val="center"/>
                                </w:tcPr>
                                <w:p w:rsidR="003A37E7" w:rsidRPr="00BB7149" w:rsidRDefault="003A37E7" w:rsidP="0038570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Pr>
                                      <w:rFonts w:cs="Times New Roman"/>
                                      <w:b/>
                                      <w:sz w:val="24"/>
                                      <w:szCs w:val="24"/>
                                    </w:rPr>
                                    <w:t>RESERCH METHODOLOGY</w:t>
                                  </w:r>
                                </w:p>
                              </w:tc>
                              <w:tc>
                                <w:tcPr>
                                  <w:tcW w:w="1350" w:type="dxa"/>
                                  <w:vAlign w:val="center"/>
                                </w:tcPr>
                                <w:p w:rsidR="003A37E7" w:rsidRPr="00BB7149" w:rsidRDefault="003A37E7" w:rsidP="0038570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BB7149">
                                    <w:rPr>
                                      <w:rFonts w:cs="Times New Roman"/>
                                      <w:b/>
                                      <w:sz w:val="24"/>
                                      <w:szCs w:val="24"/>
                                    </w:rPr>
                                    <w:t>3</w:t>
                                  </w:r>
                                </w:p>
                              </w:tc>
                            </w:tr>
                            <w:tr w:rsidR="003A37E7" w:rsidRPr="00BB7149" w:rsidTr="003F76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B7149" w:rsidRDefault="003A37E7" w:rsidP="00385703">
                                  <w:pPr>
                                    <w:jc w:val="center"/>
                                    <w:rPr>
                                      <w:rFonts w:cs="Times New Roman"/>
                                      <w:sz w:val="24"/>
                                      <w:szCs w:val="24"/>
                                    </w:rPr>
                                  </w:pPr>
                                  <w:r>
                                    <w:rPr>
                                      <w:rFonts w:cs="Times New Roman"/>
                                      <w:sz w:val="24"/>
                                      <w:szCs w:val="24"/>
                                    </w:rPr>
                                    <w:t>MATH 407</w:t>
                                  </w:r>
                                </w:p>
                              </w:tc>
                              <w:tc>
                                <w:tcPr>
                                  <w:tcW w:w="423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Pr>
                                      <w:rFonts w:cs="Times New Roman"/>
                                      <w:b/>
                                      <w:sz w:val="24"/>
                                      <w:szCs w:val="24"/>
                                    </w:rPr>
                                    <w:t>GEOMETRY II</w:t>
                                  </w:r>
                                </w:p>
                              </w:tc>
                              <w:tc>
                                <w:tcPr>
                                  <w:tcW w:w="135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BB7149">
                                    <w:rPr>
                                      <w:rFonts w:cs="Times New Roman"/>
                                      <w:b/>
                                      <w:sz w:val="24"/>
                                      <w:szCs w:val="24"/>
                                    </w:rPr>
                                    <w:t>3</w:t>
                                  </w:r>
                                </w:p>
                              </w:tc>
                            </w:tr>
                            <w:tr w:rsidR="003A37E7" w:rsidRPr="00BB7149" w:rsidTr="003F7672">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B7149" w:rsidRDefault="003A37E7" w:rsidP="00385703">
                                  <w:pPr>
                                    <w:jc w:val="center"/>
                                    <w:rPr>
                                      <w:rFonts w:cs="Times New Roman"/>
                                      <w:sz w:val="24"/>
                                      <w:szCs w:val="24"/>
                                    </w:rPr>
                                  </w:pPr>
                                  <w:r>
                                    <w:rPr>
                                      <w:rFonts w:cs="Times New Roman"/>
                                      <w:sz w:val="24"/>
                                      <w:szCs w:val="24"/>
                                    </w:rPr>
                                    <w:t>MATH 411</w:t>
                                  </w:r>
                                </w:p>
                              </w:tc>
                              <w:tc>
                                <w:tcPr>
                                  <w:tcW w:w="4230" w:type="dxa"/>
                                  <w:vAlign w:val="center"/>
                                </w:tcPr>
                                <w:p w:rsidR="003A37E7" w:rsidRPr="00BB7149" w:rsidRDefault="003A37E7" w:rsidP="0038570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Pr>
                                      <w:rFonts w:cs="Times New Roman"/>
                                      <w:b/>
                                      <w:sz w:val="24"/>
                                      <w:szCs w:val="24"/>
                                    </w:rPr>
                                    <w:t>METHOD OF TEACHING MATH II</w:t>
                                  </w:r>
                                </w:p>
                              </w:tc>
                              <w:tc>
                                <w:tcPr>
                                  <w:tcW w:w="1350" w:type="dxa"/>
                                  <w:vAlign w:val="center"/>
                                </w:tcPr>
                                <w:p w:rsidR="003A37E7" w:rsidRPr="00BB7149" w:rsidRDefault="003A37E7" w:rsidP="0038570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Pr>
                                      <w:rFonts w:cs="Times New Roman"/>
                                      <w:b/>
                                      <w:sz w:val="24"/>
                                      <w:szCs w:val="24"/>
                                    </w:rPr>
                                    <w:t>3</w:t>
                                  </w:r>
                                </w:p>
                              </w:tc>
                            </w:tr>
                            <w:tr w:rsidR="003A37E7" w:rsidRPr="00BB7149" w:rsidTr="003F7672">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B7149" w:rsidRDefault="003A37E7" w:rsidP="00385703">
                                  <w:pPr>
                                    <w:jc w:val="center"/>
                                    <w:rPr>
                                      <w:rFonts w:cs="Times New Roman"/>
                                      <w:sz w:val="24"/>
                                      <w:szCs w:val="24"/>
                                    </w:rPr>
                                  </w:pPr>
                                  <w:r>
                                    <w:rPr>
                                      <w:rFonts w:cs="Times New Roman"/>
                                      <w:sz w:val="24"/>
                                      <w:szCs w:val="24"/>
                                    </w:rPr>
                                    <w:t>MINOR</w:t>
                                  </w:r>
                                </w:p>
                              </w:tc>
                              <w:tc>
                                <w:tcPr>
                                  <w:tcW w:w="423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p>
                              </w:tc>
                              <w:tc>
                                <w:tcPr>
                                  <w:tcW w:w="135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Pr>
                                      <w:rFonts w:cs="Times New Roman"/>
                                      <w:b/>
                                      <w:sz w:val="24"/>
                                      <w:szCs w:val="24"/>
                                    </w:rPr>
                                    <w:t>3</w:t>
                                  </w:r>
                                </w:p>
                              </w:tc>
                            </w:tr>
                            <w:tr w:rsidR="003A37E7" w:rsidRPr="00BB7149" w:rsidTr="003F7672">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B7149" w:rsidRDefault="003A37E7" w:rsidP="00774D94">
                                  <w:pPr>
                                    <w:jc w:val="center"/>
                                    <w:rPr>
                                      <w:rFonts w:cs="Times New Roman"/>
                                      <w:sz w:val="24"/>
                                      <w:szCs w:val="24"/>
                                    </w:rPr>
                                  </w:pPr>
                                  <w:r>
                                    <w:rPr>
                                      <w:rFonts w:cs="Times New Roman"/>
                                      <w:sz w:val="24"/>
                                      <w:szCs w:val="24"/>
                                    </w:rPr>
                                    <w:t>MINOR</w:t>
                                  </w:r>
                                </w:p>
                              </w:tc>
                              <w:tc>
                                <w:tcPr>
                                  <w:tcW w:w="4230" w:type="dxa"/>
                                  <w:vAlign w:val="center"/>
                                </w:tcPr>
                                <w:p w:rsidR="003A37E7" w:rsidRPr="00BB7149" w:rsidRDefault="003A37E7" w:rsidP="0038570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p>
                              </w:tc>
                              <w:tc>
                                <w:tcPr>
                                  <w:tcW w:w="1350" w:type="dxa"/>
                                  <w:vAlign w:val="center"/>
                                </w:tcPr>
                                <w:p w:rsidR="003A37E7" w:rsidRPr="00BB7149" w:rsidRDefault="003A37E7" w:rsidP="0038570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BB7149">
                                    <w:rPr>
                                      <w:rFonts w:cs="Times New Roman"/>
                                      <w:b/>
                                      <w:sz w:val="24"/>
                                      <w:szCs w:val="24"/>
                                    </w:rPr>
                                    <w:t>3</w:t>
                                  </w:r>
                                </w:p>
                              </w:tc>
                            </w:tr>
                            <w:tr w:rsidR="003A37E7" w:rsidRPr="00BB7149" w:rsidTr="003F7672">
                              <w:trPr>
                                <w:cnfStyle w:val="000000010000" w:firstRow="0" w:lastRow="0" w:firstColumn="0" w:lastColumn="0" w:oddVBand="0" w:evenVBand="0" w:oddHBand="0" w:evenHBand="1"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B7149" w:rsidRDefault="003A37E7" w:rsidP="00385703">
                                  <w:pPr>
                                    <w:jc w:val="center"/>
                                    <w:rPr>
                                      <w:rFonts w:cs="Times New Roman"/>
                                      <w:sz w:val="24"/>
                                      <w:szCs w:val="24"/>
                                    </w:rPr>
                                  </w:pPr>
                                  <w:r>
                                    <w:rPr>
                                      <w:rFonts w:cs="Times New Roman"/>
                                      <w:sz w:val="24"/>
                                      <w:szCs w:val="24"/>
                                    </w:rPr>
                                    <w:t>GEN 109</w:t>
                                  </w:r>
                                </w:p>
                              </w:tc>
                              <w:tc>
                                <w:tcPr>
                                  <w:tcW w:w="423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Pr>
                                      <w:b/>
                                      <w:sz w:val="20"/>
                                      <w:szCs w:val="20"/>
                                    </w:rPr>
                                    <w:t>CHRISTIAN DEVELOPMENT CHARACTER I</w:t>
                                  </w:r>
                                </w:p>
                              </w:tc>
                              <w:tc>
                                <w:tcPr>
                                  <w:tcW w:w="135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Pr>
                                      <w:rFonts w:cs="Times New Roman"/>
                                      <w:b/>
                                      <w:sz w:val="24"/>
                                      <w:szCs w:val="24"/>
                                    </w:rPr>
                                    <w:t>2</w:t>
                                  </w:r>
                                </w:p>
                              </w:tc>
                            </w:tr>
                            <w:tr w:rsidR="003A37E7" w:rsidRPr="00BB7149" w:rsidTr="003F7672">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5670" w:type="dxa"/>
                                  <w:gridSpan w:val="2"/>
                                  <w:vAlign w:val="center"/>
                                </w:tcPr>
                                <w:p w:rsidR="003A37E7" w:rsidRPr="00BB7149" w:rsidRDefault="003A37E7" w:rsidP="00385703">
                                  <w:pPr>
                                    <w:jc w:val="center"/>
                                    <w:rPr>
                                      <w:rFonts w:cs="Times New Roman"/>
                                      <w:sz w:val="24"/>
                                      <w:szCs w:val="24"/>
                                    </w:rPr>
                                  </w:pPr>
                                  <w:r w:rsidRPr="00BB7149">
                                    <w:rPr>
                                      <w:rFonts w:cs="Times New Roman"/>
                                      <w:sz w:val="24"/>
                                      <w:szCs w:val="24"/>
                                    </w:rPr>
                                    <w:t>TOTAL CREDIT HOURS</w:t>
                                  </w:r>
                                </w:p>
                              </w:tc>
                              <w:tc>
                                <w:tcPr>
                                  <w:tcW w:w="1350" w:type="dxa"/>
                                  <w:vAlign w:val="center"/>
                                </w:tcPr>
                                <w:p w:rsidR="003A37E7" w:rsidRPr="00BB7149" w:rsidRDefault="003A37E7" w:rsidP="0038570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Pr>
                                      <w:rFonts w:cs="Times New Roman"/>
                                      <w:b/>
                                      <w:sz w:val="24"/>
                                      <w:szCs w:val="24"/>
                                    </w:rPr>
                                    <w:t>17</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62D418" id="Text Box 82" o:spid="_x0000_s1149" type="#_x0000_t202" style="position:absolute;left:0;text-align:left;margin-left:-91.8pt;margin-top:-68.25pt;width:362.9pt;height:261.8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" fillcolor="white [3201]" stroked="f" strokeweight=".5pt">
                <v:textbox>
                  <w:txbxContent>
                    <w:tbl>
                      <w:tblPr>
                        <w:tblStyle w:val="LightGrid"/>
                        <w:tblW w:w="7020" w:type="dxa"/>
                        <w:tblInd w:w="-100" w:type="dxa"/>
                        <w:tblLayout w:type="fixed"/>
                        <w:tblLook w:val="04A0" w:firstRow="1" w:lastRow="0" w:firstColumn="1" w:lastColumn="0" w:noHBand="0" w:noVBand="1"/>
                      </w:tblPr>
                      <w:tblGrid>
                        <w:gridCol w:w="1440"/>
                        <w:gridCol w:w="4230"/>
                        <w:gridCol w:w="1350"/>
                      </w:tblGrid>
                      <w:tr w:rsidR="003A37E7" w:rsidRPr="00BB7149" w:rsidTr="003F76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0" w:type="dxa"/>
                            <w:gridSpan w:val="3"/>
                            <w:vAlign w:val="center"/>
                          </w:tcPr>
                          <w:p w:rsidR="003A37E7" w:rsidRPr="00BB7149" w:rsidRDefault="003A37E7" w:rsidP="00385703">
                            <w:pPr>
                              <w:jc w:val="center"/>
                              <w:rPr>
                                <w:rFonts w:cs="Times New Roman"/>
                                <w:color w:val="FF0000"/>
                                <w:sz w:val="24"/>
                                <w:szCs w:val="24"/>
                              </w:rPr>
                            </w:pPr>
                            <w:r w:rsidRPr="00BB7149">
                              <w:rPr>
                                <w:rFonts w:cs="Times New Roman"/>
                                <w:color w:val="FF0000"/>
                                <w:sz w:val="24"/>
                                <w:szCs w:val="24"/>
                              </w:rPr>
                              <w:t>BSC-EDUCATION –(MATHEMATICS)</w:t>
                            </w:r>
                            <w:r>
                              <w:rPr>
                                <w:rFonts w:cs="Times New Roman"/>
                                <w:color w:val="FF0000"/>
                                <w:sz w:val="24"/>
                                <w:szCs w:val="24"/>
                              </w:rPr>
                              <w:t xml:space="preserve"> - MAJOR</w:t>
                            </w:r>
                          </w:p>
                        </w:tc>
                      </w:tr>
                      <w:tr w:rsidR="003A37E7" w:rsidRPr="00BB7149" w:rsidTr="003F76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20" w:type="dxa"/>
                            <w:gridSpan w:val="3"/>
                            <w:vAlign w:val="center"/>
                          </w:tcPr>
                          <w:p w:rsidR="003A37E7" w:rsidRPr="00BB7149" w:rsidRDefault="003A37E7" w:rsidP="00385703">
                            <w:pPr>
                              <w:jc w:val="center"/>
                              <w:rPr>
                                <w:rFonts w:cs="Times New Roman"/>
                                <w:sz w:val="24"/>
                                <w:szCs w:val="24"/>
                              </w:rPr>
                            </w:pPr>
                            <w:r w:rsidRPr="00BB7149">
                              <w:rPr>
                                <w:rFonts w:cs="Times New Roman"/>
                                <w:sz w:val="24"/>
                                <w:szCs w:val="24"/>
                              </w:rPr>
                              <w:t xml:space="preserve">SENIOR YEAR (YEARIV) - FIRST SEMESTER </w:t>
                            </w:r>
                          </w:p>
                        </w:tc>
                      </w:tr>
                      <w:tr w:rsidR="003A37E7" w:rsidRPr="00BB7149" w:rsidTr="003F76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B7149" w:rsidRDefault="003A37E7" w:rsidP="00385703">
                            <w:pPr>
                              <w:jc w:val="center"/>
                              <w:rPr>
                                <w:rFonts w:cs="Times New Roman"/>
                                <w:sz w:val="24"/>
                                <w:szCs w:val="24"/>
                              </w:rPr>
                            </w:pPr>
                            <w:r w:rsidRPr="00BB7149">
                              <w:rPr>
                                <w:rFonts w:cs="Times New Roman"/>
                                <w:sz w:val="24"/>
                                <w:szCs w:val="24"/>
                              </w:rPr>
                              <w:t>COURSE CODE</w:t>
                            </w:r>
                          </w:p>
                        </w:tc>
                        <w:tc>
                          <w:tcPr>
                            <w:tcW w:w="423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BB7149">
                              <w:rPr>
                                <w:rFonts w:cs="Times New Roman"/>
                                <w:b/>
                                <w:sz w:val="24"/>
                                <w:szCs w:val="24"/>
                              </w:rPr>
                              <w:t>COURSE TITLE</w:t>
                            </w:r>
                          </w:p>
                        </w:tc>
                        <w:tc>
                          <w:tcPr>
                            <w:tcW w:w="135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BB7149">
                              <w:rPr>
                                <w:rFonts w:cs="Times New Roman"/>
                                <w:b/>
                                <w:sz w:val="24"/>
                                <w:szCs w:val="24"/>
                              </w:rPr>
                              <w:t>CREDIT HOURS</w:t>
                            </w:r>
                          </w:p>
                        </w:tc>
                      </w:tr>
                      <w:tr w:rsidR="003A37E7" w:rsidRPr="00BB7149" w:rsidTr="003F76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B7149" w:rsidRDefault="003A37E7" w:rsidP="00385703">
                            <w:pPr>
                              <w:jc w:val="center"/>
                              <w:rPr>
                                <w:rFonts w:cs="Times New Roman"/>
                                <w:sz w:val="24"/>
                                <w:szCs w:val="24"/>
                              </w:rPr>
                            </w:pPr>
                            <w:r>
                              <w:rPr>
                                <w:rFonts w:cs="Times New Roman"/>
                                <w:sz w:val="24"/>
                                <w:szCs w:val="24"/>
                              </w:rPr>
                              <w:t>EDU 408</w:t>
                            </w:r>
                          </w:p>
                        </w:tc>
                        <w:tc>
                          <w:tcPr>
                            <w:tcW w:w="4230" w:type="dxa"/>
                            <w:vAlign w:val="center"/>
                          </w:tcPr>
                          <w:p w:rsidR="003A37E7" w:rsidRPr="00BB7149" w:rsidRDefault="003A37E7" w:rsidP="0038570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Pr>
                                <w:rFonts w:cs="Times New Roman"/>
                                <w:b/>
                                <w:sz w:val="24"/>
                                <w:szCs w:val="24"/>
                              </w:rPr>
                              <w:t>RESERCH METHODOLOGY</w:t>
                            </w:r>
                          </w:p>
                        </w:tc>
                        <w:tc>
                          <w:tcPr>
                            <w:tcW w:w="1350" w:type="dxa"/>
                            <w:vAlign w:val="center"/>
                          </w:tcPr>
                          <w:p w:rsidR="003A37E7" w:rsidRPr="00BB7149" w:rsidRDefault="003A37E7" w:rsidP="0038570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BB7149">
                              <w:rPr>
                                <w:rFonts w:cs="Times New Roman"/>
                                <w:b/>
                                <w:sz w:val="24"/>
                                <w:szCs w:val="24"/>
                              </w:rPr>
                              <w:t>3</w:t>
                            </w:r>
                          </w:p>
                        </w:tc>
                      </w:tr>
                      <w:tr w:rsidR="003A37E7" w:rsidRPr="00BB7149" w:rsidTr="003F76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B7149" w:rsidRDefault="003A37E7" w:rsidP="00385703">
                            <w:pPr>
                              <w:jc w:val="center"/>
                              <w:rPr>
                                <w:rFonts w:cs="Times New Roman"/>
                                <w:sz w:val="24"/>
                                <w:szCs w:val="24"/>
                              </w:rPr>
                            </w:pPr>
                            <w:r>
                              <w:rPr>
                                <w:rFonts w:cs="Times New Roman"/>
                                <w:sz w:val="24"/>
                                <w:szCs w:val="24"/>
                              </w:rPr>
                              <w:t>MATH 407</w:t>
                            </w:r>
                          </w:p>
                        </w:tc>
                        <w:tc>
                          <w:tcPr>
                            <w:tcW w:w="423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Pr>
                                <w:rFonts w:cs="Times New Roman"/>
                                <w:b/>
                                <w:sz w:val="24"/>
                                <w:szCs w:val="24"/>
                              </w:rPr>
                              <w:t>GEOMETRY II</w:t>
                            </w:r>
                          </w:p>
                        </w:tc>
                        <w:tc>
                          <w:tcPr>
                            <w:tcW w:w="135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BB7149">
                              <w:rPr>
                                <w:rFonts w:cs="Times New Roman"/>
                                <w:b/>
                                <w:sz w:val="24"/>
                                <w:szCs w:val="24"/>
                              </w:rPr>
                              <w:t>3</w:t>
                            </w:r>
                          </w:p>
                        </w:tc>
                      </w:tr>
                      <w:tr w:rsidR="003A37E7" w:rsidRPr="00BB7149" w:rsidTr="003F7672">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B7149" w:rsidRDefault="003A37E7" w:rsidP="00385703">
                            <w:pPr>
                              <w:jc w:val="center"/>
                              <w:rPr>
                                <w:rFonts w:cs="Times New Roman"/>
                                <w:sz w:val="24"/>
                                <w:szCs w:val="24"/>
                              </w:rPr>
                            </w:pPr>
                            <w:r>
                              <w:rPr>
                                <w:rFonts w:cs="Times New Roman"/>
                                <w:sz w:val="24"/>
                                <w:szCs w:val="24"/>
                              </w:rPr>
                              <w:t>MATH 411</w:t>
                            </w:r>
                          </w:p>
                        </w:tc>
                        <w:tc>
                          <w:tcPr>
                            <w:tcW w:w="4230" w:type="dxa"/>
                            <w:vAlign w:val="center"/>
                          </w:tcPr>
                          <w:p w:rsidR="003A37E7" w:rsidRPr="00BB7149" w:rsidRDefault="003A37E7" w:rsidP="0038570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Pr>
                                <w:rFonts w:cs="Times New Roman"/>
                                <w:b/>
                                <w:sz w:val="24"/>
                                <w:szCs w:val="24"/>
                              </w:rPr>
                              <w:t>METHOD OF TEACHING MATH II</w:t>
                            </w:r>
                          </w:p>
                        </w:tc>
                        <w:tc>
                          <w:tcPr>
                            <w:tcW w:w="1350" w:type="dxa"/>
                            <w:vAlign w:val="center"/>
                          </w:tcPr>
                          <w:p w:rsidR="003A37E7" w:rsidRPr="00BB7149" w:rsidRDefault="003A37E7" w:rsidP="0038570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Pr>
                                <w:rFonts w:cs="Times New Roman"/>
                                <w:b/>
                                <w:sz w:val="24"/>
                                <w:szCs w:val="24"/>
                              </w:rPr>
                              <w:t>3</w:t>
                            </w:r>
                          </w:p>
                        </w:tc>
                      </w:tr>
                      <w:tr w:rsidR="003A37E7" w:rsidRPr="00BB7149" w:rsidTr="003F7672">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B7149" w:rsidRDefault="003A37E7" w:rsidP="00385703">
                            <w:pPr>
                              <w:jc w:val="center"/>
                              <w:rPr>
                                <w:rFonts w:cs="Times New Roman"/>
                                <w:sz w:val="24"/>
                                <w:szCs w:val="24"/>
                              </w:rPr>
                            </w:pPr>
                            <w:r>
                              <w:rPr>
                                <w:rFonts w:cs="Times New Roman"/>
                                <w:sz w:val="24"/>
                                <w:szCs w:val="24"/>
                              </w:rPr>
                              <w:t>MINOR</w:t>
                            </w:r>
                          </w:p>
                        </w:tc>
                        <w:tc>
                          <w:tcPr>
                            <w:tcW w:w="423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p>
                        </w:tc>
                        <w:tc>
                          <w:tcPr>
                            <w:tcW w:w="135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Pr>
                                <w:rFonts w:cs="Times New Roman"/>
                                <w:b/>
                                <w:sz w:val="24"/>
                                <w:szCs w:val="24"/>
                              </w:rPr>
                              <w:t>3</w:t>
                            </w:r>
                          </w:p>
                        </w:tc>
                      </w:tr>
                      <w:tr w:rsidR="003A37E7" w:rsidRPr="00BB7149" w:rsidTr="003F7672">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B7149" w:rsidRDefault="003A37E7" w:rsidP="00774D94">
                            <w:pPr>
                              <w:jc w:val="center"/>
                              <w:rPr>
                                <w:rFonts w:cs="Times New Roman"/>
                                <w:sz w:val="24"/>
                                <w:szCs w:val="24"/>
                              </w:rPr>
                            </w:pPr>
                            <w:r>
                              <w:rPr>
                                <w:rFonts w:cs="Times New Roman"/>
                                <w:sz w:val="24"/>
                                <w:szCs w:val="24"/>
                              </w:rPr>
                              <w:t>MINOR</w:t>
                            </w:r>
                          </w:p>
                        </w:tc>
                        <w:tc>
                          <w:tcPr>
                            <w:tcW w:w="4230" w:type="dxa"/>
                            <w:vAlign w:val="center"/>
                          </w:tcPr>
                          <w:p w:rsidR="003A37E7" w:rsidRPr="00BB7149" w:rsidRDefault="003A37E7" w:rsidP="0038570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p>
                        </w:tc>
                        <w:tc>
                          <w:tcPr>
                            <w:tcW w:w="1350" w:type="dxa"/>
                            <w:vAlign w:val="center"/>
                          </w:tcPr>
                          <w:p w:rsidR="003A37E7" w:rsidRPr="00BB7149" w:rsidRDefault="003A37E7" w:rsidP="0038570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BB7149">
                              <w:rPr>
                                <w:rFonts w:cs="Times New Roman"/>
                                <w:b/>
                                <w:sz w:val="24"/>
                                <w:szCs w:val="24"/>
                              </w:rPr>
                              <w:t>3</w:t>
                            </w:r>
                          </w:p>
                        </w:tc>
                      </w:tr>
                      <w:tr w:rsidR="003A37E7" w:rsidRPr="00BB7149" w:rsidTr="003F7672">
                        <w:trPr>
                          <w:cnfStyle w:val="000000010000" w:firstRow="0" w:lastRow="0" w:firstColumn="0" w:lastColumn="0" w:oddVBand="0" w:evenVBand="0" w:oddHBand="0" w:evenHBand="1" w:firstRowFirstColumn="0" w:firstRowLastColumn="0" w:lastRowFirstColumn="0" w:lastRowLastColumn="0"/>
                          <w:trHeight w:val="43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BB7149" w:rsidRDefault="003A37E7" w:rsidP="00385703">
                            <w:pPr>
                              <w:jc w:val="center"/>
                              <w:rPr>
                                <w:rFonts w:cs="Times New Roman"/>
                                <w:sz w:val="24"/>
                                <w:szCs w:val="24"/>
                              </w:rPr>
                            </w:pPr>
                            <w:r>
                              <w:rPr>
                                <w:rFonts w:cs="Times New Roman"/>
                                <w:sz w:val="24"/>
                                <w:szCs w:val="24"/>
                              </w:rPr>
                              <w:t>GEN 109</w:t>
                            </w:r>
                          </w:p>
                        </w:tc>
                        <w:tc>
                          <w:tcPr>
                            <w:tcW w:w="423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Pr>
                                <w:b/>
                                <w:sz w:val="20"/>
                                <w:szCs w:val="20"/>
                              </w:rPr>
                              <w:t>CHRISTIAN DEVELOPMENT CHARACTER I</w:t>
                            </w:r>
                          </w:p>
                        </w:tc>
                        <w:tc>
                          <w:tcPr>
                            <w:tcW w:w="1350" w:type="dxa"/>
                            <w:vAlign w:val="center"/>
                          </w:tcPr>
                          <w:p w:rsidR="003A37E7" w:rsidRPr="00BB7149" w:rsidRDefault="003A37E7" w:rsidP="00385703">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Pr>
                                <w:rFonts w:cs="Times New Roman"/>
                                <w:b/>
                                <w:sz w:val="24"/>
                                <w:szCs w:val="24"/>
                              </w:rPr>
                              <w:t>2</w:t>
                            </w:r>
                          </w:p>
                        </w:tc>
                      </w:tr>
                      <w:tr w:rsidR="003A37E7" w:rsidRPr="00BB7149" w:rsidTr="003F7672">
                        <w:trPr>
                          <w:cnfStyle w:val="000000100000" w:firstRow="0" w:lastRow="0" w:firstColumn="0" w:lastColumn="0" w:oddVBand="0" w:evenVBand="0" w:oddHBand="1" w:evenHBand="0"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5670" w:type="dxa"/>
                            <w:gridSpan w:val="2"/>
                            <w:vAlign w:val="center"/>
                          </w:tcPr>
                          <w:p w:rsidR="003A37E7" w:rsidRPr="00BB7149" w:rsidRDefault="003A37E7" w:rsidP="00385703">
                            <w:pPr>
                              <w:jc w:val="center"/>
                              <w:rPr>
                                <w:rFonts w:cs="Times New Roman"/>
                                <w:sz w:val="24"/>
                                <w:szCs w:val="24"/>
                              </w:rPr>
                            </w:pPr>
                            <w:r w:rsidRPr="00BB7149">
                              <w:rPr>
                                <w:rFonts w:cs="Times New Roman"/>
                                <w:sz w:val="24"/>
                                <w:szCs w:val="24"/>
                              </w:rPr>
                              <w:t>TOTAL CREDIT HOURS</w:t>
                            </w:r>
                          </w:p>
                        </w:tc>
                        <w:tc>
                          <w:tcPr>
                            <w:tcW w:w="1350" w:type="dxa"/>
                            <w:vAlign w:val="center"/>
                          </w:tcPr>
                          <w:p w:rsidR="003A37E7" w:rsidRPr="00BB7149" w:rsidRDefault="003A37E7" w:rsidP="00385703">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Pr>
                                <w:rFonts w:cs="Times New Roman"/>
                                <w:b/>
                                <w:sz w:val="24"/>
                                <w:szCs w:val="24"/>
                              </w:rPr>
                              <w:t>17</w:t>
                            </w:r>
                          </w:p>
                        </w:tc>
                      </w:tr>
                    </w:tbl>
                    <w:p w:rsidR="003A37E7" w:rsidRDefault="003A37E7"/>
                  </w:txbxContent>
                </v:textbox>
              </v:shape>
            </w:pict>
          </mc:Fallback>
        </mc:AlternateContent>
      </w:r>
      <w:r w:rsidR="001E5F59">
        <w:t>15</w:t>
      </w:r>
    </w:p>
    <w:p w:rsidR="00821E42" w:rsidRDefault="00821E42" w:rsidP="00412947">
      <w:pPr>
        <w:jc w:val="center"/>
      </w:pPr>
    </w:p>
    <w:p w:rsidR="00821E42" w:rsidRDefault="00821E42" w:rsidP="00412947">
      <w:pPr>
        <w:jc w:val="center"/>
      </w:pPr>
    </w:p>
    <w:p w:rsidR="00821E42" w:rsidRDefault="00821E42" w:rsidP="00412947">
      <w:pPr>
        <w:jc w:val="center"/>
      </w:pPr>
    </w:p>
    <w:p w:rsidR="00821E42" w:rsidRDefault="00821E42" w:rsidP="00412947">
      <w:pPr>
        <w:jc w:val="center"/>
      </w:pPr>
    </w:p>
    <w:p w:rsidR="00821E42" w:rsidRDefault="00821E42" w:rsidP="00412947">
      <w:pPr>
        <w:jc w:val="center"/>
      </w:pPr>
    </w:p>
    <w:p w:rsidR="00821E42" w:rsidRDefault="00A118A2" w:rsidP="00412947">
      <w:pPr>
        <w:jc w:val="center"/>
      </w:pPr>
      <w:r>
        <w:rPr>
          <w:noProof/>
        </w:rPr>
        <mc:AlternateContent>
          <mc:Choice Requires="wps">
            <w:drawing>
              <wp:anchor distT="0" distB="0" distL="114300" distR="114300" simplePos="0" relativeHeight="251735040" behindDoc="0" locked="0" layoutInCell="1" allowOverlap="1" wp14:anchorId="36991595" wp14:editId="29DDC72D">
                <wp:simplePos x="0" y="0"/>
                <wp:positionH relativeFrom="page">
                  <wp:posOffset>403761</wp:posOffset>
                </wp:positionH>
                <wp:positionV relativeFrom="paragraph">
                  <wp:posOffset>210713</wp:posOffset>
                </wp:positionV>
                <wp:extent cx="4386580" cy="3633849"/>
                <wp:effectExtent l="0" t="0" r="0" b="5080"/>
                <wp:wrapNone/>
                <wp:docPr id="83" name="Text Box 83"/>
                <wp:cNvGraphicFramePr/>
                <a:graphic xmlns:a="http://schemas.openxmlformats.org/drawingml/2006/main">
                  <a:graphicData uri="http://schemas.microsoft.com/office/word/2010/wordprocessingShape">
                    <wps:wsp>
                      <wps:cNvSpPr txBox="1"/>
                      <wps:spPr>
                        <a:xfrm>
                          <a:off x="0" y="0"/>
                          <a:ext cx="4386580" cy="363384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750" w:type="dxa"/>
                              <w:tblInd w:w="-100" w:type="dxa"/>
                              <w:tblLayout w:type="fixed"/>
                              <w:tblLook w:val="04A0" w:firstRow="1" w:lastRow="0" w:firstColumn="1" w:lastColumn="0" w:noHBand="0" w:noVBand="1"/>
                            </w:tblPr>
                            <w:tblGrid>
                              <w:gridCol w:w="1440"/>
                              <w:gridCol w:w="4140"/>
                              <w:gridCol w:w="1170"/>
                            </w:tblGrid>
                            <w:tr w:rsidR="003A37E7" w:rsidRPr="0057643F" w:rsidTr="007F46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57643F" w:rsidRDefault="003A37E7" w:rsidP="00821E42">
                                  <w:pPr>
                                    <w:jc w:val="center"/>
                                    <w:rPr>
                                      <w:color w:val="FF0000"/>
                                      <w:sz w:val="24"/>
                                      <w:szCs w:val="24"/>
                                    </w:rPr>
                                  </w:pPr>
                                  <w:r w:rsidRPr="0057643F">
                                    <w:rPr>
                                      <w:color w:val="FF0000"/>
                                      <w:sz w:val="24"/>
                                      <w:szCs w:val="24"/>
                                    </w:rPr>
                                    <w:t>BSC-EDUCATION –(MATHEMATICS)</w:t>
                                  </w:r>
                                  <w:r>
                                    <w:rPr>
                                      <w:color w:val="FF0000"/>
                                      <w:sz w:val="24"/>
                                      <w:szCs w:val="24"/>
                                    </w:rPr>
                                    <w:t>- MAJOR</w:t>
                                  </w:r>
                                </w:p>
                              </w:tc>
                            </w:tr>
                            <w:tr w:rsidR="003A37E7" w:rsidRPr="0057643F" w:rsidTr="007F46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57643F" w:rsidRDefault="003A37E7" w:rsidP="00821E42">
                                  <w:pPr>
                                    <w:jc w:val="center"/>
                                    <w:rPr>
                                      <w:sz w:val="24"/>
                                      <w:szCs w:val="24"/>
                                    </w:rPr>
                                  </w:pPr>
                                  <w:r w:rsidRPr="0057643F">
                                    <w:rPr>
                                      <w:sz w:val="24"/>
                                      <w:szCs w:val="24"/>
                                    </w:rPr>
                                    <w:t>SENIOR YEAR (YEARIV) - SECOND SEMESTER</w:t>
                                  </w:r>
                                </w:p>
                              </w:tc>
                            </w:tr>
                            <w:tr w:rsidR="003A37E7" w:rsidRPr="0057643F" w:rsidTr="00A118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57643F" w:rsidRDefault="003A37E7" w:rsidP="00821E42">
                                  <w:pPr>
                                    <w:jc w:val="center"/>
                                    <w:rPr>
                                      <w:sz w:val="24"/>
                                      <w:szCs w:val="24"/>
                                    </w:rPr>
                                  </w:pPr>
                                  <w:r w:rsidRPr="0057643F">
                                    <w:rPr>
                                      <w:sz w:val="24"/>
                                      <w:szCs w:val="24"/>
                                    </w:rPr>
                                    <w:t>COURSE CODE</w:t>
                                  </w:r>
                                </w:p>
                              </w:tc>
                              <w:tc>
                                <w:tcPr>
                                  <w:tcW w:w="4140" w:type="dxa"/>
                                  <w:vAlign w:val="center"/>
                                </w:tcPr>
                                <w:p w:rsidR="003A37E7" w:rsidRPr="0057643F" w:rsidRDefault="003A37E7" w:rsidP="00821E42">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57643F">
                                    <w:rPr>
                                      <w:b/>
                                      <w:sz w:val="24"/>
                                      <w:szCs w:val="24"/>
                                    </w:rPr>
                                    <w:t>COURSE TITLE</w:t>
                                  </w:r>
                                </w:p>
                              </w:tc>
                              <w:tc>
                                <w:tcPr>
                                  <w:tcW w:w="1170" w:type="dxa"/>
                                  <w:vAlign w:val="center"/>
                                </w:tcPr>
                                <w:p w:rsidR="003A37E7" w:rsidRPr="0057643F" w:rsidRDefault="003A37E7" w:rsidP="00A118A2">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57643F">
                                    <w:rPr>
                                      <w:b/>
                                      <w:sz w:val="24"/>
                                      <w:szCs w:val="24"/>
                                    </w:rPr>
                                    <w:t>CREDIT HOURS</w:t>
                                  </w:r>
                                </w:p>
                              </w:tc>
                            </w:tr>
                            <w:tr w:rsidR="003A37E7" w:rsidRPr="0057643F" w:rsidTr="00A118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57643F" w:rsidRDefault="003A37E7" w:rsidP="00821E42">
                                  <w:pPr>
                                    <w:jc w:val="center"/>
                                    <w:rPr>
                                      <w:sz w:val="24"/>
                                      <w:szCs w:val="24"/>
                                    </w:rPr>
                                  </w:pPr>
                                  <w:r>
                                    <w:rPr>
                                      <w:sz w:val="24"/>
                                      <w:szCs w:val="24"/>
                                    </w:rPr>
                                    <w:t>EDU 413</w:t>
                                  </w:r>
                                </w:p>
                              </w:tc>
                              <w:tc>
                                <w:tcPr>
                                  <w:tcW w:w="4140" w:type="dxa"/>
                                  <w:vAlign w:val="center"/>
                                </w:tcPr>
                                <w:p w:rsidR="003A37E7" w:rsidRPr="0057643F" w:rsidRDefault="003A37E7" w:rsidP="001E5F59">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VECTOR</w:t>
                                  </w:r>
                                </w:p>
                              </w:tc>
                              <w:tc>
                                <w:tcPr>
                                  <w:tcW w:w="1170" w:type="dxa"/>
                                  <w:vAlign w:val="center"/>
                                </w:tcPr>
                                <w:p w:rsidR="003A37E7" w:rsidRPr="0057643F" w:rsidRDefault="003A37E7" w:rsidP="00A118A2">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3</w:t>
                                  </w:r>
                                </w:p>
                              </w:tc>
                            </w:tr>
                            <w:tr w:rsidR="003A37E7" w:rsidRPr="0057643F" w:rsidTr="00A118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57643F" w:rsidRDefault="003A37E7" w:rsidP="00821E42">
                                  <w:pPr>
                                    <w:jc w:val="center"/>
                                    <w:rPr>
                                      <w:sz w:val="24"/>
                                      <w:szCs w:val="24"/>
                                    </w:rPr>
                                  </w:pPr>
                                  <w:r>
                                    <w:rPr>
                                      <w:sz w:val="24"/>
                                      <w:szCs w:val="24"/>
                                    </w:rPr>
                                    <w:t>EDUC 402</w:t>
                                  </w:r>
                                </w:p>
                              </w:tc>
                              <w:tc>
                                <w:tcPr>
                                  <w:tcW w:w="4140" w:type="dxa"/>
                                  <w:vAlign w:val="center"/>
                                </w:tcPr>
                                <w:p w:rsidR="003A37E7" w:rsidRPr="0057643F" w:rsidRDefault="003A37E7" w:rsidP="00821E42">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TEST MEASUREMENT &amp; EVALUATION</w:t>
                                  </w:r>
                                </w:p>
                              </w:tc>
                              <w:tc>
                                <w:tcPr>
                                  <w:tcW w:w="1170" w:type="dxa"/>
                                  <w:vAlign w:val="center"/>
                                </w:tcPr>
                                <w:p w:rsidR="003A37E7" w:rsidRPr="0057643F" w:rsidRDefault="003A37E7" w:rsidP="00A118A2">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3</w:t>
                                  </w:r>
                                </w:p>
                              </w:tc>
                            </w:tr>
                            <w:tr w:rsidR="003A37E7" w:rsidRPr="0057643F" w:rsidTr="00A118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57643F" w:rsidRDefault="003A37E7" w:rsidP="00821E42">
                                  <w:pPr>
                                    <w:jc w:val="center"/>
                                    <w:rPr>
                                      <w:sz w:val="24"/>
                                      <w:szCs w:val="24"/>
                                    </w:rPr>
                                  </w:pPr>
                                  <w:r>
                                    <w:rPr>
                                      <w:sz w:val="24"/>
                                      <w:szCs w:val="24"/>
                                    </w:rPr>
                                    <w:t>GEN 110</w:t>
                                  </w:r>
                                </w:p>
                              </w:tc>
                              <w:tc>
                                <w:tcPr>
                                  <w:tcW w:w="4140" w:type="dxa"/>
                                  <w:vAlign w:val="center"/>
                                </w:tcPr>
                                <w:p w:rsidR="003A37E7" w:rsidRPr="0057643F" w:rsidRDefault="003A37E7" w:rsidP="00821E42">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0"/>
                                      <w:szCs w:val="20"/>
                                    </w:rPr>
                                    <w:t>CHRISTIAN DEVELOPMENT CHARACTER II</w:t>
                                  </w:r>
                                </w:p>
                              </w:tc>
                              <w:tc>
                                <w:tcPr>
                                  <w:tcW w:w="1170" w:type="dxa"/>
                                  <w:vAlign w:val="center"/>
                                </w:tcPr>
                                <w:p w:rsidR="003A37E7" w:rsidRPr="0057643F" w:rsidRDefault="003A37E7" w:rsidP="00A118A2">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2</w:t>
                                  </w:r>
                                </w:p>
                              </w:tc>
                            </w:tr>
                            <w:tr w:rsidR="003A37E7" w:rsidRPr="0057643F" w:rsidTr="00A118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821E42">
                                  <w:pPr>
                                    <w:jc w:val="center"/>
                                    <w:rPr>
                                      <w:sz w:val="24"/>
                                      <w:szCs w:val="24"/>
                                    </w:rPr>
                                  </w:pPr>
                                  <w:r>
                                    <w:rPr>
                                      <w:sz w:val="24"/>
                                      <w:szCs w:val="24"/>
                                    </w:rPr>
                                    <w:t>EDUC 404</w:t>
                                  </w:r>
                                </w:p>
                              </w:tc>
                              <w:tc>
                                <w:tcPr>
                                  <w:tcW w:w="4140" w:type="dxa"/>
                                  <w:vAlign w:val="center"/>
                                </w:tcPr>
                                <w:p w:rsidR="003A37E7" w:rsidRDefault="003A37E7" w:rsidP="00821E42">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COMPARATIVE EDUCATION</w:t>
                                  </w:r>
                                </w:p>
                              </w:tc>
                              <w:tc>
                                <w:tcPr>
                                  <w:tcW w:w="1170" w:type="dxa"/>
                                  <w:vAlign w:val="center"/>
                                </w:tcPr>
                                <w:p w:rsidR="003A37E7" w:rsidRDefault="003A37E7" w:rsidP="00A118A2">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3</w:t>
                                  </w:r>
                                </w:p>
                              </w:tc>
                            </w:tr>
                            <w:tr w:rsidR="003A37E7" w:rsidRPr="0057643F" w:rsidTr="00A118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821E42">
                                  <w:pPr>
                                    <w:jc w:val="center"/>
                                    <w:rPr>
                                      <w:sz w:val="24"/>
                                      <w:szCs w:val="24"/>
                                    </w:rPr>
                                  </w:pPr>
                                  <w:r>
                                    <w:rPr>
                                      <w:sz w:val="24"/>
                                      <w:szCs w:val="24"/>
                                    </w:rPr>
                                    <w:t>MATH 412</w:t>
                                  </w:r>
                                </w:p>
                              </w:tc>
                              <w:tc>
                                <w:tcPr>
                                  <w:tcW w:w="4140" w:type="dxa"/>
                                  <w:vAlign w:val="center"/>
                                </w:tcPr>
                                <w:p w:rsidR="003A37E7" w:rsidRDefault="003A37E7" w:rsidP="00821E42">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COMPLEX NUMBER &amp; NUMERICAL ANALYSIS</w:t>
                                  </w:r>
                                </w:p>
                              </w:tc>
                              <w:tc>
                                <w:tcPr>
                                  <w:tcW w:w="1170" w:type="dxa"/>
                                  <w:vAlign w:val="center"/>
                                </w:tcPr>
                                <w:p w:rsidR="003A37E7" w:rsidRDefault="003A37E7" w:rsidP="00A118A2">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3</w:t>
                                  </w:r>
                                </w:p>
                              </w:tc>
                            </w:tr>
                            <w:tr w:rsidR="003A37E7" w:rsidRPr="0057643F" w:rsidTr="00A118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821E42">
                                  <w:pPr>
                                    <w:jc w:val="center"/>
                                    <w:rPr>
                                      <w:sz w:val="24"/>
                                      <w:szCs w:val="24"/>
                                    </w:rPr>
                                  </w:pPr>
                                  <w:r>
                                    <w:rPr>
                                      <w:sz w:val="24"/>
                                      <w:szCs w:val="24"/>
                                    </w:rPr>
                                    <w:t>EDUC 409</w:t>
                                  </w:r>
                                </w:p>
                              </w:tc>
                              <w:tc>
                                <w:tcPr>
                                  <w:tcW w:w="4140" w:type="dxa"/>
                                  <w:vAlign w:val="center"/>
                                </w:tcPr>
                                <w:p w:rsidR="003A37E7" w:rsidRDefault="003A37E7" w:rsidP="00821E42">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PRE-SERVICE STUDENT TEACHING</w:t>
                                  </w:r>
                                </w:p>
                              </w:tc>
                              <w:tc>
                                <w:tcPr>
                                  <w:tcW w:w="1170" w:type="dxa"/>
                                  <w:vAlign w:val="center"/>
                                </w:tcPr>
                                <w:p w:rsidR="003A37E7" w:rsidRDefault="003A37E7" w:rsidP="00A118A2">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3</w:t>
                                  </w:r>
                                </w:p>
                              </w:tc>
                            </w:tr>
                            <w:tr w:rsidR="003A37E7" w:rsidRPr="0057643F" w:rsidTr="00A118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821E42">
                                  <w:pPr>
                                    <w:jc w:val="center"/>
                                    <w:rPr>
                                      <w:sz w:val="24"/>
                                      <w:szCs w:val="24"/>
                                    </w:rPr>
                                  </w:pPr>
                                  <w:r>
                                    <w:rPr>
                                      <w:sz w:val="24"/>
                                      <w:szCs w:val="24"/>
                                    </w:rPr>
                                    <w:t>EDUC 414</w:t>
                                  </w:r>
                                </w:p>
                              </w:tc>
                              <w:tc>
                                <w:tcPr>
                                  <w:tcW w:w="4140" w:type="dxa"/>
                                  <w:vAlign w:val="center"/>
                                </w:tcPr>
                                <w:p w:rsidR="003A37E7" w:rsidRDefault="003A37E7" w:rsidP="00821E42">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RESEARCH PROJECT</w:t>
                                  </w:r>
                                </w:p>
                              </w:tc>
                              <w:tc>
                                <w:tcPr>
                                  <w:tcW w:w="1170" w:type="dxa"/>
                                  <w:vAlign w:val="center"/>
                                </w:tcPr>
                                <w:p w:rsidR="003A37E7" w:rsidRDefault="003A37E7" w:rsidP="00A118A2">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3</w:t>
                                  </w:r>
                                </w:p>
                              </w:tc>
                            </w:tr>
                            <w:tr w:rsidR="003A37E7" w:rsidRPr="0057643F" w:rsidTr="00A118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821E42">
                                  <w:pPr>
                                    <w:jc w:val="center"/>
                                    <w:rPr>
                                      <w:sz w:val="24"/>
                                      <w:szCs w:val="24"/>
                                    </w:rPr>
                                  </w:pPr>
                                  <w:r>
                                    <w:rPr>
                                      <w:sz w:val="24"/>
                                      <w:szCs w:val="24"/>
                                    </w:rPr>
                                    <w:t>MINOR</w:t>
                                  </w:r>
                                </w:p>
                              </w:tc>
                              <w:tc>
                                <w:tcPr>
                                  <w:tcW w:w="4140" w:type="dxa"/>
                                  <w:vAlign w:val="center"/>
                                </w:tcPr>
                                <w:p w:rsidR="003A37E7" w:rsidRDefault="003A37E7" w:rsidP="00821E42">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170" w:type="dxa"/>
                                  <w:vAlign w:val="center"/>
                                </w:tcPr>
                                <w:p w:rsidR="003A37E7" w:rsidRDefault="003A37E7" w:rsidP="00A118A2">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3</w:t>
                                  </w:r>
                                </w:p>
                              </w:tc>
                            </w:tr>
                            <w:tr w:rsidR="003A37E7" w:rsidRPr="0057643F" w:rsidTr="00A118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821E42">
                                  <w:pPr>
                                    <w:jc w:val="center"/>
                                    <w:rPr>
                                      <w:sz w:val="24"/>
                                      <w:szCs w:val="24"/>
                                    </w:rPr>
                                  </w:pPr>
                                  <w:r>
                                    <w:rPr>
                                      <w:sz w:val="24"/>
                                      <w:szCs w:val="24"/>
                                    </w:rPr>
                                    <w:t>MINOR</w:t>
                                  </w:r>
                                </w:p>
                              </w:tc>
                              <w:tc>
                                <w:tcPr>
                                  <w:tcW w:w="4140" w:type="dxa"/>
                                  <w:vAlign w:val="center"/>
                                </w:tcPr>
                                <w:p w:rsidR="003A37E7" w:rsidRDefault="003A37E7" w:rsidP="00821E42">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170" w:type="dxa"/>
                                  <w:vAlign w:val="center"/>
                                </w:tcPr>
                                <w:p w:rsidR="003A37E7" w:rsidRDefault="003A37E7" w:rsidP="00A118A2">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3</w:t>
                                  </w:r>
                                </w:p>
                              </w:tc>
                            </w:tr>
                            <w:tr w:rsidR="003A37E7" w:rsidRPr="0057643F" w:rsidTr="00A118A2">
                              <w:trPr>
                                <w:cnfStyle w:val="000000010000" w:firstRow="0" w:lastRow="0" w:firstColumn="0" w:lastColumn="0" w:oddVBand="0" w:evenVBand="0" w:oddHBand="0" w:evenHBand="1"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5580" w:type="dxa"/>
                                  <w:gridSpan w:val="2"/>
                                  <w:vAlign w:val="center"/>
                                </w:tcPr>
                                <w:p w:rsidR="003A37E7" w:rsidRPr="0057643F" w:rsidRDefault="003A37E7" w:rsidP="00821E42">
                                  <w:pPr>
                                    <w:jc w:val="center"/>
                                    <w:rPr>
                                      <w:sz w:val="24"/>
                                      <w:szCs w:val="24"/>
                                    </w:rPr>
                                  </w:pPr>
                                  <w:r w:rsidRPr="0057643F">
                                    <w:rPr>
                                      <w:sz w:val="24"/>
                                      <w:szCs w:val="24"/>
                                    </w:rPr>
                                    <w:t>TOTAL CREDIT HOURS</w:t>
                                  </w:r>
                                </w:p>
                              </w:tc>
                              <w:tc>
                                <w:tcPr>
                                  <w:tcW w:w="1170" w:type="dxa"/>
                                  <w:vAlign w:val="center"/>
                                </w:tcPr>
                                <w:p w:rsidR="003A37E7" w:rsidRPr="0057643F" w:rsidRDefault="003A37E7" w:rsidP="00A118A2">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26</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991595" id="Text Box 83" o:spid="_x0000_s1150" type="#_x0000_t202" style="position:absolute;left:0;text-align:left;margin-left:31.8pt;margin-top:16.6pt;width:345.4pt;height:286.15pt;z-index:251735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" fillcolor="white [3201]" stroked="f" strokeweight=".5pt">
                <v:textbox>
                  <w:txbxContent>
                    <w:tbl>
                      <w:tblPr>
                        <w:tblStyle w:val="LightGrid"/>
                        <w:tblW w:w="6750" w:type="dxa"/>
                        <w:tblInd w:w="-100" w:type="dxa"/>
                        <w:tblLayout w:type="fixed"/>
                        <w:tblLook w:val="04A0" w:firstRow="1" w:lastRow="0" w:firstColumn="1" w:lastColumn="0" w:noHBand="0" w:noVBand="1"/>
                      </w:tblPr>
                      <w:tblGrid>
                        <w:gridCol w:w="1440"/>
                        <w:gridCol w:w="4140"/>
                        <w:gridCol w:w="1170"/>
                      </w:tblGrid>
                      <w:tr w:rsidR="003A37E7" w:rsidRPr="0057643F" w:rsidTr="007F46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57643F" w:rsidRDefault="003A37E7" w:rsidP="00821E42">
                            <w:pPr>
                              <w:jc w:val="center"/>
                              <w:rPr>
                                <w:color w:val="FF0000"/>
                                <w:sz w:val="24"/>
                                <w:szCs w:val="24"/>
                              </w:rPr>
                            </w:pPr>
                            <w:r w:rsidRPr="0057643F">
                              <w:rPr>
                                <w:color w:val="FF0000"/>
                                <w:sz w:val="24"/>
                                <w:szCs w:val="24"/>
                              </w:rPr>
                              <w:t>BSC-EDUCATION –(MATHEMATICS)</w:t>
                            </w:r>
                            <w:r>
                              <w:rPr>
                                <w:color w:val="FF0000"/>
                                <w:sz w:val="24"/>
                                <w:szCs w:val="24"/>
                              </w:rPr>
                              <w:t>- MAJOR</w:t>
                            </w:r>
                          </w:p>
                        </w:tc>
                      </w:tr>
                      <w:tr w:rsidR="003A37E7" w:rsidRPr="0057643F" w:rsidTr="007F469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57643F" w:rsidRDefault="003A37E7" w:rsidP="00821E42">
                            <w:pPr>
                              <w:jc w:val="center"/>
                              <w:rPr>
                                <w:sz w:val="24"/>
                                <w:szCs w:val="24"/>
                              </w:rPr>
                            </w:pPr>
                            <w:r w:rsidRPr="0057643F">
                              <w:rPr>
                                <w:sz w:val="24"/>
                                <w:szCs w:val="24"/>
                              </w:rPr>
                              <w:t>SENIOR YEAR (YEARIV) - SECOND SEMESTER</w:t>
                            </w:r>
                          </w:p>
                        </w:tc>
                      </w:tr>
                      <w:tr w:rsidR="003A37E7" w:rsidRPr="0057643F" w:rsidTr="00A118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57643F" w:rsidRDefault="003A37E7" w:rsidP="00821E42">
                            <w:pPr>
                              <w:jc w:val="center"/>
                              <w:rPr>
                                <w:sz w:val="24"/>
                                <w:szCs w:val="24"/>
                              </w:rPr>
                            </w:pPr>
                            <w:r w:rsidRPr="0057643F">
                              <w:rPr>
                                <w:sz w:val="24"/>
                                <w:szCs w:val="24"/>
                              </w:rPr>
                              <w:t>COURSE CODE</w:t>
                            </w:r>
                          </w:p>
                        </w:tc>
                        <w:tc>
                          <w:tcPr>
                            <w:tcW w:w="4140" w:type="dxa"/>
                            <w:vAlign w:val="center"/>
                          </w:tcPr>
                          <w:p w:rsidR="003A37E7" w:rsidRPr="0057643F" w:rsidRDefault="003A37E7" w:rsidP="00821E42">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57643F">
                              <w:rPr>
                                <w:b/>
                                <w:sz w:val="24"/>
                                <w:szCs w:val="24"/>
                              </w:rPr>
                              <w:t>COURSE TITLE</w:t>
                            </w:r>
                          </w:p>
                        </w:tc>
                        <w:tc>
                          <w:tcPr>
                            <w:tcW w:w="1170" w:type="dxa"/>
                            <w:vAlign w:val="center"/>
                          </w:tcPr>
                          <w:p w:rsidR="003A37E7" w:rsidRPr="0057643F" w:rsidRDefault="003A37E7" w:rsidP="00A118A2">
                            <w:pPr>
                              <w:jc w:val="center"/>
                              <w:cnfStyle w:val="000000010000" w:firstRow="0" w:lastRow="0" w:firstColumn="0" w:lastColumn="0" w:oddVBand="0" w:evenVBand="0" w:oddHBand="0" w:evenHBand="1" w:firstRowFirstColumn="0" w:firstRowLastColumn="0" w:lastRowFirstColumn="0" w:lastRowLastColumn="0"/>
                              <w:rPr>
                                <w:b/>
                                <w:sz w:val="24"/>
                                <w:szCs w:val="24"/>
                              </w:rPr>
                            </w:pPr>
                            <w:r w:rsidRPr="0057643F">
                              <w:rPr>
                                <w:b/>
                                <w:sz w:val="24"/>
                                <w:szCs w:val="24"/>
                              </w:rPr>
                              <w:t>CREDIT HOURS</w:t>
                            </w:r>
                          </w:p>
                        </w:tc>
                      </w:tr>
                      <w:tr w:rsidR="003A37E7" w:rsidRPr="0057643F" w:rsidTr="00A118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57643F" w:rsidRDefault="003A37E7" w:rsidP="00821E42">
                            <w:pPr>
                              <w:jc w:val="center"/>
                              <w:rPr>
                                <w:sz w:val="24"/>
                                <w:szCs w:val="24"/>
                              </w:rPr>
                            </w:pPr>
                            <w:r>
                              <w:rPr>
                                <w:sz w:val="24"/>
                                <w:szCs w:val="24"/>
                              </w:rPr>
                              <w:t>EDU 413</w:t>
                            </w:r>
                          </w:p>
                        </w:tc>
                        <w:tc>
                          <w:tcPr>
                            <w:tcW w:w="4140" w:type="dxa"/>
                            <w:vAlign w:val="center"/>
                          </w:tcPr>
                          <w:p w:rsidR="003A37E7" w:rsidRPr="0057643F" w:rsidRDefault="003A37E7" w:rsidP="001E5F59">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VECTOR</w:t>
                            </w:r>
                          </w:p>
                        </w:tc>
                        <w:tc>
                          <w:tcPr>
                            <w:tcW w:w="1170" w:type="dxa"/>
                            <w:vAlign w:val="center"/>
                          </w:tcPr>
                          <w:p w:rsidR="003A37E7" w:rsidRPr="0057643F" w:rsidRDefault="003A37E7" w:rsidP="00A118A2">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3</w:t>
                            </w:r>
                          </w:p>
                        </w:tc>
                      </w:tr>
                      <w:tr w:rsidR="003A37E7" w:rsidRPr="0057643F" w:rsidTr="00A118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57643F" w:rsidRDefault="003A37E7" w:rsidP="00821E42">
                            <w:pPr>
                              <w:jc w:val="center"/>
                              <w:rPr>
                                <w:sz w:val="24"/>
                                <w:szCs w:val="24"/>
                              </w:rPr>
                            </w:pPr>
                            <w:r>
                              <w:rPr>
                                <w:sz w:val="24"/>
                                <w:szCs w:val="24"/>
                              </w:rPr>
                              <w:t>EDUC 402</w:t>
                            </w:r>
                          </w:p>
                        </w:tc>
                        <w:tc>
                          <w:tcPr>
                            <w:tcW w:w="4140" w:type="dxa"/>
                            <w:vAlign w:val="center"/>
                          </w:tcPr>
                          <w:p w:rsidR="003A37E7" w:rsidRPr="0057643F" w:rsidRDefault="003A37E7" w:rsidP="00821E42">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TEST MEASUREMENT &amp; EVALUATION</w:t>
                            </w:r>
                          </w:p>
                        </w:tc>
                        <w:tc>
                          <w:tcPr>
                            <w:tcW w:w="1170" w:type="dxa"/>
                            <w:vAlign w:val="center"/>
                          </w:tcPr>
                          <w:p w:rsidR="003A37E7" w:rsidRPr="0057643F" w:rsidRDefault="003A37E7" w:rsidP="00A118A2">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3</w:t>
                            </w:r>
                          </w:p>
                        </w:tc>
                      </w:tr>
                      <w:tr w:rsidR="003A37E7" w:rsidRPr="0057643F" w:rsidTr="00A118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57643F" w:rsidRDefault="003A37E7" w:rsidP="00821E42">
                            <w:pPr>
                              <w:jc w:val="center"/>
                              <w:rPr>
                                <w:sz w:val="24"/>
                                <w:szCs w:val="24"/>
                              </w:rPr>
                            </w:pPr>
                            <w:r>
                              <w:rPr>
                                <w:sz w:val="24"/>
                                <w:szCs w:val="24"/>
                              </w:rPr>
                              <w:t>GEN 110</w:t>
                            </w:r>
                          </w:p>
                        </w:tc>
                        <w:tc>
                          <w:tcPr>
                            <w:tcW w:w="4140" w:type="dxa"/>
                            <w:vAlign w:val="center"/>
                          </w:tcPr>
                          <w:p w:rsidR="003A37E7" w:rsidRPr="0057643F" w:rsidRDefault="003A37E7" w:rsidP="00821E42">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0"/>
                                <w:szCs w:val="20"/>
                              </w:rPr>
                              <w:t>CHRISTIAN DEVELOPMENT CHARACTER II</w:t>
                            </w:r>
                          </w:p>
                        </w:tc>
                        <w:tc>
                          <w:tcPr>
                            <w:tcW w:w="1170" w:type="dxa"/>
                            <w:vAlign w:val="center"/>
                          </w:tcPr>
                          <w:p w:rsidR="003A37E7" w:rsidRPr="0057643F" w:rsidRDefault="003A37E7" w:rsidP="00A118A2">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2</w:t>
                            </w:r>
                          </w:p>
                        </w:tc>
                      </w:tr>
                      <w:tr w:rsidR="003A37E7" w:rsidRPr="0057643F" w:rsidTr="00A118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821E42">
                            <w:pPr>
                              <w:jc w:val="center"/>
                              <w:rPr>
                                <w:sz w:val="24"/>
                                <w:szCs w:val="24"/>
                              </w:rPr>
                            </w:pPr>
                            <w:r>
                              <w:rPr>
                                <w:sz w:val="24"/>
                                <w:szCs w:val="24"/>
                              </w:rPr>
                              <w:t>EDUC 404</w:t>
                            </w:r>
                          </w:p>
                        </w:tc>
                        <w:tc>
                          <w:tcPr>
                            <w:tcW w:w="4140" w:type="dxa"/>
                            <w:vAlign w:val="center"/>
                          </w:tcPr>
                          <w:p w:rsidR="003A37E7" w:rsidRDefault="003A37E7" w:rsidP="00821E42">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COMPARATIVE EDUCATION</w:t>
                            </w:r>
                          </w:p>
                        </w:tc>
                        <w:tc>
                          <w:tcPr>
                            <w:tcW w:w="1170" w:type="dxa"/>
                            <w:vAlign w:val="center"/>
                          </w:tcPr>
                          <w:p w:rsidR="003A37E7" w:rsidRDefault="003A37E7" w:rsidP="00A118A2">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3</w:t>
                            </w:r>
                          </w:p>
                        </w:tc>
                      </w:tr>
                      <w:tr w:rsidR="003A37E7" w:rsidRPr="0057643F" w:rsidTr="00A118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821E42">
                            <w:pPr>
                              <w:jc w:val="center"/>
                              <w:rPr>
                                <w:sz w:val="24"/>
                                <w:szCs w:val="24"/>
                              </w:rPr>
                            </w:pPr>
                            <w:r>
                              <w:rPr>
                                <w:sz w:val="24"/>
                                <w:szCs w:val="24"/>
                              </w:rPr>
                              <w:t>MATH 412</w:t>
                            </w:r>
                          </w:p>
                        </w:tc>
                        <w:tc>
                          <w:tcPr>
                            <w:tcW w:w="4140" w:type="dxa"/>
                            <w:vAlign w:val="center"/>
                          </w:tcPr>
                          <w:p w:rsidR="003A37E7" w:rsidRDefault="003A37E7" w:rsidP="00821E42">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COMPLEX NUMBER &amp; NUMERICAL ANALYSIS</w:t>
                            </w:r>
                          </w:p>
                        </w:tc>
                        <w:tc>
                          <w:tcPr>
                            <w:tcW w:w="1170" w:type="dxa"/>
                            <w:vAlign w:val="center"/>
                          </w:tcPr>
                          <w:p w:rsidR="003A37E7" w:rsidRDefault="003A37E7" w:rsidP="00A118A2">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3</w:t>
                            </w:r>
                          </w:p>
                        </w:tc>
                      </w:tr>
                      <w:tr w:rsidR="003A37E7" w:rsidRPr="0057643F" w:rsidTr="00A118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821E42">
                            <w:pPr>
                              <w:jc w:val="center"/>
                              <w:rPr>
                                <w:sz w:val="24"/>
                                <w:szCs w:val="24"/>
                              </w:rPr>
                            </w:pPr>
                            <w:r>
                              <w:rPr>
                                <w:sz w:val="24"/>
                                <w:szCs w:val="24"/>
                              </w:rPr>
                              <w:t>EDUC 409</w:t>
                            </w:r>
                          </w:p>
                        </w:tc>
                        <w:tc>
                          <w:tcPr>
                            <w:tcW w:w="4140" w:type="dxa"/>
                            <w:vAlign w:val="center"/>
                          </w:tcPr>
                          <w:p w:rsidR="003A37E7" w:rsidRDefault="003A37E7" w:rsidP="00821E42">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PRE-SERVICE STUDENT TEACHING</w:t>
                            </w:r>
                          </w:p>
                        </w:tc>
                        <w:tc>
                          <w:tcPr>
                            <w:tcW w:w="1170" w:type="dxa"/>
                            <w:vAlign w:val="center"/>
                          </w:tcPr>
                          <w:p w:rsidR="003A37E7" w:rsidRDefault="003A37E7" w:rsidP="00A118A2">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3</w:t>
                            </w:r>
                          </w:p>
                        </w:tc>
                      </w:tr>
                      <w:tr w:rsidR="003A37E7" w:rsidRPr="0057643F" w:rsidTr="00A118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821E42">
                            <w:pPr>
                              <w:jc w:val="center"/>
                              <w:rPr>
                                <w:sz w:val="24"/>
                                <w:szCs w:val="24"/>
                              </w:rPr>
                            </w:pPr>
                            <w:r>
                              <w:rPr>
                                <w:sz w:val="24"/>
                                <w:szCs w:val="24"/>
                              </w:rPr>
                              <w:t>EDUC 414</w:t>
                            </w:r>
                          </w:p>
                        </w:tc>
                        <w:tc>
                          <w:tcPr>
                            <w:tcW w:w="4140" w:type="dxa"/>
                            <w:vAlign w:val="center"/>
                          </w:tcPr>
                          <w:p w:rsidR="003A37E7" w:rsidRDefault="003A37E7" w:rsidP="00821E42">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RESEARCH PROJECT</w:t>
                            </w:r>
                          </w:p>
                        </w:tc>
                        <w:tc>
                          <w:tcPr>
                            <w:tcW w:w="1170" w:type="dxa"/>
                            <w:vAlign w:val="center"/>
                          </w:tcPr>
                          <w:p w:rsidR="003A37E7" w:rsidRDefault="003A37E7" w:rsidP="00A118A2">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3</w:t>
                            </w:r>
                          </w:p>
                        </w:tc>
                      </w:tr>
                      <w:tr w:rsidR="003A37E7" w:rsidRPr="0057643F" w:rsidTr="00A118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821E42">
                            <w:pPr>
                              <w:jc w:val="center"/>
                              <w:rPr>
                                <w:sz w:val="24"/>
                                <w:szCs w:val="24"/>
                              </w:rPr>
                            </w:pPr>
                            <w:r>
                              <w:rPr>
                                <w:sz w:val="24"/>
                                <w:szCs w:val="24"/>
                              </w:rPr>
                              <w:t>MINOR</w:t>
                            </w:r>
                          </w:p>
                        </w:tc>
                        <w:tc>
                          <w:tcPr>
                            <w:tcW w:w="4140" w:type="dxa"/>
                            <w:vAlign w:val="center"/>
                          </w:tcPr>
                          <w:p w:rsidR="003A37E7" w:rsidRDefault="003A37E7" w:rsidP="00821E42">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170" w:type="dxa"/>
                            <w:vAlign w:val="center"/>
                          </w:tcPr>
                          <w:p w:rsidR="003A37E7" w:rsidRDefault="003A37E7" w:rsidP="00A118A2">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3</w:t>
                            </w:r>
                          </w:p>
                        </w:tc>
                      </w:tr>
                      <w:tr w:rsidR="003A37E7" w:rsidRPr="0057643F" w:rsidTr="00A118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Default="003A37E7" w:rsidP="00821E42">
                            <w:pPr>
                              <w:jc w:val="center"/>
                              <w:rPr>
                                <w:sz w:val="24"/>
                                <w:szCs w:val="24"/>
                              </w:rPr>
                            </w:pPr>
                            <w:r>
                              <w:rPr>
                                <w:sz w:val="24"/>
                                <w:szCs w:val="24"/>
                              </w:rPr>
                              <w:t>MINOR</w:t>
                            </w:r>
                          </w:p>
                        </w:tc>
                        <w:tc>
                          <w:tcPr>
                            <w:tcW w:w="4140" w:type="dxa"/>
                            <w:vAlign w:val="center"/>
                          </w:tcPr>
                          <w:p w:rsidR="003A37E7" w:rsidRDefault="003A37E7" w:rsidP="00821E42">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170" w:type="dxa"/>
                            <w:vAlign w:val="center"/>
                          </w:tcPr>
                          <w:p w:rsidR="003A37E7" w:rsidRDefault="003A37E7" w:rsidP="00A118A2">
                            <w:pPr>
                              <w:jc w:val="center"/>
                              <w:cnfStyle w:val="000000100000" w:firstRow="0" w:lastRow="0" w:firstColumn="0" w:lastColumn="0" w:oddVBand="0" w:evenVBand="0" w:oddHBand="1" w:evenHBand="0" w:firstRowFirstColumn="0" w:firstRowLastColumn="0" w:lastRowFirstColumn="0" w:lastRowLastColumn="0"/>
                              <w:rPr>
                                <w:b/>
                                <w:sz w:val="24"/>
                                <w:szCs w:val="24"/>
                              </w:rPr>
                            </w:pPr>
                            <w:r>
                              <w:rPr>
                                <w:b/>
                                <w:sz w:val="24"/>
                                <w:szCs w:val="24"/>
                              </w:rPr>
                              <w:t>3</w:t>
                            </w:r>
                          </w:p>
                        </w:tc>
                      </w:tr>
                      <w:tr w:rsidR="003A37E7" w:rsidRPr="0057643F" w:rsidTr="00A118A2">
                        <w:trPr>
                          <w:cnfStyle w:val="000000010000" w:firstRow="0" w:lastRow="0" w:firstColumn="0" w:lastColumn="0" w:oddVBand="0" w:evenVBand="0" w:oddHBand="0" w:evenHBand="1" w:firstRowFirstColumn="0" w:firstRowLastColumn="0" w:lastRowFirstColumn="0" w:lastRowLastColumn="0"/>
                          <w:trHeight w:val="737"/>
                        </w:trPr>
                        <w:tc>
                          <w:tcPr>
                            <w:cnfStyle w:val="001000000000" w:firstRow="0" w:lastRow="0" w:firstColumn="1" w:lastColumn="0" w:oddVBand="0" w:evenVBand="0" w:oddHBand="0" w:evenHBand="0" w:firstRowFirstColumn="0" w:firstRowLastColumn="0" w:lastRowFirstColumn="0" w:lastRowLastColumn="0"/>
                            <w:tcW w:w="5580" w:type="dxa"/>
                            <w:gridSpan w:val="2"/>
                            <w:vAlign w:val="center"/>
                          </w:tcPr>
                          <w:p w:rsidR="003A37E7" w:rsidRPr="0057643F" w:rsidRDefault="003A37E7" w:rsidP="00821E42">
                            <w:pPr>
                              <w:jc w:val="center"/>
                              <w:rPr>
                                <w:sz w:val="24"/>
                                <w:szCs w:val="24"/>
                              </w:rPr>
                            </w:pPr>
                            <w:r w:rsidRPr="0057643F">
                              <w:rPr>
                                <w:sz w:val="24"/>
                                <w:szCs w:val="24"/>
                              </w:rPr>
                              <w:t>TOTAL CREDIT HOURS</w:t>
                            </w:r>
                          </w:p>
                        </w:tc>
                        <w:tc>
                          <w:tcPr>
                            <w:tcW w:w="1170" w:type="dxa"/>
                            <w:vAlign w:val="center"/>
                          </w:tcPr>
                          <w:p w:rsidR="003A37E7" w:rsidRPr="0057643F" w:rsidRDefault="003A37E7" w:rsidP="00A118A2">
                            <w:pPr>
                              <w:jc w:val="center"/>
                              <w:cnfStyle w:val="000000010000" w:firstRow="0" w:lastRow="0" w:firstColumn="0" w:lastColumn="0" w:oddVBand="0" w:evenVBand="0" w:oddHBand="0" w:evenHBand="1" w:firstRowFirstColumn="0" w:firstRowLastColumn="0" w:lastRowFirstColumn="0" w:lastRowLastColumn="0"/>
                              <w:rPr>
                                <w:b/>
                                <w:sz w:val="24"/>
                                <w:szCs w:val="24"/>
                              </w:rPr>
                            </w:pPr>
                            <w:r>
                              <w:rPr>
                                <w:b/>
                                <w:sz w:val="24"/>
                                <w:szCs w:val="24"/>
                              </w:rPr>
                              <w:t>26</w:t>
                            </w:r>
                          </w:p>
                        </w:tc>
                      </w:tr>
                    </w:tbl>
                    <w:p w:rsidR="003A37E7" w:rsidRDefault="003A37E7"/>
                  </w:txbxContent>
                </v:textbox>
                <w10:wrap anchorx="page"/>
              </v:shape>
            </w:pict>
          </mc:Fallback>
        </mc:AlternateContent>
      </w:r>
    </w:p>
    <w:p w:rsidR="00821E42" w:rsidRDefault="00821E42" w:rsidP="00412947">
      <w:pPr>
        <w:jc w:val="center"/>
      </w:pPr>
    </w:p>
    <w:p w:rsidR="00821E42" w:rsidRDefault="00821E42" w:rsidP="00412947">
      <w:pPr>
        <w:jc w:val="center"/>
      </w:pPr>
    </w:p>
    <w:p w:rsidR="00821E42" w:rsidRDefault="00821E42" w:rsidP="00412947">
      <w:pPr>
        <w:jc w:val="center"/>
      </w:pPr>
    </w:p>
    <w:p w:rsidR="00821E42" w:rsidRDefault="00821E42" w:rsidP="00412947">
      <w:pPr>
        <w:jc w:val="center"/>
      </w:pPr>
    </w:p>
    <w:p w:rsidR="00821E42" w:rsidRDefault="00821E42" w:rsidP="00412947">
      <w:pPr>
        <w:jc w:val="center"/>
      </w:pPr>
    </w:p>
    <w:p w:rsidR="00821E42" w:rsidRDefault="00821E42" w:rsidP="00412947">
      <w:pPr>
        <w:jc w:val="center"/>
      </w:pPr>
    </w:p>
    <w:p w:rsidR="00821E42" w:rsidRDefault="00821E42" w:rsidP="00412947">
      <w:pPr>
        <w:jc w:val="center"/>
      </w:pPr>
    </w:p>
    <w:p w:rsidR="00821E42" w:rsidRDefault="00821E42" w:rsidP="00412947">
      <w:pPr>
        <w:jc w:val="center"/>
      </w:pPr>
    </w:p>
    <w:p w:rsidR="00821E42" w:rsidRDefault="00821E42" w:rsidP="00412947">
      <w:pPr>
        <w:jc w:val="center"/>
      </w:pPr>
    </w:p>
    <w:p w:rsidR="00821E42" w:rsidRDefault="00821E42" w:rsidP="00412947">
      <w:pPr>
        <w:jc w:val="center"/>
      </w:pPr>
    </w:p>
    <w:p w:rsidR="00821E42" w:rsidRDefault="00821E42" w:rsidP="00412947">
      <w:pPr>
        <w:jc w:val="center"/>
      </w:pPr>
    </w:p>
    <w:p w:rsidR="00FD03AD" w:rsidRDefault="00A118A2" w:rsidP="00412947">
      <w:pPr>
        <w:jc w:val="center"/>
      </w:pPr>
      <w:r>
        <w:rPr>
          <w:noProof/>
        </w:rPr>
        <mc:AlternateContent>
          <mc:Choice Requires="wps">
            <w:drawing>
              <wp:anchor distT="0" distB="0" distL="114300" distR="114300" simplePos="0" relativeHeight="251736064" behindDoc="0" locked="0" layoutInCell="1" allowOverlap="1" wp14:anchorId="1213782F" wp14:editId="0FF64F0F">
                <wp:simplePos x="0" y="0"/>
                <wp:positionH relativeFrom="page">
                  <wp:posOffset>397510</wp:posOffset>
                </wp:positionH>
                <wp:positionV relativeFrom="paragraph">
                  <wp:posOffset>264795</wp:posOffset>
                </wp:positionV>
                <wp:extent cx="4331970" cy="402590"/>
                <wp:effectExtent l="57150" t="38100" r="68580" b="92710"/>
                <wp:wrapNone/>
                <wp:docPr id="84" name="Text Box 84"/>
                <wp:cNvGraphicFramePr/>
                <a:graphic xmlns:a="http://schemas.openxmlformats.org/drawingml/2006/main">
                  <a:graphicData uri="http://schemas.microsoft.com/office/word/2010/wordprocessingShape">
                    <wps:wsp>
                      <wps:cNvSpPr txBox="1"/>
                      <wps:spPr>
                        <a:xfrm>
                          <a:off x="0" y="0"/>
                          <a:ext cx="4331970" cy="402590"/>
                        </a:xfrm>
                        <a:prstGeom prst="rect">
                          <a:avLst/>
                        </a:prstGeom>
                        <a:ln/>
                      </wps:spPr>
                      <wps:style>
                        <a:lnRef idx="1">
                          <a:schemeClr val="accent1"/>
                        </a:lnRef>
                        <a:fillRef idx="2">
                          <a:schemeClr val="accent1"/>
                        </a:fillRef>
                        <a:effectRef idx="1">
                          <a:schemeClr val="accent1"/>
                        </a:effectRef>
                        <a:fontRef idx="minor">
                          <a:schemeClr val="dk1"/>
                        </a:fontRef>
                      </wps:style>
                      <wps:txbx>
                        <w:txbxContent>
                          <w:tbl>
                            <w:tblPr>
                              <w:tblStyle w:val="TableGrid"/>
                              <w:tblW w:w="0" w:type="auto"/>
                              <w:tblLook w:val="04A0" w:firstRow="1" w:lastRow="0" w:firstColumn="1" w:lastColumn="0" w:noHBand="0" w:noVBand="1"/>
                            </w:tblPr>
                            <w:tblGrid>
                              <w:gridCol w:w="4495"/>
                              <w:gridCol w:w="1980"/>
                            </w:tblGrid>
                            <w:tr w:rsidR="003A37E7" w:rsidTr="001E5F59">
                              <w:trPr>
                                <w:trHeight w:val="440"/>
                              </w:trPr>
                              <w:tc>
                                <w:tcPr>
                                  <w:tcW w:w="4495" w:type="dxa"/>
                                </w:tcPr>
                                <w:p w:rsidR="003A37E7" w:rsidRPr="00821E42" w:rsidRDefault="003A37E7">
                                  <w:pPr>
                                    <w:rPr>
                                      <w:i/>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21E42">
                                    <w:rPr>
                                      <w:i/>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1980" w:type="dxa"/>
                                  <w:vAlign w:val="center"/>
                                </w:tcPr>
                                <w:p w:rsidR="003A37E7" w:rsidRPr="003F7672" w:rsidRDefault="003A37E7" w:rsidP="001E5F59">
                                  <w:pPr>
                                    <w:jc w:val="center"/>
                                    <w:rPr>
                                      <w:sz w:val="36"/>
                                      <w:szCs w:val="36"/>
                                    </w:rPr>
                                  </w:pPr>
                                  <w:r>
                                    <w:rPr>
                                      <w:sz w:val="36"/>
                                      <w:szCs w:val="36"/>
                                    </w:rPr>
                                    <w:t>149</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213782F" id="Text Box 84" o:spid="_x0000_s1151" type="#_x0000_t202" style="position:absolute;left:0;text-align:left;margin-left:31.3pt;margin-top:20.85pt;width:341.1pt;height:31.7pt;z-index:2517360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" fillcolor="#a7bfde [1620]" strokecolor="#4579b8 [3044]">
                <v:fill color2="#e4ecf5 [500]" rotate="t" angle="180" colors="0 #a3c4ff;22938f #bfd5ff;1 #e5eeff" focus="100%" type="gradient"/>
                <v:shadow on="t" color="black" opacity="24903f" origin=",.5" offset="0,.55556mm"/>
                <v:textbox>
                  <w:txbxContent>
                    <w:tbl>
                      <w:tblPr>
                        <w:tblStyle w:val="TableGrid"/>
                        <w:tblW w:w="0" w:type="auto"/>
                        <w:tblLook w:val="04A0" w:firstRow="1" w:lastRow="0" w:firstColumn="1" w:lastColumn="0" w:noHBand="0" w:noVBand="1"/>
                      </w:tblPr>
                      <w:tblGrid>
                        <w:gridCol w:w="4495"/>
                        <w:gridCol w:w="1980"/>
                      </w:tblGrid>
                      <w:tr w:rsidR="003A37E7" w:rsidTr="001E5F59">
                        <w:trPr>
                          <w:trHeight w:val="440"/>
                        </w:trPr>
                        <w:tc>
                          <w:tcPr>
                            <w:tcW w:w="4495" w:type="dxa"/>
                          </w:tcPr>
                          <w:p w:rsidR="003A37E7" w:rsidRPr="00821E42" w:rsidRDefault="003A37E7">
                            <w:pPr>
                              <w:rPr>
                                <w:i/>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21E42">
                              <w:rPr>
                                <w:i/>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1980" w:type="dxa"/>
                            <w:vAlign w:val="center"/>
                          </w:tcPr>
                          <w:p w:rsidR="003A37E7" w:rsidRPr="003F7672" w:rsidRDefault="003A37E7" w:rsidP="001E5F59">
                            <w:pPr>
                              <w:jc w:val="center"/>
                              <w:rPr>
                                <w:sz w:val="36"/>
                                <w:szCs w:val="36"/>
                              </w:rPr>
                            </w:pPr>
                            <w:r>
                              <w:rPr>
                                <w:sz w:val="36"/>
                                <w:szCs w:val="36"/>
                              </w:rPr>
                              <w:t>149</w:t>
                            </w:r>
                          </w:p>
                        </w:tc>
                      </w:tr>
                    </w:tbl>
                    <w:p w:rsidR="003A37E7" w:rsidRDefault="003A37E7"/>
                  </w:txbxContent>
                </v:textbox>
                <w10:wrap anchorx="page"/>
              </v:shape>
            </w:pict>
          </mc:Fallback>
        </mc:AlternateContent>
      </w:r>
    </w:p>
    <w:p w:rsidR="00FD03AD" w:rsidRDefault="00E86A77" w:rsidP="00412947">
      <w:pPr>
        <w:jc w:val="center"/>
      </w:pPr>
      <w:r>
        <w:rPr>
          <w:noProof/>
        </w:rPr>
        <w:lastRenderedPageBreak/>
        <mc:AlternateContent>
          <mc:Choice Requires="wps">
            <w:drawing>
              <wp:anchor distT="0" distB="0" distL="114300" distR="114300" simplePos="0" relativeHeight="251764736" behindDoc="0" locked="0" layoutInCell="1" allowOverlap="1" wp14:anchorId="6053E079" wp14:editId="0CD773A0">
                <wp:simplePos x="0" y="0"/>
                <wp:positionH relativeFrom="page">
                  <wp:posOffset>237506</wp:posOffset>
                </wp:positionH>
                <wp:positionV relativeFrom="paragraph">
                  <wp:posOffset>-783771</wp:posOffset>
                </wp:positionV>
                <wp:extent cx="4680712" cy="676893"/>
                <wp:effectExtent l="76200" t="57150" r="81915" b="104775"/>
                <wp:wrapNone/>
                <wp:docPr id="103" name="Text Box 103"/>
                <wp:cNvGraphicFramePr/>
                <a:graphic xmlns:a="http://schemas.openxmlformats.org/drawingml/2006/main">
                  <a:graphicData uri="http://schemas.microsoft.com/office/word/2010/wordprocessingShape">
                    <wps:wsp>
                      <wps:cNvSpPr txBox="1"/>
                      <wps:spPr>
                        <a:xfrm>
                          <a:off x="0" y="0"/>
                          <a:ext cx="4680712" cy="676893"/>
                        </a:xfrm>
                        <a:prstGeom prst="rect">
                          <a:avLst/>
                        </a:prstGeom>
                        <a:ln/>
                      </wps:spPr>
                      <wps:style>
                        <a:lnRef idx="3">
                          <a:schemeClr val="lt1"/>
                        </a:lnRef>
                        <a:fillRef idx="1">
                          <a:schemeClr val="accent1"/>
                        </a:fillRef>
                        <a:effectRef idx="1">
                          <a:schemeClr val="accent1"/>
                        </a:effectRef>
                        <a:fontRef idx="minor">
                          <a:schemeClr val="lt1"/>
                        </a:fontRef>
                      </wps:style>
                      <wps:txbx>
                        <w:txbxContent>
                          <w:p w:rsidR="003A37E7" w:rsidRPr="001153CC" w:rsidRDefault="003A37E7" w:rsidP="001153CC">
                            <w:pPr>
                              <w:pStyle w:val="NoSpacing"/>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153CC">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EDUCATION &amp; RELIGIOUS STUDIESDEPARTMENT OF EDUCATION ADMINISTRATION (MAJOR)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53E079" id="Text Box 103" o:spid="_x0000_s1152" type="#_x0000_t202" style="position:absolute;left:0;text-align:left;margin-left:18.7pt;margin-top:-61.7pt;width:368.55pt;height:53.3pt;z-index:251764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" fillcolor="#4f81bd [3204]" strokecolor="white [3201]" strokeweight="3pt">
                <v:shadow on="t" color="black" opacity="24903f" origin=",.5" offset="0,.55556mm"/>
                <v:textbox>
                  <w:txbxContent>
                    <w:p w:rsidR="003A37E7" w:rsidRPr="001153CC" w:rsidRDefault="003A37E7" w:rsidP="001153CC">
                      <w:pPr>
                        <w:pStyle w:val="NoSpacing"/>
                        <w:jc w:val="center"/>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153CC">
                        <w:rPr>
                          <w:rFonts w:ascii="Times New Roman" w:hAnsi="Times New Roman" w:cs="Times New Roman"/>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EDUCATION &amp; RELIGIOUS STUDIESDEPARTMENT OF EDUCATION ADMINISTRATION (MAJOR)</w:t>
                      </w:r>
                    </w:p>
                  </w:txbxContent>
                </v:textbox>
                <w10:wrap anchorx="page"/>
              </v:shape>
            </w:pict>
          </mc:Fallback>
        </mc:AlternateContent>
      </w:r>
      <w:r w:rsidR="0057643F">
        <w:rPr>
          <w:noProof/>
        </w:rPr>
        <mc:AlternateContent>
          <mc:Choice Requires="wps">
            <w:drawing>
              <wp:anchor distT="0" distB="0" distL="114300" distR="114300" simplePos="0" relativeHeight="251766784" behindDoc="0" locked="0" layoutInCell="1" allowOverlap="1" wp14:anchorId="7986D9EC" wp14:editId="456339AE">
                <wp:simplePos x="0" y="0"/>
                <wp:positionH relativeFrom="page">
                  <wp:posOffset>231648</wp:posOffset>
                </wp:positionH>
                <wp:positionV relativeFrom="paragraph">
                  <wp:posOffset>24384</wp:posOffset>
                </wp:positionV>
                <wp:extent cx="4681220" cy="3450336"/>
                <wp:effectExtent l="0" t="0" r="5080" b="0"/>
                <wp:wrapNone/>
                <wp:docPr id="105" name="Text Box 105"/>
                <wp:cNvGraphicFramePr/>
                <a:graphic xmlns:a="http://schemas.openxmlformats.org/drawingml/2006/main">
                  <a:graphicData uri="http://schemas.microsoft.com/office/word/2010/wordprocessingShape">
                    <wps:wsp>
                      <wps:cNvSpPr txBox="1"/>
                      <wps:spPr>
                        <a:xfrm>
                          <a:off x="0" y="0"/>
                          <a:ext cx="4681220" cy="345033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7010" w:type="dxa"/>
                              <w:tblLayout w:type="fixed"/>
                              <w:tblLook w:val="04A0" w:firstRow="1" w:lastRow="0" w:firstColumn="1" w:lastColumn="0" w:noHBand="0" w:noVBand="1"/>
                            </w:tblPr>
                            <w:tblGrid>
                              <w:gridCol w:w="1440"/>
                              <w:gridCol w:w="4400"/>
                              <w:gridCol w:w="1170"/>
                            </w:tblGrid>
                            <w:tr w:rsidR="003A37E7" w:rsidRPr="00E86A77" w:rsidTr="0057643F">
                              <w:trPr>
                                <w:cnfStyle w:val="100000000000" w:firstRow="1" w:lastRow="0" w:firstColumn="0" w:lastColumn="0" w:oddVBand="0" w:evenVBand="0" w:oddHBand="0"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7010" w:type="dxa"/>
                                  <w:gridSpan w:val="3"/>
                                  <w:vAlign w:val="center"/>
                                </w:tcPr>
                                <w:p w:rsidR="003A37E7" w:rsidRPr="00E86A77" w:rsidRDefault="003A37E7" w:rsidP="00903BB3">
                                  <w:pPr>
                                    <w:jc w:val="center"/>
                                    <w:rPr>
                                      <w:rFonts w:cs="Times New Roman"/>
                                      <w:color w:val="FF0000"/>
                                      <w:sz w:val="20"/>
                                      <w:szCs w:val="20"/>
                                    </w:rPr>
                                  </w:pPr>
                                  <w:r w:rsidRPr="00E86A77">
                                    <w:rPr>
                                      <w:rFonts w:cs="Times New Roman"/>
                                      <w:color w:val="FF0000"/>
                                      <w:sz w:val="20"/>
                                      <w:szCs w:val="20"/>
                                    </w:rPr>
                                    <w:t>BSC-EDUCATION (ADMINISTRATION)</w:t>
                                  </w:r>
                                </w:p>
                              </w:tc>
                            </w:tr>
                            <w:tr w:rsidR="003A37E7" w:rsidRPr="00E86A77" w:rsidTr="005764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0" w:type="dxa"/>
                                  <w:gridSpan w:val="3"/>
                                  <w:vAlign w:val="center"/>
                                </w:tcPr>
                                <w:p w:rsidR="003A37E7" w:rsidRPr="00E86A77" w:rsidRDefault="003A37E7" w:rsidP="00903BB3">
                                  <w:pPr>
                                    <w:jc w:val="center"/>
                                    <w:rPr>
                                      <w:rFonts w:cs="Times New Roman"/>
                                      <w:sz w:val="20"/>
                                      <w:szCs w:val="20"/>
                                    </w:rPr>
                                  </w:pPr>
                                  <w:r w:rsidRPr="00E86A77">
                                    <w:rPr>
                                      <w:rFonts w:cs="Times New Roman"/>
                                      <w:sz w:val="20"/>
                                      <w:szCs w:val="20"/>
                                    </w:rPr>
                                    <w:t>FRESHMEN YEAR (YEAR I) - FIRST SEMESTER</w:t>
                                  </w:r>
                                </w:p>
                              </w:tc>
                            </w:tr>
                            <w:tr w:rsidR="003A37E7" w:rsidRPr="00E86A77" w:rsidTr="005764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COURSE CODE</w:t>
                                  </w:r>
                                </w:p>
                              </w:tc>
                              <w:tc>
                                <w:tcPr>
                                  <w:tcW w:w="440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COURSE TITLE</w:t>
                                  </w:r>
                                </w:p>
                              </w:tc>
                              <w:tc>
                                <w:tcPr>
                                  <w:tcW w:w="117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b/>
                                      <w:sz w:val="20"/>
                                      <w:szCs w:val="20"/>
                                    </w:rPr>
                                    <w:t>CREDIT HOURS</w:t>
                                  </w:r>
                                </w:p>
                              </w:tc>
                            </w:tr>
                            <w:tr w:rsidR="003A37E7" w:rsidRPr="00E86A77" w:rsidTr="005764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GEN 101</w:t>
                                  </w:r>
                                </w:p>
                              </w:tc>
                              <w:tc>
                                <w:tcPr>
                                  <w:tcW w:w="440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b/>
                                      <w:sz w:val="20"/>
                                      <w:szCs w:val="20"/>
                                    </w:rPr>
                                    <w:t>LIFE IN CHRIST 1</w:t>
                                  </w:r>
                                </w:p>
                              </w:tc>
                              <w:tc>
                                <w:tcPr>
                                  <w:tcW w:w="117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2</w:t>
                                  </w:r>
                                </w:p>
                              </w:tc>
                            </w:tr>
                            <w:tr w:rsidR="003A37E7" w:rsidRPr="00E86A77" w:rsidTr="005764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FREN. 101</w:t>
                                  </w:r>
                                </w:p>
                              </w:tc>
                              <w:tc>
                                <w:tcPr>
                                  <w:tcW w:w="440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FUNDAMENTAL OF FRENCH</w:t>
                                  </w:r>
                                </w:p>
                              </w:tc>
                              <w:tc>
                                <w:tcPr>
                                  <w:tcW w:w="117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 xml:space="preserve">BIOL. 101 </w:t>
                                  </w:r>
                                </w:p>
                              </w:tc>
                              <w:tc>
                                <w:tcPr>
                                  <w:tcW w:w="440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GENERAL BIOLOGY</w:t>
                                  </w:r>
                                </w:p>
                              </w:tc>
                              <w:tc>
                                <w:tcPr>
                                  <w:tcW w:w="117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EDU 101</w:t>
                                  </w:r>
                                </w:p>
                              </w:tc>
                              <w:tc>
                                <w:tcPr>
                                  <w:tcW w:w="440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FOUNDATION PSYCHOLOGY OF EDUCATION</w:t>
                                  </w:r>
                                </w:p>
                              </w:tc>
                              <w:tc>
                                <w:tcPr>
                                  <w:tcW w:w="117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EDUC 102</w:t>
                                  </w:r>
                                </w:p>
                              </w:tc>
                              <w:tc>
                                <w:tcPr>
                                  <w:tcW w:w="440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INSTRUCTIONAL MEDIA</w:t>
                                  </w:r>
                                </w:p>
                              </w:tc>
                              <w:tc>
                                <w:tcPr>
                                  <w:tcW w:w="117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010000" w:firstRow="0" w:lastRow="0" w:firstColumn="0" w:lastColumn="0" w:oddVBand="0" w:evenVBand="0" w:oddHBand="0" w:evenHBand="1"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SOS 101</w:t>
                                  </w:r>
                                </w:p>
                              </w:tc>
                              <w:tc>
                                <w:tcPr>
                                  <w:tcW w:w="440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INTRODUCTION TO SOCIAL SCIENCE</w:t>
                                  </w:r>
                                </w:p>
                              </w:tc>
                              <w:tc>
                                <w:tcPr>
                                  <w:tcW w:w="117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MTH 101</w:t>
                                  </w:r>
                                </w:p>
                              </w:tc>
                              <w:tc>
                                <w:tcPr>
                                  <w:tcW w:w="440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GENERAL MATHEMATICS</w:t>
                                  </w:r>
                                </w:p>
                              </w:tc>
                              <w:tc>
                                <w:tcPr>
                                  <w:tcW w:w="117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CMP 101</w:t>
                                  </w:r>
                                </w:p>
                              </w:tc>
                              <w:tc>
                                <w:tcPr>
                                  <w:tcW w:w="440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INTRODUCTION TO COMPUTER CONCEPT</w:t>
                                  </w:r>
                                </w:p>
                              </w:tc>
                              <w:tc>
                                <w:tcPr>
                                  <w:tcW w:w="117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ENGL. 101</w:t>
                                  </w:r>
                                </w:p>
                              </w:tc>
                              <w:tc>
                                <w:tcPr>
                                  <w:tcW w:w="440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ENGLISH &amp; COMMUNICATION SKILLS</w:t>
                                  </w:r>
                                </w:p>
                              </w:tc>
                              <w:tc>
                                <w:tcPr>
                                  <w:tcW w:w="117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5840" w:type="dxa"/>
                                  <w:gridSpan w:val="2"/>
                                  <w:vAlign w:val="center"/>
                                </w:tcPr>
                                <w:p w:rsidR="003A37E7" w:rsidRPr="00E86A77" w:rsidRDefault="003A37E7" w:rsidP="00903BB3">
                                  <w:pPr>
                                    <w:jc w:val="center"/>
                                    <w:rPr>
                                      <w:rFonts w:cs="Times New Roman"/>
                                      <w:sz w:val="20"/>
                                      <w:szCs w:val="20"/>
                                    </w:rPr>
                                  </w:pPr>
                                  <w:r w:rsidRPr="00E86A77">
                                    <w:rPr>
                                      <w:rFonts w:cs="Times New Roman"/>
                                      <w:sz w:val="20"/>
                                      <w:szCs w:val="20"/>
                                    </w:rPr>
                                    <w:t xml:space="preserve">TOTAL </w:t>
                                  </w:r>
                                  <w:r w:rsidRPr="00E86A77">
                                    <w:rPr>
                                      <w:sz w:val="20"/>
                                      <w:szCs w:val="20"/>
                                    </w:rPr>
                                    <w:t>CREDIT HOURS</w:t>
                                  </w:r>
                                </w:p>
                              </w:tc>
                              <w:tc>
                                <w:tcPr>
                                  <w:tcW w:w="117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Pr>
                                      <w:b/>
                                      <w:sz w:val="20"/>
                                      <w:szCs w:val="20"/>
                                    </w:rPr>
                                    <w:t>26</w:t>
                                  </w:r>
                                  <w:r w:rsidRPr="00E86A77">
                                    <w:rPr>
                                      <w:b/>
                                      <w:sz w:val="20"/>
                                      <w:szCs w:val="20"/>
                                    </w:rPr>
                                    <w:t xml:space="preserve"> </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86D9EC" id="Text Box 105" o:spid="_x0000_s1153" type="#_x0000_t202" style="position:absolute;left:0;text-align:left;margin-left:18.25pt;margin-top:1.9pt;width:368.6pt;height:271.7pt;z-index:251766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" fillcolor="white [3201]" stroked="f" strokeweight=".5pt">
                <v:textbox>
                  <w:txbxContent>
                    <w:tbl>
                      <w:tblPr>
                        <w:tblStyle w:val="LightGrid"/>
                        <w:tblW w:w="7010" w:type="dxa"/>
                        <w:tblLayout w:type="fixed"/>
                        <w:tblLook w:val="04A0" w:firstRow="1" w:lastRow="0" w:firstColumn="1" w:lastColumn="0" w:noHBand="0" w:noVBand="1"/>
                      </w:tblPr>
                      <w:tblGrid>
                        <w:gridCol w:w="1440"/>
                        <w:gridCol w:w="4400"/>
                        <w:gridCol w:w="1170"/>
                      </w:tblGrid>
                      <w:tr w:rsidR="003A37E7" w:rsidRPr="00E86A77" w:rsidTr="0057643F">
                        <w:trPr>
                          <w:cnfStyle w:val="100000000000" w:firstRow="1" w:lastRow="0" w:firstColumn="0" w:lastColumn="0" w:oddVBand="0" w:evenVBand="0" w:oddHBand="0"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7010" w:type="dxa"/>
                            <w:gridSpan w:val="3"/>
                            <w:vAlign w:val="center"/>
                          </w:tcPr>
                          <w:p w:rsidR="003A37E7" w:rsidRPr="00E86A77" w:rsidRDefault="003A37E7" w:rsidP="00903BB3">
                            <w:pPr>
                              <w:jc w:val="center"/>
                              <w:rPr>
                                <w:rFonts w:cs="Times New Roman"/>
                                <w:color w:val="FF0000"/>
                                <w:sz w:val="20"/>
                                <w:szCs w:val="20"/>
                              </w:rPr>
                            </w:pPr>
                            <w:r w:rsidRPr="00E86A77">
                              <w:rPr>
                                <w:rFonts w:cs="Times New Roman"/>
                                <w:color w:val="FF0000"/>
                                <w:sz w:val="20"/>
                                <w:szCs w:val="20"/>
                              </w:rPr>
                              <w:t>BSC-EDUCATION (ADMINISTRATION)</w:t>
                            </w:r>
                          </w:p>
                        </w:tc>
                      </w:tr>
                      <w:tr w:rsidR="003A37E7" w:rsidRPr="00E86A77" w:rsidTr="005764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0" w:type="dxa"/>
                            <w:gridSpan w:val="3"/>
                            <w:vAlign w:val="center"/>
                          </w:tcPr>
                          <w:p w:rsidR="003A37E7" w:rsidRPr="00E86A77" w:rsidRDefault="003A37E7" w:rsidP="00903BB3">
                            <w:pPr>
                              <w:jc w:val="center"/>
                              <w:rPr>
                                <w:rFonts w:cs="Times New Roman"/>
                                <w:sz w:val="20"/>
                                <w:szCs w:val="20"/>
                              </w:rPr>
                            </w:pPr>
                            <w:r w:rsidRPr="00E86A77">
                              <w:rPr>
                                <w:rFonts w:cs="Times New Roman"/>
                                <w:sz w:val="20"/>
                                <w:szCs w:val="20"/>
                              </w:rPr>
                              <w:t>FRESHMEN YEAR (YEAR I) - FIRST SEMESTER</w:t>
                            </w:r>
                          </w:p>
                        </w:tc>
                      </w:tr>
                      <w:tr w:rsidR="003A37E7" w:rsidRPr="00E86A77" w:rsidTr="005764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COURSE CODE</w:t>
                            </w:r>
                          </w:p>
                        </w:tc>
                        <w:tc>
                          <w:tcPr>
                            <w:tcW w:w="440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COURSE TITLE</w:t>
                            </w:r>
                          </w:p>
                        </w:tc>
                        <w:tc>
                          <w:tcPr>
                            <w:tcW w:w="117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b/>
                                <w:sz w:val="20"/>
                                <w:szCs w:val="20"/>
                              </w:rPr>
                              <w:t>CREDIT HOURS</w:t>
                            </w:r>
                          </w:p>
                        </w:tc>
                      </w:tr>
                      <w:tr w:rsidR="003A37E7" w:rsidRPr="00E86A77" w:rsidTr="005764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GEN 101</w:t>
                            </w:r>
                          </w:p>
                        </w:tc>
                        <w:tc>
                          <w:tcPr>
                            <w:tcW w:w="440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b/>
                                <w:sz w:val="20"/>
                                <w:szCs w:val="20"/>
                              </w:rPr>
                              <w:t>LIFE IN CHRIST 1</w:t>
                            </w:r>
                          </w:p>
                        </w:tc>
                        <w:tc>
                          <w:tcPr>
                            <w:tcW w:w="117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2</w:t>
                            </w:r>
                          </w:p>
                        </w:tc>
                      </w:tr>
                      <w:tr w:rsidR="003A37E7" w:rsidRPr="00E86A77" w:rsidTr="005764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FREN. 101</w:t>
                            </w:r>
                          </w:p>
                        </w:tc>
                        <w:tc>
                          <w:tcPr>
                            <w:tcW w:w="440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FUNDAMENTAL OF FRENCH</w:t>
                            </w:r>
                          </w:p>
                        </w:tc>
                        <w:tc>
                          <w:tcPr>
                            <w:tcW w:w="117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 xml:space="preserve">BIOL. 101 </w:t>
                            </w:r>
                          </w:p>
                        </w:tc>
                        <w:tc>
                          <w:tcPr>
                            <w:tcW w:w="440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GENERAL BIOLOGY</w:t>
                            </w:r>
                          </w:p>
                        </w:tc>
                        <w:tc>
                          <w:tcPr>
                            <w:tcW w:w="117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EDU 101</w:t>
                            </w:r>
                          </w:p>
                        </w:tc>
                        <w:tc>
                          <w:tcPr>
                            <w:tcW w:w="440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FOUNDATION PSYCHOLOGY OF EDUCATION</w:t>
                            </w:r>
                          </w:p>
                        </w:tc>
                        <w:tc>
                          <w:tcPr>
                            <w:tcW w:w="117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EDUC 102</w:t>
                            </w:r>
                          </w:p>
                        </w:tc>
                        <w:tc>
                          <w:tcPr>
                            <w:tcW w:w="440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INSTRUCTIONAL MEDIA</w:t>
                            </w:r>
                          </w:p>
                        </w:tc>
                        <w:tc>
                          <w:tcPr>
                            <w:tcW w:w="117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010000" w:firstRow="0" w:lastRow="0" w:firstColumn="0" w:lastColumn="0" w:oddVBand="0" w:evenVBand="0" w:oddHBand="0" w:evenHBand="1"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SOS 101</w:t>
                            </w:r>
                          </w:p>
                        </w:tc>
                        <w:tc>
                          <w:tcPr>
                            <w:tcW w:w="440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INTRODUCTION TO SOCIAL SCIENCE</w:t>
                            </w:r>
                          </w:p>
                        </w:tc>
                        <w:tc>
                          <w:tcPr>
                            <w:tcW w:w="117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MTH 101</w:t>
                            </w:r>
                          </w:p>
                        </w:tc>
                        <w:tc>
                          <w:tcPr>
                            <w:tcW w:w="440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GENERAL MATHEMATICS</w:t>
                            </w:r>
                          </w:p>
                        </w:tc>
                        <w:tc>
                          <w:tcPr>
                            <w:tcW w:w="117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CMP 101</w:t>
                            </w:r>
                          </w:p>
                        </w:tc>
                        <w:tc>
                          <w:tcPr>
                            <w:tcW w:w="440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INTRODUCTION TO COMPUTER CONCEPT</w:t>
                            </w:r>
                          </w:p>
                        </w:tc>
                        <w:tc>
                          <w:tcPr>
                            <w:tcW w:w="117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E86A77" w:rsidRDefault="003A37E7" w:rsidP="00903BB3">
                            <w:pPr>
                              <w:jc w:val="center"/>
                              <w:rPr>
                                <w:rFonts w:cs="Times New Roman"/>
                                <w:sz w:val="20"/>
                                <w:szCs w:val="20"/>
                              </w:rPr>
                            </w:pPr>
                            <w:r w:rsidRPr="00E86A77">
                              <w:rPr>
                                <w:rFonts w:cs="Times New Roman"/>
                                <w:sz w:val="20"/>
                                <w:szCs w:val="20"/>
                              </w:rPr>
                              <w:t>ENGL. 101</w:t>
                            </w:r>
                          </w:p>
                        </w:tc>
                        <w:tc>
                          <w:tcPr>
                            <w:tcW w:w="440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ENGLISH &amp; COMMUNICATION SKILLS</w:t>
                            </w:r>
                          </w:p>
                        </w:tc>
                        <w:tc>
                          <w:tcPr>
                            <w:tcW w:w="1170" w:type="dxa"/>
                            <w:vAlign w:val="center"/>
                          </w:tcPr>
                          <w:p w:rsidR="003A37E7" w:rsidRPr="00E86A77" w:rsidRDefault="003A37E7" w:rsidP="00903BB3">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E86A77">
                              <w:rPr>
                                <w:rFonts w:cs="Times New Roman"/>
                                <w:b/>
                                <w:sz w:val="20"/>
                                <w:szCs w:val="20"/>
                              </w:rPr>
                              <w:t>3</w:t>
                            </w:r>
                          </w:p>
                        </w:tc>
                      </w:tr>
                      <w:tr w:rsidR="003A37E7" w:rsidRPr="00E86A77" w:rsidTr="0057643F">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5840" w:type="dxa"/>
                            <w:gridSpan w:val="2"/>
                            <w:vAlign w:val="center"/>
                          </w:tcPr>
                          <w:p w:rsidR="003A37E7" w:rsidRPr="00E86A77" w:rsidRDefault="003A37E7" w:rsidP="00903BB3">
                            <w:pPr>
                              <w:jc w:val="center"/>
                              <w:rPr>
                                <w:rFonts w:cs="Times New Roman"/>
                                <w:sz w:val="20"/>
                                <w:szCs w:val="20"/>
                              </w:rPr>
                            </w:pPr>
                            <w:r w:rsidRPr="00E86A77">
                              <w:rPr>
                                <w:rFonts w:cs="Times New Roman"/>
                                <w:sz w:val="20"/>
                                <w:szCs w:val="20"/>
                              </w:rPr>
                              <w:t xml:space="preserve">TOTAL </w:t>
                            </w:r>
                            <w:r w:rsidRPr="00E86A77">
                              <w:rPr>
                                <w:sz w:val="20"/>
                                <w:szCs w:val="20"/>
                              </w:rPr>
                              <w:t>CREDIT HOURS</w:t>
                            </w:r>
                          </w:p>
                        </w:tc>
                        <w:tc>
                          <w:tcPr>
                            <w:tcW w:w="1170" w:type="dxa"/>
                            <w:vAlign w:val="center"/>
                          </w:tcPr>
                          <w:p w:rsidR="003A37E7" w:rsidRPr="00E86A77"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Pr>
                                <w:b/>
                                <w:sz w:val="20"/>
                                <w:szCs w:val="20"/>
                              </w:rPr>
                              <w:t>26</w:t>
                            </w:r>
                            <w:r w:rsidRPr="00E86A77">
                              <w:rPr>
                                <w:b/>
                                <w:sz w:val="20"/>
                                <w:szCs w:val="20"/>
                              </w:rPr>
                              <w:t xml:space="preserve"> </w:t>
                            </w:r>
                          </w:p>
                        </w:tc>
                      </w:tr>
                    </w:tbl>
                    <w:p w:rsidR="003A37E7" w:rsidRDefault="003A37E7"/>
                  </w:txbxContent>
                </v:textbox>
                <w10:wrap anchorx="page"/>
              </v:shape>
            </w:pict>
          </mc:Fallback>
        </mc:AlternateContent>
      </w:r>
    </w:p>
    <w:p w:rsidR="00FD03AD" w:rsidRDefault="00FD03AD" w:rsidP="00412947">
      <w:pPr>
        <w:jc w:val="center"/>
      </w:pPr>
    </w:p>
    <w:p w:rsidR="00196EEF" w:rsidRDefault="00196EEF" w:rsidP="00412947">
      <w:pPr>
        <w:jc w:val="center"/>
      </w:pPr>
    </w:p>
    <w:p w:rsidR="00FD03AD" w:rsidRDefault="00FD03AD" w:rsidP="00412947">
      <w:pPr>
        <w:jc w:val="center"/>
      </w:pPr>
    </w:p>
    <w:p w:rsidR="00FD03AD" w:rsidRDefault="00FD03AD" w:rsidP="00412947">
      <w:pPr>
        <w:jc w:val="center"/>
      </w:pPr>
    </w:p>
    <w:p w:rsidR="00FD03AD" w:rsidRDefault="00FD03AD" w:rsidP="00412947">
      <w:pPr>
        <w:jc w:val="center"/>
      </w:pPr>
    </w:p>
    <w:p w:rsidR="00FD03AD" w:rsidRDefault="00FD03AD" w:rsidP="00412947">
      <w:pPr>
        <w:jc w:val="center"/>
      </w:pPr>
    </w:p>
    <w:p w:rsidR="00FD03AD" w:rsidRDefault="00FD03AD" w:rsidP="00412947">
      <w:pPr>
        <w:jc w:val="center"/>
      </w:pPr>
    </w:p>
    <w:p w:rsidR="00FD03AD" w:rsidRDefault="00FD03AD" w:rsidP="00412947">
      <w:pPr>
        <w:jc w:val="center"/>
      </w:pPr>
    </w:p>
    <w:p w:rsidR="00FD03AD" w:rsidRDefault="00FD03AD" w:rsidP="00412947">
      <w:pPr>
        <w:jc w:val="center"/>
      </w:pPr>
    </w:p>
    <w:p w:rsidR="00FD03AD" w:rsidRDefault="00856B4D" w:rsidP="00412947">
      <w:pPr>
        <w:jc w:val="center"/>
      </w:pPr>
      <w:r>
        <w:rPr>
          <w:noProof/>
        </w:rPr>
        <mc:AlternateContent>
          <mc:Choice Requires="wps">
            <w:drawing>
              <wp:anchor distT="0" distB="0" distL="114300" distR="114300" simplePos="0" relativeHeight="251767808" behindDoc="0" locked="0" layoutInCell="1" allowOverlap="1" wp14:anchorId="0E8C9D55" wp14:editId="437C91B5">
                <wp:simplePos x="0" y="0"/>
                <wp:positionH relativeFrom="page">
                  <wp:posOffset>304800</wp:posOffset>
                </wp:positionH>
                <wp:positionV relativeFrom="paragraph">
                  <wp:posOffset>302895</wp:posOffset>
                </wp:positionV>
                <wp:extent cx="4608068" cy="3218688"/>
                <wp:effectExtent l="0" t="0" r="2540" b="1270"/>
                <wp:wrapNone/>
                <wp:docPr id="106" name="Text Box 106"/>
                <wp:cNvGraphicFramePr/>
                <a:graphic xmlns:a="http://schemas.openxmlformats.org/drawingml/2006/main">
                  <a:graphicData uri="http://schemas.microsoft.com/office/word/2010/wordprocessingShape">
                    <wps:wsp>
                      <wps:cNvSpPr txBox="1"/>
                      <wps:spPr>
                        <a:xfrm>
                          <a:off x="0" y="0"/>
                          <a:ext cx="4608068" cy="321868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930" w:type="dxa"/>
                              <w:tblInd w:w="-100" w:type="dxa"/>
                              <w:tblLayout w:type="fixed"/>
                              <w:tblLook w:val="04A0" w:firstRow="1" w:lastRow="0" w:firstColumn="1" w:lastColumn="0" w:noHBand="0" w:noVBand="1"/>
                            </w:tblPr>
                            <w:tblGrid>
                              <w:gridCol w:w="1540"/>
                              <w:gridCol w:w="4310"/>
                              <w:gridCol w:w="1080"/>
                            </w:tblGrid>
                            <w:tr w:rsidR="003A37E7" w:rsidRPr="00731C93" w:rsidTr="00E86A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731C93" w:rsidRDefault="003A37E7" w:rsidP="00856B4D">
                                  <w:pPr>
                                    <w:jc w:val="center"/>
                                    <w:rPr>
                                      <w:rFonts w:cs="Times New Roman"/>
                                      <w:color w:val="FF0000"/>
                                    </w:rPr>
                                  </w:pPr>
                                  <w:r w:rsidRPr="00731C93">
                                    <w:rPr>
                                      <w:rFonts w:cs="Times New Roman"/>
                                      <w:color w:val="FF0000"/>
                                    </w:rPr>
                                    <w:t>BSC-EDUCATION (ADMINISTRATION)</w:t>
                                  </w:r>
                                </w:p>
                              </w:tc>
                            </w:tr>
                            <w:tr w:rsidR="003A37E7" w:rsidRPr="00731C93" w:rsidTr="00E86A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731C93" w:rsidRDefault="003A37E7" w:rsidP="00903BB3">
                                  <w:pPr>
                                    <w:jc w:val="center"/>
                                    <w:rPr>
                                      <w:rFonts w:cs="Times New Roman"/>
                                    </w:rPr>
                                  </w:pPr>
                                  <w:r w:rsidRPr="00731C93">
                                    <w:rPr>
                                      <w:rFonts w:cs="Times New Roman"/>
                                      <w:sz w:val="20"/>
                                      <w:szCs w:val="20"/>
                                    </w:rPr>
                                    <w:t>FRESHMEN YEAR (YEAR I) - SECOND SEMESTER</w:t>
                                  </w:r>
                                </w:p>
                              </w:tc>
                            </w:tr>
                            <w:tr w:rsidR="003A37E7" w:rsidRPr="00731C93" w:rsidTr="00E86A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903BB3">
                                  <w:pPr>
                                    <w:jc w:val="center"/>
                                    <w:rPr>
                                      <w:rFonts w:cs="Times New Roman"/>
                                    </w:rPr>
                                  </w:pPr>
                                  <w:r w:rsidRPr="00731C93">
                                    <w:rPr>
                                      <w:rFonts w:cs="Times New Roman"/>
                                    </w:rPr>
                                    <w:t>COURSE CODE</w:t>
                                  </w:r>
                                </w:p>
                              </w:tc>
                              <w:tc>
                                <w:tcPr>
                                  <w:tcW w:w="4310" w:type="dxa"/>
                                  <w:vAlign w:val="center"/>
                                </w:tcPr>
                                <w:p w:rsidR="003A37E7" w:rsidRPr="00731C93"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731C93">
                                    <w:rPr>
                                      <w:rFonts w:cs="Times New Roman"/>
                                      <w:b/>
                                    </w:rPr>
                                    <w:t>COURSE TITLE</w:t>
                                  </w:r>
                                </w:p>
                              </w:tc>
                              <w:tc>
                                <w:tcPr>
                                  <w:tcW w:w="1080" w:type="dxa"/>
                                  <w:vAlign w:val="center"/>
                                </w:tcPr>
                                <w:p w:rsidR="003A37E7" w:rsidRPr="00731C93"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E86A77">
                                    <w:rPr>
                                      <w:b/>
                                      <w:sz w:val="20"/>
                                      <w:szCs w:val="20"/>
                                    </w:rPr>
                                    <w:t>CREDIT HOURS</w:t>
                                  </w:r>
                                </w:p>
                              </w:tc>
                            </w:tr>
                            <w:tr w:rsidR="003A37E7" w:rsidRPr="00731C93" w:rsidTr="00E86A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Pr>
                                      <w:rFonts w:cs="Times New Roman"/>
                                      <w:sz w:val="20"/>
                                      <w:szCs w:val="20"/>
                                    </w:rPr>
                                    <w:t>GEN 102</w:t>
                                  </w:r>
                                </w:p>
                              </w:tc>
                              <w:tc>
                                <w:tcPr>
                                  <w:tcW w:w="4310" w:type="dxa"/>
                                  <w:vAlign w:val="center"/>
                                </w:tcPr>
                                <w:p w:rsidR="003A37E7" w:rsidRPr="00E86A77"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b/>
                                      <w:sz w:val="20"/>
                                      <w:szCs w:val="20"/>
                                    </w:rPr>
                                    <w:t>LIFE IN CHRIST 2</w:t>
                                  </w:r>
                                </w:p>
                              </w:tc>
                              <w:tc>
                                <w:tcPr>
                                  <w:tcW w:w="108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rFonts w:cs="Times New Roman"/>
                                      <w:b/>
                                      <w:sz w:val="20"/>
                                      <w:szCs w:val="20"/>
                                    </w:rPr>
                                    <w:t>2</w:t>
                                  </w:r>
                                </w:p>
                              </w:tc>
                            </w:tr>
                            <w:tr w:rsidR="003A37E7" w:rsidRPr="00731C93" w:rsidTr="00E86A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sidRPr="00731C93">
                                    <w:rPr>
                                      <w:rFonts w:cs="Times New Roman"/>
                                      <w:sz w:val="20"/>
                                      <w:szCs w:val="20"/>
                                    </w:rPr>
                                    <w:t>BUS 102</w:t>
                                  </w:r>
                                </w:p>
                              </w:tc>
                              <w:tc>
                                <w:tcPr>
                                  <w:tcW w:w="4310" w:type="dxa"/>
                                  <w:vAlign w:val="center"/>
                                </w:tcPr>
                                <w:p w:rsidR="003A37E7" w:rsidRPr="00E86A77"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FUNDAMENTAL OF FRENCH</w:t>
                                  </w:r>
                                </w:p>
                              </w:tc>
                              <w:tc>
                                <w:tcPr>
                                  <w:tcW w:w="1080" w:type="dxa"/>
                                  <w:vAlign w:val="center"/>
                                </w:tcPr>
                                <w:p w:rsidR="003A37E7" w:rsidRPr="00731C93"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E86A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sidRPr="00731C93">
                                    <w:rPr>
                                      <w:rFonts w:cs="Times New Roman"/>
                                      <w:sz w:val="20"/>
                                      <w:szCs w:val="20"/>
                                    </w:rPr>
                                    <w:t>EDUC 100</w:t>
                                  </w:r>
                                </w:p>
                              </w:tc>
                              <w:tc>
                                <w:tcPr>
                                  <w:tcW w:w="431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LIBRARY SCIENCE</w:t>
                                  </w:r>
                                </w:p>
                              </w:tc>
                              <w:tc>
                                <w:tcPr>
                                  <w:tcW w:w="108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1</w:t>
                                  </w:r>
                                </w:p>
                              </w:tc>
                            </w:tr>
                            <w:tr w:rsidR="003A37E7" w:rsidRPr="00731C93" w:rsidTr="00E86A77">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sidRPr="00731C93">
                                    <w:rPr>
                                      <w:rFonts w:cs="Times New Roman"/>
                                      <w:sz w:val="20"/>
                                      <w:szCs w:val="20"/>
                                    </w:rPr>
                                    <w:t>EDU 104</w:t>
                                  </w:r>
                                </w:p>
                              </w:tc>
                              <w:tc>
                                <w:tcPr>
                                  <w:tcW w:w="4310" w:type="dxa"/>
                                  <w:vAlign w:val="center"/>
                                </w:tcPr>
                                <w:p w:rsidR="003A37E7" w:rsidRPr="00731C93"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PLANNING AND EVALUATION</w:t>
                                  </w:r>
                                </w:p>
                              </w:tc>
                              <w:tc>
                                <w:tcPr>
                                  <w:tcW w:w="1080" w:type="dxa"/>
                                  <w:vAlign w:val="center"/>
                                </w:tcPr>
                                <w:p w:rsidR="003A37E7" w:rsidRPr="00731C93"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E86A77">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sidRPr="00731C93">
                                    <w:rPr>
                                      <w:rFonts w:cs="Times New Roman"/>
                                      <w:sz w:val="20"/>
                                      <w:szCs w:val="20"/>
                                    </w:rPr>
                                    <w:t>EDU 106</w:t>
                                  </w:r>
                                </w:p>
                              </w:tc>
                              <w:tc>
                                <w:tcPr>
                                  <w:tcW w:w="431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INSTRUCTIONAL METHOD</w:t>
                                  </w:r>
                                </w:p>
                              </w:tc>
                              <w:tc>
                                <w:tcPr>
                                  <w:tcW w:w="108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E86A77">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sidRPr="00731C93">
                                    <w:rPr>
                                      <w:rFonts w:cs="Times New Roman"/>
                                      <w:sz w:val="20"/>
                                      <w:szCs w:val="20"/>
                                    </w:rPr>
                                    <w:t>ENGL 102</w:t>
                                  </w:r>
                                </w:p>
                              </w:tc>
                              <w:tc>
                                <w:tcPr>
                                  <w:tcW w:w="4310" w:type="dxa"/>
                                  <w:vAlign w:val="center"/>
                                </w:tcPr>
                                <w:p w:rsidR="003A37E7" w:rsidRPr="00731C93"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ENGLISH &amp; COMMUNICATION SKILLS II</w:t>
                                  </w:r>
                                </w:p>
                              </w:tc>
                              <w:tc>
                                <w:tcPr>
                                  <w:tcW w:w="1080" w:type="dxa"/>
                                  <w:vAlign w:val="center"/>
                                </w:tcPr>
                                <w:p w:rsidR="003A37E7" w:rsidRPr="00731C93"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E86A77">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sidRPr="00731C93">
                                    <w:rPr>
                                      <w:rFonts w:cs="Times New Roman"/>
                                      <w:sz w:val="20"/>
                                      <w:szCs w:val="20"/>
                                    </w:rPr>
                                    <w:t>MTH 102</w:t>
                                  </w:r>
                                </w:p>
                              </w:tc>
                              <w:tc>
                                <w:tcPr>
                                  <w:tcW w:w="431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MATHEMATICS FOR DECISION MAKING</w:t>
                                  </w:r>
                                </w:p>
                              </w:tc>
                              <w:tc>
                                <w:tcPr>
                                  <w:tcW w:w="108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E86A77">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sidRPr="00731C93">
                                    <w:rPr>
                                      <w:rFonts w:cs="Times New Roman"/>
                                      <w:sz w:val="20"/>
                                      <w:szCs w:val="20"/>
                                    </w:rPr>
                                    <w:t>SOS 102</w:t>
                                  </w:r>
                                </w:p>
                              </w:tc>
                              <w:tc>
                                <w:tcPr>
                                  <w:tcW w:w="4310" w:type="dxa"/>
                                  <w:vAlign w:val="center"/>
                                </w:tcPr>
                                <w:p w:rsidR="003A37E7" w:rsidRPr="00731C93"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LIBERIA SOCIETY</w:t>
                                  </w:r>
                                </w:p>
                              </w:tc>
                              <w:tc>
                                <w:tcPr>
                                  <w:tcW w:w="1080" w:type="dxa"/>
                                  <w:vAlign w:val="center"/>
                                </w:tcPr>
                                <w:p w:rsidR="003A37E7" w:rsidRPr="00731C93"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E86A77">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850" w:type="dxa"/>
                                  <w:gridSpan w:val="2"/>
                                  <w:vAlign w:val="center"/>
                                </w:tcPr>
                                <w:p w:rsidR="003A37E7" w:rsidRPr="00731C93" w:rsidRDefault="003A37E7" w:rsidP="00E86A77">
                                  <w:pPr>
                                    <w:jc w:val="center"/>
                                    <w:rPr>
                                      <w:rFonts w:cs="Times New Roman"/>
                                    </w:rPr>
                                  </w:pPr>
                                  <w:r w:rsidRPr="00731C93">
                                    <w:rPr>
                                      <w:rFonts w:cs="Times New Roman"/>
                                    </w:rPr>
                                    <w:t xml:space="preserve">TOTAL </w:t>
                                  </w:r>
                                  <w:r w:rsidRPr="00E86A77">
                                    <w:rPr>
                                      <w:sz w:val="20"/>
                                      <w:szCs w:val="20"/>
                                    </w:rPr>
                                    <w:t>CREDIT HOURS</w:t>
                                  </w:r>
                                </w:p>
                              </w:tc>
                              <w:tc>
                                <w:tcPr>
                                  <w:tcW w:w="108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2</w:t>
                                  </w:r>
                                  <w:r w:rsidRPr="00731C93">
                                    <w:rPr>
                                      <w:rFonts w:cs="Times New Roman"/>
                                      <w:b/>
                                      <w:sz w:val="20"/>
                                      <w:szCs w:val="20"/>
                                    </w:rPr>
                                    <w:t>1</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8C9D55" id="Text Box 106" o:spid="_x0000_s1154" type="#_x0000_t202" style="position:absolute;left:0;text-align:left;margin-left:24pt;margin-top:23.85pt;width:362.85pt;height:253.45pt;z-index:251767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" fillcolor="white [3201]" stroked="f" strokeweight=".5pt">
                <v:textbox>
                  <w:txbxContent>
                    <w:tbl>
                      <w:tblPr>
                        <w:tblStyle w:val="LightGrid"/>
                        <w:tblW w:w="6930" w:type="dxa"/>
                        <w:tblInd w:w="-100" w:type="dxa"/>
                        <w:tblLayout w:type="fixed"/>
                        <w:tblLook w:val="04A0" w:firstRow="1" w:lastRow="0" w:firstColumn="1" w:lastColumn="0" w:noHBand="0" w:noVBand="1"/>
                      </w:tblPr>
                      <w:tblGrid>
                        <w:gridCol w:w="1540"/>
                        <w:gridCol w:w="4310"/>
                        <w:gridCol w:w="1080"/>
                      </w:tblGrid>
                      <w:tr w:rsidR="003A37E7" w:rsidRPr="00731C93" w:rsidTr="00E86A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731C93" w:rsidRDefault="003A37E7" w:rsidP="00856B4D">
                            <w:pPr>
                              <w:jc w:val="center"/>
                              <w:rPr>
                                <w:rFonts w:cs="Times New Roman"/>
                                <w:color w:val="FF0000"/>
                              </w:rPr>
                            </w:pPr>
                            <w:r w:rsidRPr="00731C93">
                              <w:rPr>
                                <w:rFonts w:cs="Times New Roman"/>
                                <w:color w:val="FF0000"/>
                              </w:rPr>
                              <w:t>BSC-EDUCATION (ADMINISTRATION)</w:t>
                            </w:r>
                          </w:p>
                        </w:tc>
                      </w:tr>
                      <w:tr w:rsidR="003A37E7" w:rsidRPr="00731C93" w:rsidTr="00E86A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731C93" w:rsidRDefault="003A37E7" w:rsidP="00903BB3">
                            <w:pPr>
                              <w:jc w:val="center"/>
                              <w:rPr>
                                <w:rFonts w:cs="Times New Roman"/>
                              </w:rPr>
                            </w:pPr>
                            <w:r w:rsidRPr="00731C93">
                              <w:rPr>
                                <w:rFonts w:cs="Times New Roman"/>
                                <w:sz w:val="20"/>
                                <w:szCs w:val="20"/>
                              </w:rPr>
                              <w:t>FRESHMEN YEAR (YEAR I) - SECOND SEMESTER</w:t>
                            </w:r>
                          </w:p>
                        </w:tc>
                      </w:tr>
                      <w:tr w:rsidR="003A37E7" w:rsidRPr="00731C93" w:rsidTr="00E86A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903BB3">
                            <w:pPr>
                              <w:jc w:val="center"/>
                              <w:rPr>
                                <w:rFonts w:cs="Times New Roman"/>
                              </w:rPr>
                            </w:pPr>
                            <w:r w:rsidRPr="00731C93">
                              <w:rPr>
                                <w:rFonts w:cs="Times New Roman"/>
                              </w:rPr>
                              <w:t>COURSE CODE</w:t>
                            </w:r>
                          </w:p>
                        </w:tc>
                        <w:tc>
                          <w:tcPr>
                            <w:tcW w:w="4310" w:type="dxa"/>
                            <w:vAlign w:val="center"/>
                          </w:tcPr>
                          <w:p w:rsidR="003A37E7" w:rsidRPr="00731C93"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731C93">
                              <w:rPr>
                                <w:rFonts w:cs="Times New Roman"/>
                                <w:b/>
                              </w:rPr>
                              <w:t>COURSE TITLE</w:t>
                            </w:r>
                          </w:p>
                        </w:tc>
                        <w:tc>
                          <w:tcPr>
                            <w:tcW w:w="1080" w:type="dxa"/>
                            <w:vAlign w:val="center"/>
                          </w:tcPr>
                          <w:p w:rsidR="003A37E7" w:rsidRPr="00731C93" w:rsidRDefault="003A37E7" w:rsidP="00903BB3">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E86A77">
                              <w:rPr>
                                <w:b/>
                                <w:sz w:val="20"/>
                                <w:szCs w:val="20"/>
                              </w:rPr>
                              <w:t>CREDIT HOURS</w:t>
                            </w:r>
                          </w:p>
                        </w:tc>
                      </w:tr>
                      <w:tr w:rsidR="003A37E7" w:rsidRPr="00731C93" w:rsidTr="00E86A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Pr>
                                <w:rFonts w:cs="Times New Roman"/>
                                <w:sz w:val="20"/>
                                <w:szCs w:val="20"/>
                              </w:rPr>
                              <w:t>GEN 102</w:t>
                            </w:r>
                          </w:p>
                        </w:tc>
                        <w:tc>
                          <w:tcPr>
                            <w:tcW w:w="4310" w:type="dxa"/>
                            <w:vAlign w:val="center"/>
                          </w:tcPr>
                          <w:p w:rsidR="003A37E7" w:rsidRPr="00E86A77"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b/>
                                <w:sz w:val="20"/>
                                <w:szCs w:val="20"/>
                              </w:rPr>
                              <w:t>LIFE IN CHRIST 2</w:t>
                            </w:r>
                          </w:p>
                        </w:tc>
                        <w:tc>
                          <w:tcPr>
                            <w:tcW w:w="108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rFonts w:cs="Times New Roman"/>
                                <w:b/>
                                <w:sz w:val="20"/>
                                <w:szCs w:val="20"/>
                              </w:rPr>
                              <w:t>2</w:t>
                            </w:r>
                          </w:p>
                        </w:tc>
                      </w:tr>
                      <w:tr w:rsidR="003A37E7" w:rsidRPr="00731C93" w:rsidTr="00E86A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sidRPr="00731C93">
                              <w:rPr>
                                <w:rFonts w:cs="Times New Roman"/>
                                <w:sz w:val="20"/>
                                <w:szCs w:val="20"/>
                              </w:rPr>
                              <w:t>BUS 102</w:t>
                            </w:r>
                          </w:p>
                        </w:tc>
                        <w:tc>
                          <w:tcPr>
                            <w:tcW w:w="4310" w:type="dxa"/>
                            <w:vAlign w:val="center"/>
                          </w:tcPr>
                          <w:p w:rsidR="003A37E7" w:rsidRPr="00E86A77"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E86A77">
                              <w:rPr>
                                <w:rFonts w:cs="Times New Roman"/>
                                <w:b/>
                                <w:sz w:val="20"/>
                                <w:szCs w:val="20"/>
                              </w:rPr>
                              <w:t>FUNDAMENTAL OF FRENCH</w:t>
                            </w:r>
                          </w:p>
                        </w:tc>
                        <w:tc>
                          <w:tcPr>
                            <w:tcW w:w="1080" w:type="dxa"/>
                            <w:vAlign w:val="center"/>
                          </w:tcPr>
                          <w:p w:rsidR="003A37E7" w:rsidRPr="00731C93"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E86A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sidRPr="00731C93">
                              <w:rPr>
                                <w:rFonts w:cs="Times New Roman"/>
                                <w:sz w:val="20"/>
                                <w:szCs w:val="20"/>
                              </w:rPr>
                              <w:t>EDUC 100</w:t>
                            </w:r>
                          </w:p>
                        </w:tc>
                        <w:tc>
                          <w:tcPr>
                            <w:tcW w:w="431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LIBRARY SCIENCE</w:t>
                            </w:r>
                          </w:p>
                        </w:tc>
                        <w:tc>
                          <w:tcPr>
                            <w:tcW w:w="108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1</w:t>
                            </w:r>
                          </w:p>
                        </w:tc>
                      </w:tr>
                      <w:tr w:rsidR="003A37E7" w:rsidRPr="00731C93" w:rsidTr="00E86A77">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sidRPr="00731C93">
                              <w:rPr>
                                <w:rFonts w:cs="Times New Roman"/>
                                <w:sz w:val="20"/>
                                <w:szCs w:val="20"/>
                              </w:rPr>
                              <w:t>EDU 104</w:t>
                            </w:r>
                          </w:p>
                        </w:tc>
                        <w:tc>
                          <w:tcPr>
                            <w:tcW w:w="4310" w:type="dxa"/>
                            <w:vAlign w:val="center"/>
                          </w:tcPr>
                          <w:p w:rsidR="003A37E7" w:rsidRPr="00731C93"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PLANNING AND EVALUATION</w:t>
                            </w:r>
                          </w:p>
                        </w:tc>
                        <w:tc>
                          <w:tcPr>
                            <w:tcW w:w="1080" w:type="dxa"/>
                            <w:vAlign w:val="center"/>
                          </w:tcPr>
                          <w:p w:rsidR="003A37E7" w:rsidRPr="00731C93"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E86A77">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sidRPr="00731C93">
                              <w:rPr>
                                <w:rFonts w:cs="Times New Roman"/>
                                <w:sz w:val="20"/>
                                <w:szCs w:val="20"/>
                              </w:rPr>
                              <w:t>EDU 106</w:t>
                            </w:r>
                          </w:p>
                        </w:tc>
                        <w:tc>
                          <w:tcPr>
                            <w:tcW w:w="431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INSTRUCTIONAL METHOD</w:t>
                            </w:r>
                          </w:p>
                        </w:tc>
                        <w:tc>
                          <w:tcPr>
                            <w:tcW w:w="108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E86A77">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sidRPr="00731C93">
                              <w:rPr>
                                <w:rFonts w:cs="Times New Roman"/>
                                <w:sz w:val="20"/>
                                <w:szCs w:val="20"/>
                              </w:rPr>
                              <w:t>ENGL 102</w:t>
                            </w:r>
                          </w:p>
                        </w:tc>
                        <w:tc>
                          <w:tcPr>
                            <w:tcW w:w="4310" w:type="dxa"/>
                            <w:vAlign w:val="center"/>
                          </w:tcPr>
                          <w:p w:rsidR="003A37E7" w:rsidRPr="00731C93"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ENGLISH &amp; COMMUNICATION SKILLS II</w:t>
                            </w:r>
                          </w:p>
                        </w:tc>
                        <w:tc>
                          <w:tcPr>
                            <w:tcW w:w="1080" w:type="dxa"/>
                            <w:vAlign w:val="center"/>
                          </w:tcPr>
                          <w:p w:rsidR="003A37E7" w:rsidRPr="00731C93"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E86A77">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sidRPr="00731C93">
                              <w:rPr>
                                <w:rFonts w:cs="Times New Roman"/>
                                <w:sz w:val="20"/>
                                <w:szCs w:val="20"/>
                              </w:rPr>
                              <w:t>MTH 102</w:t>
                            </w:r>
                          </w:p>
                        </w:tc>
                        <w:tc>
                          <w:tcPr>
                            <w:tcW w:w="431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MATHEMATICS FOR DECISION MAKING</w:t>
                            </w:r>
                          </w:p>
                        </w:tc>
                        <w:tc>
                          <w:tcPr>
                            <w:tcW w:w="108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E86A77">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E86A77">
                            <w:pPr>
                              <w:jc w:val="center"/>
                              <w:rPr>
                                <w:rFonts w:cs="Times New Roman"/>
                                <w:sz w:val="20"/>
                                <w:szCs w:val="20"/>
                              </w:rPr>
                            </w:pPr>
                            <w:r w:rsidRPr="00731C93">
                              <w:rPr>
                                <w:rFonts w:cs="Times New Roman"/>
                                <w:sz w:val="20"/>
                                <w:szCs w:val="20"/>
                              </w:rPr>
                              <w:t>SOS 102</w:t>
                            </w:r>
                          </w:p>
                        </w:tc>
                        <w:tc>
                          <w:tcPr>
                            <w:tcW w:w="4310" w:type="dxa"/>
                            <w:vAlign w:val="center"/>
                          </w:tcPr>
                          <w:p w:rsidR="003A37E7" w:rsidRPr="00731C93"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LIBERIA SOCIETY</w:t>
                            </w:r>
                          </w:p>
                        </w:tc>
                        <w:tc>
                          <w:tcPr>
                            <w:tcW w:w="1080" w:type="dxa"/>
                            <w:vAlign w:val="center"/>
                          </w:tcPr>
                          <w:p w:rsidR="003A37E7" w:rsidRPr="00731C93" w:rsidRDefault="003A37E7" w:rsidP="00E86A77">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E86A77">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850" w:type="dxa"/>
                            <w:gridSpan w:val="2"/>
                            <w:vAlign w:val="center"/>
                          </w:tcPr>
                          <w:p w:rsidR="003A37E7" w:rsidRPr="00731C93" w:rsidRDefault="003A37E7" w:rsidP="00E86A77">
                            <w:pPr>
                              <w:jc w:val="center"/>
                              <w:rPr>
                                <w:rFonts w:cs="Times New Roman"/>
                              </w:rPr>
                            </w:pPr>
                            <w:r w:rsidRPr="00731C93">
                              <w:rPr>
                                <w:rFonts w:cs="Times New Roman"/>
                              </w:rPr>
                              <w:t xml:space="preserve">TOTAL </w:t>
                            </w:r>
                            <w:r w:rsidRPr="00E86A77">
                              <w:rPr>
                                <w:sz w:val="20"/>
                                <w:szCs w:val="20"/>
                              </w:rPr>
                              <w:t>CREDIT HOURS</w:t>
                            </w:r>
                          </w:p>
                        </w:tc>
                        <w:tc>
                          <w:tcPr>
                            <w:tcW w:w="1080" w:type="dxa"/>
                            <w:vAlign w:val="center"/>
                          </w:tcPr>
                          <w:p w:rsidR="003A37E7" w:rsidRPr="00731C93" w:rsidRDefault="003A37E7" w:rsidP="00E86A77">
                            <w:pPr>
                              <w:jc w:val="center"/>
                              <w:cnfStyle w:val="000000100000" w:firstRow="0" w:lastRow="0" w:firstColumn="0" w:lastColumn="0" w:oddVBand="0" w:evenVBand="0" w:oddHBand="1" w:evenHBand="0" w:firstRowFirstColumn="0" w:firstRowLastColumn="0" w:lastRowFirstColumn="0" w:lastRowLastColumn="0"/>
                              <w:rPr>
                                <w:rFonts w:cs="Times New Roman"/>
                                <w:b/>
                              </w:rPr>
                            </w:pPr>
                            <w:r>
                              <w:rPr>
                                <w:rFonts w:cs="Times New Roman"/>
                                <w:b/>
                              </w:rPr>
                              <w:t>2</w:t>
                            </w:r>
                            <w:r w:rsidRPr="00731C93">
                              <w:rPr>
                                <w:rFonts w:cs="Times New Roman"/>
                                <w:b/>
                                <w:sz w:val="20"/>
                                <w:szCs w:val="20"/>
                              </w:rPr>
                              <w:t>1</w:t>
                            </w:r>
                          </w:p>
                        </w:tc>
                      </w:tr>
                    </w:tbl>
                    <w:p w:rsidR="003A37E7" w:rsidRDefault="003A37E7"/>
                  </w:txbxContent>
                </v:textbox>
                <w10:wrap anchorx="page"/>
              </v:shape>
            </w:pict>
          </mc:Fallback>
        </mc:AlternateContent>
      </w:r>
    </w:p>
    <w:p w:rsidR="00FD03AD" w:rsidRDefault="00FD03AD" w:rsidP="00412947">
      <w:pPr>
        <w:jc w:val="center"/>
      </w:pPr>
    </w:p>
    <w:p w:rsidR="00FD03AD" w:rsidRDefault="00FD03AD" w:rsidP="00412947">
      <w:pPr>
        <w:jc w:val="center"/>
      </w:pPr>
    </w:p>
    <w:p w:rsidR="00FD03AD" w:rsidRDefault="00FD03AD" w:rsidP="00412947">
      <w:pPr>
        <w:jc w:val="center"/>
      </w:pPr>
    </w:p>
    <w:p w:rsidR="00FD03AD" w:rsidRDefault="00FD03AD" w:rsidP="00412947">
      <w:pPr>
        <w:jc w:val="center"/>
      </w:pPr>
    </w:p>
    <w:p w:rsidR="00FD03AD" w:rsidRDefault="00FD03AD" w:rsidP="00412947">
      <w:pPr>
        <w:jc w:val="center"/>
      </w:pPr>
    </w:p>
    <w:p w:rsidR="00FD03AD" w:rsidRDefault="00FD03AD" w:rsidP="00412947">
      <w:pPr>
        <w:jc w:val="center"/>
      </w:pPr>
    </w:p>
    <w:p w:rsidR="00FD03AD" w:rsidRDefault="00FD03AD" w:rsidP="00412947">
      <w:pPr>
        <w:jc w:val="center"/>
      </w:pPr>
    </w:p>
    <w:p w:rsidR="00FD03AD" w:rsidRDefault="00FD03AD" w:rsidP="00412947">
      <w:pPr>
        <w:jc w:val="center"/>
      </w:pPr>
    </w:p>
    <w:p w:rsidR="00FD03AD" w:rsidRDefault="00856B4D" w:rsidP="00412947">
      <w:pPr>
        <w:jc w:val="center"/>
      </w:pPr>
      <w:r>
        <w:rPr>
          <w:noProof/>
        </w:rPr>
        <w:lastRenderedPageBreak/>
        <mc:AlternateContent>
          <mc:Choice Requires="wps">
            <w:drawing>
              <wp:anchor distT="0" distB="0" distL="114300" distR="114300" simplePos="0" relativeHeight="251768832" behindDoc="0" locked="0" layoutInCell="1" allowOverlap="1">
                <wp:simplePos x="0" y="0"/>
                <wp:positionH relativeFrom="page">
                  <wp:posOffset>329184</wp:posOffset>
                </wp:positionH>
                <wp:positionV relativeFrom="paragraph">
                  <wp:posOffset>-658368</wp:posOffset>
                </wp:positionV>
                <wp:extent cx="4450080" cy="3133344"/>
                <wp:effectExtent l="0" t="0" r="7620" b="0"/>
                <wp:wrapNone/>
                <wp:docPr id="107" name="Text Box 107"/>
                <wp:cNvGraphicFramePr/>
                <a:graphic xmlns:a="http://schemas.openxmlformats.org/drawingml/2006/main">
                  <a:graphicData uri="http://schemas.microsoft.com/office/word/2010/wordprocessingShape">
                    <wps:wsp>
                      <wps:cNvSpPr txBox="1"/>
                      <wps:spPr>
                        <a:xfrm>
                          <a:off x="0" y="0"/>
                          <a:ext cx="4450080" cy="313334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750" w:type="dxa"/>
                              <w:tblInd w:w="-100" w:type="dxa"/>
                              <w:tblLayout w:type="fixed"/>
                              <w:tblLook w:val="04A0" w:firstRow="1" w:lastRow="0" w:firstColumn="1" w:lastColumn="0" w:noHBand="0" w:noVBand="1"/>
                            </w:tblPr>
                            <w:tblGrid>
                              <w:gridCol w:w="1540"/>
                              <w:gridCol w:w="4040"/>
                              <w:gridCol w:w="1170"/>
                            </w:tblGrid>
                            <w:tr w:rsidR="003A37E7" w:rsidRPr="00731C93" w:rsidTr="003130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731C93" w:rsidRDefault="003A37E7" w:rsidP="00856B4D">
                                  <w:pPr>
                                    <w:jc w:val="center"/>
                                    <w:rPr>
                                      <w:rFonts w:cs="Times New Roman"/>
                                      <w:color w:val="FF0000"/>
                                      <w:sz w:val="24"/>
                                      <w:szCs w:val="24"/>
                                    </w:rPr>
                                  </w:pPr>
                                  <w:r w:rsidRPr="00731C93">
                                    <w:rPr>
                                      <w:rFonts w:cs="Times New Roman"/>
                                      <w:color w:val="FF0000"/>
                                      <w:sz w:val="24"/>
                                      <w:szCs w:val="24"/>
                                    </w:rPr>
                                    <w:t>BSC-EDUCATION (ADMINISTRATION)</w:t>
                                  </w:r>
                                </w:p>
                              </w:tc>
                            </w:tr>
                            <w:tr w:rsidR="003A37E7" w:rsidRPr="00731C93" w:rsidTr="003130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731C93" w:rsidRDefault="003A37E7" w:rsidP="00856B4D">
                                  <w:pPr>
                                    <w:jc w:val="center"/>
                                    <w:rPr>
                                      <w:rFonts w:cs="Times New Roman"/>
                                      <w:sz w:val="24"/>
                                      <w:szCs w:val="24"/>
                                    </w:rPr>
                                  </w:pPr>
                                  <w:r w:rsidRPr="00731C93">
                                    <w:rPr>
                                      <w:rFonts w:cs="Times New Roman"/>
                                      <w:sz w:val="24"/>
                                      <w:szCs w:val="24"/>
                                    </w:rPr>
                                    <w:t xml:space="preserve">SOPHOMORE YEAR (YEAR II) - FIRST SEMESTER </w:t>
                                  </w:r>
                                </w:p>
                              </w:tc>
                            </w:tr>
                            <w:tr w:rsidR="003A37E7" w:rsidRPr="00731C93" w:rsidTr="00BF50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sidRPr="00731C93">
                                    <w:rPr>
                                      <w:rFonts w:cs="Times New Roman"/>
                                      <w:sz w:val="24"/>
                                      <w:szCs w:val="24"/>
                                    </w:rPr>
                                    <w:t>COURSE CODE</w:t>
                                  </w:r>
                                </w:p>
                              </w:tc>
                              <w:tc>
                                <w:tcPr>
                                  <w:tcW w:w="404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731C93">
                                    <w:rPr>
                                      <w:rFonts w:cs="Times New Roman"/>
                                      <w:b/>
                                      <w:sz w:val="24"/>
                                      <w:szCs w:val="24"/>
                                    </w:rPr>
                                    <w:t>COURSE TITLE</w:t>
                                  </w:r>
                                </w:p>
                              </w:tc>
                              <w:tc>
                                <w:tcPr>
                                  <w:tcW w:w="117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E86A77">
                                    <w:rPr>
                                      <w:b/>
                                      <w:sz w:val="20"/>
                                      <w:szCs w:val="20"/>
                                    </w:rPr>
                                    <w:t>CREDIT HOURS</w:t>
                                  </w:r>
                                </w:p>
                              </w:tc>
                            </w:tr>
                            <w:tr w:rsidR="003A37E7" w:rsidRPr="00731C93" w:rsidTr="00BF50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Pr>
                                      <w:rFonts w:cs="Times New Roman"/>
                                      <w:sz w:val="20"/>
                                      <w:szCs w:val="20"/>
                                    </w:rPr>
                                    <w:t>GEN 107</w:t>
                                  </w:r>
                                </w:p>
                              </w:tc>
                              <w:tc>
                                <w:tcPr>
                                  <w:tcW w:w="404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B177B4">
                                    <w:rPr>
                                      <w:b/>
                                    </w:rPr>
                                    <w:t>DISCIPLESHIP  1</w:t>
                                  </w:r>
                                </w:p>
                              </w:tc>
                              <w:tc>
                                <w:tcPr>
                                  <w:tcW w:w="117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Pr>
                                      <w:rFonts w:cs="Times New Roman"/>
                                      <w:b/>
                                      <w:sz w:val="24"/>
                                      <w:szCs w:val="24"/>
                                    </w:rPr>
                                    <w:t>2</w:t>
                                  </w:r>
                                </w:p>
                              </w:tc>
                            </w:tr>
                            <w:tr w:rsidR="003A37E7" w:rsidRPr="00731C93" w:rsidTr="00BF50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sidRPr="00731C93">
                                    <w:rPr>
                                      <w:rFonts w:cs="Times New Roman"/>
                                      <w:sz w:val="24"/>
                                      <w:szCs w:val="24"/>
                                    </w:rPr>
                                    <w:t>EDU 201</w:t>
                                  </w:r>
                                </w:p>
                              </w:tc>
                              <w:tc>
                                <w:tcPr>
                                  <w:tcW w:w="404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731C93">
                                    <w:rPr>
                                      <w:rFonts w:cs="Times New Roman"/>
                                      <w:b/>
                                      <w:sz w:val="24"/>
                                      <w:szCs w:val="24"/>
                                    </w:rPr>
                                    <w:t>CLASSROOM MANAGEMENT</w:t>
                                  </w:r>
                                </w:p>
                              </w:tc>
                              <w:tc>
                                <w:tcPr>
                                  <w:tcW w:w="117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731C93">
                                    <w:rPr>
                                      <w:rFonts w:cs="Times New Roman"/>
                                      <w:b/>
                                      <w:sz w:val="24"/>
                                      <w:szCs w:val="24"/>
                                    </w:rPr>
                                    <w:t>3</w:t>
                                  </w:r>
                                </w:p>
                              </w:tc>
                            </w:tr>
                            <w:tr w:rsidR="003A37E7" w:rsidRPr="00731C93" w:rsidTr="00BF50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sidRPr="00731C93">
                                    <w:rPr>
                                      <w:rFonts w:cs="Times New Roman"/>
                                      <w:sz w:val="24"/>
                                      <w:szCs w:val="24"/>
                                    </w:rPr>
                                    <w:t>EDU 203</w:t>
                                  </w:r>
                                </w:p>
                              </w:tc>
                              <w:tc>
                                <w:tcPr>
                                  <w:tcW w:w="404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731C93">
                                    <w:rPr>
                                      <w:rFonts w:cs="Times New Roman"/>
                                      <w:b/>
                                      <w:sz w:val="24"/>
                                      <w:szCs w:val="24"/>
                                    </w:rPr>
                                    <w:t>GUIDING AND COUNSRLING</w:t>
                                  </w:r>
                                </w:p>
                              </w:tc>
                              <w:tc>
                                <w:tcPr>
                                  <w:tcW w:w="117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731C93">
                                    <w:rPr>
                                      <w:rFonts w:cs="Times New Roman"/>
                                      <w:b/>
                                      <w:sz w:val="24"/>
                                      <w:szCs w:val="24"/>
                                    </w:rPr>
                                    <w:t>3</w:t>
                                  </w:r>
                                </w:p>
                              </w:tc>
                            </w:tr>
                            <w:tr w:rsidR="003A37E7" w:rsidRPr="00731C93" w:rsidTr="00BF50E5">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sidRPr="00731C93">
                                    <w:rPr>
                                      <w:rFonts w:cs="Times New Roman"/>
                                      <w:sz w:val="24"/>
                                      <w:szCs w:val="24"/>
                                    </w:rPr>
                                    <w:t>BUS 102</w:t>
                                  </w:r>
                                </w:p>
                              </w:tc>
                              <w:tc>
                                <w:tcPr>
                                  <w:tcW w:w="404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731C93">
                                    <w:rPr>
                                      <w:rFonts w:cs="Times New Roman"/>
                                      <w:b/>
                                      <w:sz w:val="24"/>
                                      <w:szCs w:val="24"/>
                                    </w:rPr>
                                    <w:t>ENTERPRENEURSHIP</w:t>
                                  </w:r>
                                </w:p>
                              </w:tc>
                              <w:tc>
                                <w:tcPr>
                                  <w:tcW w:w="117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731C93">
                                    <w:rPr>
                                      <w:rFonts w:cs="Times New Roman"/>
                                      <w:b/>
                                      <w:sz w:val="24"/>
                                      <w:szCs w:val="24"/>
                                    </w:rPr>
                                    <w:t>3</w:t>
                                  </w:r>
                                </w:p>
                              </w:tc>
                            </w:tr>
                            <w:tr w:rsidR="003A37E7" w:rsidRPr="00731C93" w:rsidTr="00BF50E5">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sidRPr="00731C93">
                                    <w:rPr>
                                      <w:rFonts w:cs="Times New Roman"/>
                                      <w:sz w:val="24"/>
                                      <w:szCs w:val="24"/>
                                    </w:rPr>
                                    <w:t>BUS 201</w:t>
                                  </w:r>
                                </w:p>
                              </w:tc>
                              <w:tc>
                                <w:tcPr>
                                  <w:tcW w:w="404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731C93">
                                    <w:rPr>
                                      <w:rFonts w:cs="Times New Roman"/>
                                      <w:b/>
                                      <w:sz w:val="24"/>
                                      <w:szCs w:val="24"/>
                                    </w:rPr>
                                    <w:t>PRINCIPLE OF MANAGEMENT</w:t>
                                  </w:r>
                                </w:p>
                              </w:tc>
                              <w:tc>
                                <w:tcPr>
                                  <w:tcW w:w="117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731C93">
                                    <w:rPr>
                                      <w:rFonts w:cs="Times New Roman"/>
                                      <w:b/>
                                      <w:sz w:val="24"/>
                                      <w:szCs w:val="24"/>
                                    </w:rPr>
                                    <w:t>3</w:t>
                                  </w:r>
                                </w:p>
                              </w:tc>
                            </w:tr>
                            <w:tr w:rsidR="003A37E7" w:rsidRPr="00731C93" w:rsidTr="00BF50E5">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sidRPr="00731C93">
                                    <w:rPr>
                                      <w:rFonts w:cs="Times New Roman"/>
                                      <w:sz w:val="24"/>
                                      <w:szCs w:val="24"/>
                                    </w:rPr>
                                    <w:t>PADM 203</w:t>
                                  </w:r>
                                </w:p>
                              </w:tc>
                              <w:tc>
                                <w:tcPr>
                                  <w:tcW w:w="404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731C93">
                                    <w:rPr>
                                      <w:rFonts w:cs="Times New Roman"/>
                                      <w:b/>
                                      <w:sz w:val="24"/>
                                      <w:szCs w:val="24"/>
                                    </w:rPr>
                                    <w:t>PRINCIPLE OF ADMINISTRATION</w:t>
                                  </w:r>
                                </w:p>
                              </w:tc>
                              <w:tc>
                                <w:tcPr>
                                  <w:tcW w:w="117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731C93">
                                    <w:rPr>
                                      <w:rFonts w:cs="Times New Roman"/>
                                      <w:b/>
                                      <w:sz w:val="24"/>
                                      <w:szCs w:val="24"/>
                                    </w:rPr>
                                    <w:t>3</w:t>
                                  </w:r>
                                </w:p>
                              </w:tc>
                            </w:tr>
                            <w:tr w:rsidR="003A37E7" w:rsidRPr="00731C93" w:rsidTr="00BF50E5">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sidRPr="00731C93">
                                    <w:rPr>
                                      <w:rFonts w:cs="Times New Roman"/>
                                      <w:sz w:val="24"/>
                                      <w:szCs w:val="24"/>
                                    </w:rPr>
                                    <w:t>EDU 200</w:t>
                                  </w:r>
                                </w:p>
                              </w:tc>
                              <w:tc>
                                <w:tcPr>
                                  <w:tcW w:w="404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731C93">
                                    <w:rPr>
                                      <w:rFonts w:cs="Times New Roman"/>
                                      <w:b/>
                                      <w:sz w:val="24"/>
                                      <w:szCs w:val="24"/>
                                    </w:rPr>
                                    <w:t>EDUCATIONAL PLANNING</w:t>
                                  </w:r>
                                </w:p>
                              </w:tc>
                              <w:tc>
                                <w:tcPr>
                                  <w:tcW w:w="117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731C93">
                                    <w:rPr>
                                      <w:rFonts w:cs="Times New Roman"/>
                                      <w:b/>
                                      <w:sz w:val="24"/>
                                      <w:szCs w:val="24"/>
                                    </w:rPr>
                                    <w:t>3</w:t>
                                  </w:r>
                                </w:p>
                              </w:tc>
                            </w:tr>
                            <w:tr w:rsidR="003A37E7" w:rsidRPr="00731C93" w:rsidTr="00BF50E5">
                              <w:trPr>
                                <w:cnfStyle w:val="000000010000" w:firstRow="0" w:lastRow="0" w:firstColumn="0" w:lastColumn="0" w:oddVBand="0" w:evenVBand="0" w:oddHBand="0" w:evenHBand="1"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580" w:type="dxa"/>
                                  <w:gridSpan w:val="2"/>
                                  <w:vAlign w:val="center"/>
                                </w:tcPr>
                                <w:p w:rsidR="003A37E7" w:rsidRPr="00731C93" w:rsidRDefault="003A37E7" w:rsidP="00856B4D">
                                  <w:pPr>
                                    <w:jc w:val="center"/>
                                    <w:rPr>
                                      <w:rFonts w:cs="Times New Roman"/>
                                      <w:sz w:val="24"/>
                                      <w:szCs w:val="24"/>
                                    </w:rPr>
                                  </w:pPr>
                                  <w:r w:rsidRPr="00731C93">
                                    <w:rPr>
                                      <w:rFonts w:cs="Times New Roman"/>
                                      <w:sz w:val="24"/>
                                      <w:szCs w:val="24"/>
                                    </w:rPr>
                                    <w:t xml:space="preserve">TOTAL </w:t>
                                  </w:r>
                                  <w:r w:rsidRPr="00E86A77">
                                    <w:rPr>
                                      <w:sz w:val="20"/>
                                      <w:szCs w:val="20"/>
                                    </w:rPr>
                                    <w:t>CREDIT HOURS</w:t>
                                  </w:r>
                                </w:p>
                              </w:tc>
                              <w:tc>
                                <w:tcPr>
                                  <w:tcW w:w="117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4352F8">
                                    <w:rPr>
                                      <w:rFonts w:cs="Times New Roman"/>
                                      <w:b/>
                                    </w:rPr>
                                    <w:t>2</w:t>
                                  </w:r>
                                  <w:r w:rsidRPr="00731C93">
                                    <w:rPr>
                                      <w:rFonts w:cs="Times New Roman"/>
                                      <w:sz w:val="24"/>
                                      <w:szCs w:val="24"/>
                                    </w:rPr>
                                    <w:t>0</w:t>
                                  </w:r>
                                </w:p>
                              </w:tc>
                            </w:tr>
                          </w:tbl>
                          <w:p w:rsidR="003A37E7" w:rsidRPr="00856B4D" w:rsidRDefault="003A37E7">
                            <w:pPr>
                              <w:rPr>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7" o:spid="_x0000_s1155" type="#_x0000_t202" style="position:absolute;left:0;text-align:left;margin-left:25.9pt;margin-top:-51.85pt;width:350.4pt;height:246.7pt;z-index:251768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" fillcolor="white [3201]" stroked="f" strokeweight=".5pt">
                <v:textbox>
                  <w:txbxContent>
                    <w:tbl>
                      <w:tblPr>
                        <w:tblStyle w:val="LightGrid"/>
                        <w:tblW w:w="6750" w:type="dxa"/>
                        <w:tblInd w:w="-100" w:type="dxa"/>
                        <w:tblLayout w:type="fixed"/>
                        <w:tblLook w:val="04A0" w:firstRow="1" w:lastRow="0" w:firstColumn="1" w:lastColumn="0" w:noHBand="0" w:noVBand="1"/>
                      </w:tblPr>
                      <w:tblGrid>
                        <w:gridCol w:w="1540"/>
                        <w:gridCol w:w="4040"/>
                        <w:gridCol w:w="1170"/>
                      </w:tblGrid>
                      <w:tr w:rsidR="003A37E7" w:rsidRPr="00731C93" w:rsidTr="003130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731C93" w:rsidRDefault="003A37E7" w:rsidP="00856B4D">
                            <w:pPr>
                              <w:jc w:val="center"/>
                              <w:rPr>
                                <w:rFonts w:cs="Times New Roman"/>
                                <w:color w:val="FF0000"/>
                                <w:sz w:val="24"/>
                                <w:szCs w:val="24"/>
                              </w:rPr>
                            </w:pPr>
                            <w:r w:rsidRPr="00731C93">
                              <w:rPr>
                                <w:rFonts w:cs="Times New Roman"/>
                                <w:color w:val="FF0000"/>
                                <w:sz w:val="24"/>
                                <w:szCs w:val="24"/>
                              </w:rPr>
                              <w:t>BSC-EDUCATION (ADMINISTRATION)</w:t>
                            </w:r>
                          </w:p>
                        </w:tc>
                      </w:tr>
                      <w:tr w:rsidR="003A37E7" w:rsidRPr="00731C93" w:rsidTr="003130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731C93" w:rsidRDefault="003A37E7" w:rsidP="00856B4D">
                            <w:pPr>
                              <w:jc w:val="center"/>
                              <w:rPr>
                                <w:rFonts w:cs="Times New Roman"/>
                                <w:sz w:val="24"/>
                                <w:szCs w:val="24"/>
                              </w:rPr>
                            </w:pPr>
                            <w:r w:rsidRPr="00731C93">
                              <w:rPr>
                                <w:rFonts w:cs="Times New Roman"/>
                                <w:sz w:val="24"/>
                                <w:szCs w:val="24"/>
                              </w:rPr>
                              <w:t xml:space="preserve">SOPHOMORE YEAR (YEAR II) - FIRST SEMESTER </w:t>
                            </w:r>
                          </w:p>
                        </w:tc>
                      </w:tr>
                      <w:tr w:rsidR="003A37E7" w:rsidRPr="00731C93" w:rsidTr="00BF50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sidRPr="00731C93">
                              <w:rPr>
                                <w:rFonts w:cs="Times New Roman"/>
                                <w:sz w:val="24"/>
                                <w:szCs w:val="24"/>
                              </w:rPr>
                              <w:t>COURSE CODE</w:t>
                            </w:r>
                          </w:p>
                        </w:tc>
                        <w:tc>
                          <w:tcPr>
                            <w:tcW w:w="404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731C93">
                              <w:rPr>
                                <w:rFonts w:cs="Times New Roman"/>
                                <w:b/>
                                <w:sz w:val="24"/>
                                <w:szCs w:val="24"/>
                              </w:rPr>
                              <w:t>COURSE TITLE</w:t>
                            </w:r>
                          </w:p>
                        </w:tc>
                        <w:tc>
                          <w:tcPr>
                            <w:tcW w:w="117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E86A77">
                              <w:rPr>
                                <w:b/>
                                <w:sz w:val="20"/>
                                <w:szCs w:val="20"/>
                              </w:rPr>
                              <w:t>CREDIT HOURS</w:t>
                            </w:r>
                          </w:p>
                        </w:tc>
                      </w:tr>
                      <w:tr w:rsidR="003A37E7" w:rsidRPr="00731C93" w:rsidTr="00BF50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Pr>
                                <w:rFonts w:cs="Times New Roman"/>
                                <w:sz w:val="20"/>
                                <w:szCs w:val="20"/>
                              </w:rPr>
                              <w:t>GEN 107</w:t>
                            </w:r>
                          </w:p>
                        </w:tc>
                        <w:tc>
                          <w:tcPr>
                            <w:tcW w:w="404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B177B4">
                              <w:rPr>
                                <w:b/>
                              </w:rPr>
                              <w:t>DISCIPLESHIP  1</w:t>
                            </w:r>
                          </w:p>
                        </w:tc>
                        <w:tc>
                          <w:tcPr>
                            <w:tcW w:w="117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Pr>
                                <w:rFonts w:cs="Times New Roman"/>
                                <w:b/>
                                <w:sz w:val="24"/>
                                <w:szCs w:val="24"/>
                              </w:rPr>
                              <w:t>2</w:t>
                            </w:r>
                          </w:p>
                        </w:tc>
                      </w:tr>
                      <w:tr w:rsidR="003A37E7" w:rsidRPr="00731C93" w:rsidTr="00BF50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sidRPr="00731C93">
                              <w:rPr>
                                <w:rFonts w:cs="Times New Roman"/>
                                <w:sz w:val="24"/>
                                <w:szCs w:val="24"/>
                              </w:rPr>
                              <w:t>EDU 201</w:t>
                            </w:r>
                          </w:p>
                        </w:tc>
                        <w:tc>
                          <w:tcPr>
                            <w:tcW w:w="404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731C93">
                              <w:rPr>
                                <w:rFonts w:cs="Times New Roman"/>
                                <w:b/>
                                <w:sz w:val="24"/>
                                <w:szCs w:val="24"/>
                              </w:rPr>
                              <w:t>CLASSROOM MANAGEMENT</w:t>
                            </w:r>
                          </w:p>
                        </w:tc>
                        <w:tc>
                          <w:tcPr>
                            <w:tcW w:w="117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731C93">
                              <w:rPr>
                                <w:rFonts w:cs="Times New Roman"/>
                                <w:b/>
                                <w:sz w:val="24"/>
                                <w:szCs w:val="24"/>
                              </w:rPr>
                              <w:t>3</w:t>
                            </w:r>
                          </w:p>
                        </w:tc>
                      </w:tr>
                      <w:tr w:rsidR="003A37E7" w:rsidRPr="00731C93" w:rsidTr="00BF50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sidRPr="00731C93">
                              <w:rPr>
                                <w:rFonts w:cs="Times New Roman"/>
                                <w:sz w:val="24"/>
                                <w:szCs w:val="24"/>
                              </w:rPr>
                              <w:t>EDU 203</w:t>
                            </w:r>
                          </w:p>
                        </w:tc>
                        <w:tc>
                          <w:tcPr>
                            <w:tcW w:w="404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731C93">
                              <w:rPr>
                                <w:rFonts w:cs="Times New Roman"/>
                                <w:b/>
                                <w:sz w:val="24"/>
                                <w:szCs w:val="24"/>
                              </w:rPr>
                              <w:t>GUIDING AND COUNSRLING</w:t>
                            </w:r>
                          </w:p>
                        </w:tc>
                        <w:tc>
                          <w:tcPr>
                            <w:tcW w:w="117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731C93">
                              <w:rPr>
                                <w:rFonts w:cs="Times New Roman"/>
                                <w:b/>
                                <w:sz w:val="24"/>
                                <w:szCs w:val="24"/>
                              </w:rPr>
                              <w:t>3</w:t>
                            </w:r>
                          </w:p>
                        </w:tc>
                      </w:tr>
                      <w:tr w:rsidR="003A37E7" w:rsidRPr="00731C93" w:rsidTr="00BF50E5">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sidRPr="00731C93">
                              <w:rPr>
                                <w:rFonts w:cs="Times New Roman"/>
                                <w:sz w:val="24"/>
                                <w:szCs w:val="24"/>
                              </w:rPr>
                              <w:t>BUS 102</w:t>
                            </w:r>
                          </w:p>
                        </w:tc>
                        <w:tc>
                          <w:tcPr>
                            <w:tcW w:w="404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731C93">
                              <w:rPr>
                                <w:rFonts w:cs="Times New Roman"/>
                                <w:b/>
                                <w:sz w:val="24"/>
                                <w:szCs w:val="24"/>
                              </w:rPr>
                              <w:t>ENTERPRENEURSHIP</w:t>
                            </w:r>
                          </w:p>
                        </w:tc>
                        <w:tc>
                          <w:tcPr>
                            <w:tcW w:w="117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731C93">
                              <w:rPr>
                                <w:rFonts w:cs="Times New Roman"/>
                                <w:b/>
                                <w:sz w:val="24"/>
                                <w:szCs w:val="24"/>
                              </w:rPr>
                              <w:t>3</w:t>
                            </w:r>
                          </w:p>
                        </w:tc>
                      </w:tr>
                      <w:tr w:rsidR="003A37E7" w:rsidRPr="00731C93" w:rsidTr="00BF50E5">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sidRPr="00731C93">
                              <w:rPr>
                                <w:rFonts w:cs="Times New Roman"/>
                                <w:sz w:val="24"/>
                                <w:szCs w:val="24"/>
                              </w:rPr>
                              <w:t>BUS 201</w:t>
                            </w:r>
                          </w:p>
                        </w:tc>
                        <w:tc>
                          <w:tcPr>
                            <w:tcW w:w="404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731C93">
                              <w:rPr>
                                <w:rFonts w:cs="Times New Roman"/>
                                <w:b/>
                                <w:sz w:val="24"/>
                                <w:szCs w:val="24"/>
                              </w:rPr>
                              <w:t>PRINCIPLE OF MANAGEMENT</w:t>
                            </w:r>
                          </w:p>
                        </w:tc>
                        <w:tc>
                          <w:tcPr>
                            <w:tcW w:w="117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731C93">
                              <w:rPr>
                                <w:rFonts w:cs="Times New Roman"/>
                                <w:b/>
                                <w:sz w:val="24"/>
                                <w:szCs w:val="24"/>
                              </w:rPr>
                              <w:t>3</w:t>
                            </w:r>
                          </w:p>
                        </w:tc>
                      </w:tr>
                      <w:tr w:rsidR="003A37E7" w:rsidRPr="00731C93" w:rsidTr="00BF50E5">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sidRPr="00731C93">
                              <w:rPr>
                                <w:rFonts w:cs="Times New Roman"/>
                                <w:sz w:val="24"/>
                                <w:szCs w:val="24"/>
                              </w:rPr>
                              <w:t>PADM 203</w:t>
                            </w:r>
                          </w:p>
                        </w:tc>
                        <w:tc>
                          <w:tcPr>
                            <w:tcW w:w="404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731C93">
                              <w:rPr>
                                <w:rFonts w:cs="Times New Roman"/>
                                <w:b/>
                                <w:sz w:val="24"/>
                                <w:szCs w:val="24"/>
                              </w:rPr>
                              <w:t>PRINCIPLE OF ADMINISTRATION</w:t>
                            </w:r>
                          </w:p>
                        </w:tc>
                        <w:tc>
                          <w:tcPr>
                            <w:tcW w:w="117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731C93">
                              <w:rPr>
                                <w:rFonts w:cs="Times New Roman"/>
                                <w:b/>
                                <w:sz w:val="24"/>
                                <w:szCs w:val="24"/>
                              </w:rPr>
                              <w:t>3</w:t>
                            </w:r>
                          </w:p>
                        </w:tc>
                      </w:tr>
                      <w:tr w:rsidR="003A37E7" w:rsidRPr="00731C93" w:rsidTr="00BF50E5">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856B4D">
                            <w:pPr>
                              <w:jc w:val="center"/>
                              <w:rPr>
                                <w:rFonts w:cs="Times New Roman"/>
                                <w:sz w:val="24"/>
                                <w:szCs w:val="24"/>
                              </w:rPr>
                            </w:pPr>
                            <w:r w:rsidRPr="00731C93">
                              <w:rPr>
                                <w:rFonts w:cs="Times New Roman"/>
                                <w:sz w:val="24"/>
                                <w:szCs w:val="24"/>
                              </w:rPr>
                              <w:t>EDU 200</w:t>
                            </w:r>
                          </w:p>
                        </w:tc>
                        <w:tc>
                          <w:tcPr>
                            <w:tcW w:w="404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731C93">
                              <w:rPr>
                                <w:rFonts w:cs="Times New Roman"/>
                                <w:b/>
                                <w:sz w:val="24"/>
                                <w:szCs w:val="24"/>
                              </w:rPr>
                              <w:t>EDUCATIONAL PLANNING</w:t>
                            </w:r>
                          </w:p>
                        </w:tc>
                        <w:tc>
                          <w:tcPr>
                            <w:tcW w:w="1170" w:type="dxa"/>
                            <w:vAlign w:val="center"/>
                          </w:tcPr>
                          <w:p w:rsidR="003A37E7" w:rsidRPr="00731C93" w:rsidRDefault="003A37E7" w:rsidP="00856B4D">
                            <w:pPr>
                              <w:jc w:val="center"/>
                              <w:cnfStyle w:val="000000100000" w:firstRow="0" w:lastRow="0" w:firstColumn="0" w:lastColumn="0" w:oddVBand="0" w:evenVBand="0" w:oddHBand="1" w:evenHBand="0" w:firstRowFirstColumn="0" w:firstRowLastColumn="0" w:lastRowFirstColumn="0" w:lastRowLastColumn="0"/>
                              <w:rPr>
                                <w:rFonts w:cs="Times New Roman"/>
                                <w:b/>
                                <w:sz w:val="24"/>
                                <w:szCs w:val="24"/>
                              </w:rPr>
                            </w:pPr>
                            <w:r w:rsidRPr="00731C93">
                              <w:rPr>
                                <w:rFonts w:cs="Times New Roman"/>
                                <w:b/>
                                <w:sz w:val="24"/>
                                <w:szCs w:val="24"/>
                              </w:rPr>
                              <w:t>3</w:t>
                            </w:r>
                          </w:p>
                        </w:tc>
                      </w:tr>
                      <w:tr w:rsidR="003A37E7" w:rsidRPr="00731C93" w:rsidTr="00BF50E5">
                        <w:trPr>
                          <w:cnfStyle w:val="000000010000" w:firstRow="0" w:lastRow="0" w:firstColumn="0" w:lastColumn="0" w:oddVBand="0" w:evenVBand="0" w:oddHBand="0" w:evenHBand="1"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580" w:type="dxa"/>
                            <w:gridSpan w:val="2"/>
                            <w:vAlign w:val="center"/>
                          </w:tcPr>
                          <w:p w:rsidR="003A37E7" w:rsidRPr="00731C93" w:rsidRDefault="003A37E7" w:rsidP="00856B4D">
                            <w:pPr>
                              <w:jc w:val="center"/>
                              <w:rPr>
                                <w:rFonts w:cs="Times New Roman"/>
                                <w:sz w:val="24"/>
                                <w:szCs w:val="24"/>
                              </w:rPr>
                            </w:pPr>
                            <w:r w:rsidRPr="00731C93">
                              <w:rPr>
                                <w:rFonts w:cs="Times New Roman"/>
                                <w:sz w:val="24"/>
                                <w:szCs w:val="24"/>
                              </w:rPr>
                              <w:t xml:space="preserve">TOTAL </w:t>
                            </w:r>
                            <w:r w:rsidRPr="00E86A77">
                              <w:rPr>
                                <w:sz w:val="20"/>
                                <w:szCs w:val="20"/>
                              </w:rPr>
                              <w:t>CREDIT HOURS</w:t>
                            </w:r>
                          </w:p>
                        </w:tc>
                        <w:tc>
                          <w:tcPr>
                            <w:tcW w:w="1170" w:type="dxa"/>
                            <w:vAlign w:val="center"/>
                          </w:tcPr>
                          <w:p w:rsidR="003A37E7" w:rsidRPr="00731C93" w:rsidRDefault="003A37E7" w:rsidP="00856B4D">
                            <w:pPr>
                              <w:jc w:val="center"/>
                              <w:cnfStyle w:val="000000010000" w:firstRow="0" w:lastRow="0" w:firstColumn="0" w:lastColumn="0" w:oddVBand="0" w:evenVBand="0" w:oddHBand="0" w:evenHBand="1" w:firstRowFirstColumn="0" w:firstRowLastColumn="0" w:lastRowFirstColumn="0" w:lastRowLastColumn="0"/>
                              <w:rPr>
                                <w:rFonts w:cs="Times New Roman"/>
                                <w:b/>
                                <w:sz w:val="24"/>
                                <w:szCs w:val="24"/>
                              </w:rPr>
                            </w:pPr>
                            <w:r w:rsidRPr="004352F8">
                              <w:rPr>
                                <w:rFonts w:cs="Times New Roman"/>
                                <w:b/>
                              </w:rPr>
                              <w:t>2</w:t>
                            </w:r>
                            <w:r w:rsidRPr="00731C93">
                              <w:rPr>
                                <w:rFonts w:cs="Times New Roman"/>
                                <w:sz w:val="24"/>
                                <w:szCs w:val="24"/>
                              </w:rPr>
                              <w:t>0</w:t>
                            </w:r>
                          </w:p>
                        </w:tc>
                      </w:tr>
                    </w:tbl>
                    <w:p w:rsidR="003A37E7" w:rsidRPr="00856B4D" w:rsidRDefault="003A37E7">
                      <w:pPr>
                        <w:rPr>
                          <w:color w:val="FF0000"/>
                        </w:rPr>
                      </w:pPr>
                    </w:p>
                  </w:txbxContent>
                </v:textbox>
                <w10:wrap anchorx="page"/>
              </v:shape>
            </w:pict>
          </mc:Fallback>
        </mc:AlternateContent>
      </w:r>
    </w:p>
    <w:p w:rsidR="00856B4D" w:rsidRDefault="00856B4D" w:rsidP="00412947">
      <w:pPr>
        <w:jc w:val="center"/>
      </w:pPr>
    </w:p>
    <w:p w:rsidR="00856B4D" w:rsidRDefault="00856B4D" w:rsidP="00412947">
      <w:pPr>
        <w:jc w:val="center"/>
      </w:pPr>
    </w:p>
    <w:p w:rsidR="00856B4D" w:rsidRDefault="00856B4D" w:rsidP="00412947">
      <w:pPr>
        <w:jc w:val="center"/>
      </w:pPr>
    </w:p>
    <w:p w:rsidR="00856B4D" w:rsidRDefault="00856B4D" w:rsidP="00412947">
      <w:pPr>
        <w:jc w:val="center"/>
      </w:pPr>
    </w:p>
    <w:p w:rsidR="00856B4D" w:rsidRDefault="00856B4D" w:rsidP="00412947">
      <w:pPr>
        <w:jc w:val="center"/>
      </w:pPr>
    </w:p>
    <w:p w:rsidR="00856B4D" w:rsidRDefault="00856B4D" w:rsidP="00412947">
      <w:pPr>
        <w:jc w:val="center"/>
      </w:pPr>
    </w:p>
    <w:p w:rsidR="00856B4D" w:rsidRDefault="00731C93" w:rsidP="00412947">
      <w:pPr>
        <w:jc w:val="center"/>
      </w:pPr>
      <w:r>
        <w:rPr>
          <w:noProof/>
        </w:rPr>
        <mc:AlternateContent>
          <mc:Choice Requires="wps">
            <w:drawing>
              <wp:anchor distT="0" distB="0" distL="114300" distR="114300" simplePos="0" relativeHeight="251770880" behindDoc="0" locked="0" layoutInCell="1" allowOverlap="1" wp14:anchorId="4016A488" wp14:editId="3FB2C282">
                <wp:simplePos x="0" y="0"/>
                <wp:positionH relativeFrom="margin">
                  <wp:posOffset>-1195400</wp:posOffset>
                </wp:positionH>
                <wp:positionV relativeFrom="paragraph">
                  <wp:posOffset>254000</wp:posOffset>
                </wp:positionV>
                <wp:extent cx="4583430" cy="2474595"/>
                <wp:effectExtent l="0" t="0" r="0" b="1905"/>
                <wp:wrapSquare wrapText="bothSides"/>
                <wp:docPr id="108" name="Text Box 108"/>
                <wp:cNvGraphicFramePr/>
                <a:graphic xmlns:a="http://schemas.openxmlformats.org/drawingml/2006/main">
                  <a:graphicData uri="http://schemas.microsoft.com/office/word/2010/wordprocessingShape">
                    <wps:wsp>
                      <wps:cNvSpPr txBox="1"/>
                      <wps:spPr>
                        <a:xfrm>
                          <a:off x="0" y="0"/>
                          <a:ext cx="4583430" cy="2474595"/>
                        </a:xfrm>
                        <a:prstGeom prst="rect">
                          <a:avLst/>
                        </a:prstGeom>
                        <a:noFill/>
                        <a:ln w="6350">
                          <a:noFill/>
                        </a:ln>
                        <a:effectLst/>
                      </wps:spPr>
                      <wps:txbx>
                        <w:txbxContent>
                          <w:tbl>
                            <w:tblPr>
                              <w:tblStyle w:val="LightGrid"/>
                              <w:tblW w:w="6930" w:type="dxa"/>
                              <w:tblInd w:w="-100" w:type="dxa"/>
                              <w:tblLayout w:type="fixed"/>
                              <w:tblLook w:val="04A0" w:firstRow="1" w:lastRow="0" w:firstColumn="1" w:lastColumn="0" w:noHBand="0" w:noVBand="1"/>
                            </w:tblPr>
                            <w:tblGrid>
                              <w:gridCol w:w="1540"/>
                              <w:gridCol w:w="4220"/>
                              <w:gridCol w:w="1170"/>
                            </w:tblGrid>
                            <w:tr w:rsidR="003A37E7" w:rsidRPr="004352F8" w:rsidTr="008F2D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4352F8" w:rsidRDefault="003A37E7" w:rsidP="00583905">
                                  <w:pPr>
                                    <w:jc w:val="center"/>
                                    <w:rPr>
                                      <w:color w:val="FF0000"/>
                                    </w:rPr>
                                  </w:pPr>
                                  <w:r w:rsidRPr="004352F8">
                                    <w:rPr>
                                      <w:color w:val="FF0000"/>
                                    </w:rPr>
                                    <w:t>BSC-EDUCATION (ADMINISTRATION)</w:t>
                                  </w:r>
                                </w:p>
                              </w:tc>
                            </w:tr>
                            <w:tr w:rsidR="003A37E7" w:rsidRPr="004352F8"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4352F8" w:rsidRDefault="003A37E7" w:rsidP="00583905">
                                  <w:pPr>
                                    <w:jc w:val="center"/>
                                  </w:pPr>
                                  <w:r w:rsidRPr="004352F8">
                                    <w:t>SOPHOMORE</w:t>
                                  </w:r>
                                  <w:r w:rsidRPr="004352F8">
                                    <w:rPr>
                                      <w:rFonts w:cs="Times New Roman"/>
                                    </w:rPr>
                                    <w:t xml:space="preserve"> YEAR (YEAR II) - SECOND SEMESTER</w:t>
                                  </w:r>
                                </w:p>
                              </w:tc>
                            </w:tr>
                            <w:tr w:rsidR="003A37E7" w:rsidRPr="004352F8"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4352F8" w:rsidRDefault="003A37E7" w:rsidP="00583905">
                                  <w:pPr>
                                    <w:jc w:val="center"/>
                                  </w:pPr>
                                  <w:r w:rsidRPr="004352F8">
                                    <w:t>COURSE CODE</w:t>
                                  </w:r>
                                </w:p>
                              </w:tc>
                              <w:tc>
                                <w:tcPr>
                                  <w:tcW w:w="422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pPr>
                                  <w:r w:rsidRPr="004352F8">
                                    <w:rPr>
                                      <w:b/>
                                    </w:rPr>
                                    <w:t>COURSE TITLE</w:t>
                                  </w:r>
                                </w:p>
                              </w:tc>
                              <w:tc>
                                <w:tcPr>
                                  <w:tcW w:w="117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pPr>
                                  <w:r w:rsidRPr="00E86A77">
                                    <w:rPr>
                                      <w:b/>
                                      <w:sz w:val="20"/>
                                      <w:szCs w:val="20"/>
                                    </w:rPr>
                                    <w:t>CREDIT HOURS</w:t>
                                  </w:r>
                                </w:p>
                              </w:tc>
                            </w:tr>
                            <w:tr w:rsidR="003A37E7" w:rsidRPr="004352F8"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4352F8" w:rsidRDefault="003A37E7" w:rsidP="004352F8">
                                  <w:pPr>
                                    <w:jc w:val="center"/>
                                  </w:pPr>
                                  <w:r w:rsidRPr="004352F8">
                                    <w:rPr>
                                      <w:rFonts w:cs="Times New Roman"/>
                                    </w:rPr>
                                    <w:t>GEN 10</w:t>
                                  </w:r>
                                  <w:r w:rsidRPr="004352F8">
                                    <w:rPr>
                                      <w:rFonts w:cs="Times New Roman"/>
                                      <w:b w:val="0"/>
                                    </w:rPr>
                                    <w:t>8</w:t>
                                  </w:r>
                                </w:p>
                              </w:tc>
                              <w:tc>
                                <w:tcPr>
                                  <w:tcW w:w="4220" w:type="dxa"/>
                                  <w:vAlign w:val="center"/>
                                </w:tcPr>
                                <w:p w:rsidR="003A37E7" w:rsidRPr="004352F8" w:rsidRDefault="003A37E7" w:rsidP="00583905">
                                  <w:pPr>
                                    <w:jc w:val="center"/>
                                    <w:cnfStyle w:val="000000100000" w:firstRow="0" w:lastRow="0" w:firstColumn="0" w:lastColumn="0" w:oddVBand="0" w:evenVBand="0" w:oddHBand="1" w:evenHBand="0" w:firstRowFirstColumn="0" w:firstRowLastColumn="0" w:lastRowFirstColumn="0" w:lastRowLastColumn="0"/>
                                  </w:pPr>
                                  <w:r w:rsidRPr="004352F8">
                                    <w:rPr>
                                      <w:b/>
                                    </w:rPr>
                                    <w:t xml:space="preserve">DISCIPLESHIP </w:t>
                                  </w:r>
                                  <w:r w:rsidRPr="004352F8">
                                    <w:rPr>
                                      <w:rFonts w:cs="Times New Roman"/>
                                      <w:b/>
                                    </w:rPr>
                                    <w:t>2</w:t>
                                  </w:r>
                                </w:p>
                              </w:tc>
                              <w:tc>
                                <w:tcPr>
                                  <w:tcW w:w="1170" w:type="dxa"/>
                                  <w:vAlign w:val="center"/>
                                </w:tcPr>
                                <w:p w:rsidR="003A37E7" w:rsidRPr="004352F8" w:rsidRDefault="003A37E7" w:rsidP="00583905">
                                  <w:pPr>
                                    <w:jc w:val="center"/>
                                    <w:cnfStyle w:val="000000100000" w:firstRow="0" w:lastRow="0" w:firstColumn="0" w:lastColumn="0" w:oddVBand="0" w:evenVBand="0" w:oddHBand="1" w:evenHBand="0" w:firstRowFirstColumn="0" w:firstRowLastColumn="0" w:lastRowFirstColumn="0" w:lastRowLastColumn="0"/>
                                  </w:pPr>
                                  <w:r w:rsidRPr="004352F8">
                                    <w:rPr>
                                      <w:rFonts w:cs="Times New Roman"/>
                                      <w:b/>
                                    </w:rPr>
                                    <w:t>2</w:t>
                                  </w:r>
                                </w:p>
                              </w:tc>
                            </w:tr>
                            <w:tr w:rsidR="003A37E7" w:rsidRPr="004352F8"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4352F8" w:rsidRDefault="003A37E7" w:rsidP="00583905">
                                  <w:pPr>
                                    <w:jc w:val="center"/>
                                  </w:pPr>
                                </w:p>
                              </w:tc>
                              <w:tc>
                                <w:tcPr>
                                  <w:tcW w:w="422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pPr>
                                </w:p>
                              </w:tc>
                              <w:tc>
                                <w:tcPr>
                                  <w:tcW w:w="117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pPr>
                                </w:p>
                              </w:tc>
                            </w:tr>
                            <w:tr w:rsidR="003A37E7" w:rsidRPr="004352F8" w:rsidTr="008F2D11">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4352F8" w:rsidRDefault="003A37E7" w:rsidP="00583905">
                                  <w:pPr>
                                    <w:jc w:val="center"/>
                                    <w:rPr>
                                      <w:rFonts w:ascii="Bahnschrift" w:hAnsi="Bahnschrift"/>
                                    </w:rPr>
                                  </w:pPr>
                                </w:p>
                              </w:tc>
                              <w:tc>
                                <w:tcPr>
                                  <w:tcW w:w="4220" w:type="dxa"/>
                                  <w:vAlign w:val="center"/>
                                </w:tcPr>
                                <w:p w:rsidR="003A37E7" w:rsidRPr="004352F8" w:rsidRDefault="003A37E7" w:rsidP="00583905">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p>
                              </w:tc>
                              <w:tc>
                                <w:tcPr>
                                  <w:tcW w:w="1170" w:type="dxa"/>
                                  <w:vAlign w:val="center"/>
                                </w:tcPr>
                                <w:p w:rsidR="003A37E7" w:rsidRPr="004352F8" w:rsidRDefault="003A37E7" w:rsidP="00583905">
                                  <w:pPr>
                                    <w:jc w:val="center"/>
                                    <w:cnfStyle w:val="000000100000" w:firstRow="0" w:lastRow="0" w:firstColumn="0" w:lastColumn="0" w:oddVBand="0" w:evenVBand="0" w:oddHBand="1" w:evenHBand="0" w:firstRowFirstColumn="0" w:firstRowLastColumn="0" w:lastRowFirstColumn="0" w:lastRowLastColumn="0"/>
                                  </w:pPr>
                                </w:p>
                              </w:tc>
                            </w:tr>
                            <w:tr w:rsidR="003A37E7" w:rsidRPr="004352F8" w:rsidTr="008F2D11">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4352F8" w:rsidRDefault="003A37E7" w:rsidP="00583905">
                                  <w:pPr>
                                    <w:jc w:val="center"/>
                                    <w:rPr>
                                      <w:rFonts w:ascii="Bahnschrift" w:hAnsi="Bahnschrift"/>
                                    </w:rPr>
                                  </w:pPr>
                                </w:p>
                              </w:tc>
                              <w:tc>
                                <w:tcPr>
                                  <w:tcW w:w="422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p>
                              </w:tc>
                              <w:tc>
                                <w:tcPr>
                                  <w:tcW w:w="117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pPr>
                                </w:p>
                              </w:tc>
                            </w:tr>
                            <w:tr w:rsidR="003A37E7" w:rsidRPr="004352F8" w:rsidTr="008F2D11">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4352F8" w:rsidRDefault="003A37E7" w:rsidP="00583905">
                                  <w:pPr>
                                    <w:jc w:val="center"/>
                                    <w:rPr>
                                      <w:rFonts w:ascii="Bahnschrift" w:hAnsi="Bahnschrift"/>
                                    </w:rPr>
                                  </w:pPr>
                                </w:p>
                              </w:tc>
                              <w:tc>
                                <w:tcPr>
                                  <w:tcW w:w="4220" w:type="dxa"/>
                                  <w:vAlign w:val="center"/>
                                </w:tcPr>
                                <w:p w:rsidR="003A37E7" w:rsidRPr="004352F8" w:rsidRDefault="003A37E7" w:rsidP="00583905">
                                  <w:pPr>
                                    <w:jc w:val="center"/>
                                    <w:cnfStyle w:val="000000100000" w:firstRow="0" w:lastRow="0" w:firstColumn="0" w:lastColumn="0" w:oddVBand="0" w:evenVBand="0" w:oddHBand="1" w:evenHBand="0" w:firstRowFirstColumn="0" w:firstRowLastColumn="0" w:lastRowFirstColumn="0" w:lastRowLastColumn="0"/>
                                  </w:pPr>
                                </w:p>
                              </w:tc>
                              <w:tc>
                                <w:tcPr>
                                  <w:tcW w:w="1170" w:type="dxa"/>
                                  <w:vAlign w:val="center"/>
                                </w:tcPr>
                                <w:p w:rsidR="003A37E7" w:rsidRPr="004352F8" w:rsidRDefault="003A37E7" w:rsidP="00583905">
                                  <w:pPr>
                                    <w:jc w:val="center"/>
                                    <w:cnfStyle w:val="000000100000" w:firstRow="0" w:lastRow="0" w:firstColumn="0" w:lastColumn="0" w:oddVBand="0" w:evenVBand="0" w:oddHBand="1" w:evenHBand="0" w:firstRowFirstColumn="0" w:firstRowLastColumn="0" w:lastRowFirstColumn="0" w:lastRowLastColumn="0"/>
                                  </w:pPr>
                                </w:p>
                              </w:tc>
                            </w:tr>
                            <w:tr w:rsidR="003A37E7" w:rsidRPr="004352F8" w:rsidTr="008F2D11">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4352F8" w:rsidRDefault="003A37E7" w:rsidP="00583905">
                                  <w:pPr>
                                    <w:jc w:val="center"/>
                                    <w:rPr>
                                      <w:rFonts w:ascii="Bahnschrift" w:hAnsi="Bahnschrift"/>
                                    </w:rPr>
                                  </w:pPr>
                                </w:p>
                              </w:tc>
                              <w:tc>
                                <w:tcPr>
                                  <w:tcW w:w="422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pPr>
                                </w:p>
                              </w:tc>
                              <w:tc>
                                <w:tcPr>
                                  <w:tcW w:w="117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pPr>
                                </w:p>
                              </w:tc>
                            </w:tr>
                            <w:tr w:rsidR="003A37E7" w:rsidRPr="004352F8" w:rsidTr="008F2D11">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760" w:type="dxa"/>
                                  <w:gridSpan w:val="2"/>
                                  <w:vAlign w:val="center"/>
                                </w:tcPr>
                                <w:p w:rsidR="003A37E7" w:rsidRPr="004352F8" w:rsidRDefault="003A37E7" w:rsidP="00583905">
                                  <w:pPr>
                                    <w:jc w:val="center"/>
                                  </w:pPr>
                                  <w:r w:rsidRPr="004352F8">
                                    <w:t xml:space="preserve">TOTAL </w:t>
                                  </w:r>
                                  <w:r w:rsidRPr="00E86A77">
                                    <w:rPr>
                                      <w:sz w:val="20"/>
                                      <w:szCs w:val="20"/>
                                    </w:rPr>
                                    <w:t>CREDIT HOURS</w:t>
                                  </w:r>
                                </w:p>
                              </w:tc>
                              <w:tc>
                                <w:tcPr>
                                  <w:tcW w:w="1170" w:type="dxa"/>
                                  <w:vAlign w:val="center"/>
                                </w:tcPr>
                                <w:p w:rsidR="003A37E7" w:rsidRPr="004352F8" w:rsidRDefault="003A37E7" w:rsidP="00583905">
                                  <w:pPr>
                                    <w:jc w:val="center"/>
                                    <w:cnfStyle w:val="000000100000" w:firstRow="0" w:lastRow="0" w:firstColumn="0" w:lastColumn="0" w:oddVBand="0" w:evenVBand="0" w:oddHBand="1" w:evenHBand="0" w:firstRowFirstColumn="0" w:firstRowLastColumn="0" w:lastRowFirstColumn="0" w:lastRowLastColumn="0"/>
                                  </w:pPr>
                                </w:p>
                              </w:tc>
                            </w:tr>
                          </w:tbl>
                          <w:p w:rsidR="003A37E7" w:rsidRPr="00AB4A69" w:rsidRDefault="003A37E7" w:rsidP="00313077">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6A488" id="Text Box 108" o:spid="_x0000_s1156" type="#_x0000_t202" style="position:absolute;left:0;text-align:left;margin-left:-94.15pt;margin-top:20pt;width:360.9pt;height:194.85pt;z-index:251770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" filled="f" stroked="f" strokeweight=".5pt">
                <v:textbox>
                  <w:txbxContent>
                    <w:tbl>
                      <w:tblPr>
                        <w:tblStyle w:val="LightGrid"/>
                        <w:tblW w:w="6930" w:type="dxa"/>
                        <w:tblInd w:w="-100" w:type="dxa"/>
                        <w:tblLayout w:type="fixed"/>
                        <w:tblLook w:val="04A0" w:firstRow="1" w:lastRow="0" w:firstColumn="1" w:lastColumn="0" w:noHBand="0" w:noVBand="1"/>
                      </w:tblPr>
                      <w:tblGrid>
                        <w:gridCol w:w="1540"/>
                        <w:gridCol w:w="4220"/>
                        <w:gridCol w:w="1170"/>
                      </w:tblGrid>
                      <w:tr w:rsidR="003A37E7" w:rsidRPr="004352F8" w:rsidTr="008F2D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4352F8" w:rsidRDefault="003A37E7" w:rsidP="00583905">
                            <w:pPr>
                              <w:jc w:val="center"/>
                              <w:rPr>
                                <w:color w:val="FF0000"/>
                              </w:rPr>
                            </w:pPr>
                            <w:r w:rsidRPr="004352F8">
                              <w:rPr>
                                <w:color w:val="FF0000"/>
                              </w:rPr>
                              <w:t>BSC-EDUCATION (ADMINISTRATION)</w:t>
                            </w:r>
                          </w:p>
                        </w:tc>
                      </w:tr>
                      <w:tr w:rsidR="003A37E7" w:rsidRPr="004352F8"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4352F8" w:rsidRDefault="003A37E7" w:rsidP="00583905">
                            <w:pPr>
                              <w:jc w:val="center"/>
                            </w:pPr>
                            <w:r w:rsidRPr="004352F8">
                              <w:t>SOPHOMORE</w:t>
                            </w:r>
                            <w:r w:rsidRPr="004352F8">
                              <w:rPr>
                                <w:rFonts w:cs="Times New Roman"/>
                              </w:rPr>
                              <w:t xml:space="preserve"> YEAR (YEAR II) - SECOND SEMESTER</w:t>
                            </w:r>
                          </w:p>
                        </w:tc>
                      </w:tr>
                      <w:tr w:rsidR="003A37E7" w:rsidRPr="004352F8"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4352F8" w:rsidRDefault="003A37E7" w:rsidP="00583905">
                            <w:pPr>
                              <w:jc w:val="center"/>
                            </w:pPr>
                            <w:r w:rsidRPr="004352F8">
                              <w:t>COURSE CODE</w:t>
                            </w:r>
                          </w:p>
                        </w:tc>
                        <w:tc>
                          <w:tcPr>
                            <w:tcW w:w="422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pPr>
                            <w:r w:rsidRPr="004352F8">
                              <w:rPr>
                                <w:b/>
                              </w:rPr>
                              <w:t>COURSE TITLE</w:t>
                            </w:r>
                          </w:p>
                        </w:tc>
                        <w:tc>
                          <w:tcPr>
                            <w:tcW w:w="117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pPr>
                            <w:r w:rsidRPr="00E86A77">
                              <w:rPr>
                                <w:b/>
                                <w:sz w:val="20"/>
                                <w:szCs w:val="20"/>
                              </w:rPr>
                              <w:t>CREDIT HOURS</w:t>
                            </w:r>
                          </w:p>
                        </w:tc>
                      </w:tr>
                      <w:tr w:rsidR="003A37E7" w:rsidRPr="004352F8"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4352F8" w:rsidRDefault="003A37E7" w:rsidP="004352F8">
                            <w:pPr>
                              <w:jc w:val="center"/>
                            </w:pPr>
                            <w:r w:rsidRPr="004352F8">
                              <w:rPr>
                                <w:rFonts w:cs="Times New Roman"/>
                              </w:rPr>
                              <w:t>GEN 10</w:t>
                            </w:r>
                            <w:r w:rsidRPr="004352F8">
                              <w:rPr>
                                <w:rFonts w:cs="Times New Roman"/>
                                <w:b w:val="0"/>
                              </w:rPr>
                              <w:t>8</w:t>
                            </w:r>
                          </w:p>
                        </w:tc>
                        <w:tc>
                          <w:tcPr>
                            <w:tcW w:w="4220" w:type="dxa"/>
                            <w:vAlign w:val="center"/>
                          </w:tcPr>
                          <w:p w:rsidR="003A37E7" w:rsidRPr="004352F8" w:rsidRDefault="003A37E7" w:rsidP="00583905">
                            <w:pPr>
                              <w:jc w:val="center"/>
                              <w:cnfStyle w:val="000000100000" w:firstRow="0" w:lastRow="0" w:firstColumn="0" w:lastColumn="0" w:oddVBand="0" w:evenVBand="0" w:oddHBand="1" w:evenHBand="0" w:firstRowFirstColumn="0" w:firstRowLastColumn="0" w:lastRowFirstColumn="0" w:lastRowLastColumn="0"/>
                            </w:pPr>
                            <w:r w:rsidRPr="004352F8">
                              <w:rPr>
                                <w:b/>
                              </w:rPr>
                              <w:t xml:space="preserve">DISCIPLESHIP </w:t>
                            </w:r>
                            <w:r w:rsidRPr="004352F8">
                              <w:rPr>
                                <w:rFonts w:cs="Times New Roman"/>
                                <w:b/>
                              </w:rPr>
                              <w:t>2</w:t>
                            </w:r>
                          </w:p>
                        </w:tc>
                        <w:tc>
                          <w:tcPr>
                            <w:tcW w:w="1170" w:type="dxa"/>
                            <w:vAlign w:val="center"/>
                          </w:tcPr>
                          <w:p w:rsidR="003A37E7" w:rsidRPr="004352F8" w:rsidRDefault="003A37E7" w:rsidP="00583905">
                            <w:pPr>
                              <w:jc w:val="center"/>
                              <w:cnfStyle w:val="000000100000" w:firstRow="0" w:lastRow="0" w:firstColumn="0" w:lastColumn="0" w:oddVBand="0" w:evenVBand="0" w:oddHBand="1" w:evenHBand="0" w:firstRowFirstColumn="0" w:firstRowLastColumn="0" w:lastRowFirstColumn="0" w:lastRowLastColumn="0"/>
                            </w:pPr>
                            <w:r w:rsidRPr="004352F8">
                              <w:rPr>
                                <w:rFonts w:cs="Times New Roman"/>
                                <w:b/>
                              </w:rPr>
                              <w:t>2</w:t>
                            </w:r>
                          </w:p>
                        </w:tc>
                      </w:tr>
                      <w:tr w:rsidR="003A37E7" w:rsidRPr="004352F8"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4352F8" w:rsidRDefault="003A37E7" w:rsidP="00583905">
                            <w:pPr>
                              <w:jc w:val="center"/>
                            </w:pPr>
                          </w:p>
                        </w:tc>
                        <w:tc>
                          <w:tcPr>
                            <w:tcW w:w="422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pPr>
                          </w:p>
                        </w:tc>
                        <w:tc>
                          <w:tcPr>
                            <w:tcW w:w="117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pPr>
                          </w:p>
                        </w:tc>
                      </w:tr>
                      <w:tr w:rsidR="003A37E7" w:rsidRPr="004352F8" w:rsidTr="008F2D11">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4352F8" w:rsidRDefault="003A37E7" w:rsidP="00583905">
                            <w:pPr>
                              <w:jc w:val="center"/>
                              <w:rPr>
                                <w:rFonts w:ascii="Bahnschrift" w:hAnsi="Bahnschrift"/>
                              </w:rPr>
                            </w:pPr>
                          </w:p>
                        </w:tc>
                        <w:tc>
                          <w:tcPr>
                            <w:tcW w:w="4220" w:type="dxa"/>
                            <w:vAlign w:val="center"/>
                          </w:tcPr>
                          <w:p w:rsidR="003A37E7" w:rsidRPr="004352F8" w:rsidRDefault="003A37E7" w:rsidP="00583905">
                            <w:pPr>
                              <w:jc w:val="center"/>
                              <w:cnfStyle w:val="000000100000" w:firstRow="0" w:lastRow="0" w:firstColumn="0" w:lastColumn="0" w:oddVBand="0" w:evenVBand="0" w:oddHBand="1" w:evenHBand="0" w:firstRowFirstColumn="0" w:firstRowLastColumn="0" w:lastRowFirstColumn="0" w:lastRowLastColumn="0"/>
                              <w:rPr>
                                <w:rFonts w:ascii="Bahnschrift" w:hAnsi="Bahnschrift"/>
                              </w:rPr>
                            </w:pPr>
                          </w:p>
                        </w:tc>
                        <w:tc>
                          <w:tcPr>
                            <w:tcW w:w="1170" w:type="dxa"/>
                            <w:vAlign w:val="center"/>
                          </w:tcPr>
                          <w:p w:rsidR="003A37E7" w:rsidRPr="004352F8" w:rsidRDefault="003A37E7" w:rsidP="00583905">
                            <w:pPr>
                              <w:jc w:val="center"/>
                              <w:cnfStyle w:val="000000100000" w:firstRow="0" w:lastRow="0" w:firstColumn="0" w:lastColumn="0" w:oddVBand="0" w:evenVBand="0" w:oddHBand="1" w:evenHBand="0" w:firstRowFirstColumn="0" w:firstRowLastColumn="0" w:lastRowFirstColumn="0" w:lastRowLastColumn="0"/>
                            </w:pPr>
                          </w:p>
                        </w:tc>
                      </w:tr>
                      <w:tr w:rsidR="003A37E7" w:rsidRPr="004352F8" w:rsidTr="008F2D11">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4352F8" w:rsidRDefault="003A37E7" w:rsidP="00583905">
                            <w:pPr>
                              <w:jc w:val="center"/>
                              <w:rPr>
                                <w:rFonts w:ascii="Bahnschrift" w:hAnsi="Bahnschrift"/>
                              </w:rPr>
                            </w:pPr>
                          </w:p>
                        </w:tc>
                        <w:tc>
                          <w:tcPr>
                            <w:tcW w:w="422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rPr>
                                <w:rFonts w:ascii="Bahnschrift" w:hAnsi="Bahnschrift"/>
                              </w:rPr>
                            </w:pPr>
                          </w:p>
                        </w:tc>
                        <w:tc>
                          <w:tcPr>
                            <w:tcW w:w="117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pPr>
                          </w:p>
                        </w:tc>
                      </w:tr>
                      <w:tr w:rsidR="003A37E7" w:rsidRPr="004352F8" w:rsidTr="008F2D11">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4352F8" w:rsidRDefault="003A37E7" w:rsidP="00583905">
                            <w:pPr>
                              <w:jc w:val="center"/>
                              <w:rPr>
                                <w:rFonts w:ascii="Bahnschrift" w:hAnsi="Bahnschrift"/>
                              </w:rPr>
                            </w:pPr>
                          </w:p>
                        </w:tc>
                        <w:tc>
                          <w:tcPr>
                            <w:tcW w:w="4220" w:type="dxa"/>
                            <w:vAlign w:val="center"/>
                          </w:tcPr>
                          <w:p w:rsidR="003A37E7" w:rsidRPr="004352F8" w:rsidRDefault="003A37E7" w:rsidP="00583905">
                            <w:pPr>
                              <w:jc w:val="center"/>
                              <w:cnfStyle w:val="000000100000" w:firstRow="0" w:lastRow="0" w:firstColumn="0" w:lastColumn="0" w:oddVBand="0" w:evenVBand="0" w:oddHBand="1" w:evenHBand="0" w:firstRowFirstColumn="0" w:firstRowLastColumn="0" w:lastRowFirstColumn="0" w:lastRowLastColumn="0"/>
                            </w:pPr>
                          </w:p>
                        </w:tc>
                        <w:tc>
                          <w:tcPr>
                            <w:tcW w:w="1170" w:type="dxa"/>
                            <w:vAlign w:val="center"/>
                          </w:tcPr>
                          <w:p w:rsidR="003A37E7" w:rsidRPr="004352F8" w:rsidRDefault="003A37E7" w:rsidP="00583905">
                            <w:pPr>
                              <w:jc w:val="center"/>
                              <w:cnfStyle w:val="000000100000" w:firstRow="0" w:lastRow="0" w:firstColumn="0" w:lastColumn="0" w:oddVBand="0" w:evenVBand="0" w:oddHBand="1" w:evenHBand="0" w:firstRowFirstColumn="0" w:firstRowLastColumn="0" w:lastRowFirstColumn="0" w:lastRowLastColumn="0"/>
                            </w:pPr>
                          </w:p>
                        </w:tc>
                      </w:tr>
                      <w:tr w:rsidR="003A37E7" w:rsidRPr="004352F8" w:rsidTr="008F2D11">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4352F8" w:rsidRDefault="003A37E7" w:rsidP="00583905">
                            <w:pPr>
                              <w:jc w:val="center"/>
                              <w:rPr>
                                <w:rFonts w:ascii="Bahnschrift" w:hAnsi="Bahnschrift"/>
                              </w:rPr>
                            </w:pPr>
                          </w:p>
                        </w:tc>
                        <w:tc>
                          <w:tcPr>
                            <w:tcW w:w="422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pPr>
                          </w:p>
                        </w:tc>
                        <w:tc>
                          <w:tcPr>
                            <w:tcW w:w="1170" w:type="dxa"/>
                            <w:vAlign w:val="center"/>
                          </w:tcPr>
                          <w:p w:rsidR="003A37E7" w:rsidRPr="004352F8" w:rsidRDefault="003A37E7" w:rsidP="00583905">
                            <w:pPr>
                              <w:jc w:val="center"/>
                              <w:cnfStyle w:val="000000010000" w:firstRow="0" w:lastRow="0" w:firstColumn="0" w:lastColumn="0" w:oddVBand="0" w:evenVBand="0" w:oddHBand="0" w:evenHBand="1" w:firstRowFirstColumn="0" w:firstRowLastColumn="0" w:lastRowFirstColumn="0" w:lastRowLastColumn="0"/>
                            </w:pPr>
                          </w:p>
                        </w:tc>
                      </w:tr>
                      <w:tr w:rsidR="003A37E7" w:rsidRPr="004352F8" w:rsidTr="008F2D11">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760" w:type="dxa"/>
                            <w:gridSpan w:val="2"/>
                            <w:vAlign w:val="center"/>
                          </w:tcPr>
                          <w:p w:rsidR="003A37E7" w:rsidRPr="004352F8" w:rsidRDefault="003A37E7" w:rsidP="00583905">
                            <w:pPr>
                              <w:jc w:val="center"/>
                            </w:pPr>
                            <w:r w:rsidRPr="004352F8">
                              <w:t xml:space="preserve">TOTAL </w:t>
                            </w:r>
                            <w:r w:rsidRPr="00E86A77">
                              <w:rPr>
                                <w:sz w:val="20"/>
                                <w:szCs w:val="20"/>
                              </w:rPr>
                              <w:t>CREDIT HOURS</w:t>
                            </w:r>
                          </w:p>
                        </w:tc>
                        <w:tc>
                          <w:tcPr>
                            <w:tcW w:w="1170" w:type="dxa"/>
                            <w:vAlign w:val="center"/>
                          </w:tcPr>
                          <w:p w:rsidR="003A37E7" w:rsidRPr="004352F8" w:rsidRDefault="003A37E7" w:rsidP="00583905">
                            <w:pPr>
                              <w:jc w:val="center"/>
                              <w:cnfStyle w:val="000000100000" w:firstRow="0" w:lastRow="0" w:firstColumn="0" w:lastColumn="0" w:oddVBand="0" w:evenVBand="0" w:oddHBand="1" w:evenHBand="0" w:firstRowFirstColumn="0" w:firstRowLastColumn="0" w:lastRowFirstColumn="0" w:lastRowLastColumn="0"/>
                            </w:pPr>
                          </w:p>
                        </w:tc>
                      </w:tr>
                    </w:tbl>
                    <w:p w:rsidR="003A37E7" w:rsidRPr="00AB4A69" w:rsidRDefault="003A37E7" w:rsidP="00313077">
                      <w:pPr>
                        <w:jc w:val="center"/>
                      </w:pPr>
                    </w:p>
                  </w:txbxContent>
                </v:textbox>
                <w10:wrap type="square" anchorx="margin"/>
              </v:shape>
            </w:pict>
          </mc:Fallback>
        </mc:AlternateContent>
      </w:r>
    </w:p>
    <w:p w:rsidR="00856B4D" w:rsidRDefault="00856B4D" w:rsidP="00412947">
      <w:pPr>
        <w:jc w:val="center"/>
      </w:pPr>
    </w:p>
    <w:p w:rsidR="00856B4D" w:rsidRDefault="00856B4D" w:rsidP="00412947">
      <w:pPr>
        <w:jc w:val="center"/>
      </w:pPr>
    </w:p>
    <w:p w:rsidR="00856B4D" w:rsidRDefault="00856B4D" w:rsidP="00412947">
      <w:pPr>
        <w:jc w:val="center"/>
      </w:pPr>
    </w:p>
    <w:p w:rsidR="00856B4D" w:rsidRDefault="00583905" w:rsidP="00412947">
      <w:pPr>
        <w:jc w:val="center"/>
      </w:pPr>
      <w:r>
        <w:rPr>
          <w:noProof/>
        </w:rPr>
        <w:lastRenderedPageBreak/>
        <mc:AlternateContent>
          <mc:Choice Requires="wps">
            <w:drawing>
              <wp:anchor distT="0" distB="0" distL="114300" distR="114300" simplePos="0" relativeHeight="251771904" behindDoc="0" locked="0" layoutInCell="1" allowOverlap="1">
                <wp:simplePos x="0" y="0"/>
                <wp:positionH relativeFrom="margin">
                  <wp:posOffset>-618853</wp:posOffset>
                </wp:positionH>
                <wp:positionV relativeFrom="paragraph">
                  <wp:posOffset>-1009404</wp:posOffset>
                </wp:positionV>
                <wp:extent cx="4620260" cy="2909455"/>
                <wp:effectExtent l="0" t="0" r="8890" b="5715"/>
                <wp:wrapNone/>
                <wp:docPr id="109" name="Text Box 109"/>
                <wp:cNvGraphicFramePr/>
                <a:graphic xmlns:a="http://schemas.openxmlformats.org/drawingml/2006/main">
                  <a:graphicData uri="http://schemas.microsoft.com/office/word/2010/wordprocessingShape">
                    <wps:wsp>
                      <wps:cNvSpPr txBox="1"/>
                      <wps:spPr>
                        <a:xfrm>
                          <a:off x="0" y="0"/>
                          <a:ext cx="4620260" cy="29094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930" w:type="dxa"/>
                              <w:tblInd w:w="-100" w:type="dxa"/>
                              <w:tblLayout w:type="fixed"/>
                              <w:tblLook w:val="04A0" w:firstRow="1" w:lastRow="0" w:firstColumn="1" w:lastColumn="0" w:noHBand="0" w:noVBand="1"/>
                            </w:tblPr>
                            <w:tblGrid>
                              <w:gridCol w:w="1540"/>
                              <w:gridCol w:w="4220"/>
                              <w:gridCol w:w="1170"/>
                            </w:tblGrid>
                            <w:tr w:rsidR="003A37E7" w:rsidRPr="00731C93" w:rsidTr="00143A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731C93" w:rsidRDefault="003A37E7" w:rsidP="00583905">
                                  <w:pPr>
                                    <w:jc w:val="center"/>
                                    <w:rPr>
                                      <w:rFonts w:cs="Times New Roman"/>
                                      <w:color w:val="FF0000"/>
                                    </w:rPr>
                                  </w:pPr>
                                  <w:r w:rsidRPr="00731C93">
                                    <w:rPr>
                                      <w:rFonts w:cs="Times New Roman"/>
                                      <w:color w:val="FF0000"/>
                                    </w:rPr>
                                    <w:t>BSC-EDUCATION (ADMINISTRATION)</w:t>
                                  </w:r>
                                </w:p>
                              </w:tc>
                            </w:tr>
                            <w:tr w:rsidR="003A37E7" w:rsidRPr="00731C93" w:rsidTr="00143A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731C93" w:rsidRDefault="003A37E7" w:rsidP="00583905">
                                  <w:pPr>
                                    <w:jc w:val="center"/>
                                    <w:rPr>
                                      <w:rFonts w:cs="Times New Roman"/>
                                    </w:rPr>
                                  </w:pPr>
                                  <w:r w:rsidRPr="00731C93">
                                    <w:rPr>
                                      <w:rFonts w:cs="Times New Roman"/>
                                    </w:rPr>
                                    <w:t xml:space="preserve">JUNIOR </w:t>
                                  </w:r>
                                  <w:r w:rsidRPr="00731C93">
                                    <w:rPr>
                                      <w:rFonts w:cs="Times New Roman"/>
                                      <w:sz w:val="20"/>
                                      <w:szCs w:val="20"/>
                                    </w:rPr>
                                    <w:t>YEAR (YEAR III) - FIRST SEMESTER</w:t>
                                  </w:r>
                                  <w:r w:rsidRPr="00731C93">
                                    <w:rPr>
                                      <w:rFonts w:cs="Times New Roman"/>
                                    </w:rPr>
                                    <w:t xml:space="preserve"> </w:t>
                                  </w:r>
                                </w:p>
                              </w:tc>
                            </w:tr>
                            <w:tr w:rsidR="003A37E7" w:rsidRPr="00731C93" w:rsidTr="00143A1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cs="Times New Roman"/>
                                    </w:rPr>
                                  </w:pPr>
                                  <w:r w:rsidRPr="00731C93">
                                    <w:rPr>
                                      <w:rFonts w:cs="Times New Roman"/>
                                    </w:rPr>
                                    <w:t>COURSE CODE</w:t>
                                  </w:r>
                                </w:p>
                              </w:tc>
                              <w:tc>
                                <w:tcPr>
                                  <w:tcW w:w="422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731C93">
                                    <w:rPr>
                                      <w:rFonts w:cs="Times New Roman"/>
                                      <w:b/>
                                    </w:rPr>
                                    <w:t>COURSE TITLE</w:t>
                                  </w:r>
                                </w:p>
                              </w:tc>
                              <w:tc>
                                <w:tcPr>
                                  <w:tcW w:w="1170" w:type="dxa"/>
                                  <w:vAlign w:val="center"/>
                                </w:tcPr>
                                <w:p w:rsidR="003A37E7" w:rsidRPr="00731C93" w:rsidRDefault="003A37E7" w:rsidP="00731C93">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731C93">
                                    <w:rPr>
                                      <w:rFonts w:cs="Times New Roman"/>
                                      <w:b/>
                                    </w:rPr>
                                    <w:t>CREDIT HOURS</w:t>
                                  </w:r>
                                </w:p>
                              </w:tc>
                            </w:tr>
                            <w:tr w:rsidR="003A37E7" w:rsidRPr="00731C93" w:rsidTr="00143A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cs="Times New Roman"/>
                                      <w:sz w:val="20"/>
                                      <w:szCs w:val="20"/>
                                    </w:rPr>
                                  </w:pPr>
                                  <w:r>
                                    <w:rPr>
                                      <w:rFonts w:cs="Times New Roman"/>
                                      <w:sz w:val="20"/>
                                      <w:szCs w:val="20"/>
                                    </w:rPr>
                                    <w:t>GEN 1</w:t>
                                  </w:r>
                                  <w:r w:rsidRPr="00731C93">
                                    <w:rPr>
                                      <w:rFonts w:cs="Times New Roman"/>
                                      <w:sz w:val="20"/>
                                      <w:szCs w:val="20"/>
                                    </w:rPr>
                                    <w:t>07</w:t>
                                  </w:r>
                                </w:p>
                              </w:tc>
                              <w:tc>
                                <w:tcPr>
                                  <w:tcW w:w="422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3F7672">
                                    <w:rPr>
                                      <w:rFonts w:cs="Times New Roman"/>
                                      <w:b/>
                                    </w:rPr>
                                    <w:t>DYNAMIC OF FAITH 1</w:t>
                                  </w:r>
                                </w:p>
                              </w:tc>
                              <w:tc>
                                <w:tcPr>
                                  <w:tcW w:w="117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rFonts w:cs="Times New Roman"/>
                                      <w:b/>
                                      <w:sz w:val="20"/>
                                      <w:szCs w:val="20"/>
                                    </w:rPr>
                                    <w:t>2</w:t>
                                  </w:r>
                                </w:p>
                              </w:tc>
                            </w:tr>
                            <w:tr w:rsidR="003A37E7" w:rsidRPr="00731C93" w:rsidTr="00143A1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cs="Times New Roman"/>
                                      <w:sz w:val="20"/>
                                      <w:szCs w:val="20"/>
                                    </w:rPr>
                                  </w:pPr>
                                  <w:r w:rsidRPr="00731C93">
                                    <w:rPr>
                                      <w:rFonts w:cs="Times New Roman"/>
                                      <w:sz w:val="20"/>
                                      <w:szCs w:val="20"/>
                                    </w:rPr>
                                    <w:t>SCAD</w:t>
                                  </w:r>
                                </w:p>
                              </w:tc>
                              <w:tc>
                                <w:tcPr>
                                  <w:tcW w:w="422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INTRODUCTION TO SCHOOL ADMINISTRATION</w:t>
                                  </w:r>
                                </w:p>
                              </w:tc>
                              <w:tc>
                                <w:tcPr>
                                  <w:tcW w:w="117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143A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cs="Times New Roman"/>
                                      <w:sz w:val="20"/>
                                      <w:szCs w:val="20"/>
                                    </w:rPr>
                                  </w:pPr>
                                  <w:r>
                                    <w:rPr>
                                      <w:rFonts w:cs="Times New Roman"/>
                                      <w:sz w:val="20"/>
                                      <w:szCs w:val="20"/>
                                    </w:rPr>
                                    <w:t>EDU 303</w:t>
                                  </w:r>
                                </w:p>
                              </w:tc>
                              <w:tc>
                                <w:tcPr>
                                  <w:tcW w:w="422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INTRODUCTION TO EDUCATION LEADERSHIP</w:t>
                                  </w:r>
                                </w:p>
                              </w:tc>
                              <w:tc>
                                <w:tcPr>
                                  <w:tcW w:w="117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143A17">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cs="Times New Roman"/>
                                      <w:sz w:val="20"/>
                                      <w:szCs w:val="20"/>
                                    </w:rPr>
                                  </w:pPr>
                                  <w:r w:rsidRPr="00731C93">
                                    <w:rPr>
                                      <w:rFonts w:cs="Times New Roman"/>
                                      <w:sz w:val="20"/>
                                      <w:szCs w:val="20"/>
                                    </w:rPr>
                                    <w:t>SCAD 307</w:t>
                                  </w:r>
                                </w:p>
                              </w:tc>
                              <w:tc>
                                <w:tcPr>
                                  <w:tcW w:w="422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PRINCIPALSHIP</w:t>
                                  </w:r>
                                </w:p>
                              </w:tc>
                              <w:tc>
                                <w:tcPr>
                                  <w:tcW w:w="117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143A17">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cs="Times New Roman"/>
                                      <w:sz w:val="20"/>
                                      <w:szCs w:val="20"/>
                                    </w:rPr>
                                  </w:pPr>
                                  <w:r w:rsidRPr="00731C93">
                                    <w:rPr>
                                      <w:rFonts w:cs="Times New Roman"/>
                                      <w:sz w:val="20"/>
                                      <w:szCs w:val="20"/>
                                    </w:rPr>
                                    <w:t>EDU 300</w:t>
                                  </w:r>
                                </w:p>
                              </w:tc>
                              <w:tc>
                                <w:tcPr>
                                  <w:tcW w:w="422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CLASSROOM MANAGEMENT</w:t>
                                  </w:r>
                                </w:p>
                              </w:tc>
                              <w:tc>
                                <w:tcPr>
                                  <w:tcW w:w="117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143A17">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cs="Times New Roman"/>
                                      <w:sz w:val="20"/>
                                      <w:szCs w:val="20"/>
                                    </w:rPr>
                                  </w:pPr>
                                  <w:r>
                                    <w:rPr>
                                      <w:rFonts w:cs="Times New Roman"/>
                                      <w:sz w:val="20"/>
                                      <w:szCs w:val="20"/>
                                    </w:rPr>
                                    <w:t>EDUC 303</w:t>
                                  </w:r>
                                </w:p>
                              </w:tc>
                              <w:tc>
                                <w:tcPr>
                                  <w:tcW w:w="422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SCHOOL LAW AND POLICY</w:t>
                                  </w:r>
                                </w:p>
                              </w:tc>
                              <w:tc>
                                <w:tcPr>
                                  <w:tcW w:w="117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143A17">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Default="003A37E7" w:rsidP="00583905">
                                  <w:pPr>
                                    <w:jc w:val="center"/>
                                    <w:rPr>
                                      <w:rFonts w:cs="Times New Roman"/>
                                      <w:sz w:val="20"/>
                                      <w:szCs w:val="20"/>
                                    </w:rPr>
                                  </w:pPr>
                                  <w:r>
                                    <w:rPr>
                                      <w:rFonts w:cs="Times New Roman"/>
                                      <w:sz w:val="20"/>
                                      <w:szCs w:val="20"/>
                                    </w:rPr>
                                    <w:t>EDUC 305</w:t>
                                  </w:r>
                                </w:p>
                              </w:tc>
                              <w:tc>
                                <w:tcPr>
                                  <w:tcW w:w="422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rFonts w:cs="Times New Roman"/>
                                      <w:b/>
                                      <w:sz w:val="20"/>
                                      <w:szCs w:val="20"/>
                                    </w:rPr>
                                    <w:t>ASSESSMENT AND EVALUATION</w:t>
                                  </w:r>
                                </w:p>
                              </w:tc>
                              <w:tc>
                                <w:tcPr>
                                  <w:tcW w:w="117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rFonts w:cs="Times New Roman"/>
                                      <w:b/>
                                      <w:sz w:val="20"/>
                                      <w:szCs w:val="20"/>
                                    </w:rPr>
                                    <w:t>3</w:t>
                                  </w:r>
                                </w:p>
                              </w:tc>
                            </w:tr>
                            <w:tr w:rsidR="003A37E7" w:rsidRPr="00731C93" w:rsidTr="00143A17">
                              <w:trPr>
                                <w:cnfStyle w:val="000000010000" w:firstRow="0" w:lastRow="0" w:firstColumn="0" w:lastColumn="0" w:oddVBand="0" w:evenVBand="0" w:oddHBand="0" w:evenHBand="1"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760" w:type="dxa"/>
                                  <w:gridSpan w:val="2"/>
                                  <w:vAlign w:val="center"/>
                                </w:tcPr>
                                <w:p w:rsidR="003A37E7" w:rsidRPr="00731C93" w:rsidRDefault="003A37E7" w:rsidP="00583905">
                                  <w:pPr>
                                    <w:jc w:val="center"/>
                                    <w:rPr>
                                      <w:rFonts w:cs="Times New Roman"/>
                                    </w:rPr>
                                  </w:pPr>
                                  <w:r w:rsidRPr="00731C93">
                                    <w:rPr>
                                      <w:rFonts w:cs="Times New Roman"/>
                                    </w:rPr>
                                    <w:t>TOTAL CREDIT HOURS</w:t>
                                  </w:r>
                                </w:p>
                              </w:tc>
                              <w:tc>
                                <w:tcPr>
                                  <w:tcW w:w="117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rFonts w:cs="Times New Roman"/>
                                      <w:b/>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9" o:spid="_x0000_s1157" type="#_x0000_t202" style="position:absolute;left:0;text-align:left;margin-left:-48.75pt;margin-top:-79.5pt;width:363.8pt;height:229.1pt;z-index:251771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" fillcolor="white [3201]" stroked="f" strokeweight=".5pt">
                <v:textbox>
                  <w:txbxContent>
                    <w:tbl>
                      <w:tblPr>
                        <w:tblStyle w:val="LightGrid"/>
                        <w:tblW w:w="6930" w:type="dxa"/>
                        <w:tblInd w:w="-100" w:type="dxa"/>
                        <w:tblLayout w:type="fixed"/>
                        <w:tblLook w:val="04A0" w:firstRow="1" w:lastRow="0" w:firstColumn="1" w:lastColumn="0" w:noHBand="0" w:noVBand="1"/>
                      </w:tblPr>
                      <w:tblGrid>
                        <w:gridCol w:w="1540"/>
                        <w:gridCol w:w="4220"/>
                        <w:gridCol w:w="1170"/>
                      </w:tblGrid>
                      <w:tr w:rsidR="003A37E7" w:rsidRPr="00731C93" w:rsidTr="00143A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731C93" w:rsidRDefault="003A37E7" w:rsidP="00583905">
                            <w:pPr>
                              <w:jc w:val="center"/>
                              <w:rPr>
                                <w:rFonts w:cs="Times New Roman"/>
                                <w:color w:val="FF0000"/>
                              </w:rPr>
                            </w:pPr>
                            <w:r w:rsidRPr="00731C93">
                              <w:rPr>
                                <w:rFonts w:cs="Times New Roman"/>
                                <w:color w:val="FF0000"/>
                              </w:rPr>
                              <w:t>BSC-EDUCATION (ADMINISTRATION)</w:t>
                            </w:r>
                          </w:p>
                        </w:tc>
                      </w:tr>
                      <w:tr w:rsidR="003A37E7" w:rsidRPr="00731C93" w:rsidTr="00143A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731C93" w:rsidRDefault="003A37E7" w:rsidP="00583905">
                            <w:pPr>
                              <w:jc w:val="center"/>
                              <w:rPr>
                                <w:rFonts w:cs="Times New Roman"/>
                              </w:rPr>
                            </w:pPr>
                            <w:r w:rsidRPr="00731C93">
                              <w:rPr>
                                <w:rFonts w:cs="Times New Roman"/>
                              </w:rPr>
                              <w:t xml:space="preserve">JUNIOR </w:t>
                            </w:r>
                            <w:r w:rsidRPr="00731C93">
                              <w:rPr>
                                <w:rFonts w:cs="Times New Roman"/>
                                <w:sz w:val="20"/>
                                <w:szCs w:val="20"/>
                              </w:rPr>
                              <w:t>YEAR (YEAR III) - FIRST SEMESTER</w:t>
                            </w:r>
                            <w:r w:rsidRPr="00731C93">
                              <w:rPr>
                                <w:rFonts w:cs="Times New Roman"/>
                              </w:rPr>
                              <w:t xml:space="preserve"> </w:t>
                            </w:r>
                          </w:p>
                        </w:tc>
                      </w:tr>
                      <w:tr w:rsidR="003A37E7" w:rsidRPr="00731C93" w:rsidTr="00143A1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cs="Times New Roman"/>
                              </w:rPr>
                            </w:pPr>
                            <w:r w:rsidRPr="00731C93">
                              <w:rPr>
                                <w:rFonts w:cs="Times New Roman"/>
                              </w:rPr>
                              <w:t>COURSE CODE</w:t>
                            </w:r>
                          </w:p>
                        </w:tc>
                        <w:tc>
                          <w:tcPr>
                            <w:tcW w:w="422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731C93">
                              <w:rPr>
                                <w:rFonts w:cs="Times New Roman"/>
                                <w:b/>
                              </w:rPr>
                              <w:t>COURSE TITLE</w:t>
                            </w:r>
                          </w:p>
                        </w:tc>
                        <w:tc>
                          <w:tcPr>
                            <w:tcW w:w="1170" w:type="dxa"/>
                            <w:vAlign w:val="center"/>
                          </w:tcPr>
                          <w:p w:rsidR="003A37E7" w:rsidRPr="00731C93" w:rsidRDefault="003A37E7" w:rsidP="00731C93">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731C93">
                              <w:rPr>
                                <w:rFonts w:cs="Times New Roman"/>
                                <w:b/>
                              </w:rPr>
                              <w:t>CREDIT HOURS</w:t>
                            </w:r>
                          </w:p>
                        </w:tc>
                      </w:tr>
                      <w:tr w:rsidR="003A37E7" w:rsidRPr="00731C93" w:rsidTr="00143A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cs="Times New Roman"/>
                                <w:sz w:val="20"/>
                                <w:szCs w:val="20"/>
                              </w:rPr>
                            </w:pPr>
                            <w:r>
                              <w:rPr>
                                <w:rFonts w:cs="Times New Roman"/>
                                <w:sz w:val="20"/>
                                <w:szCs w:val="20"/>
                              </w:rPr>
                              <w:t>GEN 1</w:t>
                            </w:r>
                            <w:r w:rsidRPr="00731C93">
                              <w:rPr>
                                <w:rFonts w:cs="Times New Roman"/>
                                <w:sz w:val="20"/>
                                <w:szCs w:val="20"/>
                              </w:rPr>
                              <w:t>07</w:t>
                            </w:r>
                          </w:p>
                        </w:tc>
                        <w:tc>
                          <w:tcPr>
                            <w:tcW w:w="422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3F7672">
                              <w:rPr>
                                <w:rFonts w:cs="Times New Roman"/>
                                <w:b/>
                              </w:rPr>
                              <w:t>DYNAMIC OF FAITH 1</w:t>
                            </w:r>
                          </w:p>
                        </w:tc>
                        <w:tc>
                          <w:tcPr>
                            <w:tcW w:w="117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rFonts w:cs="Times New Roman"/>
                                <w:b/>
                                <w:sz w:val="20"/>
                                <w:szCs w:val="20"/>
                              </w:rPr>
                              <w:t>2</w:t>
                            </w:r>
                          </w:p>
                        </w:tc>
                      </w:tr>
                      <w:tr w:rsidR="003A37E7" w:rsidRPr="00731C93" w:rsidTr="00143A1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cs="Times New Roman"/>
                                <w:sz w:val="20"/>
                                <w:szCs w:val="20"/>
                              </w:rPr>
                            </w:pPr>
                            <w:r w:rsidRPr="00731C93">
                              <w:rPr>
                                <w:rFonts w:cs="Times New Roman"/>
                                <w:sz w:val="20"/>
                                <w:szCs w:val="20"/>
                              </w:rPr>
                              <w:t>SCAD</w:t>
                            </w:r>
                          </w:p>
                        </w:tc>
                        <w:tc>
                          <w:tcPr>
                            <w:tcW w:w="422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INTRODUCTION TO SCHOOL ADMINISTRATION</w:t>
                            </w:r>
                          </w:p>
                        </w:tc>
                        <w:tc>
                          <w:tcPr>
                            <w:tcW w:w="117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143A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cs="Times New Roman"/>
                                <w:sz w:val="20"/>
                                <w:szCs w:val="20"/>
                              </w:rPr>
                            </w:pPr>
                            <w:r>
                              <w:rPr>
                                <w:rFonts w:cs="Times New Roman"/>
                                <w:sz w:val="20"/>
                                <w:szCs w:val="20"/>
                              </w:rPr>
                              <w:t>EDU 303</w:t>
                            </w:r>
                          </w:p>
                        </w:tc>
                        <w:tc>
                          <w:tcPr>
                            <w:tcW w:w="422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INTRODUCTION TO EDUCATION LEADERSHIP</w:t>
                            </w:r>
                          </w:p>
                        </w:tc>
                        <w:tc>
                          <w:tcPr>
                            <w:tcW w:w="117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143A17">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cs="Times New Roman"/>
                                <w:sz w:val="20"/>
                                <w:szCs w:val="20"/>
                              </w:rPr>
                            </w:pPr>
                            <w:r w:rsidRPr="00731C93">
                              <w:rPr>
                                <w:rFonts w:cs="Times New Roman"/>
                                <w:sz w:val="20"/>
                                <w:szCs w:val="20"/>
                              </w:rPr>
                              <w:t>SCAD 307</w:t>
                            </w:r>
                          </w:p>
                        </w:tc>
                        <w:tc>
                          <w:tcPr>
                            <w:tcW w:w="422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PRINCIPALSHIP</w:t>
                            </w:r>
                          </w:p>
                        </w:tc>
                        <w:tc>
                          <w:tcPr>
                            <w:tcW w:w="117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143A17">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cs="Times New Roman"/>
                                <w:sz w:val="20"/>
                                <w:szCs w:val="20"/>
                              </w:rPr>
                            </w:pPr>
                            <w:r w:rsidRPr="00731C93">
                              <w:rPr>
                                <w:rFonts w:cs="Times New Roman"/>
                                <w:sz w:val="20"/>
                                <w:szCs w:val="20"/>
                              </w:rPr>
                              <w:t>EDU 300</w:t>
                            </w:r>
                          </w:p>
                        </w:tc>
                        <w:tc>
                          <w:tcPr>
                            <w:tcW w:w="422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CLASSROOM MANAGEMENT</w:t>
                            </w:r>
                          </w:p>
                        </w:tc>
                        <w:tc>
                          <w:tcPr>
                            <w:tcW w:w="117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143A17">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cs="Times New Roman"/>
                                <w:sz w:val="20"/>
                                <w:szCs w:val="20"/>
                              </w:rPr>
                            </w:pPr>
                            <w:r>
                              <w:rPr>
                                <w:rFonts w:cs="Times New Roman"/>
                                <w:sz w:val="20"/>
                                <w:szCs w:val="20"/>
                              </w:rPr>
                              <w:t>EDUC 303</w:t>
                            </w:r>
                          </w:p>
                        </w:tc>
                        <w:tc>
                          <w:tcPr>
                            <w:tcW w:w="422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SCHOOL LAW AND POLICY</w:t>
                            </w:r>
                          </w:p>
                        </w:tc>
                        <w:tc>
                          <w:tcPr>
                            <w:tcW w:w="117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731C93">
                              <w:rPr>
                                <w:rFonts w:cs="Times New Roman"/>
                                <w:b/>
                                <w:sz w:val="20"/>
                                <w:szCs w:val="20"/>
                              </w:rPr>
                              <w:t>3</w:t>
                            </w:r>
                          </w:p>
                        </w:tc>
                      </w:tr>
                      <w:tr w:rsidR="003A37E7" w:rsidRPr="00731C93" w:rsidTr="00143A17">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Default="003A37E7" w:rsidP="00583905">
                            <w:pPr>
                              <w:jc w:val="center"/>
                              <w:rPr>
                                <w:rFonts w:cs="Times New Roman"/>
                                <w:sz w:val="20"/>
                                <w:szCs w:val="20"/>
                              </w:rPr>
                            </w:pPr>
                            <w:r>
                              <w:rPr>
                                <w:rFonts w:cs="Times New Roman"/>
                                <w:sz w:val="20"/>
                                <w:szCs w:val="20"/>
                              </w:rPr>
                              <w:t>EDUC 305</w:t>
                            </w:r>
                          </w:p>
                        </w:tc>
                        <w:tc>
                          <w:tcPr>
                            <w:tcW w:w="422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rFonts w:cs="Times New Roman"/>
                                <w:b/>
                                <w:sz w:val="20"/>
                                <w:szCs w:val="20"/>
                              </w:rPr>
                              <w:t>ASSESSMENT AND EVALUATION</w:t>
                            </w:r>
                          </w:p>
                        </w:tc>
                        <w:tc>
                          <w:tcPr>
                            <w:tcW w:w="117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Pr>
                                <w:rFonts w:cs="Times New Roman"/>
                                <w:b/>
                                <w:sz w:val="20"/>
                                <w:szCs w:val="20"/>
                              </w:rPr>
                              <w:t>3</w:t>
                            </w:r>
                          </w:p>
                        </w:tc>
                      </w:tr>
                      <w:tr w:rsidR="003A37E7" w:rsidRPr="00731C93" w:rsidTr="00143A17">
                        <w:trPr>
                          <w:cnfStyle w:val="000000010000" w:firstRow="0" w:lastRow="0" w:firstColumn="0" w:lastColumn="0" w:oddVBand="0" w:evenVBand="0" w:oddHBand="0" w:evenHBand="1"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760" w:type="dxa"/>
                            <w:gridSpan w:val="2"/>
                            <w:vAlign w:val="center"/>
                          </w:tcPr>
                          <w:p w:rsidR="003A37E7" w:rsidRPr="00731C93" w:rsidRDefault="003A37E7" w:rsidP="00583905">
                            <w:pPr>
                              <w:jc w:val="center"/>
                              <w:rPr>
                                <w:rFonts w:cs="Times New Roman"/>
                              </w:rPr>
                            </w:pPr>
                            <w:r w:rsidRPr="00731C93">
                              <w:rPr>
                                <w:rFonts w:cs="Times New Roman"/>
                              </w:rPr>
                              <w:t>TOTAL CREDIT HOURS</w:t>
                            </w:r>
                          </w:p>
                        </w:tc>
                        <w:tc>
                          <w:tcPr>
                            <w:tcW w:w="117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cs="Times New Roman"/>
                                <w:b/>
                              </w:rPr>
                            </w:pPr>
                            <w:r>
                              <w:rPr>
                                <w:rFonts w:cs="Times New Roman"/>
                                <w:b/>
                              </w:rPr>
                              <w:t>20</w:t>
                            </w:r>
                          </w:p>
                        </w:tc>
                      </w:tr>
                    </w:tbl>
                    <w:p w:rsidR="003A37E7" w:rsidRDefault="003A37E7"/>
                  </w:txbxContent>
                </v:textbox>
                <w10:wrap anchorx="margin"/>
              </v:shape>
            </w:pict>
          </mc:Fallback>
        </mc:AlternateContent>
      </w:r>
    </w:p>
    <w:p w:rsidR="00583905" w:rsidRDefault="00583905" w:rsidP="00412947">
      <w:pPr>
        <w:jc w:val="center"/>
      </w:pPr>
    </w:p>
    <w:p w:rsidR="00583905" w:rsidRDefault="00583905" w:rsidP="00412947">
      <w:pPr>
        <w:jc w:val="center"/>
      </w:pPr>
    </w:p>
    <w:p w:rsidR="00583905" w:rsidRDefault="00583905" w:rsidP="00412947">
      <w:pPr>
        <w:jc w:val="center"/>
      </w:pPr>
    </w:p>
    <w:p w:rsidR="00583905" w:rsidRDefault="00583905" w:rsidP="00412947">
      <w:pPr>
        <w:jc w:val="center"/>
      </w:pPr>
    </w:p>
    <w:p w:rsidR="00583905" w:rsidRDefault="009627D3" w:rsidP="00412947">
      <w:pPr>
        <w:jc w:val="center"/>
      </w:pPr>
      <w:r>
        <w:rPr>
          <w:noProof/>
        </w:rPr>
        <mc:AlternateContent>
          <mc:Choice Requires="wps">
            <w:drawing>
              <wp:anchor distT="0" distB="0" distL="114300" distR="114300" simplePos="0" relativeHeight="251773952" behindDoc="0" locked="0" layoutInCell="1" allowOverlap="1" wp14:anchorId="56BAA796" wp14:editId="51BC15CF">
                <wp:simplePos x="0" y="0"/>
                <wp:positionH relativeFrom="margin">
                  <wp:posOffset>-680085</wp:posOffset>
                </wp:positionH>
                <wp:positionV relativeFrom="paragraph">
                  <wp:posOffset>449580</wp:posOffset>
                </wp:positionV>
                <wp:extent cx="4681220" cy="3902710"/>
                <wp:effectExtent l="0" t="0" r="0" b="2540"/>
                <wp:wrapSquare wrapText="bothSides"/>
                <wp:docPr id="110" name="Text Box 110"/>
                <wp:cNvGraphicFramePr/>
                <a:graphic xmlns:a="http://schemas.openxmlformats.org/drawingml/2006/main">
                  <a:graphicData uri="http://schemas.microsoft.com/office/word/2010/wordprocessingShape">
                    <wps:wsp>
                      <wps:cNvSpPr txBox="1"/>
                      <wps:spPr>
                        <a:xfrm>
                          <a:off x="0" y="0"/>
                          <a:ext cx="4681220" cy="3902710"/>
                        </a:xfrm>
                        <a:prstGeom prst="rect">
                          <a:avLst/>
                        </a:prstGeom>
                        <a:noFill/>
                        <a:ln w="6350">
                          <a:noFill/>
                        </a:ln>
                        <a:effectLst/>
                      </wps:spPr>
                      <wps:txbx>
                        <w:txbxContent>
                          <w:tbl>
                            <w:tblPr>
                              <w:tblStyle w:val="LightGrid"/>
                              <w:tblW w:w="6930" w:type="dxa"/>
                              <w:tblInd w:w="-10" w:type="dxa"/>
                              <w:tblLayout w:type="fixed"/>
                              <w:tblLook w:val="04A0" w:firstRow="1" w:lastRow="0" w:firstColumn="1" w:lastColumn="0" w:noHBand="0" w:noVBand="1"/>
                            </w:tblPr>
                            <w:tblGrid>
                              <w:gridCol w:w="1540"/>
                              <w:gridCol w:w="4220"/>
                              <w:gridCol w:w="1170"/>
                            </w:tblGrid>
                            <w:tr w:rsidR="003A37E7" w:rsidRPr="000B5525" w:rsidTr="00B160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0B5525" w:rsidRDefault="003A37E7" w:rsidP="00583905">
                                  <w:pPr>
                                    <w:jc w:val="center"/>
                                    <w:rPr>
                                      <w:color w:val="FF0000"/>
                                    </w:rPr>
                                  </w:pPr>
                                  <w:r>
                                    <w:rPr>
                                      <w:color w:val="FF0000"/>
                                    </w:rPr>
                                    <w:t>BSC-EDUCATION (ADMINISTRATION)</w:t>
                                  </w:r>
                                </w:p>
                              </w:tc>
                            </w:tr>
                            <w:tr w:rsidR="003A37E7" w:rsidRPr="000B5525" w:rsidTr="00B160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0B5525" w:rsidRDefault="003A37E7" w:rsidP="00583905">
                                  <w:pPr>
                                    <w:jc w:val="center"/>
                                  </w:pPr>
                                  <w:r>
                                    <w:t xml:space="preserve">JUNIOR </w:t>
                                  </w:r>
                                  <w:r>
                                    <w:rPr>
                                      <w:rFonts w:cs="Times New Roman"/>
                                      <w:sz w:val="20"/>
                                      <w:szCs w:val="20"/>
                                    </w:rPr>
                                    <w:t>YEAR (YEAR III) - SECOND</w:t>
                                  </w:r>
                                  <w:r w:rsidRPr="00970FE9">
                                    <w:rPr>
                                      <w:rFonts w:cs="Times New Roman"/>
                                      <w:sz w:val="20"/>
                                      <w:szCs w:val="20"/>
                                    </w:rPr>
                                    <w:t xml:space="preserve"> SEMESTER</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0B5525" w:rsidRDefault="003A37E7" w:rsidP="00583905">
                                  <w:pPr>
                                    <w:jc w:val="center"/>
                                  </w:pPr>
                                  <w:r w:rsidRPr="000B5525">
                                    <w:t>COURSE CODE</w:t>
                                  </w:r>
                                </w:p>
                              </w:tc>
                              <w:tc>
                                <w:tcPr>
                                  <w:tcW w:w="4220" w:type="dxa"/>
                                  <w:vAlign w:val="center"/>
                                </w:tcPr>
                                <w:p w:rsidR="003A37E7" w:rsidRPr="000B5525" w:rsidRDefault="003A37E7" w:rsidP="00583905">
                                  <w:pPr>
                                    <w:jc w:val="center"/>
                                    <w:cnfStyle w:val="000000010000" w:firstRow="0" w:lastRow="0" w:firstColumn="0" w:lastColumn="0" w:oddVBand="0" w:evenVBand="0" w:oddHBand="0" w:evenHBand="1" w:firstRowFirstColumn="0" w:firstRowLastColumn="0" w:lastRowFirstColumn="0" w:lastRowLastColumn="0"/>
                                  </w:pPr>
                                  <w:r w:rsidRPr="000B5525">
                                    <w:rPr>
                                      <w:b/>
                                    </w:rPr>
                                    <w:t>COURSE TITLE</w:t>
                                  </w:r>
                                </w:p>
                              </w:tc>
                              <w:tc>
                                <w:tcPr>
                                  <w:tcW w:w="1170" w:type="dxa"/>
                                  <w:vAlign w:val="center"/>
                                </w:tcPr>
                                <w:p w:rsidR="003A37E7" w:rsidRPr="000B5525" w:rsidRDefault="003A37E7" w:rsidP="00583905">
                                  <w:pPr>
                                    <w:jc w:val="center"/>
                                    <w:cnfStyle w:val="000000010000" w:firstRow="0" w:lastRow="0" w:firstColumn="0" w:lastColumn="0" w:oddVBand="0" w:evenVBand="0" w:oddHBand="0" w:evenHBand="1" w:firstRowFirstColumn="0" w:firstRowLastColumn="0" w:lastRowFirstColumn="0" w:lastRowLastColumn="0"/>
                                  </w:pPr>
                                  <w:r w:rsidRPr="000B5525">
                                    <w:rPr>
                                      <w:b/>
                                    </w:rPr>
                                    <w:t xml:space="preserve">CREDIT </w:t>
                                  </w:r>
                                  <w:r>
                                    <w:rPr>
                                      <w:b/>
                                    </w:rPr>
                                    <w:t>HOURS</w:t>
                                  </w:r>
                                </w:p>
                              </w:tc>
                            </w:tr>
                            <w:tr w:rsidR="003A37E7" w:rsidRPr="0013403C" w:rsidTr="008F2D11">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3403C" w:rsidRDefault="003A37E7" w:rsidP="00583905">
                                  <w:pPr>
                                    <w:jc w:val="center"/>
                                    <w:rPr>
                                      <w:sz w:val="20"/>
                                      <w:szCs w:val="20"/>
                                    </w:rPr>
                                  </w:pPr>
                                  <w:r>
                                    <w:rPr>
                                      <w:sz w:val="20"/>
                                      <w:szCs w:val="20"/>
                                    </w:rPr>
                                    <w:t>GEN 108</w:t>
                                  </w:r>
                                </w:p>
                              </w:tc>
                              <w:tc>
                                <w:tcPr>
                                  <w:tcW w:w="4220" w:type="dxa"/>
                                  <w:vAlign w:val="center"/>
                                </w:tcPr>
                                <w:p w:rsidR="003A37E7" w:rsidRPr="0013403C" w:rsidRDefault="003A37E7" w:rsidP="00583905">
                                  <w:pPr>
                                    <w:jc w:val="center"/>
                                    <w:cnfStyle w:val="000000100000" w:firstRow="0" w:lastRow="0" w:firstColumn="0" w:lastColumn="0" w:oddVBand="0" w:evenVBand="0" w:oddHBand="1" w:evenHBand="0" w:firstRowFirstColumn="0" w:firstRowLastColumn="0" w:lastRowFirstColumn="0" w:lastRowLastColumn="0"/>
                                    <w:rPr>
                                      <w:sz w:val="20"/>
                                      <w:szCs w:val="20"/>
                                    </w:rPr>
                                  </w:pPr>
                                  <w:r w:rsidRPr="003F7672">
                                    <w:rPr>
                                      <w:rFonts w:cs="Times New Roman"/>
                                      <w:b/>
                                    </w:rPr>
                                    <w:t>DYNAMIC OF FAITH</w:t>
                                  </w:r>
                                  <w:r>
                                    <w:rPr>
                                      <w:rFonts w:cs="Times New Roman"/>
                                      <w:b/>
                                    </w:rPr>
                                    <w:t xml:space="preserve"> </w:t>
                                  </w:r>
                                  <w:r w:rsidRPr="00731C93">
                                    <w:rPr>
                                      <w:rFonts w:cs="Times New Roman"/>
                                      <w:sz w:val="20"/>
                                      <w:szCs w:val="20"/>
                                    </w:rPr>
                                    <w:t>2</w:t>
                                  </w:r>
                                </w:p>
                              </w:tc>
                              <w:tc>
                                <w:tcPr>
                                  <w:tcW w:w="1170" w:type="dxa"/>
                                  <w:vAlign w:val="center"/>
                                </w:tcPr>
                                <w:p w:rsidR="003A37E7" w:rsidRPr="0013403C" w:rsidRDefault="003A37E7" w:rsidP="00583905">
                                  <w:pPr>
                                    <w:jc w:val="center"/>
                                    <w:cnfStyle w:val="000000100000" w:firstRow="0" w:lastRow="0" w:firstColumn="0" w:lastColumn="0" w:oddVBand="0" w:evenVBand="0" w:oddHBand="1" w:evenHBand="0" w:firstRowFirstColumn="0" w:firstRowLastColumn="0" w:lastRowFirstColumn="0" w:lastRowLastColumn="0"/>
                                    <w:rPr>
                                      <w:sz w:val="20"/>
                                      <w:szCs w:val="20"/>
                                    </w:rPr>
                                  </w:pPr>
                                  <w:r w:rsidRPr="00731C93">
                                    <w:rPr>
                                      <w:rFonts w:cs="Times New Roman"/>
                                      <w:sz w:val="20"/>
                                      <w:szCs w:val="20"/>
                                    </w:rPr>
                                    <w:t>2</w:t>
                                  </w:r>
                                </w:p>
                              </w:tc>
                            </w:tr>
                            <w:tr w:rsidR="003A37E7" w:rsidRPr="0013403C" w:rsidTr="008F2D11">
                              <w:trPr>
                                <w:cnfStyle w:val="000000010000" w:firstRow="0" w:lastRow="0" w:firstColumn="0" w:lastColumn="0" w:oddVBand="0" w:evenVBand="0" w:oddHBand="0" w:evenHBand="1" w:firstRowFirstColumn="0" w:firstRowLastColumn="0" w:lastRowFirstColumn="0" w:lastRowLastColumn="0"/>
                                <w:trHeight w:val="511"/>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3403C" w:rsidRDefault="003A37E7" w:rsidP="00583905">
                                  <w:pPr>
                                    <w:jc w:val="center"/>
                                    <w:rPr>
                                      <w:sz w:val="20"/>
                                      <w:szCs w:val="20"/>
                                    </w:rPr>
                                  </w:pPr>
                                  <w:r>
                                    <w:rPr>
                                      <w:rFonts w:cs="Times New Roman"/>
                                    </w:rPr>
                                    <w:t>EDUC 301</w:t>
                                  </w:r>
                                </w:p>
                              </w:tc>
                              <w:tc>
                                <w:tcPr>
                                  <w:tcW w:w="4220" w:type="dxa"/>
                                  <w:vAlign w:val="center"/>
                                </w:tcPr>
                                <w:p w:rsidR="003A37E7" w:rsidRPr="0013403C" w:rsidRDefault="003A37E7" w:rsidP="00583905">
                                  <w:pPr>
                                    <w:jc w:val="cente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ADMINISTRATIVE LAW</w:t>
                                  </w:r>
                                </w:p>
                              </w:tc>
                              <w:tc>
                                <w:tcPr>
                                  <w:tcW w:w="1170" w:type="dxa"/>
                                  <w:vAlign w:val="center"/>
                                </w:tcPr>
                                <w:p w:rsidR="003A37E7" w:rsidRPr="0013403C" w:rsidRDefault="003A37E7" w:rsidP="00583905">
                                  <w:pPr>
                                    <w:jc w:val="cente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3</w:t>
                                  </w:r>
                                </w:p>
                              </w:tc>
                            </w:tr>
                            <w:tr w:rsidR="003A37E7" w:rsidRPr="0013403C" w:rsidTr="008F2D11">
                              <w:trPr>
                                <w:cnfStyle w:val="000000100000" w:firstRow="0" w:lastRow="0" w:firstColumn="0" w:lastColumn="0" w:oddVBand="0" w:evenVBand="0" w:oddHBand="1" w:evenHBand="0" w:firstRowFirstColumn="0" w:firstRowLastColumn="0" w:lastRowFirstColumn="0" w:lastRowLastColumn="0"/>
                                <w:trHeight w:val="67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3403C" w:rsidRDefault="003A37E7" w:rsidP="00583905">
                                  <w:pPr>
                                    <w:jc w:val="center"/>
                                    <w:rPr>
                                      <w:rFonts w:ascii="Bahnschrift" w:hAnsi="Bahnschrift"/>
                                      <w:sz w:val="20"/>
                                      <w:szCs w:val="20"/>
                                    </w:rPr>
                                  </w:pPr>
                                  <w:r>
                                    <w:rPr>
                                      <w:rFonts w:cs="Times New Roman"/>
                                    </w:rPr>
                                    <w:t>EDUC 308</w:t>
                                  </w:r>
                                </w:p>
                              </w:tc>
                              <w:tc>
                                <w:tcPr>
                                  <w:tcW w:w="4220" w:type="dxa"/>
                                  <w:vAlign w:val="center"/>
                                </w:tcPr>
                                <w:p w:rsidR="003A37E7" w:rsidRPr="0013403C" w:rsidRDefault="003A37E7" w:rsidP="00583905">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Pr>
                                      <w:rFonts w:ascii="Bahnschrift" w:hAnsi="Bahnschrift"/>
                                      <w:sz w:val="20"/>
                                      <w:szCs w:val="20"/>
                                    </w:rPr>
                                    <w:t>EDUCATIONAL STATISTICS</w:t>
                                  </w:r>
                                </w:p>
                              </w:tc>
                              <w:tc>
                                <w:tcPr>
                                  <w:tcW w:w="1170" w:type="dxa"/>
                                  <w:vAlign w:val="center"/>
                                </w:tcPr>
                                <w:p w:rsidR="003A37E7" w:rsidRPr="0013403C" w:rsidRDefault="003A37E7" w:rsidP="00583905">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3</w:t>
                                  </w:r>
                                </w:p>
                              </w:tc>
                            </w:tr>
                            <w:tr w:rsidR="003A37E7" w:rsidRPr="0013403C" w:rsidTr="008F2D11">
                              <w:trPr>
                                <w:cnfStyle w:val="000000010000" w:firstRow="0" w:lastRow="0" w:firstColumn="0" w:lastColumn="0" w:oddVBand="0" w:evenVBand="0" w:oddHBand="0" w:evenHBand="1"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3403C" w:rsidRDefault="003A37E7" w:rsidP="00583905">
                                  <w:pPr>
                                    <w:jc w:val="center"/>
                                    <w:rPr>
                                      <w:rFonts w:ascii="Bahnschrift" w:hAnsi="Bahnschrift"/>
                                      <w:sz w:val="20"/>
                                      <w:szCs w:val="20"/>
                                    </w:rPr>
                                  </w:pPr>
                                  <w:r>
                                    <w:rPr>
                                      <w:rFonts w:cs="Times New Roman"/>
                                    </w:rPr>
                                    <w:t>EDUC 304</w:t>
                                  </w:r>
                                </w:p>
                              </w:tc>
                              <w:tc>
                                <w:tcPr>
                                  <w:tcW w:w="4220" w:type="dxa"/>
                                  <w:vAlign w:val="center"/>
                                </w:tcPr>
                                <w:p w:rsidR="003A37E7" w:rsidRPr="0013403C" w:rsidRDefault="003A37E7" w:rsidP="00583905">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Pr>
                                      <w:rFonts w:ascii="Bahnschrift" w:hAnsi="Bahnschrift"/>
                                      <w:sz w:val="20"/>
                                      <w:szCs w:val="20"/>
                                    </w:rPr>
                                    <w:t>HISTORY OF LIBERIA EDUCATION</w:t>
                                  </w:r>
                                </w:p>
                              </w:tc>
                              <w:tc>
                                <w:tcPr>
                                  <w:tcW w:w="1170" w:type="dxa"/>
                                  <w:vAlign w:val="center"/>
                                </w:tcPr>
                                <w:p w:rsidR="003A37E7" w:rsidRPr="0013403C" w:rsidRDefault="003A37E7" w:rsidP="00583905">
                                  <w:pPr>
                                    <w:jc w:val="cente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3</w:t>
                                  </w:r>
                                </w:p>
                              </w:tc>
                            </w:tr>
                            <w:tr w:rsidR="003A37E7" w:rsidRPr="0013403C" w:rsidTr="003207D8">
                              <w:trPr>
                                <w:cnfStyle w:val="000000100000" w:firstRow="0" w:lastRow="0" w:firstColumn="0" w:lastColumn="0" w:oddVBand="0" w:evenVBand="0" w:oddHBand="1" w:evenHBand="0" w:firstRowFirstColumn="0" w:firstRowLastColumn="0" w:lastRowFirstColumn="0" w:lastRowLastColumn="0"/>
                                <w:trHeight w:val="7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3403C" w:rsidRDefault="003A37E7" w:rsidP="00583905">
                                  <w:pPr>
                                    <w:jc w:val="center"/>
                                    <w:rPr>
                                      <w:rFonts w:ascii="Bahnschrift" w:hAnsi="Bahnschrift"/>
                                      <w:sz w:val="20"/>
                                      <w:szCs w:val="20"/>
                                    </w:rPr>
                                  </w:pPr>
                                  <w:r>
                                    <w:rPr>
                                      <w:rFonts w:cs="Times New Roman"/>
                                    </w:rPr>
                                    <w:t>EDUC 305</w:t>
                                  </w:r>
                                </w:p>
                              </w:tc>
                              <w:tc>
                                <w:tcPr>
                                  <w:tcW w:w="4220" w:type="dxa"/>
                                  <w:vAlign w:val="center"/>
                                </w:tcPr>
                                <w:p w:rsidR="003A37E7" w:rsidRPr="0013403C" w:rsidRDefault="003A37E7" w:rsidP="00583905">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ENTERPRENEURSHIP IN EDUCATION</w:t>
                                  </w:r>
                                </w:p>
                              </w:tc>
                              <w:tc>
                                <w:tcPr>
                                  <w:tcW w:w="1170" w:type="dxa"/>
                                  <w:vAlign w:val="center"/>
                                </w:tcPr>
                                <w:p w:rsidR="003A37E7" w:rsidRPr="0013403C" w:rsidRDefault="003A37E7" w:rsidP="00583905">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w:t>
                                  </w:r>
                                </w:p>
                              </w:tc>
                            </w:tr>
                            <w:tr w:rsidR="003A37E7" w:rsidRPr="000B5525" w:rsidTr="003207D8">
                              <w:trPr>
                                <w:cnfStyle w:val="000000010000" w:firstRow="0" w:lastRow="0" w:firstColumn="0" w:lastColumn="0" w:oddVBand="0" w:evenVBand="0" w:oddHBand="0" w:evenHBand="1" w:firstRowFirstColumn="0" w:firstRowLastColumn="0" w:lastRowFirstColumn="0" w:lastRowLastColumn="0"/>
                                <w:trHeight w:val="487"/>
                              </w:trPr>
                              <w:tc>
                                <w:tcPr>
                                  <w:cnfStyle w:val="001000000000" w:firstRow="0" w:lastRow="0" w:firstColumn="1" w:lastColumn="0" w:oddVBand="0" w:evenVBand="0" w:oddHBand="0" w:evenHBand="0" w:firstRowFirstColumn="0" w:firstRowLastColumn="0" w:lastRowFirstColumn="0" w:lastRowLastColumn="0"/>
                                  <w:tcW w:w="5760" w:type="dxa"/>
                                  <w:gridSpan w:val="2"/>
                                  <w:vAlign w:val="center"/>
                                </w:tcPr>
                                <w:p w:rsidR="003A37E7" w:rsidRPr="000B5525" w:rsidRDefault="003A37E7" w:rsidP="00583905">
                                  <w:pPr>
                                    <w:jc w:val="center"/>
                                  </w:pPr>
                                  <w:r>
                                    <w:t xml:space="preserve">TOTAL </w:t>
                                  </w:r>
                                  <w:r w:rsidRPr="000B5525">
                                    <w:rPr>
                                      <w:b w:val="0"/>
                                    </w:rPr>
                                    <w:t xml:space="preserve">CREDIT </w:t>
                                  </w:r>
                                  <w:r>
                                    <w:rPr>
                                      <w:b w:val="0"/>
                                    </w:rPr>
                                    <w:t>HOURS</w:t>
                                  </w:r>
                                </w:p>
                              </w:tc>
                              <w:tc>
                                <w:tcPr>
                                  <w:tcW w:w="1170" w:type="dxa"/>
                                  <w:vAlign w:val="center"/>
                                </w:tcPr>
                                <w:p w:rsidR="003A37E7" w:rsidRPr="000B5525" w:rsidRDefault="003A37E7" w:rsidP="00583905">
                                  <w:pPr>
                                    <w:jc w:val="center"/>
                                    <w:cnfStyle w:val="000000010000" w:firstRow="0" w:lastRow="0" w:firstColumn="0" w:lastColumn="0" w:oddVBand="0" w:evenVBand="0" w:oddHBand="0" w:evenHBand="1" w:firstRowFirstColumn="0" w:firstRowLastColumn="0" w:lastRowFirstColumn="0" w:lastRowLastColumn="0"/>
                                  </w:pPr>
                                  <w:r>
                                    <w:t>13</w:t>
                                  </w:r>
                                </w:p>
                              </w:tc>
                            </w:tr>
                          </w:tbl>
                          <w:p w:rsidR="003A37E7" w:rsidRPr="00517D73" w:rsidRDefault="003A37E7" w:rsidP="00313077">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BAA796" id="Text Box 110" o:spid="_x0000_s1158" type="#_x0000_t202" style="position:absolute;left:0;text-align:left;margin-left:-53.55pt;margin-top:35.4pt;width:368.6pt;height:307.3pt;z-index:251773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" filled="f" stroked="f" strokeweight=".5pt">
                <v:textbox>
                  <w:txbxContent>
                    <w:tbl>
                      <w:tblPr>
                        <w:tblStyle w:val="LightGrid"/>
                        <w:tblW w:w="6930" w:type="dxa"/>
                        <w:tblInd w:w="-10" w:type="dxa"/>
                        <w:tblLayout w:type="fixed"/>
                        <w:tblLook w:val="04A0" w:firstRow="1" w:lastRow="0" w:firstColumn="1" w:lastColumn="0" w:noHBand="0" w:noVBand="1"/>
                      </w:tblPr>
                      <w:tblGrid>
                        <w:gridCol w:w="1540"/>
                        <w:gridCol w:w="4220"/>
                        <w:gridCol w:w="1170"/>
                      </w:tblGrid>
                      <w:tr w:rsidR="003A37E7" w:rsidRPr="000B5525" w:rsidTr="00B160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0B5525" w:rsidRDefault="003A37E7" w:rsidP="00583905">
                            <w:pPr>
                              <w:jc w:val="center"/>
                              <w:rPr>
                                <w:color w:val="FF0000"/>
                              </w:rPr>
                            </w:pPr>
                            <w:r>
                              <w:rPr>
                                <w:color w:val="FF0000"/>
                              </w:rPr>
                              <w:t>BSC-EDUCATION (ADMINISTRATION)</w:t>
                            </w:r>
                          </w:p>
                        </w:tc>
                      </w:tr>
                      <w:tr w:rsidR="003A37E7" w:rsidRPr="000B5525" w:rsidTr="00B160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0B5525" w:rsidRDefault="003A37E7" w:rsidP="00583905">
                            <w:pPr>
                              <w:jc w:val="center"/>
                            </w:pPr>
                            <w:r>
                              <w:t xml:space="preserve">JUNIOR </w:t>
                            </w:r>
                            <w:r>
                              <w:rPr>
                                <w:rFonts w:cs="Times New Roman"/>
                                <w:sz w:val="20"/>
                                <w:szCs w:val="20"/>
                              </w:rPr>
                              <w:t>YEAR (YEAR III) - SECOND</w:t>
                            </w:r>
                            <w:r w:rsidRPr="00970FE9">
                              <w:rPr>
                                <w:rFonts w:cs="Times New Roman"/>
                                <w:sz w:val="20"/>
                                <w:szCs w:val="20"/>
                              </w:rPr>
                              <w:t xml:space="preserve"> SEMESTER</w:t>
                            </w:r>
                          </w:p>
                        </w:tc>
                      </w:tr>
                      <w:tr w:rsidR="003A37E7" w:rsidRPr="000B5525"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0B5525" w:rsidRDefault="003A37E7" w:rsidP="00583905">
                            <w:pPr>
                              <w:jc w:val="center"/>
                            </w:pPr>
                            <w:r w:rsidRPr="000B5525">
                              <w:t>COURSE CODE</w:t>
                            </w:r>
                          </w:p>
                        </w:tc>
                        <w:tc>
                          <w:tcPr>
                            <w:tcW w:w="4220" w:type="dxa"/>
                            <w:vAlign w:val="center"/>
                          </w:tcPr>
                          <w:p w:rsidR="003A37E7" w:rsidRPr="000B5525" w:rsidRDefault="003A37E7" w:rsidP="00583905">
                            <w:pPr>
                              <w:jc w:val="center"/>
                              <w:cnfStyle w:val="000000010000" w:firstRow="0" w:lastRow="0" w:firstColumn="0" w:lastColumn="0" w:oddVBand="0" w:evenVBand="0" w:oddHBand="0" w:evenHBand="1" w:firstRowFirstColumn="0" w:firstRowLastColumn="0" w:lastRowFirstColumn="0" w:lastRowLastColumn="0"/>
                            </w:pPr>
                            <w:r w:rsidRPr="000B5525">
                              <w:rPr>
                                <w:b/>
                              </w:rPr>
                              <w:t>COURSE TITLE</w:t>
                            </w:r>
                          </w:p>
                        </w:tc>
                        <w:tc>
                          <w:tcPr>
                            <w:tcW w:w="1170" w:type="dxa"/>
                            <w:vAlign w:val="center"/>
                          </w:tcPr>
                          <w:p w:rsidR="003A37E7" w:rsidRPr="000B5525" w:rsidRDefault="003A37E7" w:rsidP="00583905">
                            <w:pPr>
                              <w:jc w:val="center"/>
                              <w:cnfStyle w:val="000000010000" w:firstRow="0" w:lastRow="0" w:firstColumn="0" w:lastColumn="0" w:oddVBand="0" w:evenVBand="0" w:oddHBand="0" w:evenHBand="1" w:firstRowFirstColumn="0" w:firstRowLastColumn="0" w:lastRowFirstColumn="0" w:lastRowLastColumn="0"/>
                            </w:pPr>
                            <w:r w:rsidRPr="000B5525">
                              <w:rPr>
                                <w:b/>
                              </w:rPr>
                              <w:t xml:space="preserve">CREDIT </w:t>
                            </w:r>
                            <w:r>
                              <w:rPr>
                                <w:b/>
                              </w:rPr>
                              <w:t>HOURS</w:t>
                            </w:r>
                          </w:p>
                        </w:tc>
                      </w:tr>
                      <w:tr w:rsidR="003A37E7" w:rsidRPr="0013403C" w:rsidTr="008F2D11">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3403C" w:rsidRDefault="003A37E7" w:rsidP="00583905">
                            <w:pPr>
                              <w:jc w:val="center"/>
                              <w:rPr>
                                <w:sz w:val="20"/>
                                <w:szCs w:val="20"/>
                              </w:rPr>
                            </w:pPr>
                            <w:r>
                              <w:rPr>
                                <w:sz w:val="20"/>
                                <w:szCs w:val="20"/>
                              </w:rPr>
                              <w:t>GEN 108</w:t>
                            </w:r>
                          </w:p>
                        </w:tc>
                        <w:tc>
                          <w:tcPr>
                            <w:tcW w:w="4220" w:type="dxa"/>
                            <w:vAlign w:val="center"/>
                          </w:tcPr>
                          <w:p w:rsidR="003A37E7" w:rsidRPr="0013403C" w:rsidRDefault="003A37E7" w:rsidP="00583905">
                            <w:pPr>
                              <w:jc w:val="center"/>
                              <w:cnfStyle w:val="000000100000" w:firstRow="0" w:lastRow="0" w:firstColumn="0" w:lastColumn="0" w:oddVBand="0" w:evenVBand="0" w:oddHBand="1" w:evenHBand="0" w:firstRowFirstColumn="0" w:firstRowLastColumn="0" w:lastRowFirstColumn="0" w:lastRowLastColumn="0"/>
                              <w:rPr>
                                <w:sz w:val="20"/>
                                <w:szCs w:val="20"/>
                              </w:rPr>
                            </w:pPr>
                            <w:r w:rsidRPr="003F7672">
                              <w:rPr>
                                <w:rFonts w:cs="Times New Roman"/>
                                <w:b/>
                              </w:rPr>
                              <w:t>DYNAMIC OF FAITH</w:t>
                            </w:r>
                            <w:r>
                              <w:rPr>
                                <w:rFonts w:cs="Times New Roman"/>
                                <w:b/>
                              </w:rPr>
                              <w:t xml:space="preserve"> </w:t>
                            </w:r>
                            <w:r w:rsidRPr="00731C93">
                              <w:rPr>
                                <w:rFonts w:cs="Times New Roman"/>
                                <w:sz w:val="20"/>
                                <w:szCs w:val="20"/>
                              </w:rPr>
                              <w:t>2</w:t>
                            </w:r>
                          </w:p>
                        </w:tc>
                        <w:tc>
                          <w:tcPr>
                            <w:tcW w:w="1170" w:type="dxa"/>
                            <w:vAlign w:val="center"/>
                          </w:tcPr>
                          <w:p w:rsidR="003A37E7" w:rsidRPr="0013403C" w:rsidRDefault="003A37E7" w:rsidP="00583905">
                            <w:pPr>
                              <w:jc w:val="center"/>
                              <w:cnfStyle w:val="000000100000" w:firstRow="0" w:lastRow="0" w:firstColumn="0" w:lastColumn="0" w:oddVBand="0" w:evenVBand="0" w:oddHBand="1" w:evenHBand="0" w:firstRowFirstColumn="0" w:firstRowLastColumn="0" w:lastRowFirstColumn="0" w:lastRowLastColumn="0"/>
                              <w:rPr>
                                <w:sz w:val="20"/>
                                <w:szCs w:val="20"/>
                              </w:rPr>
                            </w:pPr>
                            <w:r w:rsidRPr="00731C93">
                              <w:rPr>
                                <w:rFonts w:cs="Times New Roman"/>
                                <w:sz w:val="20"/>
                                <w:szCs w:val="20"/>
                              </w:rPr>
                              <w:t>2</w:t>
                            </w:r>
                          </w:p>
                        </w:tc>
                      </w:tr>
                      <w:tr w:rsidR="003A37E7" w:rsidRPr="0013403C" w:rsidTr="008F2D11">
                        <w:trPr>
                          <w:cnfStyle w:val="000000010000" w:firstRow="0" w:lastRow="0" w:firstColumn="0" w:lastColumn="0" w:oddVBand="0" w:evenVBand="0" w:oddHBand="0" w:evenHBand="1" w:firstRowFirstColumn="0" w:firstRowLastColumn="0" w:lastRowFirstColumn="0" w:lastRowLastColumn="0"/>
                          <w:trHeight w:val="511"/>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3403C" w:rsidRDefault="003A37E7" w:rsidP="00583905">
                            <w:pPr>
                              <w:jc w:val="center"/>
                              <w:rPr>
                                <w:sz w:val="20"/>
                                <w:szCs w:val="20"/>
                              </w:rPr>
                            </w:pPr>
                            <w:r>
                              <w:rPr>
                                <w:rFonts w:cs="Times New Roman"/>
                              </w:rPr>
                              <w:t>EDUC 301</w:t>
                            </w:r>
                          </w:p>
                        </w:tc>
                        <w:tc>
                          <w:tcPr>
                            <w:tcW w:w="4220" w:type="dxa"/>
                            <w:vAlign w:val="center"/>
                          </w:tcPr>
                          <w:p w:rsidR="003A37E7" w:rsidRPr="0013403C" w:rsidRDefault="003A37E7" w:rsidP="00583905">
                            <w:pPr>
                              <w:jc w:val="cente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ADMINISTRATIVE LAW</w:t>
                            </w:r>
                          </w:p>
                        </w:tc>
                        <w:tc>
                          <w:tcPr>
                            <w:tcW w:w="1170" w:type="dxa"/>
                            <w:vAlign w:val="center"/>
                          </w:tcPr>
                          <w:p w:rsidR="003A37E7" w:rsidRPr="0013403C" w:rsidRDefault="003A37E7" w:rsidP="00583905">
                            <w:pPr>
                              <w:jc w:val="cente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3</w:t>
                            </w:r>
                          </w:p>
                        </w:tc>
                      </w:tr>
                      <w:tr w:rsidR="003A37E7" w:rsidRPr="0013403C" w:rsidTr="008F2D11">
                        <w:trPr>
                          <w:cnfStyle w:val="000000100000" w:firstRow="0" w:lastRow="0" w:firstColumn="0" w:lastColumn="0" w:oddVBand="0" w:evenVBand="0" w:oddHBand="1" w:evenHBand="0" w:firstRowFirstColumn="0" w:firstRowLastColumn="0" w:lastRowFirstColumn="0" w:lastRowLastColumn="0"/>
                          <w:trHeight w:val="67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3403C" w:rsidRDefault="003A37E7" w:rsidP="00583905">
                            <w:pPr>
                              <w:jc w:val="center"/>
                              <w:rPr>
                                <w:rFonts w:ascii="Bahnschrift" w:hAnsi="Bahnschrift"/>
                                <w:sz w:val="20"/>
                                <w:szCs w:val="20"/>
                              </w:rPr>
                            </w:pPr>
                            <w:r>
                              <w:rPr>
                                <w:rFonts w:cs="Times New Roman"/>
                              </w:rPr>
                              <w:t>EDUC 308</w:t>
                            </w:r>
                          </w:p>
                        </w:tc>
                        <w:tc>
                          <w:tcPr>
                            <w:tcW w:w="4220" w:type="dxa"/>
                            <w:vAlign w:val="center"/>
                          </w:tcPr>
                          <w:p w:rsidR="003A37E7" w:rsidRPr="0013403C" w:rsidRDefault="003A37E7" w:rsidP="00583905">
                            <w:pPr>
                              <w:jc w:val="center"/>
                              <w:cnfStyle w:val="000000100000" w:firstRow="0" w:lastRow="0" w:firstColumn="0" w:lastColumn="0" w:oddVBand="0" w:evenVBand="0" w:oddHBand="1" w:evenHBand="0" w:firstRowFirstColumn="0" w:firstRowLastColumn="0" w:lastRowFirstColumn="0" w:lastRowLastColumn="0"/>
                              <w:rPr>
                                <w:rFonts w:ascii="Bahnschrift" w:hAnsi="Bahnschrift"/>
                                <w:sz w:val="20"/>
                                <w:szCs w:val="20"/>
                              </w:rPr>
                            </w:pPr>
                            <w:r>
                              <w:rPr>
                                <w:rFonts w:ascii="Bahnschrift" w:hAnsi="Bahnschrift"/>
                                <w:sz w:val="20"/>
                                <w:szCs w:val="20"/>
                              </w:rPr>
                              <w:t>EDUCATIONAL STATISTICS</w:t>
                            </w:r>
                          </w:p>
                        </w:tc>
                        <w:tc>
                          <w:tcPr>
                            <w:tcW w:w="1170" w:type="dxa"/>
                            <w:vAlign w:val="center"/>
                          </w:tcPr>
                          <w:p w:rsidR="003A37E7" w:rsidRPr="0013403C" w:rsidRDefault="003A37E7" w:rsidP="00583905">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3</w:t>
                            </w:r>
                          </w:p>
                        </w:tc>
                      </w:tr>
                      <w:tr w:rsidR="003A37E7" w:rsidRPr="0013403C" w:rsidTr="008F2D11">
                        <w:trPr>
                          <w:cnfStyle w:val="000000010000" w:firstRow="0" w:lastRow="0" w:firstColumn="0" w:lastColumn="0" w:oddVBand="0" w:evenVBand="0" w:oddHBand="0" w:evenHBand="1"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3403C" w:rsidRDefault="003A37E7" w:rsidP="00583905">
                            <w:pPr>
                              <w:jc w:val="center"/>
                              <w:rPr>
                                <w:rFonts w:ascii="Bahnschrift" w:hAnsi="Bahnschrift"/>
                                <w:sz w:val="20"/>
                                <w:szCs w:val="20"/>
                              </w:rPr>
                            </w:pPr>
                            <w:r>
                              <w:rPr>
                                <w:rFonts w:cs="Times New Roman"/>
                              </w:rPr>
                              <w:t>EDUC 304</w:t>
                            </w:r>
                          </w:p>
                        </w:tc>
                        <w:tc>
                          <w:tcPr>
                            <w:tcW w:w="4220" w:type="dxa"/>
                            <w:vAlign w:val="center"/>
                          </w:tcPr>
                          <w:p w:rsidR="003A37E7" w:rsidRPr="0013403C" w:rsidRDefault="003A37E7" w:rsidP="00583905">
                            <w:pPr>
                              <w:jc w:val="center"/>
                              <w:cnfStyle w:val="000000010000" w:firstRow="0" w:lastRow="0" w:firstColumn="0" w:lastColumn="0" w:oddVBand="0" w:evenVBand="0" w:oddHBand="0" w:evenHBand="1" w:firstRowFirstColumn="0" w:firstRowLastColumn="0" w:lastRowFirstColumn="0" w:lastRowLastColumn="0"/>
                              <w:rPr>
                                <w:rFonts w:ascii="Bahnschrift" w:hAnsi="Bahnschrift"/>
                                <w:sz w:val="20"/>
                                <w:szCs w:val="20"/>
                              </w:rPr>
                            </w:pPr>
                            <w:r>
                              <w:rPr>
                                <w:rFonts w:ascii="Bahnschrift" w:hAnsi="Bahnschrift"/>
                                <w:sz w:val="20"/>
                                <w:szCs w:val="20"/>
                              </w:rPr>
                              <w:t>HISTORY OF LIBERIA EDUCATION</w:t>
                            </w:r>
                          </w:p>
                        </w:tc>
                        <w:tc>
                          <w:tcPr>
                            <w:tcW w:w="1170" w:type="dxa"/>
                            <w:vAlign w:val="center"/>
                          </w:tcPr>
                          <w:p w:rsidR="003A37E7" w:rsidRPr="0013403C" w:rsidRDefault="003A37E7" w:rsidP="00583905">
                            <w:pPr>
                              <w:jc w:val="center"/>
                              <w:cnfStyle w:val="000000010000" w:firstRow="0" w:lastRow="0" w:firstColumn="0" w:lastColumn="0" w:oddVBand="0" w:evenVBand="0" w:oddHBand="0" w:evenHBand="1" w:firstRowFirstColumn="0" w:firstRowLastColumn="0" w:lastRowFirstColumn="0" w:lastRowLastColumn="0"/>
                              <w:rPr>
                                <w:sz w:val="20"/>
                                <w:szCs w:val="20"/>
                              </w:rPr>
                            </w:pPr>
                            <w:r>
                              <w:rPr>
                                <w:sz w:val="20"/>
                                <w:szCs w:val="20"/>
                              </w:rPr>
                              <w:t>3</w:t>
                            </w:r>
                          </w:p>
                        </w:tc>
                      </w:tr>
                      <w:tr w:rsidR="003A37E7" w:rsidRPr="0013403C" w:rsidTr="003207D8">
                        <w:trPr>
                          <w:cnfStyle w:val="000000100000" w:firstRow="0" w:lastRow="0" w:firstColumn="0" w:lastColumn="0" w:oddVBand="0" w:evenVBand="0" w:oddHBand="1" w:evenHBand="0" w:firstRowFirstColumn="0" w:firstRowLastColumn="0" w:lastRowFirstColumn="0" w:lastRowLastColumn="0"/>
                          <w:trHeight w:val="7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13403C" w:rsidRDefault="003A37E7" w:rsidP="00583905">
                            <w:pPr>
                              <w:jc w:val="center"/>
                              <w:rPr>
                                <w:rFonts w:ascii="Bahnschrift" w:hAnsi="Bahnschrift"/>
                                <w:sz w:val="20"/>
                                <w:szCs w:val="20"/>
                              </w:rPr>
                            </w:pPr>
                            <w:r>
                              <w:rPr>
                                <w:rFonts w:cs="Times New Roman"/>
                              </w:rPr>
                              <w:t>EDUC 305</w:t>
                            </w:r>
                          </w:p>
                        </w:tc>
                        <w:tc>
                          <w:tcPr>
                            <w:tcW w:w="4220" w:type="dxa"/>
                            <w:vAlign w:val="center"/>
                          </w:tcPr>
                          <w:p w:rsidR="003A37E7" w:rsidRPr="0013403C" w:rsidRDefault="003A37E7" w:rsidP="00583905">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ENTERPRENEURSHIP IN EDUCATION</w:t>
                            </w:r>
                          </w:p>
                        </w:tc>
                        <w:tc>
                          <w:tcPr>
                            <w:tcW w:w="1170" w:type="dxa"/>
                            <w:vAlign w:val="center"/>
                          </w:tcPr>
                          <w:p w:rsidR="003A37E7" w:rsidRPr="0013403C" w:rsidRDefault="003A37E7" w:rsidP="00583905">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w:t>
                            </w:r>
                          </w:p>
                        </w:tc>
                      </w:tr>
                      <w:tr w:rsidR="003A37E7" w:rsidRPr="000B5525" w:rsidTr="003207D8">
                        <w:trPr>
                          <w:cnfStyle w:val="000000010000" w:firstRow="0" w:lastRow="0" w:firstColumn="0" w:lastColumn="0" w:oddVBand="0" w:evenVBand="0" w:oddHBand="0" w:evenHBand="1" w:firstRowFirstColumn="0" w:firstRowLastColumn="0" w:lastRowFirstColumn="0" w:lastRowLastColumn="0"/>
                          <w:trHeight w:val="487"/>
                        </w:trPr>
                        <w:tc>
                          <w:tcPr>
                            <w:cnfStyle w:val="001000000000" w:firstRow="0" w:lastRow="0" w:firstColumn="1" w:lastColumn="0" w:oddVBand="0" w:evenVBand="0" w:oddHBand="0" w:evenHBand="0" w:firstRowFirstColumn="0" w:firstRowLastColumn="0" w:lastRowFirstColumn="0" w:lastRowLastColumn="0"/>
                            <w:tcW w:w="5760" w:type="dxa"/>
                            <w:gridSpan w:val="2"/>
                            <w:vAlign w:val="center"/>
                          </w:tcPr>
                          <w:p w:rsidR="003A37E7" w:rsidRPr="000B5525" w:rsidRDefault="003A37E7" w:rsidP="00583905">
                            <w:pPr>
                              <w:jc w:val="center"/>
                            </w:pPr>
                            <w:r>
                              <w:t xml:space="preserve">TOTAL </w:t>
                            </w:r>
                            <w:r w:rsidRPr="000B5525">
                              <w:rPr>
                                <w:b w:val="0"/>
                              </w:rPr>
                              <w:t xml:space="preserve">CREDIT </w:t>
                            </w:r>
                            <w:r>
                              <w:rPr>
                                <w:b w:val="0"/>
                              </w:rPr>
                              <w:t>HOURS</w:t>
                            </w:r>
                          </w:p>
                        </w:tc>
                        <w:tc>
                          <w:tcPr>
                            <w:tcW w:w="1170" w:type="dxa"/>
                            <w:vAlign w:val="center"/>
                          </w:tcPr>
                          <w:p w:rsidR="003A37E7" w:rsidRPr="000B5525" w:rsidRDefault="003A37E7" w:rsidP="00583905">
                            <w:pPr>
                              <w:jc w:val="center"/>
                              <w:cnfStyle w:val="000000010000" w:firstRow="0" w:lastRow="0" w:firstColumn="0" w:lastColumn="0" w:oddVBand="0" w:evenVBand="0" w:oddHBand="0" w:evenHBand="1" w:firstRowFirstColumn="0" w:firstRowLastColumn="0" w:lastRowFirstColumn="0" w:lastRowLastColumn="0"/>
                            </w:pPr>
                            <w:r>
                              <w:t>13</w:t>
                            </w:r>
                          </w:p>
                        </w:tc>
                      </w:tr>
                    </w:tbl>
                    <w:p w:rsidR="003A37E7" w:rsidRPr="00517D73" w:rsidRDefault="003A37E7" w:rsidP="00313077">
                      <w:pPr>
                        <w:jc w:val="center"/>
                      </w:pPr>
                    </w:p>
                  </w:txbxContent>
                </v:textbox>
                <w10:wrap type="square" anchorx="margin"/>
              </v:shape>
            </w:pict>
          </mc:Fallback>
        </mc:AlternateContent>
      </w:r>
    </w:p>
    <w:p w:rsidR="00583905" w:rsidRDefault="0097372A" w:rsidP="00412947">
      <w:pPr>
        <w:jc w:val="center"/>
      </w:pPr>
      <w:r>
        <w:rPr>
          <w:noProof/>
        </w:rPr>
        <w:lastRenderedPageBreak/>
        <mc:AlternateContent>
          <mc:Choice Requires="wps">
            <w:drawing>
              <wp:anchor distT="0" distB="0" distL="114300" distR="114300" simplePos="0" relativeHeight="251774976" behindDoc="0" locked="0" layoutInCell="1" allowOverlap="1" wp14:anchorId="67BC96A7" wp14:editId="48EC8312">
                <wp:simplePos x="0" y="0"/>
                <wp:positionH relativeFrom="column">
                  <wp:posOffset>-1211943</wp:posOffset>
                </wp:positionH>
                <wp:positionV relativeFrom="paragraph">
                  <wp:posOffset>-371169</wp:posOffset>
                </wp:positionV>
                <wp:extent cx="4547616" cy="2767584"/>
                <wp:effectExtent l="0" t="0" r="5715" b="0"/>
                <wp:wrapNone/>
                <wp:docPr id="111" name="Text Box 111"/>
                <wp:cNvGraphicFramePr/>
                <a:graphic xmlns:a="http://schemas.openxmlformats.org/drawingml/2006/main">
                  <a:graphicData uri="http://schemas.microsoft.com/office/word/2010/wordprocessingShape">
                    <wps:wsp>
                      <wps:cNvSpPr txBox="1"/>
                      <wps:spPr>
                        <a:xfrm>
                          <a:off x="0" y="0"/>
                          <a:ext cx="4547616" cy="276758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750" w:type="dxa"/>
                              <w:tblInd w:w="-100" w:type="dxa"/>
                              <w:tblLayout w:type="fixed"/>
                              <w:tblLook w:val="04A0" w:firstRow="1" w:lastRow="0" w:firstColumn="1" w:lastColumn="0" w:noHBand="0" w:noVBand="1"/>
                            </w:tblPr>
                            <w:tblGrid>
                              <w:gridCol w:w="1540"/>
                              <w:gridCol w:w="3950"/>
                              <w:gridCol w:w="1260"/>
                            </w:tblGrid>
                            <w:tr w:rsidR="003A37E7" w:rsidRPr="00731C93" w:rsidTr="003130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731C93" w:rsidRDefault="003A37E7" w:rsidP="00583905">
                                  <w:pPr>
                                    <w:jc w:val="center"/>
                                    <w:rPr>
                                      <w:color w:val="FF0000"/>
                                    </w:rPr>
                                  </w:pPr>
                                  <w:r w:rsidRPr="00731C93">
                                    <w:rPr>
                                      <w:color w:val="FF0000"/>
                                    </w:rPr>
                                    <w:t>BSC-EDUCATION (ADMINISTRATION)</w:t>
                                  </w:r>
                                </w:p>
                              </w:tc>
                            </w:tr>
                            <w:tr w:rsidR="003A37E7" w:rsidRPr="00731C93" w:rsidTr="003130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731C93" w:rsidRDefault="003A37E7" w:rsidP="00583905">
                                  <w:pPr>
                                    <w:jc w:val="center"/>
                                  </w:pPr>
                                  <w:r w:rsidRPr="00731C93">
                                    <w:t xml:space="preserve">SENIOR </w:t>
                                  </w:r>
                                  <w:r w:rsidRPr="00731C93">
                                    <w:rPr>
                                      <w:rFonts w:cs="Times New Roman"/>
                                      <w:sz w:val="20"/>
                                      <w:szCs w:val="20"/>
                                    </w:rPr>
                                    <w:t>YEAR (YEAR IV) - FIRST SEMESTER</w:t>
                                  </w:r>
                                  <w:r w:rsidRPr="00731C93">
                                    <w:t xml:space="preserve"> </w:t>
                                  </w:r>
                                </w:p>
                              </w:tc>
                            </w:tr>
                            <w:tr w:rsidR="003A37E7" w:rsidRPr="00731C93" w:rsidTr="003130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pPr>
                                  <w:r w:rsidRPr="00731C93">
                                    <w:t>COURSE CODE</w:t>
                                  </w:r>
                                </w:p>
                              </w:tc>
                              <w:tc>
                                <w:tcPr>
                                  <w:tcW w:w="395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rPr>
                                  </w:pPr>
                                  <w:r w:rsidRPr="00731C93">
                                    <w:rPr>
                                      <w:b/>
                                    </w:rPr>
                                    <w:t>COURSE TITLE</w:t>
                                  </w:r>
                                </w:p>
                              </w:tc>
                              <w:tc>
                                <w:tcPr>
                                  <w:tcW w:w="126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rPr>
                                  </w:pPr>
                                  <w:r w:rsidRPr="00731C93">
                                    <w:rPr>
                                      <w:b/>
                                    </w:rPr>
                                    <w:t>CREDIT HOURS</w:t>
                                  </w:r>
                                </w:p>
                              </w:tc>
                            </w:tr>
                            <w:tr w:rsidR="003A37E7" w:rsidRPr="00731C93" w:rsidTr="003130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sz w:val="20"/>
                                      <w:szCs w:val="20"/>
                                    </w:rPr>
                                  </w:pPr>
                                  <w:r>
                                    <w:rPr>
                                      <w:sz w:val="20"/>
                                      <w:szCs w:val="20"/>
                                    </w:rPr>
                                    <w:t>GEN 109</w:t>
                                  </w:r>
                                </w:p>
                              </w:tc>
                              <w:tc>
                                <w:tcPr>
                                  <w:tcW w:w="395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CHRISTIAN DEVELOPMENT CHARACTER I</w:t>
                                  </w:r>
                                </w:p>
                              </w:tc>
                              <w:tc>
                                <w:tcPr>
                                  <w:tcW w:w="126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2</w:t>
                                  </w:r>
                                </w:p>
                              </w:tc>
                            </w:tr>
                            <w:tr w:rsidR="003A37E7" w:rsidRPr="00731C93" w:rsidTr="003130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sz w:val="20"/>
                                      <w:szCs w:val="20"/>
                                    </w:rPr>
                                  </w:pPr>
                                </w:p>
                              </w:tc>
                              <w:tc>
                                <w:tcPr>
                                  <w:tcW w:w="395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26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731C93" w:rsidTr="00313077">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ascii="Bahnschrift" w:hAnsi="Bahnschrift"/>
                                      <w:sz w:val="20"/>
                                      <w:szCs w:val="20"/>
                                    </w:rPr>
                                  </w:pPr>
                                </w:p>
                              </w:tc>
                              <w:tc>
                                <w:tcPr>
                                  <w:tcW w:w="395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p>
                              </w:tc>
                              <w:tc>
                                <w:tcPr>
                                  <w:tcW w:w="126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731C93" w:rsidTr="00313077">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ascii="Bahnschrift" w:hAnsi="Bahnschrift"/>
                                      <w:sz w:val="20"/>
                                      <w:szCs w:val="20"/>
                                    </w:rPr>
                                  </w:pPr>
                                </w:p>
                              </w:tc>
                              <w:tc>
                                <w:tcPr>
                                  <w:tcW w:w="395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26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731C93" w:rsidTr="00313077">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ascii="Bahnschrift" w:hAnsi="Bahnschrift"/>
                                      <w:sz w:val="20"/>
                                      <w:szCs w:val="20"/>
                                    </w:rPr>
                                  </w:pPr>
                                </w:p>
                              </w:tc>
                              <w:tc>
                                <w:tcPr>
                                  <w:tcW w:w="395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26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731C93" w:rsidTr="00313077">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ascii="Bahnschrift" w:hAnsi="Bahnschrift"/>
                                      <w:sz w:val="20"/>
                                      <w:szCs w:val="20"/>
                                    </w:rPr>
                                  </w:pPr>
                                </w:p>
                              </w:tc>
                              <w:tc>
                                <w:tcPr>
                                  <w:tcW w:w="395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26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731C93" w:rsidTr="00313077">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ascii="Bahnschrift" w:hAnsi="Bahnschrift"/>
                                      <w:sz w:val="20"/>
                                      <w:szCs w:val="20"/>
                                    </w:rPr>
                                  </w:pPr>
                                </w:p>
                              </w:tc>
                              <w:tc>
                                <w:tcPr>
                                  <w:tcW w:w="395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26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731C93" w:rsidTr="00313077">
                              <w:trPr>
                                <w:cnfStyle w:val="000000010000" w:firstRow="0" w:lastRow="0" w:firstColumn="0" w:lastColumn="0" w:oddVBand="0" w:evenVBand="0" w:oddHBand="0" w:evenHBand="1"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490" w:type="dxa"/>
                                  <w:gridSpan w:val="2"/>
                                  <w:vAlign w:val="center"/>
                                </w:tcPr>
                                <w:p w:rsidR="003A37E7" w:rsidRPr="00731C93" w:rsidRDefault="003A37E7" w:rsidP="00583905">
                                  <w:pPr>
                                    <w:jc w:val="center"/>
                                  </w:pPr>
                                  <w:r w:rsidRPr="00731C93">
                                    <w:t>TOTAL CREDIT HOURS</w:t>
                                  </w:r>
                                </w:p>
                              </w:tc>
                              <w:tc>
                                <w:tcPr>
                                  <w:tcW w:w="126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rPr>
                                  </w:pP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BC96A7" id="Text Box 111" o:spid="_x0000_s1159" type="#_x0000_t202" style="position:absolute;left:0;text-align:left;margin-left:-95.45pt;margin-top:-29.25pt;width:358.1pt;height:217.9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" fillcolor="white [3201]" stroked="f" strokeweight=".5pt">
                <v:textbox>
                  <w:txbxContent>
                    <w:tbl>
                      <w:tblPr>
                        <w:tblStyle w:val="LightGrid"/>
                        <w:tblW w:w="6750" w:type="dxa"/>
                        <w:tblInd w:w="-100" w:type="dxa"/>
                        <w:tblLayout w:type="fixed"/>
                        <w:tblLook w:val="04A0" w:firstRow="1" w:lastRow="0" w:firstColumn="1" w:lastColumn="0" w:noHBand="0" w:noVBand="1"/>
                      </w:tblPr>
                      <w:tblGrid>
                        <w:gridCol w:w="1540"/>
                        <w:gridCol w:w="3950"/>
                        <w:gridCol w:w="1260"/>
                      </w:tblGrid>
                      <w:tr w:rsidR="003A37E7" w:rsidRPr="00731C93" w:rsidTr="003130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731C93" w:rsidRDefault="003A37E7" w:rsidP="00583905">
                            <w:pPr>
                              <w:jc w:val="center"/>
                              <w:rPr>
                                <w:color w:val="FF0000"/>
                              </w:rPr>
                            </w:pPr>
                            <w:r w:rsidRPr="00731C93">
                              <w:rPr>
                                <w:color w:val="FF0000"/>
                              </w:rPr>
                              <w:t>BSC-EDUCATION (ADMINISTRATION)</w:t>
                            </w:r>
                          </w:p>
                        </w:tc>
                      </w:tr>
                      <w:tr w:rsidR="003A37E7" w:rsidRPr="00731C93" w:rsidTr="003130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731C93" w:rsidRDefault="003A37E7" w:rsidP="00583905">
                            <w:pPr>
                              <w:jc w:val="center"/>
                            </w:pPr>
                            <w:r w:rsidRPr="00731C93">
                              <w:t xml:space="preserve">SENIOR </w:t>
                            </w:r>
                            <w:r w:rsidRPr="00731C93">
                              <w:rPr>
                                <w:rFonts w:cs="Times New Roman"/>
                                <w:sz w:val="20"/>
                                <w:szCs w:val="20"/>
                              </w:rPr>
                              <w:t>YEAR (YEAR IV) - FIRST SEMESTER</w:t>
                            </w:r>
                            <w:r w:rsidRPr="00731C93">
                              <w:t xml:space="preserve"> </w:t>
                            </w:r>
                          </w:p>
                        </w:tc>
                      </w:tr>
                      <w:tr w:rsidR="003A37E7" w:rsidRPr="00731C93" w:rsidTr="003130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pPr>
                            <w:r w:rsidRPr="00731C93">
                              <w:t>COURSE CODE</w:t>
                            </w:r>
                          </w:p>
                        </w:tc>
                        <w:tc>
                          <w:tcPr>
                            <w:tcW w:w="395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rPr>
                            </w:pPr>
                            <w:r w:rsidRPr="00731C93">
                              <w:rPr>
                                <w:b/>
                              </w:rPr>
                              <w:t>COURSE TITLE</w:t>
                            </w:r>
                          </w:p>
                        </w:tc>
                        <w:tc>
                          <w:tcPr>
                            <w:tcW w:w="126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rPr>
                            </w:pPr>
                            <w:r w:rsidRPr="00731C93">
                              <w:rPr>
                                <w:b/>
                              </w:rPr>
                              <w:t>CREDIT HOURS</w:t>
                            </w:r>
                          </w:p>
                        </w:tc>
                      </w:tr>
                      <w:tr w:rsidR="003A37E7" w:rsidRPr="00731C93" w:rsidTr="003130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sz w:val="20"/>
                                <w:szCs w:val="20"/>
                              </w:rPr>
                            </w:pPr>
                            <w:r>
                              <w:rPr>
                                <w:sz w:val="20"/>
                                <w:szCs w:val="20"/>
                              </w:rPr>
                              <w:t>GEN 109</w:t>
                            </w:r>
                          </w:p>
                        </w:tc>
                        <w:tc>
                          <w:tcPr>
                            <w:tcW w:w="395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CHRISTIAN DEVELOPMENT CHARACTER I</w:t>
                            </w:r>
                          </w:p>
                        </w:tc>
                        <w:tc>
                          <w:tcPr>
                            <w:tcW w:w="126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2</w:t>
                            </w:r>
                          </w:p>
                        </w:tc>
                      </w:tr>
                      <w:tr w:rsidR="003A37E7" w:rsidRPr="00731C93" w:rsidTr="0031307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sz w:val="20"/>
                                <w:szCs w:val="20"/>
                              </w:rPr>
                            </w:pPr>
                          </w:p>
                        </w:tc>
                        <w:tc>
                          <w:tcPr>
                            <w:tcW w:w="395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26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731C93" w:rsidTr="00313077">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ascii="Bahnschrift" w:hAnsi="Bahnschrift"/>
                                <w:sz w:val="20"/>
                                <w:szCs w:val="20"/>
                              </w:rPr>
                            </w:pPr>
                          </w:p>
                        </w:tc>
                        <w:tc>
                          <w:tcPr>
                            <w:tcW w:w="395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p>
                        </w:tc>
                        <w:tc>
                          <w:tcPr>
                            <w:tcW w:w="126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731C93" w:rsidTr="00313077">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ascii="Bahnschrift" w:hAnsi="Bahnschrift"/>
                                <w:sz w:val="20"/>
                                <w:szCs w:val="20"/>
                              </w:rPr>
                            </w:pPr>
                          </w:p>
                        </w:tc>
                        <w:tc>
                          <w:tcPr>
                            <w:tcW w:w="395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26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731C93" w:rsidTr="00313077">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ascii="Bahnschrift" w:hAnsi="Bahnschrift"/>
                                <w:sz w:val="20"/>
                                <w:szCs w:val="20"/>
                              </w:rPr>
                            </w:pPr>
                          </w:p>
                        </w:tc>
                        <w:tc>
                          <w:tcPr>
                            <w:tcW w:w="395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26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731C93" w:rsidTr="00313077">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ascii="Bahnschrift" w:hAnsi="Bahnschrift"/>
                                <w:sz w:val="20"/>
                                <w:szCs w:val="20"/>
                              </w:rPr>
                            </w:pPr>
                          </w:p>
                        </w:tc>
                        <w:tc>
                          <w:tcPr>
                            <w:tcW w:w="395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26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731C93" w:rsidTr="00313077">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731C93" w:rsidRDefault="003A37E7" w:rsidP="00583905">
                            <w:pPr>
                              <w:jc w:val="center"/>
                              <w:rPr>
                                <w:rFonts w:ascii="Bahnschrift" w:hAnsi="Bahnschrift"/>
                                <w:sz w:val="20"/>
                                <w:szCs w:val="20"/>
                              </w:rPr>
                            </w:pPr>
                          </w:p>
                        </w:tc>
                        <w:tc>
                          <w:tcPr>
                            <w:tcW w:w="395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260" w:type="dxa"/>
                            <w:vAlign w:val="center"/>
                          </w:tcPr>
                          <w:p w:rsidR="003A37E7" w:rsidRPr="00731C93" w:rsidRDefault="003A37E7" w:rsidP="00583905">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731C93" w:rsidTr="00313077">
                        <w:trPr>
                          <w:cnfStyle w:val="000000010000" w:firstRow="0" w:lastRow="0" w:firstColumn="0" w:lastColumn="0" w:oddVBand="0" w:evenVBand="0" w:oddHBand="0" w:evenHBand="1"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490" w:type="dxa"/>
                            <w:gridSpan w:val="2"/>
                            <w:vAlign w:val="center"/>
                          </w:tcPr>
                          <w:p w:rsidR="003A37E7" w:rsidRPr="00731C93" w:rsidRDefault="003A37E7" w:rsidP="00583905">
                            <w:pPr>
                              <w:jc w:val="center"/>
                            </w:pPr>
                            <w:r w:rsidRPr="00731C93">
                              <w:t>TOTAL CREDIT HOURS</w:t>
                            </w:r>
                          </w:p>
                        </w:tc>
                        <w:tc>
                          <w:tcPr>
                            <w:tcW w:w="1260" w:type="dxa"/>
                            <w:vAlign w:val="center"/>
                          </w:tcPr>
                          <w:p w:rsidR="003A37E7" w:rsidRPr="00731C93" w:rsidRDefault="003A37E7" w:rsidP="00583905">
                            <w:pPr>
                              <w:jc w:val="center"/>
                              <w:cnfStyle w:val="000000010000" w:firstRow="0" w:lastRow="0" w:firstColumn="0" w:lastColumn="0" w:oddVBand="0" w:evenVBand="0" w:oddHBand="0" w:evenHBand="1" w:firstRowFirstColumn="0" w:firstRowLastColumn="0" w:lastRowFirstColumn="0" w:lastRowLastColumn="0"/>
                              <w:rPr>
                                <w:b/>
                              </w:rPr>
                            </w:pPr>
                          </w:p>
                        </w:tc>
                      </w:tr>
                    </w:tbl>
                    <w:p w:rsidR="003A37E7" w:rsidRDefault="003A37E7"/>
                  </w:txbxContent>
                </v:textbox>
              </v:shape>
            </w:pict>
          </mc:Fallback>
        </mc:AlternateContent>
      </w:r>
    </w:p>
    <w:p w:rsidR="00583905" w:rsidRDefault="00583905" w:rsidP="00412947">
      <w:pPr>
        <w:jc w:val="center"/>
      </w:pPr>
    </w:p>
    <w:p w:rsidR="00583905" w:rsidRDefault="00583905" w:rsidP="00412947">
      <w:pPr>
        <w:jc w:val="center"/>
      </w:pPr>
    </w:p>
    <w:p w:rsidR="00583905" w:rsidRDefault="00583905" w:rsidP="00412947">
      <w:pPr>
        <w:jc w:val="center"/>
      </w:pPr>
    </w:p>
    <w:p w:rsidR="00583905" w:rsidRDefault="00583905" w:rsidP="00412947">
      <w:pPr>
        <w:jc w:val="center"/>
      </w:pPr>
    </w:p>
    <w:p w:rsidR="00583905" w:rsidRDefault="00583905" w:rsidP="00412947">
      <w:pPr>
        <w:jc w:val="center"/>
      </w:pPr>
    </w:p>
    <w:p w:rsidR="00583905" w:rsidRDefault="00583905" w:rsidP="00412947">
      <w:pPr>
        <w:jc w:val="center"/>
      </w:pPr>
    </w:p>
    <w:p w:rsidR="00583905" w:rsidRDefault="00583905" w:rsidP="00412947">
      <w:pPr>
        <w:jc w:val="center"/>
      </w:pPr>
    </w:p>
    <w:p w:rsidR="00583905" w:rsidRDefault="00503AF3" w:rsidP="00412947">
      <w:pPr>
        <w:jc w:val="center"/>
      </w:pPr>
      <w:r>
        <w:rPr>
          <w:noProof/>
        </w:rPr>
        <mc:AlternateContent>
          <mc:Choice Requires="wps">
            <w:drawing>
              <wp:anchor distT="0" distB="0" distL="114300" distR="114300" simplePos="0" relativeHeight="251776000" behindDoc="0" locked="0" layoutInCell="1" allowOverlap="1" wp14:anchorId="72536780" wp14:editId="04B67B10">
                <wp:simplePos x="0" y="0"/>
                <wp:positionH relativeFrom="column">
                  <wp:posOffset>-1215753</wp:posOffset>
                </wp:positionH>
                <wp:positionV relativeFrom="paragraph">
                  <wp:posOffset>246941</wp:posOffset>
                </wp:positionV>
                <wp:extent cx="4462272" cy="3072384"/>
                <wp:effectExtent l="0" t="0" r="0" b="0"/>
                <wp:wrapNone/>
                <wp:docPr id="112" name="Text Box 112"/>
                <wp:cNvGraphicFramePr/>
                <a:graphic xmlns:a="http://schemas.openxmlformats.org/drawingml/2006/main">
                  <a:graphicData uri="http://schemas.microsoft.com/office/word/2010/wordprocessingShape">
                    <wps:wsp>
                      <wps:cNvSpPr txBox="1"/>
                      <wps:spPr>
                        <a:xfrm>
                          <a:off x="0" y="0"/>
                          <a:ext cx="4462272" cy="307238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750" w:type="dxa"/>
                              <w:tblInd w:w="-100" w:type="dxa"/>
                              <w:tblLayout w:type="fixed"/>
                              <w:tblLook w:val="04A0" w:firstRow="1" w:lastRow="0" w:firstColumn="1" w:lastColumn="0" w:noHBand="0" w:noVBand="1"/>
                            </w:tblPr>
                            <w:tblGrid>
                              <w:gridCol w:w="1540"/>
                              <w:gridCol w:w="3950"/>
                              <w:gridCol w:w="1260"/>
                            </w:tblGrid>
                            <w:tr w:rsidR="003A37E7" w:rsidRPr="00ED59D7" w:rsidTr="008C24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ED59D7" w:rsidRDefault="003A37E7" w:rsidP="008C24A2">
                                  <w:pPr>
                                    <w:jc w:val="center"/>
                                    <w:rPr>
                                      <w:color w:val="FF0000"/>
                                    </w:rPr>
                                  </w:pPr>
                                  <w:r w:rsidRPr="00ED59D7">
                                    <w:rPr>
                                      <w:color w:val="FF0000"/>
                                    </w:rPr>
                                    <w:t>BSC-EDUCATION (ADMINISTRATION)</w:t>
                                  </w:r>
                                </w:p>
                              </w:tc>
                            </w:tr>
                            <w:tr w:rsidR="003A37E7" w:rsidRPr="00ED59D7" w:rsidTr="008C24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ED59D7" w:rsidRDefault="003A37E7" w:rsidP="008C24A2">
                                  <w:pPr>
                                    <w:jc w:val="center"/>
                                  </w:pPr>
                                  <w:r w:rsidRPr="00ED59D7">
                                    <w:t xml:space="preserve">SENIOR </w:t>
                                  </w:r>
                                  <w:r w:rsidRPr="00ED59D7">
                                    <w:rPr>
                                      <w:rFonts w:cs="Times New Roman"/>
                                      <w:sz w:val="20"/>
                                      <w:szCs w:val="20"/>
                                    </w:rPr>
                                    <w:t>YEAR (YEAR IV) - SECOND SEMESTER</w:t>
                                  </w:r>
                                </w:p>
                              </w:tc>
                            </w:tr>
                            <w:tr w:rsidR="003A37E7" w:rsidRPr="00ED59D7" w:rsidTr="008C24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pPr>
                                  <w:r w:rsidRPr="00ED59D7">
                                    <w:t>COURSE CODE</w:t>
                                  </w:r>
                                </w:p>
                              </w:tc>
                              <w:tc>
                                <w:tcPr>
                                  <w:tcW w:w="395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rPr>
                                  </w:pPr>
                                  <w:r w:rsidRPr="00ED59D7">
                                    <w:rPr>
                                      <w:b/>
                                    </w:rPr>
                                    <w:t>COURSE TITLE</w:t>
                                  </w:r>
                                </w:p>
                              </w:tc>
                              <w:tc>
                                <w:tcPr>
                                  <w:tcW w:w="126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rPr>
                                  </w:pPr>
                                  <w:r w:rsidRPr="00ED59D7">
                                    <w:rPr>
                                      <w:b/>
                                    </w:rPr>
                                    <w:t>CREDIT HOURS</w:t>
                                  </w:r>
                                </w:p>
                              </w:tc>
                            </w:tr>
                            <w:tr w:rsidR="003A37E7" w:rsidRPr="00ED59D7" w:rsidTr="008C24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sz w:val="20"/>
                                      <w:szCs w:val="20"/>
                                    </w:rPr>
                                  </w:pPr>
                                  <w:r>
                                    <w:rPr>
                                      <w:sz w:val="20"/>
                                      <w:szCs w:val="20"/>
                                    </w:rPr>
                                    <w:t>GEN 110</w:t>
                                  </w:r>
                                </w:p>
                              </w:tc>
                              <w:tc>
                                <w:tcPr>
                                  <w:tcW w:w="395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CHRISTIAN DEVELOPMENT CHARACTER II</w:t>
                                  </w:r>
                                </w:p>
                              </w:tc>
                              <w:tc>
                                <w:tcPr>
                                  <w:tcW w:w="126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2</w:t>
                                  </w:r>
                                </w:p>
                              </w:tc>
                            </w:tr>
                            <w:tr w:rsidR="003A37E7" w:rsidRPr="00ED59D7" w:rsidTr="008C24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sz w:val="20"/>
                                      <w:szCs w:val="20"/>
                                    </w:rPr>
                                  </w:pPr>
                                </w:p>
                              </w:tc>
                              <w:tc>
                                <w:tcPr>
                                  <w:tcW w:w="395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26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ED59D7" w:rsidTr="008C24A2">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rFonts w:ascii="Bahnschrift" w:hAnsi="Bahnschrift"/>
                                      <w:sz w:val="20"/>
                                      <w:szCs w:val="20"/>
                                    </w:rPr>
                                  </w:pPr>
                                </w:p>
                              </w:tc>
                              <w:tc>
                                <w:tcPr>
                                  <w:tcW w:w="395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p>
                              </w:tc>
                              <w:tc>
                                <w:tcPr>
                                  <w:tcW w:w="126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ED59D7" w:rsidTr="008C24A2">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rFonts w:ascii="Bahnschrift" w:hAnsi="Bahnschrift"/>
                                      <w:sz w:val="20"/>
                                      <w:szCs w:val="20"/>
                                    </w:rPr>
                                  </w:pPr>
                                </w:p>
                              </w:tc>
                              <w:tc>
                                <w:tcPr>
                                  <w:tcW w:w="395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26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ED59D7" w:rsidTr="008C24A2">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rFonts w:ascii="Bahnschrift" w:hAnsi="Bahnschrift"/>
                                      <w:sz w:val="20"/>
                                      <w:szCs w:val="20"/>
                                    </w:rPr>
                                  </w:pPr>
                                </w:p>
                              </w:tc>
                              <w:tc>
                                <w:tcPr>
                                  <w:tcW w:w="395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26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ED59D7" w:rsidTr="008C24A2">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rFonts w:ascii="Bahnschrift" w:hAnsi="Bahnschrift"/>
                                      <w:sz w:val="20"/>
                                      <w:szCs w:val="20"/>
                                    </w:rPr>
                                  </w:pPr>
                                </w:p>
                              </w:tc>
                              <w:tc>
                                <w:tcPr>
                                  <w:tcW w:w="395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26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ED59D7" w:rsidTr="008C24A2">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rFonts w:ascii="Bahnschrift" w:hAnsi="Bahnschrift"/>
                                      <w:sz w:val="20"/>
                                      <w:szCs w:val="20"/>
                                    </w:rPr>
                                  </w:pPr>
                                </w:p>
                              </w:tc>
                              <w:tc>
                                <w:tcPr>
                                  <w:tcW w:w="395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26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ED59D7" w:rsidTr="008C24A2">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rFonts w:ascii="Bahnschrift" w:hAnsi="Bahnschrift"/>
                                      <w:sz w:val="20"/>
                                      <w:szCs w:val="20"/>
                                    </w:rPr>
                                  </w:pPr>
                                </w:p>
                              </w:tc>
                              <w:tc>
                                <w:tcPr>
                                  <w:tcW w:w="395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26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ED59D7" w:rsidTr="008C24A2">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490" w:type="dxa"/>
                                  <w:gridSpan w:val="2"/>
                                  <w:vAlign w:val="center"/>
                                </w:tcPr>
                                <w:p w:rsidR="003A37E7" w:rsidRPr="00ED59D7" w:rsidRDefault="003A37E7" w:rsidP="008C24A2">
                                  <w:pPr>
                                    <w:jc w:val="center"/>
                                  </w:pPr>
                                  <w:r w:rsidRPr="00ED59D7">
                                    <w:t>TOTAL CREDIT HOURS</w:t>
                                  </w:r>
                                </w:p>
                              </w:tc>
                              <w:tc>
                                <w:tcPr>
                                  <w:tcW w:w="126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rPr>
                                  </w:pP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536780" id="Text Box 112" o:spid="_x0000_s1160" type="#_x0000_t202" style="position:absolute;left:0;text-align:left;margin-left:-95.75pt;margin-top:19.45pt;width:351.35pt;height:241.9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" fillcolor="white [3201]" stroked="f" strokeweight=".5pt">
                <v:textbox>
                  <w:txbxContent>
                    <w:tbl>
                      <w:tblPr>
                        <w:tblStyle w:val="LightGrid"/>
                        <w:tblW w:w="6750" w:type="dxa"/>
                        <w:tblInd w:w="-100" w:type="dxa"/>
                        <w:tblLayout w:type="fixed"/>
                        <w:tblLook w:val="04A0" w:firstRow="1" w:lastRow="0" w:firstColumn="1" w:lastColumn="0" w:noHBand="0" w:noVBand="1"/>
                      </w:tblPr>
                      <w:tblGrid>
                        <w:gridCol w:w="1540"/>
                        <w:gridCol w:w="3950"/>
                        <w:gridCol w:w="1260"/>
                      </w:tblGrid>
                      <w:tr w:rsidR="003A37E7" w:rsidRPr="00ED59D7" w:rsidTr="008C24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ED59D7" w:rsidRDefault="003A37E7" w:rsidP="008C24A2">
                            <w:pPr>
                              <w:jc w:val="center"/>
                              <w:rPr>
                                <w:color w:val="FF0000"/>
                              </w:rPr>
                            </w:pPr>
                            <w:r w:rsidRPr="00ED59D7">
                              <w:rPr>
                                <w:color w:val="FF0000"/>
                              </w:rPr>
                              <w:t>BSC-EDUCATION (ADMINISTRATION)</w:t>
                            </w:r>
                          </w:p>
                        </w:tc>
                      </w:tr>
                      <w:tr w:rsidR="003A37E7" w:rsidRPr="00ED59D7" w:rsidTr="008C24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3A37E7" w:rsidRPr="00ED59D7" w:rsidRDefault="003A37E7" w:rsidP="008C24A2">
                            <w:pPr>
                              <w:jc w:val="center"/>
                            </w:pPr>
                            <w:r w:rsidRPr="00ED59D7">
                              <w:t xml:space="preserve">SENIOR </w:t>
                            </w:r>
                            <w:r w:rsidRPr="00ED59D7">
                              <w:rPr>
                                <w:rFonts w:cs="Times New Roman"/>
                                <w:sz w:val="20"/>
                                <w:szCs w:val="20"/>
                              </w:rPr>
                              <w:t>YEAR (YEAR IV) - SECOND SEMESTER</w:t>
                            </w:r>
                          </w:p>
                        </w:tc>
                      </w:tr>
                      <w:tr w:rsidR="003A37E7" w:rsidRPr="00ED59D7" w:rsidTr="008C24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pPr>
                            <w:r w:rsidRPr="00ED59D7">
                              <w:t>COURSE CODE</w:t>
                            </w:r>
                          </w:p>
                        </w:tc>
                        <w:tc>
                          <w:tcPr>
                            <w:tcW w:w="395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rPr>
                            </w:pPr>
                            <w:r w:rsidRPr="00ED59D7">
                              <w:rPr>
                                <w:b/>
                              </w:rPr>
                              <w:t>COURSE TITLE</w:t>
                            </w:r>
                          </w:p>
                        </w:tc>
                        <w:tc>
                          <w:tcPr>
                            <w:tcW w:w="126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rPr>
                            </w:pPr>
                            <w:r w:rsidRPr="00ED59D7">
                              <w:rPr>
                                <w:b/>
                              </w:rPr>
                              <w:t>CREDIT HOURS</w:t>
                            </w:r>
                          </w:p>
                        </w:tc>
                      </w:tr>
                      <w:tr w:rsidR="003A37E7" w:rsidRPr="00ED59D7" w:rsidTr="008C24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sz w:val="20"/>
                                <w:szCs w:val="20"/>
                              </w:rPr>
                            </w:pPr>
                            <w:r>
                              <w:rPr>
                                <w:sz w:val="20"/>
                                <w:szCs w:val="20"/>
                              </w:rPr>
                              <w:t>GEN 110</w:t>
                            </w:r>
                          </w:p>
                        </w:tc>
                        <w:tc>
                          <w:tcPr>
                            <w:tcW w:w="395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CHRISTIAN DEVELOPMENT CHARACTER II</w:t>
                            </w:r>
                          </w:p>
                        </w:tc>
                        <w:tc>
                          <w:tcPr>
                            <w:tcW w:w="126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2</w:t>
                            </w:r>
                          </w:p>
                        </w:tc>
                      </w:tr>
                      <w:tr w:rsidR="003A37E7" w:rsidRPr="00ED59D7" w:rsidTr="008C24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sz w:val="20"/>
                                <w:szCs w:val="20"/>
                              </w:rPr>
                            </w:pPr>
                          </w:p>
                        </w:tc>
                        <w:tc>
                          <w:tcPr>
                            <w:tcW w:w="395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26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ED59D7" w:rsidTr="008C24A2">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rFonts w:ascii="Bahnschrift" w:hAnsi="Bahnschrift"/>
                                <w:sz w:val="20"/>
                                <w:szCs w:val="20"/>
                              </w:rPr>
                            </w:pPr>
                          </w:p>
                        </w:tc>
                        <w:tc>
                          <w:tcPr>
                            <w:tcW w:w="395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p>
                        </w:tc>
                        <w:tc>
                          <w:tcPr>
                            <w:tcW w:w="126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ED59D7" w:rsidTr="008C24A2">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rFonts w:ascii="Bahnschrift" w:hAnsi="Bahnschrift"/>
                                <w:sz w:val="20"/>
                                <w:szCs w:val="20"/>
                              </w:rPr>
                            </w:pPr>
                          </w:p>
                        </w:tc>
                        <w:tc>
                          <w:tcPr>
                            <w:tcW w:w="395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26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ED59D7" w:rsidTr="008C24A2">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rFonts w:ascii="Bahnschrift" w:hAnsi="Bahnschrift"/>
                                <w:sz w:val="20"/>
                                <w:szCs w:val="20"/>
                              </w:rPr>
                            </w:pPr>
                          </w:p>
                        </w:tc>
                        <w:tc>
                          <w:tcPr>
                            <w:tcW w:w="395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26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ED59D7" w:rsidTr="008C24A2">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rFonts w:ascii="Bahnschrift" w:hAnsi="Bahnschrift"/>
                                <w:sz w:val="20"/>
                                <w:szCs w:val="20"/>
                              </w:rPr>
                            </w:pPr>
                          </w:p>
                        </w:tc>
                        <w:tc>
                          <w:tcPr>
                            <w:tcW w:w="395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26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ED59D7" w:rsidTr="008C24A2">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rFonts w:ascii="Bahnschrift" w:hAnsi="Bahnschrift"/>
                                <w:sz w:val="20"/>
                                <w:szCs w:val="20"/>
                              </w:rPr>
                            </w:pPr>
                          </w:p>
                        </w:tc>
                        <w:tc>
                          <w:tcPr>
                            <w:tcW w:w="395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26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ED59D7" w:rsidTr="008C24A2">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ED59D7" w:rsidRDefault="003A37E7" w:rsidP="008C24A2">
                            <w:pPr>
                              <w:jc w:val="center"/>
                              <w:rPr>
                                <w:rFonts w:ascii="Bahnschrift" w:hAnsi="Bahnschrift"/>
                                <w:sz w:val="20"/>
                                <w:szCs w:val="20"/>
                              </w:rPr>
                            </w:pPr>
                          </w:p>
                        </w:tc>
                        <w:tc>
                          <w:tcPr>
                            <w:tcW w:w="395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260" w:type="dxa"/>
                            <w:vAlign w:val="center"/>
                          </w:tcPr>
                          <w:p w:rsidR="003A37E7" w:rsidRPr="00ED59D7" w:rsidRDefault="003A37E7" w:rsidP="008C24A2">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ED59D7" w:rsidTr="008C24A2">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490" w:type="dxa"/>
                            <w:gridSpan w:val="2"/>
                            <w:vAlign w:val="center"/>
                          </w:tcPr>
                          <w:p w:rsidR="003A37E7" w:rsidRPr="00ED59D7" w:rsidRDefault="003A37E7" w:rsidP="008C24A2">
                            <w:pPr>
                              <w:jc w:val="center"/>
                            </w:pPr>
                            <w:r w:rsidRPr="00ED59D7">
                              <w:t>TOTAL CREDIT HOURS</w:t>
                            </w:r>
                          </w:p>
                        </w:tc>
                        <w:tc>
                          <w:tcPr>
                            <w:tcW w:w="1260" w:type="dxa"/>
                            <w:vAlign w:val="center"/>
                          </w:tcPr>
                          <w:p w:rsidR="003A37E7" w:rsidRPr="00ED59D7" w:rsidRDefault="003A37E7" w:rsidP="008C24A2">
                            <w:pPr>
                              <w:jc w:val="center"/>
                              <w:cnfStyle w:val="000000100000" w:firstRow="0" w:lastRow="0" w:firstColumn="0" w:lastColumn="0" w:oddVBand="0" w:evenVBand="0" w:oddHBand="1" w:evenHBand="0" w:firstRowFirstColumn="0" w:firstRowLastColumn="0" w:lastRowFirstColumn="0" w:lastRowLastColumn="0"/>
                              <w:rPr>
                                <w:b/>
                              </w:rPr>
                            </w:pPr>
                          </w:p>
                        </w:tc>
                      </w:tr>
                    </w:tbl>
                    <w:p w:rsidR="003A37E7" w:rsidRDefault="003A37E7"/>
                  </w:txbxContent>
                </v:textbox>
              </v:shape>
            </w:pict>
          </mc:Fallback>
        </mc:AlternateContent>
      </w:r>
    </w:p>
    <w:p w:rsidR="00583905" w:rsidRDefault="00583905" w:rsidP="00412947">
      <w:pPr>
        <w:jc w:val="center"/>
      </w:pPr>
    </w:p>
    <w:p w:rsidR="00583905" w:rsidRDefault="00583905" w:rsidP="00412947">
      <w:pPr>
        <w:jc w:val="center"/>
      </w:pPr>
    </w:p>
    <w:p w:rsidR="00583905" w:rsidRDefault="00583905" w:rsidP="00412947">
      <w:pPr>
        <w:jc w:val="center"/>
      </w:pPr>
    </w:p>
    <w:p w:rsidR="00583905" w:rsidRDefault="00583905" w:rsidP="00412947">
      <w:pPr>
        <w:jc w:val="center"/>
      </w:pPr>
    </w:p>
    <w:p w:rsidR="00856B4D" w:rsidRDefault="00856B4D" w:rsidP="00412947">
      <w:pPr>
        <w:jc w:val="center"/>
      </w:pPr>
    </w:p>
    <w:p w:rsidR="00856B4D" w:rsidRDefault="00856B4D" w:rsidP="00412947">
      <w:pPr>
        <w:jc w:val="center"/>
      </w:pPr>
    </w:p>
    <w:p w:rsidR="00856B4D" w:rsidRDefault="00856B4D" w:rsidP="00412947">
      <w:pPr>
        <w:jc w:val="center"/>
      </w:pPr>
    </w:p>
    <w:p w:rsidR="00856B4D" w:rsidRDefault="00856B4D" w:rsidP="00412947">
      <w:pPr>
        <w:jc w:val="center"/>
      </w:pPr>
    </w:p>
    <w:p w:rsidR="00856B4D" w:rsidRDefault="00856B4D" w:rsidP="00412947">
      <w:pPr>
        <w:jc w:val="center"/>
      </w:pPr>
    </w:p>
    <w:p w:rsidR="00856B4D" w:rsidRDefault="00B16071" w:rsidP="00412947">
      <w:pPr>
        <w:jc w:val="center"/>
      </w:pPr>
      <w:r>
        <w:rPr>
          <w:noProof/>
        </w:rPr>
        <mc:AlternateContent>
          <mc:Choice Requires="wps">
            <w:drawing>
              <wp:anchor distT="0" distB="0" distL="114300" distR="114300" simplePos="0" relativeHeight="251777024" behindDoc="0" locked="0" layoutInCell="1" allowOverlap="1" wp14:anchorId="23550EB5" wp14:editId="1121ED34">
                <wp:simplePos x="0" y="0"/>
                <wp:positionH relativeFrom="column">
                  <wp:posOffset>-1214681</wp:posOffset>
                </wp:positionH>
                <wp:positionV relativeFrom="paragraph">
                  <wp:posOffset>263203</wp:posOffset>
                </wp:positionV>
                <wp:extent cx="4461510" cy="535940"/>
                <wp:effectExtent l="57150" t="38100" r="72390" b="92710"/>
                <wp:wrapNone/>
                <wp:docPr id="113" name="Text Box 113"/>
                <wp:cNvGraphicFramePr/>
                <a:graphic xmlns:a="http://schemas.openxmlformats.org/drawingml/2006/main">
                  <a:graphicData uri="http://schemas.microsoft.com/office/word/2010/wordprocessingShape">
                    <wps:wsp>
                      <wps:cNvSpPr txBox="1"/>
                      <wps:spPr>
                        <a:xfrm>
                          <a:off x="0" y="0"/>
                          <a:ext cx="4461510" cy="535940"/>
                        </a:xfrm>
                        <a:prstGeom prst="rect">
                          <a:avLst/>
                        </a:prstGeom>
                        <a:ln/>
                      </wps:spPr>
                      <wps:style>
                        <a:lnRef idx="1">
                          <a:schemeClr val="accent1"/>
                        </a:lnRef>
                        <a:fillRef idx="2">
                          <a:schemeClr val="accent1"/>
                        </a:fillRef>
                        <a:effectRef idx="1">
                          <a:schemeClr val="accent1"/>
                        </a:effectRef>
                        <a:fontRef idx="minor">
                          <a:schemeClr val="dk1"/>
                        </a:fontRef>
                      </wps:style>
                      <wps:txbx>
                        <w:txbxContent>
                          <w:tbl>
                            <w:tblPr>
                              <w:tblStyle w:val="TableGrid"/>
                              <w:tblW w:w="0" w:type="auto"/>
                              <w:tblLook w:val="04A0" w:firstRow="1" w:lastRow="0" w:firstColumn="1" w:lastColumn="0" w:noHBand="0" w:noVBand="1"/>
                            </w:tblPr>
                            <w:tblGrid>
                              <w:gridCol w:w="4585"/>
                              <w:gridCol w:w="1980"/>
                            </w:tblGrid>
                            <w:tr w:rsidR="003A37E7" w:rsidRPr="00E70A6D" w:rsidTr="00865BB1">
                              <w:trPr>
                                <w:trHeight w:val="618"/>
                              </w:trPr>
                              <w:tc>
                                <w:tcPr>
                                  <w:tcW w:w="4585" w:type="dxa"/>
                                  <w:vAlign w:val="center"/>
                                </w:tcPr>
                                <w:p w:rsidR="003A37E7" w:rsidRPr="00E70A6D" w:rsidRDefault="003A37E7" w:rsidP="008C24A2">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70A6D">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1980" w:type="dxa"/>
                                  <w:vAlign w:val="center"/>
                                </w:tcPr>
                                <w:p w:rsidR="003A37E7" w:rsidRPr="00E70A6D" w:rsidRDefault="003A37E7" w:rsidP="008C24A2">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r>
                          </w:tbl>
                          <w:p w:rsidR="003A37E7" w:rsidRPr="00E70A6D"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550EB5" id="Text Box 113" o:spid="_x0000_s1161" type="#_x0000_t202" style="position:absolute;left:0;text-align:left;margin-left:-95.65pt;margin-top:20.7pt;width:351.3pt;height:42.2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" fillcolor="#a7bfde [1620]" strokecolor="#4579b8 [3044]">
                <v:fill color2="#e4ecf5 [500]" rotate="t" angle="180" colors="0 #a3c4ff;22938f #bfd5ff;1 #e5eeff" focus="100%" type="gradient"/>
                <v:shadow on="t" color="black" opacity="24903f" origin=",.5" offset="0,.55556mm"/>
                <v:textbox>
                  <w:txbxContent>
                    <w:tbl>
                      <w:tblPr>
                        <w:tblStyle w:val="TableGrid"/>
                        <w:tblW w:w="0" w:type="auto"/>
                        <w:tblLook w:val="04A0" w:firstRow="1" w:lastRow="0" w:firstColumn="1" w:lastColumn="0" w:noHBand="0" w:noVBand="1"/>
                      </w:tblPr>
                      <w:tblGrid>
                        <w:gridCol w:w="4585"/>
                        <w:gridCol w:w="1980"/>
                      </w:tblGrid>
                      <w:tr w:rsidR="003A37E7" w:rsidRPr="00E70A6D" w:rsidTr="00865BB1">
                        <w:trPr>
                          <w:trHeight w:val="618"/>
                        </w:trPr>
                        <w:tc>
                          <w:tcPr>
                            <w:tcW w:w="4585" w:type="dxa"/>
                            <w:vAlign w:val="center"/>
                          </w:tcPr>
                          <w:p w:rsidR="003A37E7" w:rsidRPr="00E70A6D" w:rsidRDefault="003A37E7" w:rsidP="008C24A2">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70A6D">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CREDIT HOURS</w:t>
                            </w:r>
                          </w:p>
                        </w:tc>
                        <w:tc>
                          <w:tcPr>
                            <w:tcW w:w="1980" w:type="dxa"/>
                            <w:vAlign w:val="center"/>
                          </w:tcPr>
                          <w:p w:rsidR="003A37E7" w:rsidRPr="00E70A6D" w:rsidRDefault="003A37E7" w:rsidP="008C24A2">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c>
                      </w:tr>
                    </w:tbl>
                    <w:p w:rsidR="003A37E7" w:rsidRPr="00E70A6D"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6B165E">
        <w:t>`</w:t>
      </w:r>
    </w:p>
    <w:p w:rsidR="00856B4D" w:rsidRDefault="00B16071" w:rsidP="00412947">
      <w:pPr>
        <w:jc w:val="center"/>
      </w:pPr>
      <w:r>
        <w:rPr>
          <w:b/>
          <w:noProof/>
          <w:u w:val="single"/>
        </w:rPr>
        <w:lastRenderedPageBreak/>
        <mc:AlternateContent>
          <mc:Choice Requires="wps">
            <w:drawing>
              <wp:anchor distT="0" distB="0" distL="114300" distR="114300" simplePos="0" relativeHeight="251780096" behindDoc="0" locked="0" layoutInCell="1" allowOverlap="1" wp14:anchorId="78A84E83" wp14:editId="6BD8E6B5">
                <wp:simplePos x="0" y="0"/>
                <wp:positionH relativeFrom="page">
                  <wp:posOffset>166824</wp:posOffset>
                </wp:positionH>
                <wp:positionV relativeFrom="paragraph">
                  <wp:posOffset>365125</wp:posOffset>
                </wp:positionV>
                <wp:extent cx="4779264" cy="3499104"/>
                <wp:effectExtent l="0" t="0" r="2540" b="6350"/>
                <wp:wrapNone/>
                <wp:docPr id="117" name="Text Box 117"/>
                <wp:cNvGraphicFramePr/>
                <a:graphic xmlns:a="http://schemas.openxmlformats.org/drawingml/2006/main">
                  <a:graphicData uri="http://schemas.microsoft.com/office/word/2010/wordprocessingShape">
                    <wps:wsp>
                      <wps:cNvSpPr txBox="1"/>
                      <wps:spPr>
                        <a:xfrm>
                          <a:off x="0" y="0"/>
                          <a:ext cx="4779264" cy="349910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7010" w:type="dxa"/>
                              <w:tblLayout w:type="fixed"/>
                              <w:tblLook w:val="04A0" w:firstRow="1" w:lastRow="0" w:firstColumn="1" w:lastColumn="0" w:noHBand="0" w:noVBand="1"/>
                            </w:tblPr>
                            <w:tblGrid>
                              <w:gridCol w:w="1440"/>
                              <w:gridCol w:w="4490"/>
                              <w:gridCol w:w="1080"/>
                            </w:tblGrid>
                            <w:tr w:rsidR="003A37E7" w:rsidRPr="00970FE9" w:rsidTr="008211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0" w:type="dxa"/>
                                  <w:gridSpan w:val="3"/>
                                  <w:vAlign w:val="center"/>
                                </w:tcPr>
                                <w:p w:rsidR="003A37E7" w:rsidRPr="00970FE9" w:rsidRDefault="003A37E7" w:rsidP="00821166">
                                  <w:pPr>
                                    <w:jc w:val="center"/>
                                    <w:rPr>
                                      <w:rFonts w:cs="Times New Roman"/>
                                      <w:color w:val="FF0000"/>
                                    </w:rPr>
                                  </w:pPr>
                                  <w:r w:rsidRPr="00970FE9">
                                    <w:rPr>
                                      <w:rFonts w:cs="Times New Roman"/>
                                      <w:color w:val="FF0000"/>
                                    </w:rPr>
                                    <w:t>BSC-INTEGRATED SCIENCE</w:t>
                                  </w:r>
                                </w:p>
                              </w:tc>
                            </w:tr>
                            <w:tr w:rsidR="003A37E7" w:rsidRPr="00970FE9" w:rsidTr="00F224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0" w:type="dxa"/>
                                  <w:gridSpan w:val="3"/>
                                </w:tcPr>
                                <w:p w:rsidR="003A37E7" w:rsidRPr="00970FE9" w:rsidRDefault="003A37E7" w:rsidP="00912F69">
                                  <w:pPr>
                                    <w:jc w:val="center"/>
                                    <w:rPr>
                                      <w:rFonts w:cs="Times New Roman"/>
                                      <w:sz w:val="20"/>
                                      <w:szCs w:val="20"/>
                                    </w:rPr>
                                  </w:pPr>
                                  <w:r w:rsidRPr="00970FE9">
                                    <w:rPr>
                                      <w:rFonts w:cs="Times New Roman"/>
                                      <w:sz w:val="20"/>
                                      <w:szCs w:val="20"/>
                                    </w:rPr>
                                    <w:t>FRESHMEN YEAR (YEAR I) - FIRST SEMESTER</w:t>
                                  </w:r>
                                </w:p>
                              </w:tc>
                            </w:tr>
                            <w:tr w:rsidR="003A37E7" w:rsidRPr="00970FE9"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COURSE CODE</w:t>
                                  </w:r>
                                </w:p>
                              </w:tc>
                              <w:tc>
                                <w:tcPr>
                                  <w:tcW w:w="449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COURSE TITLE</w:t>
                                  </w:r>
                                </w:p>
                              </w:tc>
                              <w:tc>
                                <w:tcPr>
                                  <w:tcW w:w="108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CREDIT HOURS</w:t>
                                  </w:r>
                                </w:p>
                              </w:tc>
                            </w:tr>
                            <w:tr w:rsidR="003A37E7" w:rsidRPr="00970FE9"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GEN 101</w:t>
                                  </w:r>
                                </w:p>
                              </w:tc>
                              <w:tc>
                                <w:tcPr>
                                  <w:tcW w:w="449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LIFE IN CHRIST 1</w:t>
                                  </w:r>
                                </w:p>
                              </w:tc>
                              <w:tc>
                                <w:tcPr>
                                  <w:tcW w:w="108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2</w:t>
                                  </w:r>
                                </w:p>
                              </w:tc>
                            </w:tr>
                            <w:tr w:rsidR="003A37E7" w:rsidRPr="00970FE9"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FREN. 101</w:t>
                                  </w:r>
                                </w:p>
                              </w:tc>
                              <w:tc>
                                <w:tcPr>
                                  <w:tcW w:w="449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FUNDAMENTAL OF FRENCH</w:t>
                                  </w:r>
                                </w:p>
                              </w:tc>
                              <w:tc>
                                <w:tcPr>
                                  <w:tcW w:w="108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 xml:space="preserve">BIOL. 101 </w:t>
                                  </w:r>
                                </w:p>
                              </w:tc>
                              <w:tc>
                                <w:tcPr>
                                  <w:tcW w:w="449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GENERAL BIOLOGY</w:t>
                                  </w:r>
                                </w:p>
                              </w:tc>
                              <w:tc>
                                <w:tcPr>
                                  <w:tcW w:w="108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EDU 101</w:t>
                                  </w:r>
                                </w:p>
                              </w:tc>
                              <w:tc>
                                <w:tcPr>
                                  <w:tcW w:w="449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FOUNDATION PSYCHOLOGY OF EDUCATION</w:t>
                                  </w:r>
                                </w:p>
                              </w:tc>
                              <w:tc>
                                <w:tcPr>
                                  <w:tcW w:w="108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EDUC 102</w:t>
                                  </w:r>
                                </w:p>
                              </w:tc>
                              <w:tc>
                                <w:tcPr>
                                  <w:tcW w:w="449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INSTRUCTIONAL MEDIA</w:t>
                                  </w:r>
                                </w:p>
                              </w:tc>
                              <w:tc>
                                <w:tcPr>
                                  <w:tcW w:w="108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010000" w:firstRow="0" w:lastRow="0" w:firstColumn="0" w:lastColumn="0" w:oddVBand="0" w:evenVBand="0" w:oddHBand="0" w:evenHBand="1"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SOS 101</w:t>
                                  </w:r>
                                </w:p>
                              </w:tc>
                              <w:tc>
                                <w:tcPr>
                                  <w:tcW w:w="449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INTRODUCTION TO SOCIAL SCIENCE</w:t>
                                  </w:r>
                                </w:p>
                              </w:tc>
                              <w:tc>
                                <w:tcPr>
                                  <w:tcW w:w="108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MTH 101</w:t>
                                  </w:r>
                                </w:p>
                              </w:tc>
                              <w:tc>
                                <w:tcPr>
                                  <w:tcW w:w="449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GENERAL MATHEMATICS</w:t>
                                  </w:r>
                                </w:p>
                              </w:tc>
                              <w:tc>
                                <w:tcPr>
                                  <w:tcW w:w="108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CMP 101</w:t>
                                  </w:r>
                                </w:p>
                              </w:tc>
                              <w:tc>
                                <w:tcPr>
                                  <w:tcW w:w="449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INTRODUCTION TO COMPUTER CONCEPT</w:t>
                                  </w:r>
                                </w:p>
                              </w:tc>
                              <w:tc>
                                <w:tcPr>
                                  <w:tcW w:w="108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ENGL. 101</w:t>
                                  </w:r>
                                </w:p>
                              </w:tc>
                              <w:tc>
                                <w:tcPr>
                                  <w:tcW w:w="449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ENGLISH &amp; COMMUNICATION SKILLS</w:t>
                                  </w:r>
                                </w:p>
                              </w:tc>
                              <w:tc>
                                <w:tcPr>
                                  <w:tcW w:w="108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5930" w:type="dxa"/>
                                  <w:gridSpan w:val="2"/>
                                  <w:vAlign w:val="center"/>
                                </w:tcPr>
                                <w:p w:rsidR="003A37E7" w:rsidRPr="00970FE9" w:rsidRDefault="003A37E7" w:rsidP="00821166">
                                  <w:pPr>
                                    <w:jc w:val="center"/>
                                    <w:rPr>
                                      <w:rFonts w:cs="Times New Roman"/>
                                      <w:sz w:val="20"/>
                                      <w:szCs w:val="20"/>
                                    </w:rPr>
                                  </w:pPr>
                                  <w:r w:rsidRPr="00970FE9">
                                    <w:rPr>
                                      <w:rFonts w:cs="Times New Roman"/>
                                      <w:sz w:val="20"/>
                                      <w:szCs w:val="20"/>
                                    </w:rPr>
                                    <w:t>TOTAL CREDIT HOURS</w:t>
                                  </w:r>
                                </w:p>
                              </w:tc>
                              <w:tc>
                                <w:tcPr>
                                  <w:tcW w:w="108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Pr>
                                      <w:rFonts w:cs="Times New Roman"/>
                                      <w:b/>
                                      <w:sz w:val="20"/>
                                      <w:szCs w:val="20"/>
                                    </w:rPr>
                                    <w:t>26</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A84E83" id="Text Box 117" o:spid="_x0000_s1162" type="#_x0000_t202" style="position:absolute;left:0;text-align:left;margin-left:13.15pt;margin-top:28.75pt;width:376.3pt;height:275.5pt;z-index:251780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" fillcolor="white [3201]" stroked="f" strokeweight=".5pt">
                <v:textbox>
                  <w:txbxContent>
                    <w:tbl>
                      <w:tblPr>
                        <w:tblStyle w:val="LightGrid"/>
                        <w:tblW w:w="7010" w:type="dxa"/>
                        <w:tblLayout w:type="fixed"/>
                        <w:tblLook w:val="04A0" w:firstRow="1" w:lastRow="0" w:firstColumn="1" w:lastColumn="0" w:noHBand="0" w:noVBand="1"/>
                      </w:tblPr>
                      <w:tblGrid>
                        <w:gridCol w:w="1440"/>
                        <w:gridCol w:w="4490"/>
                        <w:gridCol w:w="1080"/>
                      </w:tblGrid>
                      <w:tr w:rsidR="003A37E7" w:rsidRPr="00970FE9" w:rsidTr="008211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0" w:type="dxa"/>
                            <w:gridSpan w:val="3"/>
                            <w:vAlign w:val="center"/>
                          </w:tcPr>
                          <w:p w:rsidR="003A37E7" w:rsidRPr="00970FE9" w:rsidRDefault="003A37E7" w:rsidP="00821166">
                            <w:pPr>
                              <w:jc w:val="center"/>
                              <w:rPr>
                                <w:rFonts w:cs="Times New Roman"/>
                                <w:color w:val="FF0000"/>
                              </w:rPr>
                            </w:pPr>
                            <w:r w:rsidRPr="00970FE9">
                              <w:rPr>
                                <w:rFonts w:cs="Times New Roman"/>
                                <w:color w:val="FF0000"/>
                              </w:rPr>
                              <w:t>BSC-INTEGRATED SCIENCE</w:t>
                            </w:r>
                          </w:p>
                        </w:tc>
                      </w:tr>
                      <w:tr w:rsidR="003A37E7" w:rsidRPr="00970FE9" w:rsidTr="00F224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10" w:type="dxa"/>
                            <w:gridSpan w:val="3"/>
                          </w:tcPr>
                          <w:p w:rsidR="003A37E7" w:rsidRPr="00970FE9" w:rsidRDefault="003A37E7" w:rsidP="00912F69">
                            <w:pPr>
                              <w:jc w:val="center"/>
                              <w:rPr>
                                <w:rFonts w:cs="Times New Roman"/>
                                <w:sz w:val="20"/>
                                <w:szCs w:val="20"/>
                              </w:rPr>
                            </w:pPr>
                            <w:r w:rsidRPr="00970FE9">
                              <w:rPr>
                                <w:rFonts w:cs="Times New Roman"/>
                                <w:sz w:val="20"/>
                                <w:szCs w:val="20"/>
                              </w:rPr>
                              <w:t>FRESHMEN YEAR (YEAR I) - FIRST SEMESTER</w:t>
                            </w:r>
                          </w:p>
                        </w:tc>
                      </w:tr>
                      <w:tr w:rsidR="003A37E7" w:rsidRPr="00970FE9"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COURSE CODE</w:t>
                            </w:r>
                          </w:p>
                        </w:tc>
                        <w:tc>
                          <w:tcPr>
                            <w:tcW w:w="449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COURSE TITLE</w:t>
                            </w:r>
                          </w:p>
                        </w:tc>
                        <w:tc>
                          <w:tcPr>
                            <w:tcW w:w="108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CREDIT HOURS</w:t>
                            </w:r>
                          </w:p>
                        </w:tc>
                      </w:tr>
                      <w:tr w:rsidR="003A37E7" w:rsidRPr="00970FE9"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GEN 101</w:t>
                            </w:r>
                          </w:p>
                        </w:tc>
                        <w:tc>
                          <w:tcPr>
                            <w:tcW w:w="449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LIFE IN CHRIST 1</w:t>
                            </w:r>
                          </w:p>
                        </w:tc>
                        <w:tc>
                          <w:tcPr>
                            <w:tcW w:w="108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2</w:t>
                            </w:r>
                          </w:p>
                        </w:tc>
                      </w:tr>
                      <w:tr w:rsidR="003A37E7" w:rsidRPr="00970FE9"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FREN. 101</w:t>
                            </w:r>
                          </w:p>
                        </w:tc>
                        <w:tc>
                          <w:tcPr>
                            <w:tcW w:w="449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FUNDAMENTAL OF FRENCH</w:t>
                            </w:r>
                          </w:p>
                        </w:tc>
                        <w:tc>
                          <w:tcPr>
                            <w:tcW w:w="108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 xml:space="preserve">BIOL. 101 </w:t>
                            </w:r>
                          </w:p>
                        </w:tc>
                        <w:tc>
                          <w:tcPr>
                            <w:tcW w:w="449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GENERAL BIOLOGY</w:t>
                            </w:r>
                          </w:p>
                        </w:tc>
                        <w:tc>
                          <w:tcPr>
                            <w:tcW w:w="108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EDU 101</w:t>
                            </w:r>
                          </w:p>
                        </w:tc>
                        <w:tc>
                          <w:tcPr>
                            <w:tcW w:w="449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FOUNDATION PSYCHOLOGY OF EDUCATION</w:t>
                            </w:r>
                          </w:p>
                        </w:tc>
                        <w:tc>
                          <w:tcPr>
                            <w:tcW w:w="108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EDUC 102</w:t>
                            </w:r>
                          </w:p>
                        </w:tc>
                        <w:tc>
                          <w:tcPr>
                            <w:tcW w:w="449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INSTRUCTIONAL MEDIA</w:t>
                            </w:r>
                          </w:p>
                        </w:tc>
                        <w:tc>
                          <w:tcPr>
                            <w:tcW w:w="108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010000" w:firstRow="0" w:lastRow="0" w:firstColumn="0" w:lastColumn="0" w:oddVBand="0" w:evenVBand="0" w:oddHBand="0" w:evenHBand="1"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SOS 101</w:t>
                            </w:r>
                          </w:p>
                        </w:tc>
                        <w:tc>
                          <w:tcPr>
                            <w:tcW w:w="449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INTRODUCTION TO SOCIAL SCIENCE</w:t>
                            </w:r>
                          </w:p>
                        </w:tc>
                        <w:tc>
                          <w:tcPr>
                            <w:tcW w:w="108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MTH 101</w:t>
                            </w:r>
                          </w:p>
                        </w:tc>
                        <w:tc>
                          <w:tcPr>
                            <w:tcW w:w="449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GENERAL MATHEMATICS</w:t>
                            </w:r>
                          </w:p>
                        </w:tc>
                        <w:tc>
                          <w:tcPr>
                            <w:tcW w:w="108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CMP 101</w:t>
                            </w:r>
                          </w:p>
                        </w:tc>
                        <w:tc>
                          <w:tcPr>
                            <w:tcW w:w="449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INTRODUCTION TO COMPUTER CONCEPT</w:t>
                            </w:r>
                          </w:p>
                        </w:tc>
                        <w:tc>
                          <w:tcPr>
                            <w:tcW w:w="108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440" w:type="dxa"/>
                            <w:vAlign w:val="center"/>
                          </w:tcPr>
                          <w:p w:rsidR="003A37E7" w:rsidRPr="00970FE9" w:rsidRDefault="003A37E7" w:rsidP="00821166">
                            <w:pPr>
                              <w:jc w:val="center"/>
                              <w:rPr>
                                <w:rFonts w:cs="Times New Roman"/>
                                <w:sz w:val="20"/>
                                <w:szCs w:val="20"/>
                              </w:rPr>
                            </w:pPr>
                            <w:r w:rsidRPr="00970FE9">
                              <w:rPr>
                                <w:rFonts w:cs="Times New Roman"/>
                                <w:sz w:val="20"/>
                                <w:szCs w:val="20"/>
                              </w:rPr>
                              <w:t>ENGL. 101</w:t>
                            </w:r>
                          </w:p>
                        </w:tc>
                        <w:tc>
                          <w:tcPr>
                            <w:tcW w:w="449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ENGLISH &amp; COMMUNICATION SKILLS</w:t>
                            </w:r>
                          </w:p>
                        </w:tc>
                        <w:tc>
                          <w:tcPr>
                            <w:tcW w:w="1080" w:type="dxa"/>
                            <w:vAlign w:val="center"/>
                          </w:tcPr>
                          <w:p w:rsidR="003A37E7" w:rsidRPr="00970FE9" w:rsidRDefault="003A37E7" w:rsidP="00821166">
                            <w:pPr>
                              <w:jc w:val="center"/>
                              <w:cnfStyle w:val="000000100000" w:firstRow="0" w:lastRow="0" w:firstColumn="0" w:lastColumn="0" w:oddVBand="0" w:evenVBand="0" w:oddHBand="1" w:evenHBand="0" w:firstRowFirstColumn="0" w:firstRowLastColumn="0" w:lastRowFirstColumn="0" w:lastRowLastColumn="0"/>
                              <w:rPr>
                                <w:rFonts w:cs="Times New Roman"/>
                                <w:b/>
                                <w:sz w:val="20"/>
                                <w:szCs w:val="20"/>
                              </w:rPr>
                            </w:pPr>
                            <w:r w:rsidRPr="00970FE9">
                              <w:rPr>
                                <w:rFonts w:cs="Times New Roman"/>
                                <w:b/>
                                <w:sz w:val="20"/>
                                <w:szCs w:val="20"/>
                              </w:rPr>
                              <w:t>3</w:t>
                            </w:r>
                          </w:p>
                        </w:tc>
                      </w:tr>
                      <w:tr w:rsidR="003A37E7" w:rsidRPr="00970FE9"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5930" w:type="dxa"/>
                            <w:gridSpan w:val="2"/>
                            <w:vAlign w:val="center"/>
                          </w:tcPr>
                          <w:p w:rsidR="003A37E7" w:rsidRPr="00970FE9" w:rsidRDefault="003A37E7" w:rsidP="00821166">
                            <w:pPr>
                              <w:jc w:val="center"/>
                              <w:rPr>
                                <w:rFonts w:cs="Times New Roman"/>
                                <w:sz w:val="20"/>
                                <w:szCs w:val="20"/>
                              </w:rPr>
                            </w:pPr>
                            <w:r w:rsidRPr="00970FE9">
                              <w:rPr>
                                <w:rFonts w:cs="Times New Roman"/>
                                <w:sz w:val="20"/>
                                <w:szCs w:val="20"/>
                              </w:rPr>
                              <w:t>TOTAL CREDIT HOURS</w:t>
                            </w:r>
                          </w:p>
                        </w:tc>
                        <w:tc>
                          <w:tcPr>
                            <w:tcW w:w="1080" w:type="dxa"/>
                            <w:vAlign w:val="center"/>
                          </w:tcPr>
                          <w:p w:rsidR="003A37E7" w:rsidRPr="00970FE9" w:rsidRDefault="003A37E7" w:rsidP="00821166">
                            <w:pPr>
                              <w:jc w:val="center"/>
                              <w:cnfStyle w:val="000000010000" w:firstRow="0" w:lastRow="0" w:firstColumn="0" w:lastColumn="0" w:oddVBand="0" w:evenVBand="0" w:oddHBand="0" w:evenHBand="1" w:firstRowFirstColumn="0" w:firstRowLastColumn="0" w:lastRowFirstColumn="0" w:lastRowLastColumn="0"/>
                              <w:rPr>
                                <w:rFonts w:cs="Times New Roman"/>
                                <w:b/>
                                <w:sz w:val="20"/>
                                <w:szCs w:val="20"/>
                              </w:rPr>
                            </w:pPr>
                            <w:r>
                              <w:rPr>
                                <w:rFonts w:cs="Times New Roman"/>
                                <w:b/>
                                <w:sz w:val="20"/>
                                <w:szCs w:val="20"/>
                              </w:rPr>
                              <w:t>26</w:t>
                            </w:r>
                          </w:p>
                        </w:tc>
                      </w:tr>
                    </w:tbl>
                    <w:p w:rsidR="003A37E7" w:rsidRDefault="003A37E7"/>
                  </w:txbxContent>
                </v:textbox>
                <w10:wrap anchorx="page"/>
              </v:shape>
            </w:pict>
          </mc:Fallback>
        </mc:AlternateContent>
      </w:r>
      <w:r>
        <w:rPr>
          <w:noProof/>
        </w:rPr>
        <mc:AlternateContent>
          <mc:Choice Requires="wps">
            <w:drawing>
              <wp:anchor distT="0" distB="0" distL="114300" distR="114300" simplePos="0" relativeHeight="251779072" behindDoc="0" locked="0" layoutInCell="1" allowOverlap="1" wp14:anchorId="017116EA" wp14:editId="6A88CAE0">
                <wp:simplePos x="0" y="0"/>
                <wp:positionH relativeFrom="page">
                  <wp:posOffset>98171</wp:posOffset>
                </wp:positionH>
                <wp:positionV relativeFrom="paragraph">
                  <wp:posOffset>-792353</wp:posOffset>
                </wp:positionV>
                <wp:extent cx="4595495" cy="987298"/>
                <wp:effectExtent l="57150" t="38100" r="71755" b="99060"/>
                <wp:wrapNone/>
                <wp:docPr id="116" name="Text Box 116"/>
                <wp:cNvGraphicFramePr/>
                <a:graphic xmlns:a="http://schemas.openxmlformats.org/drawingml/2006/main">
                  <a:graphicData uri="http://schemas.microsoft.com/office/word/2010/wordprocessingShape">
                    <wps:wsp>
                      <wps:cNvSpPr txBox="1"/>
                      <wps:spPr>
                        <a:xfrm>
                          <a:off x="0" y="0"/>
                          <a:ext cx="4595495" cy="987298"/>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912F69" w:rsidRDefault="003A37E7" w:rsidP="00821166">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12F69">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EDUCATION &amp; RELIGIOUS STUDIES</w:t>
                            </w:r>
                          </w:p>
                          <w:p w:rsidR="003A37E7" w:rsidRPr="00970FE9" w:rsidRDefault="003A37E7" w:rsidP="00821166">
                            <w:pPr>
                              <w:jc w:val="center"/>
                              <w:rPr>
                                <w:color w:val="C0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70FE9">
                              <w:rPr>
                                <w:color w:val="C0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INTEGRATED SCIENCE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7116EA" id="Text Box 116" o:spid="_x0000_s1163" type="#_x0000_t202" style="position:absolute;left:0;text-align:left;margin-left:7.75pt;margin-top:-62.4pt;width:361.85pt;height:77.75pt;z-index:251779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" fillcolor="#a7bfde [1620]" strokecolor="#4579b8 [3044]">
                <v:fill color2="#e4ecf5 [500]" rotate="t" angle="180" colors="0 #a3c4ff;22938f #bfd5ff;1 #e5eeff" focus="100%" type="gradient"/>
                <v:shadow on="t" color="black" opacity="24903f" origin=",.5" offset="0,.55556mm"/>
                <v:textbox>
                  <w:txbxContent>
                    <w:p w:rsidR="003A37E7" w:rsidRPr="00912F69" w:rsidRDefault="003A37E7" w:rsidP="00821166">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12F69">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EDUCATION &amp; RELIGIOUS STUDIES</w:t>
                      </w:r>
                    </w:p>
                    <w:p w:rsidR="003A37E7" w:rsidRPr="00970FE9" w:rsidRDefault="003A37E7" w:rsidP="00821166">
                      <w:pPr>
                        <w:jc w:val="center"/>
                        <w:rPr>
                          <w:color w:val="C0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70FE9">
                        <w:rPr>
                          <w:color w:val="C0000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INTEGRATED SCIENCE</w:t>
                      </w:r>
                    </w:p>
                  </w:txbxContent>
                </v:textbox>
                <w10:wrap anchorx="page"/>
              </v:shape>
            </w:pict>
          </mc:Fallback>
        </mc:AlternateContent>
      </w:r>
    </w:p>
    <w:p w:rsidR="00856B4D" w:rsidRDefault="00856B4D" w:rsidP="00412947">
      <w:pPr>
        <w:jc w:val="center"/>
      </w:pPr>
    </w:p>
    <w:p w:rsidR="00FD03AD" w:rsidRDefault="00FD03AD" w:rsidP="00412947">
      <w:pPr>
        <w:jc w:val="center"/>
      </w:pPr>
    </w:p>
    <w:p w:rsidR="00821166" w:rsidRDefault="00821166" w:rsidP="00DF64FD">
      <w:pPr>
        <w:pStyle w:val="NormalWeb"/>
        <w:jc w:val="center"/>
        <w:rPr>
          <w:b/>
          <w:u w:val="single"/>
        </w:rPr>
      </w:pPr>
    </w:p>
    <w:p w:rsidR="00821166" w:rsidRDefault="00821166" w:rsidP="00DF64FD">
      <w:pPr>
        <w:pStyle w:val="NormalWeb"/>
        <w:jc w:val="center"/>
        <w:rPr>
          <w:b/>
          <w:u w:val="single"/>
        </w:rPr>
      </w:pPr>
    </w:p>
    <w:p w:rsidR="00821166" w:rsidRDefault="00821166" w:rsidP="00DF64FD">
      <w:pPr>
        <w:pStyle w:val="NormalWeb"/>
        <w:jc w:val="center"/>
        <w:rPr>
          <w:b/>
          <w:u w:val="single"/>
        </w:rPr>
      </w:pPr>
    </w:p>
    <w:p w:rsidR="00821166" w:rsidRDefault="00821166" w:rsidP="00DF64FD">
      <w:pPr>
        <w:pStyle w:val="NormalWeb"/>
        <w:jc w:val="center"/>
        <w:rPr>
          <w:b/>
          <w:u w:val="single"/>
        </w:rPr>
      </w:pPr>
    </w:p>
    <w:p w:rsidR="00821166" w:rsidRDefault="00821166" w:rsidP="00DF64FD">
      <w:pPr>
        <w:pStyle w:val="NormalWeb"/>
        <w:jc w:val="center"/>
        <w:rPr>
          <w:b/>
          <w:u w:val="single"/>
        </w:rPr>
      </w:pPr>
    </w:p>
    <w:p w:rsidR="00821166" w:rsidRDefault="00821166" w:rsidP="00DF64FD">
      <w:pPr>
        <w:pStyle w:val="NormalWeb"/>
        <w:jc w:val="center"/>
        <w:rPr>
          <w:b/>
          <w:u w:val="single"/>
        </w:rPr>
      </w:pPr>
    </w:p>
    <w:p w:rsidR="00821166" w:rsidRDefault="00821166" w:rsidP="00DF64FD">
      <w:pPr>
        <w:pStyle w:val="NormalWeb"/>
        <w:jc w:val="center"/>
        <w:rPr>
          <w:b/>
          <w:u w:val="single"/>
        </w:rPr>
      </w:pPr>
    </w:p>
    <w:p w:rsidR="00821166" w:rsidRDefault="00A77FD8" w:rsidP="00DF64FD">
      <w:pPr>
        <w:pStyle w:val="NormalWeb"/>
        <w:jc w:val="center"/>
        <w:rPr>
          <w:b/>
          <w:u w:val="single"/>
        </w:rPr>
      </w:pPr>
      <w:r>
        <w:rPr>
          <w:b/>
          <w:noProof/>
          <w:u w:val="single"/>
        </w:rPr>
        <mc:AlternateContent>
          <mc:Choice Requires="wps">
            <w:drawing>
              <wp:anchor distT="0" distB="0" distL="114300" distR="114300" simplePos="0" relativeHeight="251781120" behindDoc="0" locked="0" layoutInCell="1" allowOverlap="1" wp14:anchorId="646254B7" wp14:editId="2B58EA04">
                <wp:simplePos x="0" y="0"/>
                <wp:positionH relativeFrom="column">
                  <wp:posOffset>-709114</wp:posOffset>
                </wp:positionH>
                <wp:positionV relativeFrom="paragraph">
                  <wp:posOffset>346710</wp:posOffset>
                </wp:positionV>
                <wp:extent cx="4669536" cy="3255264"/>
                <wp:effectExtent l="0" t="0" r="0" b="2540"/>
                <wp:wrapNone/>
                <wp:docPr id="118" name="Text Box 118"/>
                <wp:cNvGraphicFramePr/>
                <a:graphic xmlns:a="http://schemas.openxmlformats.org/drawingml/2006/main">
                  <a:graphicData uri="http://schemas.microsoft.com/office/word/2010/wordprocessingShape">
                    <wps:wsp>
                      <wps:cNvSpPr txBox="1"/>
                      <wps:spPr>
                        <a:xfrm>
                          <a:off x="0" y="0"/>
                          <a:ext cx="4669536" cy="325526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7110" w:type="dxa"/>
                              <w:tblInd w:w="-100" w:type="dxa"/>
                              <w:tblLayout w:type="fixed"/>
                              <w:tblLook w:val="04A0" w:firstRow="1" w:lastRow="0" w:firstColumn="1" w:lastColumn="0" w:noHBand="0" w:noVBand="1"/>
                            </w:tblPr>
                            <w:tblGrid>
                              <w:gridCol w:w="1540"/>
                              <w:gridCol w:w="4490"/>
                              <w:gridCol w:w="1080"/>
                            </w:tblGrid>
                            <w:tr w:rsidR="003A37E7" w:rsidRPr="009B29F2" w:rsidTr="00143A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10" w:type="dxa"/>
                                  <w:gridSpan w:val="3"/>
                                  <w:vAlign w:val="center"/>
                                </w:tcPr>
                                <w:p w:rsidR="003A37E7" w:rsidRPr="009B29F2" w:rsidRDefault="003A37E7" w:rsidP="007B491E">
                                  <w:pPr>
                                    <w:jc w:val="center"/>
                                    <w:rPr>
                                      <w:color w:val="FF0000"/>
                                    </w:rPr>
                                  </w:pPr>
                                  <w:r w:rsidRPr="009B29F2">
                                    <w:rPr>
                                      <w:color w:val="FF0000"/>
                                    </w:rPr>
                                    <w:t>BSC-INTEGRATED SCIENCE</w:t>
                                  </w:r>
                                </w:p>
                              </w:tc>
                            </w:tr>
                            <w:tr w:rsidR="003A37E7" w:rsidRPr="009B29F2" w:rsidTr="00143A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10" w:type="dxa"/>
                                  <w:gridSpan w:val="3"/>
                                </w:tcPr>
                                <w:p w:rsidR="003A37E7" w:rsidRPr="009B29F2" w:rsidRDefault="003A37E7" w:rsidP="00912F69">
                                  <w:pPr>
                                    <w:jc w:val="center"/>
                                    <w:rPr>
                                      <w:sz w:val="20"/>
                                      <w:szCs w:val="20"/>
                                    </w:rPr>
                                  </w:pPr>
                                  <w:r w:rsidRPr="009B29F2">
                                    <w:rPr>
                                      <w:sz w:val="20"/>
                                      <w:szCs w:val="20"/>
                                    </w:rPr>
                                    <w:t>FRESHMEN YEAR (YEAR I) - SECOND SEMESTER</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pPr>
                                  <w:r w:rsidRPr="009B29F2">
                                    <w:t>COURSE CODE</w:t>
                                  </w:r>
                                </w:p>
                              </w:tc>
                              <w:tc>
                                <w:tcPr>
                                  <w:tcW w:w="449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rPr>
                                  </w:pPr>
                                  <w:r w:rsidRPr="009B29F2">
                                    <w:rPr>
                                      <w:b/>
                                    </w:rPr>
                                    <w:t>COURSE TITLE</w:t>
                                  </w:r>
                                </w:p>
                              </w:tc>
                              <w:tc>
                                <w:tcPr>
                                  <w:tcW w:w="108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rPr>
                                  </w:pPr>
                                  <w:r w:rsidRPr="009B29F2">
                                    <w:rPr>
                                      <w:b/>
                                      <w:sz w:val="20"/>
                                      <w:szCs w:val="20"/>
                                    </w:rPr>
                                    <w:t>CREDIT HOURS</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sz w:val="20"/>
                                      <w:szCs w:val="20"/>
                                    </w:rPr>
                                  </w:pPr>
                                  <w:r w:rsidRPr="009B29F2">
                                    <w:rPr>
                                      <w:sz w:val="20"/>
                                      <w:szCs w:val="20"/>
                                    </w:rPr>
                                    <w:t>GEN 102</w:t>
                                  </w:r>
                                </w:p>
                              </w:tc>
                              <w:tc>
                                <w:tcPr>
                                  <w:tcW w:w="449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LIFE IN CHRIST 2</w:t>
                                  </w:r>
                                </w:p>
                              </w:tc>
                              <w:tc>
                                <w:tcPr>
                                  <w:tcW w:w="108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2</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sz w:val="20"/>
                                      <w:szCs w:val="20"/>
                                    </w:rPr>
                                  </w:pPr>
                                  <w:r w:rsidRPr="009B29F2">
                                    <w:rPr>
                                      <w:sz w:val="20"/>
                                      <w:szCs w:val="20"/>
                                    </w:rPr>
                                    <w:t>BUS 102</w:t>
                                  </w:r>
                                </w:p>
                              </w:tc>
                              <w:tc>
                                <w:tcPr>
                                  <w:tcW w:w="449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 xml:space="preserve">ENTERPRENEURSHIP </w:t>
                                  </w:r>
                                </w:p>
                              </w:tc>
                              <w:tc>
                                <w:tcPr>
                                  <w:tcW w:w="108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sz w:val="20"/>
                                      <w:szCs w:val="20"/>
                                    </w:rPr>
                                  </w:pPr>
                                  <w:r w:rsidRPr="009B29F2">
                                    <w:rPr>
                                      <w:sz w:val="20"/>
                                      <w:szCs w:val="20"/>
                                    </w:rPr>
                                    <w:t>EDUC 100</w:t>
                                  </w:r>
                                </w:p>
                              </w:tc>
                              <w:tc>
                                <w:tcPr>
                                  <w:tcW w:w="449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LIBRARY SCIENCE</w:t>
                                  </w:r>
                                </w:p>
                              </w:tc>
                              <w:tc>
                                <w:tcPr>
                                  <w:tcW w:w="108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1</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rFonts w:ascii="Bahnschrift" w:hAnsi="Bahnschrift"/>
                                      <w:sz w:val="20"/>
                                      <w:szCs w:val="20"/>
                                    </w:rPr>
                                  </w:pPr>
                                  <w:r w:rsidRPr="009B29F2">
                                    <w:rPr>
                                      <w:rFonts w:ascii="Bahnschrift" w:hAnsi="Bahnschrift"/>
                                      <w:sz w:val="20"/>
                                      <w:szCs w:val="20"/>
                                    </w:rPr>
                                    <w:t>EDU 104</w:t>
                                  </w:r>
                                </w:p>
                              </w:tc>
                              <w:tc>
                                <w:tcPr>
                                  <w:tcW w:w="449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r w:rsidRPr="009B29F2">
                                    <w:rPr>
                                      <w:rFonts w:ascii="Bahnschrift" w:hAnsi="Bahnschrift"/>
                                      <w:b/>
                                      <w:sz w:val="20"/>
                                      <w:szCs w:val="20"/>
                                    </w:rPr>
                                    <w:t>PLANNING AND EVALUATION</w:t>
                                  </w:r>
                                </w:p>
                              </w:tc>
                              <w:tc>
                                <w:tcPr>
                                  <w:tcW w:w="108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rFonts w:ascii="Bahnschrift" w:hAnsi="Bahnschrift"/>
                                      <w:sz w:val="20"/>
                                      <w:szCs w:val="20"/>
                                    </w:rPr>
                                  </w:pPr>
                                  <w:r w:rsidRPr="009B29F2">
                                    <w:rPr>
                                      <w:rFonts w:ascii="Bahnschrift" w:hAnsi="Bahnschrift"/>
                                      <w:sz w:val="20"/>
                                      <w:szCs w:val="20"/>
                                    </w:rPr>
                                    <w:t>EDU 106</w:t>
                                  </w:r>
                                </w:p>
                              </w:tc>
                              <w:tc>
                                <w:tcPr>
                                  <w:tcW w:w="449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r w:rsidRPr="009B29F2">
                                    <w:rPr>
                                      <w:rFonts w:ascii="Bahnschrift" w:hAnsi="Bahnschrift"/>
                                      <w:b/>
                                      <w:sz w:val="20"/>
                                      <w:szCs w:val="20"/>
                                    </w:rPr>
                                    <w:t>INSTRUCTIONAL METHOD</w:t>
                                  </w:r>
                                </w:p>
                              </w:tc>
                              <w:tc>
                                <w:tcPr>
                                  <w:tcW w:w="108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rFonts w:ascii="Bahnschrift" w:hAnsi="Bahnschrift"/>
                                      <w:sz w:val="20"/>
                                      <w:szCs w:val="20"/>
                                    </w:rPr>
                                  </w:pPr>
                                  <w:r w:rsidRPr="009B29F2">
                                    <w:rPr>
                                      <w:rFonts w:ascii="Bahnschrift" w:hAnsi="Bahnschrift"/>
                                      <w:sz w:val="20"/>
                                      <w:szCs w:val="20"/>
                                    </w:rPr>
                                    <w:t>ENGL 102</w:t>
                                  </w:r>
                                </w:p>
                              </w:tc>
                              <w:tc>
                                <w:tcPr>
                                  <w:tcW w:w="449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ENGLISH &amp; COMMUNICATION SKILLS II</w:t>
                                  </w:r>
                                </w:p>
                              </w:tc>
                              <w:tc>
                                <w:tcPr>
                                  <w:tcW w:w="108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rFonts w:ascii="Bahnschrift" w:hAnsi="Bahnschrift"/>
                                      <w:sz w:val="20"/>
                                      <w:szCs w:val="20"/>
                                    </w:rPr>
                                  </w:pPr>
                                  <w:r w:rsidRPr="009B29F2">
                                    <w:rPr>
                                      <w:rFonts w:ascii="Bahnschrift" w:hAnsi="Bahnschrift"/>
                                      <w:sz w:val="20"/>
                                      <w:szCs w:val="20"/>
                                    </w:rPr>
                                    <w:t>MTH 102</w:t>
                                  </w:r>
                                </w:p>
                              </w:tc>
                              <w:tc>
                                <w:tcPr>
                                  <w:tcW w:w="449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MATHEMATICS FOR DECISION MAKING</w:t>
                                  </w:r>
                                </w:p>
                              </w:tc>
                              <w:tc>
                                <w:tcPr>
                                  <w:tcW w:w="108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rFonts w:ascii="Bahnschrift" w:hAnsi="Bahnschrift"/>
                                      <w:sz w:val="20"/>
                                      <w:szCs w:val="20"/>
                                    </w:rPr>
                                  </w:pPr>
                                  <w:r w:rsidRPr="009B29F2">
                                    <w:rPr>
                                      <w:rFonts w:ascii="Bahnschrift" w:hAnsi="Bahnschrift"/>
                                      <w:sz w:val="20"/>
                                      <w:szCs w:val="20"/>
                                    </w:rPr>
                                    <w:t>SOS 102</w:t>
                                  </w:r>
                                </w:p>
                              </w:tc>
                              <w:tc>
                                <w:tcPr>
                                  <w:tcW w:w="449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LIBERIA SOCIETY</w:t>
                                  </w:r>
                                </w:p>
                              </w:tc>
                              <w:tc>
                                <w:tcPr>
                                  <w:tcW w:w="108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6030" w:type="dxa"/>
                                  <w:gridSpan w:val="2"/>
                                  <w:vAlign w:val="center"/>
                                </w:tcPr>
                                <w:p w:rsidR="003A37E7" w:rsidRPr="009B29F2" w:rsidRDefault="003A37E7" w:rsidP="007B491E">
                                  <w:pPr>
                                    <w:jc w:val="center"/>
                                  </w:pPr>
                                  <w:r w:rsidRPr="009B29F2">
                                    <w:t xml:space="preserve">TOTAL </w:t>
                                  </w:r>
                                  <w:r w:rsidRPr="009B29F2">
                                    <w:rPr>
                                      <w:sz w:val="20"/>
                                      <w:szCs w:val="20"/>
                                    </w:rPr>
                                    <w:t>CREDIT HOURS</w:t>
                                  </w:r>
                                </w:p>
                              </w:tc>
                              <w:tc>
                                <w:tcPr>
                                  <w:tcW w:w="1080" w:type="dxa"/>
                                  <w:vAlign w:val="center"/>
                                </w:tcPr>
                                <w:p w:rsidR="003A37E7" w:rsidRPr="009B29F2" w:rsidRDefault="003A37E7" w:rsidP="00143A17">
                                  <w:pPr>
                                    <w:jc w:val="center"/>
                                    <w:cnfStyle w:val="000000100000" w:firstRow="0" w:lastRow="0" w:firstColumn="0" w:lastColumn="0" w:oddVBand="0" w:evenVBand="0" w:oddHBand="1" w:evenHBand="0" w:firstRowFirstColumn="0" w:firstRowLastColumn="0" w:lastRowFirstColumn="0" w:lastRowLastColumn="0"/>
                                    <w:rPr>
                                      <w:b/>
                                    </w:rPr>
                                  </w:pPr>
                                  <w:r w:rsidRPr="009B29F2">
                                    <w:rPr>
                                      <w:b/>
                                    </w:rPr>
                                    <w:t>2</w:t>
                                  </w:r>
                                  <w:r w:rsidRPr="009B29F2">
                                    <w:rPr>
                                      <w:b/>
                                      <w:sz w:val="20"/>
                                      <w:szCs w:val="20"/>
                                    </w:rPr>
                                    <w:t>1</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6254B7" id="Text Box 118" o:spid="_x0000_s1164" type="#_x0000_t202" style="position:absolute;left:0;text-align:left;margin-left:-55.85pt;margin-top:27.3pt;width:367.7pt;height:256.3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" fillcolor="white [3201]" stroked="f" strokeweight=".5pt">
                <v:textbox>
                  <w:txbxContent>
                    <w:tbl>
                      <w:tblPr>
                        <w:tblStyle w:val="LightGrid"/>
                        <w:tblW w:w="7110" w:type="dxa"/>
                        <w:tblInd w:w="-100" w:type="dxa"/>
                        <w:tblLayout w:type="fixed"/>
                        <w:tblLook w:val="04A0" w:firstRow="1" w:lastRow="0" w:firstColumn="1" w:lastColumn="0" w:noHBand="0" w:noVBand="1"/>
                      </w:tblPr>
                      <w:tblGrid>
                        <w:gridCol w:w="1540"/>
                        <w:gridCol w:w="4490"/>
                        <w:gridCol w:w="1080"/>
                      </w:tblGrid>
                      <w:tr w:rsidR="003A37E7" w:rsidRPr="009B29F2" w:rsidTr="00143A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10" w:type="dxa"/>
                            <w:gridSpan w:val="3"/>
                            <w:vAlign w:val="center"/>
                          </w:tcPr>
                          <w:p w:rsidR="003A37E7" w:rsidRPr="009B29F2" w:rsidRDefault="003A37E7" w:rsidP="007B491E">
                            <w:pPr>
                              <w:jc w:val="center"/>
                              <w:rPr>
                                <w:color w:val="FF0000"/>
                              </w:rPr>
                            </w:pPr>
                            <w:r w:rsidRPr="009B29F2">
                              <w:rPr>
                                <w:color w:val="FF0000"/>
                              </w:rPr>
                              <w:t>BSC-INTEGRATED SCIENCE</w:t>
                            </w:r>
                          </w:p>
                        </w:tc>
                      </w:tr>
                      <w:tr w:rsidR="003A37E7" w:rsidRPr="009B29F2" w:rsidTr="00143A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10" w:type="dxa"/>
                            <w:gridSpan w:val="3"/>
                          </w:tcPr>
                          <w:p w:rsidR="003A37E7" w:rsidRPr="009B29F2" w:rsidRDefault="003A37E7" w:rsidP="00912F69">
                            <w:pPr>
                              <w:jc w:val="center"/>
                              <w:rPr>
                                <w:sz w:val="20"/>
                                <w:szCs w:val="20"/>
                              </w:rPr>
                            </w:pPr>
                            <w:r w:rsidRPr="009B29F2">
                              <w:rPr>
                                <w:sz w:val="20"/>
                                <w:szCs w:val="20"/>
                              </w:rPr>
                              <w:t>FRESHMEN YEAR (YEAR I) - SECOND SEMESTER</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pPr>
                            <w:r w:rsidRPr="009B29F2">
                              <w:t>COURSE CODE</w:t>
                            </w:r>
                          </w:p>
                        </w:tc>
                        <w:tc>
                          <w:tcPr>
                            <w:tcW w:w="449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rPr>
                            </w:pPr>
                            <w:r w:rsidRPr="009B29F2">
                              <w:rPr>
                                <w:b/>
                              </w:rPr>
                              <w:t>COURSE TITLE</w:t>
                            </w:r>
                          </w:p>
                        </w:tc>
                        <w:tc>
                          <w:tcPr>
                            <w:tcW w:w="108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rPr>
                            </w:pPr>
                            <w:r w:rsidRPr="009B29F2">
                              <w:rPr>
                                <w:b/>
                                <w:sz w:val="20"/>
                                <w:szCs w:val="20"/>
                              </w:rPr>
                              <w:t>CREDIT HOURS</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sz w:val="20"/>
                                <w:szCs w:val="20"/>
                              </w:rPr>
                            </w:pPr>
                            <w:r w:rsidRPr="009B29F2">
                              <w:rPr>
                                <w:sz w:val="20"/>
                                <w:szCs w:val="20"/>
                              </w:rPr>
                              <w:t>GEN 102</w:t>
                            </w:r>
                          </w:p>
                        </w:tc>
                        <w:tc>
                          <w:tcPr>
                            <w:tcW w:w="449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LIFE IN CHRIST 2</w:t>
                            </w:r>
                          </w:p>
                        </w:tc>
                        <w:tc>
                          <w:tcPr>
                            <w:tcW w:w="108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2</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sz w:val="20"/>
                                <w:szCs w:val="20"/>
                              </w:rPr>
                            </w:pPr>
                            <w:r w:rsidRPr="009B29F2">
                              <w:rPr>
                                <w:sz w:val="20"/>
                                <w:szCs w:val="20"/>
                              </w:rPr>
                              <w:t>BUS 102</w:t>
                            </w:r>
                          </w:p>
                        </w:tc>
                        <w:tc>
                          <w:tcPr>
                            <w:tcW w:w="449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 xml:space="preserve">ENTERPRENEURSHIP </w:t>
                            </w:r>
                          </w:p>
                        </w:tc>
                        <w:tc>
                          <w:tcPr>
                            <w:tcW w:w="108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sz w:val="20"/>
                                <w:szCs w:val="20"/>
                              </w:rPr>
                            </w:pPr>
                            <w:r w:rsidRPr="009B29F2">
                              <w:rPr>
                                <w:sz w:val="20"/>
                                <w:szCs w:val="20"/>
                              </w:rPr>
                              <w:t>EDUC 100</w:t>
                            </w:r>
                          </w:p>
                        </w:tc>
                        <w:tc>
                          <w:tcPr>
                            <w:tcW w:w="449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LIBRARY SCIENCE</w:t>
                            </w:r>
                          </w:p>
                        </w:tc>
                        <w:tc>
                          <w:tcPr>
                            <w:tcW w:w="108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1</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rFonts w:ascii="Bahnschrift" w:hAnsi="Bahnschrift"/>
                                <w:sz w:val="20"/>
                                <w:szCs w:val="20"/>
                              </w:rPr>
                            </w:pPr>
                            <w:r w:rsidRPr="009B29F2">
                              <w:rPr>
                                <w:rFonts w:ascii="Bahnschrift" w:hAnsi="Bahnschrift"/>
                                <w:sz w:val="20"/>
                                <w:szCs w:val="20"/>
                              </w:rPr>
                              <w:t>EDU 104</w:t>
                            </w:r>
                          </w:p>
                        </w:tc>
                        <w:tc>
                          <w:tcPr>
                            <w:tcW w:w="449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r w:rsidRPr="009B29F2">
                              <w:rPr>
                                <w:rFonts w:ascii="Bahnschrift" w:hAnsi="Bahnschrift"/>
                                <w:b/>
                                <w:sz w:val="20"/>
                                <w:szCs w:val="20"/>
                              </w:rPr>
                              <w:t>PLANNING AND EVALUATION</w:t>
                            </w:r>
                          </w:p>
                        </w:tc>
                        <w:tc>
                          <w:tcPr>
                            <w:tcW w:w="108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rFonts w:ascii="Bahnschrift" w:hAnsi="Bahnschrift"/>
                                <w:sz w:val="20"/>
                                <w:szCs w:val="20"/>
                              </w:rPr>
                            </w:pPr>
                            <w:r w:rsidRPr="009B29F2">
                              <w:rPr>
                                <w:rFonts w:ascii="Bahnschrift" w:hAnsi="Bahnschrift"/>
                                <w:sz w:val="20"/>
                                <w:szCs w:val="20"/>
                              </w:rPr>
                              <w:t>EDU 106</w:t>
                            </w:r>
                          </w:p>
                        </w:tc>
                        <w:tc>
                          <w:tcPr>
                            <w:tcW w:w="449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r w:rsidRPr="009B29F2">
                              <w:rPr>
                                <w:rFonts w:ascii="Bahnschrift" w:hAnsi="Bahnschrift"/>
                                <w:b/>
                                <w:sz w:val="20"/>
                                <w:szCs w:val="20"/>
                              </w:rPr>
                              <w:t>INSTRUCTIONAL METHOD</w:t>
                            </w:r>
                          </w:p>
                        </w:tc>
                        <w:tc>
                          <w:tcPr>
                            <w:tcW w:w="108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rFonts w:ascii="Bahnschrift" w:hAnsi="Bahnschrift"/>
                                <w:sz w:val="20"/>
                                <w:szCs w:val="20"/>
                              </w:rPr>
                            </w:pPr>
                            <w:r w:rsidRPr="009B29F2">
                              <w:rPr>
                                <w:rFonts w:ascii="Bahnschrift" w:hAnsi="Bahnschrift"/>
                                <w:sz w:val="20"/>
                                <w:szCs w:val="20"/>
                              </w:rPr>
                              <w:t>ENGL 102</w:t>
                            </w:r>
                          </w:p>
                        </w:tc>
                        <w:tc>
                          <w:tcPr>
                            <w:tcW w:w="449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ENGLISH &amp; COMMUNICATION SKILLS II</w:t>
                            </w:r>
                          </w:p>
                        </w:tc>
                        <w:tc>
                          <w:tcPr>
                            <w:tcW w:w="108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rFonts w:ascii="Bahnschrift" w:hAnsi="Bahnschrift"/>
                                <w:sz w:val="20"/>
                                <w:szCs w:val="20"/>
                              </w:rPr>
                            </w:pPr>
                            <w:r w:rsidRPr="009B29F2">
                              <w:rPr>
                                <w:rFonts w:ascii="Bahnschrift" w:hAnsi="Bahnschrift"/>
                                <w:sz w:val="20"/>
                                <w:szCs w:val="20"/>
                              </w:rPr>
                              <w:t>MTH 102</w:t>
                            </w:r>
                          </w:p>
                        </w:tc>
                        <w:tc>
                          <w:tcPr>
                            <w:tcW w:w="449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MATHEMATICS FOR DECISION MAKING</w:t>
                            </w:r>
                          </w:p>
                        </w:tc>
                        <w:tc>
                          <w:tcPr>
                            <w:tcW w:w="1080" w:type="dxa"/>
                            <w:vAlign w:val="center"/>
                          </w:tcPr>
                          <w:p w:rsidR="003A37E7" w:rsidRPr="009B29F2" w:rsidRDefault="003A37E7" w:rsidP="007B491E">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B491E">
                            <w:pPr>
                              <w:jc w:val="center"/>
                              <w:rPr>
                                <w:rFonts w:ascii="Bahnschrift" w:hAnsi="Bahnschrift"/>
                                <w:sz w:val="20"/>
                                <w:szCs w:val="20"/>
                              </w:rPr>
                            </w:pPr>
                            <w:r w:rsidRPr="009B29F2">
                              <w:rPr>
                                <w:rFonts w:ascii="Bahnschrift" w:hAnsi="Bahnschrift"/>
                                <w:sz w:val="20"/>
                                <w:szCs w:val="20"/>
                              </w:rPr>
                              <w:t>SOS 102</w:t>
                            </w:r>
                          </w:p>
                        </w:tc>
                        <w:tc>
                          <w:tcPr>
                            <w:tcW w:w="449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LIBERIA SOCIETY</w:t>
                            </w:r>
                          </w:p>
                        </w:tc>
                        <w:tc>
                          <w:tcPr>
                            <w:tcW w:w="1080" w:type="dxa"/>
                            <w:vAlign w:val="center"/>
                          </w:tcPr>
                          <w:p w:rsidR="003A37E7" w:rsidRPr="009B29F2" w:rsidRDefault="003A37E7" w:rsidP="007B491E">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6030" w:type="dxa"/>
                            <w:gridSpan w:val="2"/>
                            <w:vAlign w:val="center"/>
                          </w:tcPr>
                          <w:p w:rsidR="003A37E7" w:rsidRPr="009B29F2" w:rsidRDefault="003A37E7" w:rsidP="007B491E">
                            <w:pPr>
                              <w:jc w:val="center"/>
                            </w:pPr>
                            <w:r w:rsidRPr="009B29F2">
                              <w:t xml:space="preserve">TOTAL </w:t>
                            </w:r>
                            <w:r w:rsidRPr="009B29F2">
                              <w:rPr>
                                <w:sz w:val="20"/>
                                <w:szCs w:val="20"/>
                              </w:rPr>
                              <w:t>CREDIT HOURS</w:t>
                            </w:r>
                          </w:p>
                        </w:tc>
                        <w:tc>
                          <w:tcPr>
                            <w:tcW w:w="1080" w:type="dxa"/>
                            <w:vAlign w:val="center"/>
                          </w:tcPr>
                          <w:p w:rsidR="003A37E7" w:rsidRPr="009B29F2" w:rsidRDefault="003A37E7" w:rsidP="00143A17">
                            <w:pPr>
                              <w:jc w:val="center"/>
                              <w:cnfStyle w:val="000000100000" w:firstRow="0" w:lastRow="0" w:firstColumn="0" w:lastColumn="0" w:oddVBand="0" w:evenVBand="0" w:oddHBand="1" w:evenHBand="0" w:firstRowFirstColumn="0" w:firstRowLastColumn="0" w:lastRowFirstColumn="0" w:lastRowLastColumn="0"/>
                              <w:rPr>
                                <w:b/>
                              </w:rPr>
                            </w:pPr>
                            <w:r w:rsidRPr="009B29F2">
                              <w:rPr>
                                <w:b/>
                              </w:rPr>
                              <w:t>2</w:t>
                            </w:r>
                            <w:r w:rsidRPr="009B29F2">
                              <w:rPr>
                                <w:b/>
                                <w:sz w:val="20"/>
                                <w:szCs w:val="20"/>
                              </w:rPr>
                              <w:t>1</w:t>
                            </w:r>
                          </w:p>
                        </w:tc>
                      </w:tr>
                    </w:tbl>
                    <w:p w:rsidR="003A37E7" w:rsidRDefault="003A37E7"/>
                  </w:txbxContent>
                </v:textbox>
              </v:shape>
            </w:pict>
          </mc:Fallback>
        </mc:AlternateContent>
      </w:r>
    </w:p>
    <w:p w:rsidR="00821166" w:rsidRDefault="00821166" w:rsidP="00DF64FD">
      <w:pPr>
        <w:pStyle w:val="NormalWeb"/>
        <w:jc w:val="center"/>
        <w:rPr>
          <w:b/>
          <w:u w:val="single"/>
        </w:rPr>
      </w:pPr>
    </w:p>
    <w:p w:rsidR="00821166" w:rsidRDefault="00821166" w:rsidP="00DF64FD">
      <w:pPr>
        <w:pStyle w:val="NormalWeb"/>
        <w:jc w:val="center"/>
        <w:rPr>
          <w:b/>
          <w:u w:val="single"/>
        </w:rPr>
      </w:pPr>
    </w:p>
    <w:p w:rsidR="00821166" w:rsidRDefault="00821166" w:rsidP="00DF64FD">
      <w:pPr>
        <w:pStyle w:val="NormalWeb"/>
        <w:jc w:val="center"/>
        <w:rPr>
          <w:b/>
          <w:u w:val="single"/>
        </w:rPr>
      </w:pPr>
    </w:p>
    <w:p w:rsidR="00821166" w:rsidRDefault="00821166" w:rsidP="00DF64FD">
      <w:pPr>
        <w:pStyle w:val="NormalWeb"/>
        <w:jc w:val="center"/>
        <w:rPr>
          <w:b/>
          <w:u w:val="single"/>
        </w:rPr>
      </w:pPr>
    </w:p>
    <w:p w:rsidR="00821166" w:rsidRDefault="00821166" w:rsidP="00DF64FD">
      <w:pPr>
        <w:pStyle w:val="NormalWeb"/>
        <w:jc w:val="center"/>
        <w:rPr>
          <w:b/>
          <w:u w:val="single"/>
        </w:rPr>
      </w:pPr>
    </w:p>
    <w:p w:rsidR="00821166" w:rsidRDefault="00821166" w:rsidP="00DF64FD">
      <w:pPr>
        <w:pStyle w:val="NormalWeb"/>
        <w:jc w:val="center"/>
        <w:rPr>
          <w:b/>
          <w:u w:val="single"/>
        </w:rPr>
      </w:pPr>
    </w:p>
    <w:p w:rsidR="00821166" w:rsidRDefault="00B16071" w:rsidP="00DF64FD">
      <w:pPr>
        <w:pStyle w:val="NormalWeb"/>
        <w:jc w:val="center"/>
        <w:rPr>
          <w:b/>
          <w:u w:val="single"/>
        </w:rPr>
      </w:pPr>
      <w:r>
        <w:rPr>
          <w:noProof/>
        </w:rPr>
        <w:lastRenderedPageBreak/>
        <mc:AlternateContent>
          <mc:Choice Requires="wps">
            <w:drawing>
              <wp:anchor distT="0" distB="0" distL="114300" distR="114300" simplePos="0" relativeHeight="251783168" behindDoc="0" locked="0" layoutInCell="1" allowOverlap="1" wp14:anchorId="0397646C" wp14:editId="61F43283">
                <wp:simplePos x="0" y="0"/>
                <wp:positionH relativeFrom="page">
                  <wp:posOffset>353060</wp:posOffset>
                </wp:positionH>
                <wp:positionV relativeFrom="paragraph">
                  <wp:posOffset>127</wp:posOffset>
                </wp:positionV>
                <wp:extent cx="4559300" cy="2584450"/>
                <wp:effectExtent l="0" t="0" r="0" b="6350"/>
                <wp:wrapSquare wrapText="bothSides"/>
                <wp:docPr id="119" name="Text Box 119"/>
                <wp:cNvGraphicFramePr/>
                <a:graphic xmlns:a="http://schemas.openxmlformats.org/drawingml/2006/main">
                  <a:graphicData uri="http://schemas.microsoft.com/office/word/2010/wordprocessingShape">
                    <wps:wsp>
                      <wps:cNvSpPr txBox="1"/>
                      <wps:spPr>
                        <a:xfrm>
                          <a:off x="0" y="0"/>
                          <a:ext cx="4559300" cy="2584450"/>
                        </a:xfrm>
                        <a:prstGeom prst="rect">
                          <a:avLst/>
                        </a:prstGeom>
                        <a:noFill/>
                        <a:ln w="6350">
                          <a:noFill/>
                        </a:ln>
                        <a:effectLst/>
                      </wps:spPr>
                      <wps:txbx>
                        <w:txbxContent>
                          <w:tbl>
                            <w:tblPr>
                              <w:tblStyle w:val="LightGrid"/>
                              <w:tblW w:w="6930" w:type="dxa"/>
                              <w:tblInd w:w="-100" w:type="dxa"/>
                              <w:tblLayout w:type="fixed"/>
                              <w:tblLook w:val="04A0" w:firstRow="1" w:lastRow="0" w:firstColumn="1" w:lastColumn="0" w:noHBand="0" w:noVBand="1"/>
                            </w:tblPr>
                            <w:tblGrid>
                              <w:gridCol w:w="1540"/>
                              <w:gridCol w:w="4310"/>
                              <w:gridCol w:w="1080"/>
                            </w:tblGrid>
                            <w:tr w:rsidR="003A37E7" w:rsidRPr="009B29F2" w:rsidTr="003130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9B29F2" w:rsidRDefault="003A37E7" w:rsidP="00313077">
                                  <w:pPr>
                                    <w:jc w:val="center"/>
                                    <w:rPr>
                                      <w:color w:val="FF0000"/>
                                    </w:rPr>
                                  </w:pPr>
                                  <w:r w:rsidRPr="009B29F2">
                                    <w:rPr>
                                      <w:color w:val="FF0000"/>
                                    </w:rPr>
                                    <w:t>BSC-INTEGRATED SCIENCE</w:t>
                                  </w:r>
                                </w:p>
                              </w:tc>
                            </w:tr>
                            <w:tr w:rsidR="003A37E7" w:rsidRPr="009B29F2" w:rsidTr="00F224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tcPr>
                                <w:p w:rsidR="003A37E7" w:rsidRPr="009B29F2" w:rsidRDefault="003A37E7" w:rsidP="00912F69">
                                  <w:pPr>
                                    <w:jc w:val="center"/>
                                    <w:rPr>
                                      <w:sz w:val="20"/>
                                      <w:szCs w:val="20"/>
                                    </w:rPr>
                                  </w:pPr>
                                  <w:r w:rsidRPr="009B29F2">
                                    <w:rPr>
                                      <w:sz w:val="20"/>
                                      <w:szCs w:val="20"/>
                                    </w:rPr>
                                    <w:t>SOPHOMORE YEAR (YEAR II) - FIRST SEMESTER</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pPr>
                                  <w:r w:rsidRPr="009B29F2">
                                    <w:t>COURSE CODE</w:t>
                                  </w:r>
                                </w:p>
                              </w:tc>
                              <w:tc>
                                <w:tcPr>
                                  <w:tcW w:w="431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rPr>
                                  </w:pPr>
                                  <w:r w:rsidRPr="009B29F2">
                                    <w:rPr>
                                      <w:b/>
                                    </w:rPr>
                                    <w:t>COURSE TITLE</w:t>
                                  </w:r>
                                </w:p>
                              </w:tc>
                              <w:tc>
                                <w:tcPr>
                                  <w:tcW w:w="108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rPr>
                                  </w:pPr>
                                  <w:r w:rsidRPr="009B29F2">
                                    <w:rPr>
                                      <w:b/>
                                      <w:sz w:val="20"/>
                                      <w:szCs w:val="20"/>
                                    </w:rPr>
                                    <w:t>CREDIT HOURS</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rPr>
                                      <w:sz w:val="20"/>
                                      <w:szCs w:val="20"/>
                                    </w:rPr>
                                  </w:pPr>
                                  <w:r w:rsidRPr="009B29F2">
                                    <w:rPr>
                                      <w:sz w:val="20"/>
                                      <w:szCs w:val="20"/>
                                    </w:rPr>
                                    <w:t>GEN 107</w:t>
                                  </w:r>
                                </w:p>
                              </w:tc>
                              <w:tc>
                                <w:tcPr>
                                  <w:tcW w:w="431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DISCIPLESHIP  1</w:t>
                                  </w:r>
                                </w:p>
                              </w:tc>
                              <w:tc>
                                <w:tcPr>
                                  <w:tcW w:w="108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2</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rPr>
                                      <w:sz w:val="20"/>
                                      <w:szCs w:val="20"/>
                                    </w:rPr>
                                  </w:pPr>
                                  <w:r w:rsidRPr="009B29F2">
                                    <w:rPr>
                                      <w:sz w:val="20"/>
                                      <w:szCs w:val="20"/>
                                    </w:rPr>
                                    <w:t>CHEM 101</w:t>
                                  </w:r>
                                </w:p>
                              </w:tc>
                              <w:tc>
                                <w:tcPr>
                                  <w:tcW w:w="431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BASIC CHEMISTRY</w:t>
                                  </w:r>
                                </w:p>
                              </w:tc>
                              <w:tc>
                                <w:tcPr>
                                  <w:tcW w:w="108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rPr>
                                      <w:sz w:val="20"/>
                                      <w:szCs w:val="20"/>
                                    </w:rPr>
                                  </w:pPr>
                                  <w:r w:rsidRPr="009B29F2">
                                    <w:rPr>
                                      <w:sz w:val="20"/>
                                      <w:szCs w:val="20"/>
                                    </w:rPr>
                                    <w:t>ANA&amp;PHY I</w:t>
                                  </w:r>
                                </w:p>
                              </w:tc>
                              <w:tc>
                                <w:tcPr>
                                  <w:tcW w:w="431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ANATOMY AND PHYSIOLOGY</w:t>
                                  </w:r>
                                </w:p>
                              </w:tc>
                              <w:tc>
                                <w:tcPr>
                                  <w:tcW w:w="108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rPr>
                                      <w:rFonts w:ascii="Bahnschrift" w:hAnsi="Bahnschrift"/>
                                      <w:sz w:val="20"/>
                                      <w:szCs w:val="20"/>
                                    </w:rPr>
                                  </w:pPr>
                                  <w:r w:rsidRPr="009B29F2">
                                    <w:rPr>
                                      <w:rFonts w:ascii="Bahnschrift" w:hAnsi="Bahnschrift"/>
                                      <w:sz w:val="20"/>
                                      <w:szCs w:val="20"/>
                                    </w:rPr>
                                    <w:t>EDU 201</w:t>
                                  </w:r>
                                </w:p>
                              </w:tc>
                              <w:tc>
                                <w:tcPr>
                                  <w:tcW w:w="431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r w:rsidRPr="009B29F2">
                                    <w:rPr>
                                      <w:rFonts w:ascii="Bahnschrift" w:hAnsi="Bahnschrift"/>
                                      <w:b/>
                                      <w:sz w:val="20"/>
                                      <w:szCs w:val="20"/>
                                    </w:rPr>
                                    <w:t>CLASSROOM MANAGEMENT</w:t>
                                  </w:r>
                                </w:p>
                              </w:tc>
                              <w:tc>
                                <w:tcPr>
                                  <w:tcW w:w="108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rPr>
                                      <w:rFonts w:ascii="Bahnschrift" w:hAnsi="Bahnschrift"/>
                                      <w:sz w:val="20"/>
                                      <w:szCs w:val="20"/>
                                    </w:rPr>
                                  </w:pPr>
                                  <w:r w:rsidRPr="009B29F2">
                                    <w:rPr>
                                      <w:rFonts w:ascii="Bahnschrift" w:hAnsi="Bahnschrift"/>
                                      <w:sz w:val="20"/>
                                      <w:szCs w:val="20"/>
                                    </w:rPr>
                                    <w:t>EDU 203</w:t>
                                  </w:r>
                                </w:p>
                              </w:tc>
                              <w:tc>
                                <w:tcPr>
                                  <w:tcW w:w="431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r w:rsidRPr="009B29F2">
                                    <w:rPr>
                                      <w:rFonts w:ascii="Bahnschrift" w:hAnsi="Bahnschrift"/>
                                      <w:b/>
                                      <w:sz w:val="20"/>
                                      <w:szCs w:val="20"/>
                                    </w:rPr>
                                    <w:t>GUIDING AND COUNSELING</w:t>
                                  </w:r>
                                </w:p>
                              </w:tc>
                              <w:tc>
                                <w:tcPr>
                                  <w:tcW w:w="108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rPr>
                                      <w:rFonts w:ascii="Bahnschrift" w:hAnsi="Bahnschrift"/>
                                      <w:sz w:val="20"/>
                                      <w:szCs w:val="20"/>
                                    </w:rPr>
                                  </w:pPr>
                                  <w:r w:rsidRPr="009B29F2">
                                    <w:rPr>
                                      <w:rFonts w:ascii="Bahnschrift" w:hAnsi="Bahnschrift"/>
                                      <w:sz w:val="20"/>
                                      <w:szCs w:val="20"/>
                                    </w:rPr>
                                    <w:t>BUS 102</w:t>
                                  </w:r>
                                </w:p>
                              </w:tc>
                              <w:tc>
                                <w:tcPr>
                                  <w:tcW w:w="431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ENTERPRENEURSHIP</w:t>
                                  </w:r>
                                </w:p>
                              </w:tc>
                              <w:tc>
                                <w:tcPr>
                                  <w:tcW w:w="108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rPr>
                                      <w:rFonts w:ascii="Bahnschrift" w:hAnsi="Bahnschrift"/>
                                      <w:sz w:val="20"/>
                                      <w:szCs w:val="20"/>
                                    </w:rPr>
                                  </w:pPr>
                                  <w:r w:rsidRPr="009B29F2">
                                    <w:rPr>
                                      <w:rFonts w:ascii="Bahnschrift" w:hAnsi="Bahnschrift"/>
                                      <w:sz w:val="20"/>
                                      <w:szCs w:val="20"/>
                                    </w:rPr>
                                    <w:t>PHY 101</w:t>
                                  </w:r>
                                </w:p>
                              </w:tc>
                              <w:tc>
                                <w:tcPr>
                                  <w:tcW w:w="431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GENERAL PHYSICS</w:t>
                                  </w:r>
                                </w:p>
                              </w:tc>
                              <w:tc>
                                <w:tcPr>
                                  <w:tcW w:w="108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850" w:type="dxa"/>
                                  <w:gridSpan w:val="2"/>
                                  <w:vAlign w:val="center"/>
                                </w:tcPr>
                                <w:p w:rsidR="003A37E7" w:rsidRPr="009B29F2" w:rsidRDefault="003A37E7" w:rsidP="00313077">
                                  <w:pPr>
                                    <w:jc w:val="center"/>
                                  </w:pPr>
                                  <w:r w:rsidRPr="009B29F2">
                                    <w:t xml:space="preserve">TOTAL </w:t>
                                  </w:r>
                                  <w:r w:rsidRPr="009B29F2">
                                    <w:rPr>
                                      <w:sz w:val="20"/>
                                      <w:szCs w:val="20"/>
                                    </w:rPr>
                                    <w:t>CREDIT HOURS</w:t>
                                  </w:r>
                                </w:p>
                              </w:tc>
                              <w:tc>
                                <w:tcPr>
                                  <w:tcW w:w="108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rPr>
                                  </w:pPr>
                                  <w:r w:rsidRPr="009B29F2">
                                    <w:rPr>
                                      <w:b/>
                                      <w:sz w:val="20"/>
                                      <w:szCs w:val="20"/>
                                    </w:rPr>
                                    <w:t>2</w:t>
                                  </w:r>
                                  <w:r w:rsidRPr="009B29F2">
                                    <w:rPr>
                                      <w:rFonts w:ascii="Bahnschrift" w:hAnsi="Bahnschrift"/>
                                      <w:sz w:val="20"/>
                                      <w:szCs w:val="20"/>
                                    </w:rPr>
                                    <w:t>0</w:t>
                                  </w:r>
                                </w:p>
                              </w:tc>
                            </w:tr>
                          </w:tbl>
                          <w:p w:rsidR="003A37E7" w:rsidRPr="0067330D" w:rsidRDefault="003A37E7" w:rsidP="00313077">
                            <w:pPr>
                              <w:pStyle w:val="NormalWeb"/>
                              <w:jc w:val="center"/>
                              <w:rPr>
                                <w:b/>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97646C" id="Text Box 119" o:spid="_x0000_s1165" type="#_x0000_t202" style="position:absolute;left:0;text-align:left;margin-left:27.8pt;margin-top:0;width:359pt;height:203.5pt;z-index:251783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" filled="f" stroked="f" strokeweight=".5pt">
                <v:textbox>
                  <w:txbxContent>
                    <w:tbl>
                      <w:tblPr>
                        <w:tblStyle w:val="LightGrid"/>
                        <w:tblW w:w="6930" w:type="dxa"/>
                        <w:tblInd w:w="-100" w:type="dxa"/>
                        <w:tblLayout w:type="fixed"/>
                        <w:tblLook w:val="04A0" w:firstRow="1" w:lastRow="0" w:firstColumn="1" w:lastColumn="0" w:noHBand="0" w:noVBand="1"/>
                      </w:tblPr>
                      <w:tblGrid>
                        <w:gridCol w:w="1540"/>
                        <w:gridCol w:w="4310"/>
                        <w:gridCol w:w="1080"/>
                      </w:tblGrid>
                      <w:tr w:rsidR="003A37E7" w:rsidRPr="009B29F2" w:rsidTr="003130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9B29F2" w:rsidRDefault="003A37E7" w:rsidP="00313077">
                            <w:pPr>
                              <w:jc w:val="center"/>
                              <w:rPr>
                                <w:color w:val="FF0000"/>
                              </w:rPr>
                            </w:pPr>
                            <w:r w:rsidRPr="009B29F2">
                              <w:rPr>
                                <w:color w:val="FF0000"/>
                              </w:rPr>
                              <w:t>BSC-INTEGRATED SCIENCE</w:t>
                            </w:r>
                          </w:p>
                        </w:tc>
                      </w:tr>
                      <w:tr w:rsidR="003A37E7" w:rsidRPr="009B29F2" w:rsidTr="00F224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tcPr>
                          <w:p w:rsidR="003A37E7" w:rsidRPr="009B29F2" w:rsidRDefault="003A37E7" w:rsidP="00912F69">
                            <w:pPr>
                              <w:jc w:val="center"/>
                              <w:rPr>
                                <w:sz w:val="20"/>
                                <w:szCs w:val="20"/>
                              </w:rPr>
                            </w:pPr>
                            <w:r w:rsidRPr="009B29F2">
                              <w:rPr>
                                <w:sz w:val="20"/>
                                <w:szCs w:val="20"/>
                              </w:rPr>
                              <w:t>SOPHOMORE YEAR (YEAR II) - FIRST SEMESTER</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pPr>
                            <w:r w:rsidRPr="009B29F2">
                              <w:t>COURSE CODE</w:t>
                            </w:r>
                          </w:p>
                        </w:tc>
                        <w:tc>
                          <w:tcPr>
                            <w:tcW w:w="431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rPr>
                            </w:pPr>
                            <w:r w:rsidRPr="009B29F2">
                              <w:rPr>
                                <w:b/>
                              </w:rPr>
                              <w:t>COURSE TITLE</w:t>
                            </w:r>
                          </w:p>
                        </w:tc>
                        <w:tc>
                          <w:tcPr>
                            <w:tcW w:w="108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rPr>
                            </w:pPr>
                            <w:r w:rsidRPr="009B29F2">
                              <w:rPr>
                                <w:b/>
                                <w:sz w:val="20"/>
                                <w:szCs w:val="20"/>
                              </w:rPr>
                              <w:t>CREDIT HOURS</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rPr>
                                <w:sz w:val="20"/>
                                <w:szCs w:val="20"/>
                              </w:rPr>
                            </w:pPr>
                            <w:r w:rsidRPr="009B29F2">
                              <w:rPr>
                                <w:sz w:val="20"/>
                                <w:szCs w:val="20"/>
                              </w:rPr>
                              <w:t>GEN 107</w:t>
                            </w:r>
                          </w:p>
                        </w:tc>
                        <w:tc>
                          <w:tcPr>
                            <w:tcW w:w="431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DISCIPLESHIP  1</w:t>
                            </w:r>
                          </w:p>
                        </w:tc>
                        <w:tc>
                          <w:tcPr>
                            <w:tcW w:w="108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2</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rPr>
                                <w:sz w:val="20"/>
                                <w:szCs w:val="20"/>
                              </w:rPr>
                            </w:pPr>
                            <w:r w:rsidRPr="009B29F2">
                              <w:rPr>
                                <w:sz w:val="20"/>
                                <w:szCs w:val="20"/>
                              </w:rPr>
                              <w:t>CHEM 101</w:t>
                            </w:r>
                          </w:p>
                        </w:tc>
                        <w:tc>
                          <w:tcPr>
                            <w:tcW w:w="431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BASIC CHEMISTRY</w:t>
                            </w:r>
                          </w:p>
                        </w:tc>
                        <w:tc>
                          <w:tcPr>
                            <w:tcW w:w="108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rPr>
                                <w:sz w:val="20"/>
                                <w:szCs w:val="20"/>
                              </w:rPr>
                            </w:pPr>
                            <w:r w:rsidRPr="009B29F2">
                              <w:rPr>
                                <w:sz w:val="20"/>
                                <w:szCs w:val="20"/>
                              </w:rPr>
                              <w:t>ANA&amp;PHY I</w:t>
                            </w:r>
                          </w:p>
                        </w:tc>
                        <w:tc>
                          <w:tcPr>
                            <w:tcW w:w="431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ANATOMY AND PHYSIOLOGY</w:t>
                            </w:r>
                          </w:p>
                        </w:tc>
                        <w:tc>
                          <w:tcPr>
                            <w:tcW w:w="108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rPr>
                                <w:rFonts w:ascii="Bahnschrift" w:hAnsi="Bahnschrift"/>
                                <w:sz w:val="20"/>
                                <w:szCs w:val="20"/>
                              </w:rPr>
                            </w:pPr>
                            <w:r w:rsidRPr="009B29F2">
                              <w:rPr>
                                <w:rFonts w:ascii="Bahnschrift" w:hAnsi="Bahnschrift"/>
                                <w:sz w:val="20"/>
                                <w:szCs w:val="20"/>
                              </w:rPr>
                              <w:t>EDU 201</w:t>
                            </w:r>
                          </w:p>
                        </w:tc>
                        <w:tc>
                          <w:tcPr>
                            <w:tcW w:w="431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r w:rsidRPr="009B29F2">
                              <w:rPr>
                                <w:rFonts w:ascii="Bahnschrift" w:hAnsi="Bahnschrift"/>
                                <w:b/>
                                <w:sz w:val="20"/>
                                <w:szCs w:val="20"/>
                              </w:rPr>
                              <w:t>CLASSROOM MANAGEMENT</w:t>
                            </w:r>
                          </w:p>
                        </w:tc>
                        <w:tc>
                          <w:tcPr>
                            <w:tcW w:w="108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rPr>
                                <w:rFonts w:ascii="Bahnschrift" w:hAnsi="Bahnschrift"/>
                                <w:sz w:val="20"/>
                                <w:szCs w:val="20"/>
                              </w:rPr>
                            </w:pPr>
                            <w:r w:rsidRPr="009B29F2">
                              <w:rPr>
                                <w:rFonts w:ascii="Bahnschrift" w:hAnsi="Bahnschrift"/>
                                <w:sz w:val="20"/>
                                <w:szCs w:val="20"/>
                              </w:rPr>
                              <w:t>EDU 203</w:t>
                            </w:r>
                          </w:p>
                        </w:tc>
                        <w:tc>
                          <w:tcPr>
                            <w:tcW w:w="431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r w:rsidRPr="009B29F2">
                              <w:rPr>
                                <w:rFonts w:ascii="Bahnschrift" w:hAnsi="Bahnschrift"/>
                                <w:b/>
                                <w:sz w:val="20"/>
                                <w:szCs w:val="20"/>
                              </w:rPr>
                              <w:t>GUIDING AND COUNSELING</w:t>
                            </w:r>
                          </w:p>
                        </w:tc>
                        <w:tc>
                          <w:tcPr>
                            <w:tcW w:w="108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rPr>
                                <w:rFonts w:ascii="Bahnschrift" w:hAnsi="Bahnschrift"/>
                                <w:sz w:val="20"/>
                                <w:szCs w:val="20"/>
                              </w:rPr>
                            </w:pPr>
                            <w:r w:rsidRPr="009B29F2">
                              <w:rPr>
                                <w:rFonts w:ascii="Bahnschrift" w:hAnsi="Bahnschrift"/>
                                <w:sz w:val="20"/>
                                <w:szCs w:val="20"/>
                              </w:rPr>
                              <w:t>BUS 102</w:t>
                            </w:r>
                          </w:p>
                        </w:tc>
                        <w:tc>
                          <w:tcPr>
                            <w:tcW w:w="431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ENTERPRENEURSHIP</w:t>
                            </w:r>
                          </w:p>
                        </w:tc>
                        <w:tc>
                          <w:tcPr>
                            <w:tcW w:w="108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313077">
                            <w:pPr>
                              <w:jc w:val="center"/>
                              <w:rPr>
                                <w:rFonts w:ascii="Bahnschrift" w:hAnsi="Bahnschrift"/>
                                <w:sz w:val="20"/>
                                <w:szCs w:val="20"/>
                              </w:rPr>
                            </w:pPr>
                            <w:r w:rsidRPr="009B29F2">
                              <w:rPr>
                                <w:rFonts w:ascii="Bahnschrift" w:hAnsi="Bahnschrift"/>
                                <w:sz w:val="20"/>
                                <w:szCs w:val="20"/>
                              </w:rPr>
                              <w:t>PHY 101</w:t>
                            </w:r>
                          </w:p>
                        </w:tc>
                        <w:tc>
                          <w:tcPr>
                            <w:tcW w:w="431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GENERAL PHYSICS</w:t>
                            </w:r>
                          </w:p>
                        </w:tc>
                        <w:tc>
                          <w:tcPr>
                            <w:tcW w:w="1080" w:type="dxa"/>
                            <w:vAlign w:val="center"/>
                          </w:tcPr>
                          <w:p w:rsidR="003A37E7" w:rsidRPr="009B29F2" w:rsidRDefault="003A37E7" w:rsidP="00313077">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850" w:type="dxa"/>
                            <w:gridSpan w:val="2"/>
                            <w:vAlign w:val="center"/>
                          </w:tcPr>
                          <w:p w:rsidR="003A37E7" w:rsidRPr="009B29F2" w:rsidRDefault="003A37E7" w:rsidP="00313077">
                            <w:pPr>
                              <w:jc w:val="center"/>
                            </w:pPr>
                            <w:r w:rsidRPr="009B29F2">
                              <w:t xml:space="preserve">TOTAL </w:t>
                            </w:r>
                            <w:r w:rsidRPr="009B29F2">
                              <w:rPr>
                                <w:sz w:val="20"/>
                                <w:szCs w:val="20"/>
                              </w:rPr>
                              <w:t>CREDIT HOURS</w:t>
                            </w:r>
                          </w:p>
                        </w:tc>
                        <w:tc>
                          <w:tcPr>
                            <w:tcW w:w="1080" w:type="dxa"/>
                            <w:vAlign w:val="center"/>
                          </w:tcPr>
                          <w:p w:rsidR="003A37E7" w:rsidRPr="009B29F2" w:rsidRDefault="003A37E7" w:rsidP="00313077">
                            <w:pPr>
                              <w:jc w:val="center"/>
                              <w:cnfStyle w:val="000000010000" w:firstRow="0" w:lastRow="0" w:firstColumn="0" w:lastColumn="0" w:oddVBand="0" w:evenVBand="0" w:oddHBand="0" w:evenHBand="1" w:firstRowFirstColumn="0" w:firstRowLastColumn="0" w:lastRowFirstColumn="0" w:lastRowLastColumn="0"/>
                              <w:rPr>
                                <w:b/>
                              </w:rPr>
                            </w:pPr>
                            <w:r w:rsidRPr="009B29F2">
                              <w:rPr>
                                <w:b/>
                                <w:sz w:val="20"/>
                                <w:szCs w:val="20"/>
                              </w:rPr>
                              <w:t>2</w:t>
                            </w:r>
                            <w:r w:rsidRPr="009B29F2">
                              <w:rPr>
                                <w:rFonts w:ascii="Bahnschrift" w:hAnsi="Bahnschrift"/>
                                <w:sz w:val="20"/>
                                <w:szCs w:val="20"/>
                              </w:rPr>
                              <w:t>0</w:t>
                            </w:r>
                          </w:p>
                        </w:tc>
                      </w:tr>
                    </w:tbl>
                    <w:p w:rsidR="003A37E7" w:rsidRPr="0067330D" w:rsidRDefault="003A37E7" w:rsidP="00313077">
                      <w:pPr>
                        <w:pStyle w:val="NormalWeb"/>
                        <w:jc w:val="center"/>
                        <w:rPr>
                          <w:b/>
                          <w:u w:val="single"/>
                        </w:rPr>
                      </w:pPr>
                    </w:p>
                  </w:txbxContent>
                </v:textbox>
                <w10:wrap type="square" anchorx="page"/>
              </v:shape>
            </w:pict>
          </mc:Fallback>
        </mc:AlternateContent>
      </w:r>
    </w:p>
    <w:p w:rsidR="007B491E" w:rsidRDefault="00B16071" w:rsidP="00DF64FD">
      <w:pPr>
        <w:pStyle w:val="NormalWeb"/>
        <w:jc w:val="center"/>
        <w:rPr>
          <w:b/>
          <w:u w:val="single"/>
        </w:rPr>
      </w:pPr>
      <w:r>
        <w:rPr>
          <w:noProof/>
        </w:rPr>
        <mc:AlternateContent>
          <mc:Choice Requires="wps">
            <w:drawing>
              <wp:anchor distT="0" distB="0" distL="114300" distR="114300" simplePos="0" relativeHeight="251784192" behindDoc="0" locked="0" layoutInCell="1" allowOverlap="1" wp14:anchorId="1570A8C5" wp14:editId="1E075114">
                <wp:simplePos x="0" y="0"/>
                <wp:positionH relativeFrom="column">
                  <wp:posOffset>-1104496</wp:posOffset>
                </wp:positionH>
                <wp:positionV relativeFrom="paragraph">
                  <wp:posOffset>173528</wp:posOffset>
                </wp:positionV>
                <wp:extent cx="4462272" cy="2877312"/>
                <wp:effectExtent l="0" t="0" r="0" b="0"/>
                <wp:wrapNone/>
                <wp:docPr id="120" name="Text Box 120"/>
                <wp:cNvGraphicFramePr/>
                <a:graphic xmlns:a="http://schemas.openxmlformats.org/drawingml/2006/main">
                  <a:graphicData uri="http://schemas.microsoft.com/office/word/2010/wordprocessingShape">
                    <wps:wsp>
                      <wps:cNvSpPr txBox="1"/>
                      <wps:spPr>
                        <a:xfrm>
                          <a:off x="0" y="0"/>
                          <a:ext cx="4462272" cy="287731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930" w:type="dxa"/>
                              <w:tblInd w:w="-100" w:type="dxa"/>
                              <w:tblLayout w:type="fixed"/>
                              <w:tblLook w:val="04A0" w:firstRow="1" w:lastRow="0" w:firstColumn="1" w:lastColumn="0" w:noHBand="0" w:noVBand="1"/>
                            </w:tblPr>
                            <w:tblGrid>
                              <w:gridCol w:w="1540"/>
                              <w:gridCol w:w="4310"/>
                              <w:gridCol w:w="1080"/>
                            </w:tblGrid>
                            <w:tr w:rsidR="003A37E7" w:rsidRPr="009B29F2" w:rsidTr="003072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9B29F2" w:rsidRDefault="003A37E7" w:rsidP="00714ACB">
                                  <w:pPr>
                                    <w:jc w:val="center"/>
                                    <w:rPr>
                                      <w:color w:val="FF0000"/>
                                    </w:rPr>
                                  </w:pPr>
                                  <w:r w:rsidRPr="009B29F2">
                                    <w:rPr>
                                      <w:color w:val="FF0000"/>
                                    </w:rPr>
                                    <w:t>BSC-INTEGRATED SCIENCE</w:t>
                                  </w:r>
                                </w:p>
                              </w:tc>
                            </w:tr>
                            <w:tr w:rsidR="003A37E7" w:rsidRPr="009B29F2" w:rsidTr="00F224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tcPr>
                                <w:p w:rsidR="003A37E7" w:rsidRPr="009B29F2" w:rsidRDefault="003A37E7" w:rsidP="00912F69">
                                  <w:pPr>
                                    <w:jc w:val="center"/>
                                    <w:rPr>
                                      <w:sz w:val="20"/>
                                      <w:szCs w:val="20"/>
                                    </w:rPr>
                                  </w:pPr>
                                  <w:r w:rsidRPr="009B29F2">
                                    <w:rPr>
                                      <w:sz w:val="20"/>
                                      <w:szCs w:val="20"/>
                                    </w:rPr>
                                    <w:t>SOPHOMORE YEAR (YEAR II) - SECOND SEMESTER</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pPr>
                                  <w:r w:rsidRPr="009B29F2">
                                    <w:t>COURSE CODE</w:t>
                                  </w:r>
                                </w:p>
                              </w:tc>
                              <w:tc>
                                <w:tcPr>
                                  <w:tcW w:w="431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rPr>
                                  </w:pPr>
                                  <w:r w:rsidRPr="009B29F2">
                                    <w:rPr>
                                      <w:b/>
                                    </w:rPr>
                                    <w:t>COURSE TITLE</w:t>
                                  </w:r>
                                </w:p>
                              </w:tc>
                              <w:tc>
                                <w:tcPr>
                                  <w:tcW w:w="108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rPr>
                                  </w:pPr>
                                  <w:r w:rsidRPr="009B29F2">
                                    <w:rPr>
                                      <w:b/>
                                      <w:sz w:val="20"/>
                                      <w:szCs w:val="20"/>
                                    </w:rPr>
                                    <w:t>CREDIT HOURS</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sz w:val="20"/>
                                      <w:szCs w:val="20"/>
                                    </w:rPr>
                                  </w:pPr>
                                  <w:r w:rsidRPr="009B29F2">
                                    <w:rPr>
                                      <w:sz w:val="20"/>
                                      <w:szCs w:val="20"/>
                                    </w:rPr>
                                    <w:t>GEN 108</w:t>
                                  </w:r>
                                </w:p>
                              </w:tc>
                              <w:tc>
                                <w:tcPr>
                                  <w:tcW w:w="431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DISCIPLESHIP  2</w:t>
                                  </w:r>
                                </w:p>
                              </w:tc>
                              <w:tc>
                                <w:tcPr>
                                  <w:tcW w:w="108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2</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sz w:val="20"/>
                                      <w:szCs w:val="20"/>
                                    </w:rPr>
                                  </w:pPr>
                                  <w:r w:rsidRPr="009B29F2">
                                    <w:rPr>
                                      <w:sz w:val="20"/>
                                      <w:szCs w:val="20"/>
                                    </w:rPr>
                                    <w:t>EDU 212</w:t>
                                  </w:r>
                                </w:p>
                              </w:tc>
                              <w:tc>
                                <w:tcPr>
                                  <w:tcW w:w="431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TEACHING PRACTICE</w:t>
                                  </w:r>
                                </w:p>
                              </w:tc>
                              <w:tc>
                                <w:tcPr>
                                  <w:tcW w:w="108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sz w:val="20"/>
                                      <w:szCs w:val="20"/>
                                    </w:rPr>
                                  </w:pPr>
                                  <w:r w:rsidRPr="009B29F2">
                                    <w:rPr>
                                      <w:sz w:val="20"/>
                                      <w:szCs w:val="20"/>
                                    </w:rPr>
                                    <w:t>EDU 224</w:t>
                                  </w:r>
                                </w:p>
                              </w:tc>
                              <w:tc>
                                <w:tcPr>
                                  <w:tcW w:w="431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CURRICULUM PRINCIPLE</w:t>
                                  </w:r>
                                </w:p>
                              </w:tc>
                              <w:tc>
                                <w:tcPr>
                                  <w:tcW w:w="108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rFonts w:ascii="Bahnschrift" w:hAnsi="Bahnschrift"/>
                                      <w:sz w:val="20"/>
                                      <w:szCs w:val="20"/>
                                    </w:rPr>
                                  </w:pPr>
                                  <w:r w:rsidRPr="009B29F2">
                                    <w:rPr>
                                      <w:rFonts w:ascii="Bahnschrift" w:hAnsi="Bahnschrift"/>
                                      <w:sz w:val="20"/>
                                      <w:szCs w:val="20"/>
                                    </w:rPr>
                                    <w:t>PFE 111</w:t>
                                  </w:r>
                                </w:p>
                              </w:tc>
                              <w:tc>
                                <w:tcPr>
                                  <w:tcW w:w="431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r w:rsidRPr="009B29F2">
                                    <w:rPr>
                                      <w:rFonts w:ascii="Bahnschrift" w:hAnsi="Bahnschrift"/>
                                      <w:b/>
                                      <w:sz w:val="20"/>
                                      <w:szCs w:val="20"/>
                                    </w:rPr>
                                    <w:t>PROFESSIONAL ETHICS</w:t>
                                  </w:r>
                                </w:p>
                              </w:tc>
                              <w:tc>
                                <w:tcPr>
                                  <w:tcW w:w="108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2</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rFonts w:ascii="Bahnschrift" w:hAnsi="Bahnschrift"/>
                                      <w:sz w:val="20"/>
                                      <w:szCs w:val="20"/>
                                    </w:rPr>
                                  </w:pPr>
                                  <w:r w:rsidRPr="009B29F2">
                                    <w:rPr>
                                      <w:rFonts w:ascii="Bahnschrift" w:hAnsi="Bahnschrift"/>
                                      <w:sz w:val="20"/>
                                      <w:szCs w:val="20"/>
                                    </w:rPr>
                                    <w:t>PHY 102</w:t>
                                  </w:r>
                                </w:p>
                              </w:tc>
                              <w:tc>
                                <w:tcPr>
                                  <w:tcW w:w="431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r w:rsidRPr="009B29F2">
                                    <w:rPr>
                                      <w:rFonts w:ascii="Bahnschrift" w:hAnsi="Bahnschrift"/>
                                      <w:b/>
                                      <w:sz w:val="20"/>
                                      <w:szCs w:val="20"/>
                                    </w:rPr>
                                    <w:t>PHYSICS II</w:t>
                                  </w:r>
                                </w:p>
                              </w:tc>
                              <w:tc>
                                <w:tcPr>
                                  <w:tcW w:w="108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rFonts w:ascii="Bahnschrift" w:hAnsi="Bahnschrift"/>
                                      <w:sz w:val="20"/>
                                      <w:szCs w:val="20"/>
                                    </w:rPr>
                                  </w:pPr>
                                  <w:r w:rsidRPr="009B29F2">
                                    <w:rPr>
                                      <w:rFonts w:ascii="Bahnschrift" w:hAnsi="Bahnschrift"/>
                                      <w:sz w:val="20"/>
                                      <w:szCs w:val="20"/>
                                    </w:rPr>
                                    <w:t>GEN 112</w:t>
                                  </w:r>
                                </w:p>
                              </w:tc>
                              <w:tc>
                                <w:tcPr>
                                  <w:tcW w:w="431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r w:rsidRPr="009B29F2">
                                    <w:rPr>
                                      <w:rFonts w:ascii="Bahnschrift" w:hAnsi="Bahnschrift"/>
                                      <w:b/>
                                      <w:sz w:val="20"/>
                                      <w:szCs w:val="20"/>
                                    </w:rPr>
                                    <w:t>ZOLOGY</w:t>
                                  </w:r>
                                </w:p>
                              </w:tc>
                              <w:tc>
                                <w:tcPr>
                                  <w:tcW w:w="108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rFonts w:ascii="Bahnschrift" w:hAnsi="Bahnschrift"/>
                                      <w:sz w:val="20"/>
                                      <w:szCs w:val="20"/>
                                    </w:rPr>
                                  </w:pPr>
                                  <w:r w:rsidRPr="009B29F2">
                                    <w:rPr>
                                      <w:rFonts w:ascii="Bahnschrift" w:hAnsi="Bahnschrift"/>
                                      <w:sz w:val="20"/>
                                      <w:szCs w:val="20"/>
                                    </w:rPr>
                                    <w:t>BIOL 211</w:t>
                                  </w:r>
                                </w:p>
                              </w:tc>
                              <w:tc>
                                <w:tcPr>
                                  <w:tcW w:w="431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GENERAL BOTANY</w:t>
                                  </w:r>
                                </w:p>
                              </w:tc>
                              <w:tc>
                                <w:tcPr>
                                  <w:tcW w:w="108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rFonts w:ascii="Bahnschrift" w:hAnsi="Bahnschrift"/>
                                      <w:sz w:val="20"/>
                                      <w:szCs w:val="20"/>
                                    </w:rPr>
                                  </w:pPr>
                                  <w:r w:rsidRPr="009B29F2">
                                    <w:rPr>
                                      <w:rFonts w:ascii="Bahnschrift" w:hAnsi="Bahnschrift"/>
                                      <w:sz w:val="20"/>
                                      <w:szCs w:val="20"/>
                                    </w:rPr>
                                    <w:t>TMC 111</w:t>
                                  </w:r>
                                </w:p>
                              </w:tc>
                              <w:tc>
                                <w:tcPr>
                                  <w:tcW w:w="431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TOTAL MEANS CONCEPT</w:t>
                                  </w:r>
                                </w:p>
                              </w:tc>
                              <w:tc>
                                <w:tcPr>
                                  <w:tcW w:w="108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1</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850" w:type="dxa"/>
                                  <w:gridSpan w:val="2"/>
                                  <w:vAlign w:val="center"/>
                                </w:tcPr>
                                <w:p w:rsidR="003A37E7" w:rsidRPr="009B29F2" w:rsidRDefault="003A37E7" w:rsidP="00714ACB">
                                  <w:pPr>
                                    <w:jc w:val="center"/>
                                  </w:pPr>
                                  <w:r w:rsidRPr="009B29F2">
                                    <w:t xml:space="preserve">TOTAL </w:t>
                                  </w:r>
                                  <w:r w:rsidRPr="009B29F2">
                                    <w:rPr>
                                      <w:sz w:val="20"/>
                                      <w:szCs w:val="20"/>
                                    </w:rPr>
                                    <w:t>CREDIT HOURS</w:t>
                                  </w:r>
                                </w:p>
                              </w:tc>
                              <w:tc>
                                <w:tcPr>
                                  <w:tcW w:w="108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rPr>
                                  </w:pPr>
                                  <w:r>
                                    <w:rPr>
                                      <w:b/>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70A8C5" id="Text Box 120" o:spid="_x0000_s1166" type="#_x0000_t202" style="position:absolute;left:0;text-align:left;margin-left:-86.95pt;margin-top:13.65pt;width:351.35pt;height:226.5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" fillcolor="white [3201]" stroked="f" strokeweight=".5pt">
                <v:textbox>
                  <w:txbxContent>
                    <w:tbl>
                      <w:tblPr>
                        <w:tblStyle w:val="LightGrid"/>
                        <w:tblW w:w="6930" w:type="dxa"/>
                        <w:tblInd w:w="-100" w:type="dxa"/>
                        <w:tblLayout w:type="fixed"/>
                        <w:tblLook w:val="04A0" w:firstRow="1" w:lastRow="0" w:firstColumn="1" w:lastColumn="0" w:noHBand="0" w:noVBand="1"/>
                      </w:tblPr>
                      <w:tblGrid>
                        <w:gridCol w:w="1540"/>
                        <w:gridCol w:w="4310"/>
                        <w:gridCol w:w="1080"/>
                      </w:tblGrid>
                      <w:tr w:rsidR="003A37E7" w:rsidRPr="009B29F2" w:rsidTr="003072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9B29F2" w:rsidRDefault="003A37E7" w:rsidP="00714ACB">
                            <w:pPr>
                              <w:jc w:val="center"/>
                              <w:rPr>
                                <w:color w:val="FF0000"/>
                              </w:rPr>
                            </w:pPr>
                            <w:r w:rsidRPr="009B29F2">
                              <w:rPr>
                                <w:color w:val="FF0000"/>
                              </w:rPr>
                              <w:t>BSC-INTEGRATED SCIENCE</w:t>
                            </w:r>
                          </w:p>
                        </w:tc>
                      </w:tr>
                      <w:tr w:rsidR="003A37E7" w:rsidRPr="009B29F2" w:rsidTr="00F224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tcPr>
                          <w:p w:rsidR="003A37E7" w:rsidRPr="009B29F2" w:rsidRDefault="003A37E7" w:rsidP="00912F69">
                            <w:pPr>
                              <w:jc w:val="center"/>
                              <w:rPr>
                                <w:sz w:val="20"/>
                                <w:szCs w:val="20"/>
                              </w:rPr>
                            </w:pPr>
                            <w:r w:rsidRPr="009B29F2">
                              <w:rPr>
                                <w:sz w:val="20"/>
                                <w:szCs w:val="20"/>
                              </w:rPr>
                              <w:t>SOPHOMORE YEAR (YEAR II) - SECOND SEMESTER</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pPr>
                            <w:r w:rsidRPr="009B29F2">
                              <w:t>COURSE CODE</w:t>
                            </w:r>
                          </w:p>
                        </w:tc>
                        <w:tc>
                          <w:tcPr>
                            <w:tcW w:w="431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rPr>
                            </w:pPr>
                            <w:r w:rsidRPr="009B29F2">
                              <w:rPr>
                                <w:b/>
                              </w:rPr>
                              <w:t>COURSE TITLE</w:t>
                            </w:r>
                          </w:p>
                        </w:tc>
                        <w:tc>
                          <w:tcPr>
                            <w:tcW w:w="108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rPr>
                            </w:pPr>
                            <w:r w:rsidRPr="009B29F2">
                              <w:rPr>
                                <w:b/>
                                <w:sz w:val="20"/>
                                <w:szCs w:val="20"/>
                              </w:rPr>
                              <w:t>CREDIT HOURS</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sz w:val="20"/>
                                <w:szCs w:val="20"/>
                              </w:rPr>
                            </w:pPr>
                            <w:r w:rsidRPr="009B29F2">
                              <w:rPr>
                                <w:sz w:val="20"/>
                                <w:szCs w:val="20"/>
                              </w:rPr>
                              <w:t>GEN 108</w:t>
                            </w:r>
                          </w:p>
                        </w:tc>
                        <w:tc>
                          <w:tcPr>
                            <w:tcW w:w="431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DISCIPLESHIP  2</w:t>
                            </w:r>
                          </w:p>
                        </w:tc>
                        <w:tc>
                          <w:tcPr>
                            <w:tcW w:w="108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2</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sz w:val="20"/>
                                <w:szCs w:val="20"/>
                              </w:rPr>
                            </w:pPr>
                            <w:r w:rsidRPr="009B29F2">
                              <w:rPr>
                                <w:sz w:val="20"/>
                                <w:szCs w:val="20"/>
                              </w:rPr>
                              <w:t>EDU 212</w:t>
                            </w:r>
                          </w:p>
                        </w:tc>
                        <w:tc>
                          <w:tcPr>
                            <w:tcW w:w="431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TEACHING PRACTICE</w:t>
                            </w:r>
                          </w:p>
                        </w:tc>
                        <w:tc>
                          <w:tcPr>
                            <w:tcW w:w="108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sz w:val="20"/>
                                <w:szCs w:val="20"/>
                              </w:rPr>
                            </w:pPr>
                            <w:r w:rsidRPr="009B29F2">
                              <w:rPr>
                                <w:sz w:val="20"/>
                                <w:szCs w:val="20"/>
                              </w:rPr>
                              <w:t>EDU 224</w:t>
                            </w:r>
                          </w:p>
                        </w:tc>
                        <w:tc>
                          <w:tcPr>
                            <w:tcW w:w="431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CURRICULUM PRINCIPLE</w:t>
                            </w:r>
                          </w:p>
                        </w:tc>
                        <w:tc>
                          <w:tcPr>
                            <w:tcW w:w="108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rFonts w:ascii="Bahnschrift" w:hAnsi="Bahnschrift"/>
                                <w:sz w:val="20"/>
                                <w:szCs w:val="20"/>
                              </w:rPr>
                            </w:pPr>
                            <w:r w:rsidRPr="009B29F2">
                              <w:rPr>
                                <w:rFonts w:ascii="Bahnschrift" w:hAnsi="Bahnschrift"/>
                                <w:sz w:val="20"/>
                                <w:szCs w:val="20"/>
                              </w:rPr>
                              <w:t>PFE 111</w:t>
                            </w:r>
                          </w:p>
                        </w:tc>
                        <w:tc>
                          <w:tcPr>
                            <w:tcW w:w="431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r w:rsidRPr="009B29F2">
                              <w:rPr>
                                <w:rFonts w:ascii="Bahnschrift" w:hAnsi="Bahnschrift"/>
                                <w:b/>
                                <w:sz w:val="20"/>
                                <w:szCs w:val="20"/>
                              </w:rPr>
                              <w:t>PROFESSIONAL ETHICS</w:t>
                            </w:r>
                          </w:p>
                        </w:tc>
                        <w:tc>
                          <w:tcPr>
                            <w:tcW w:w="108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2</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rFonts w:ascii="Bahnschrift" w:hAnsi="Bahnschrift"/>
                                <w:sz w:val="20"/>
                                <w:szCs w:val="20"/>
                              </w:rPr>
                            </w:pPr>
                            <w:r w:rsidRPr="009B29F2">
                              <w:rPr>
                                <w:rFonts w:ascii="Bahnschrift" w:hAnsi="Bahnschrift"/>
                                <w:sz w:val="20"/>
                                <w:szCs w:val="20"/>
                              </w:rPr>
                              <w:t>PHY 102</w:t>
                            </w:r>
                          </w:p>
                        </w:tc>
                        <w:tc>
                          <w:tcPr>
                            <w:tcW w:w="431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r w:rsidRPr="009B29F2">
                              <w:rPr>
                                <w:rFonts w:ascii="Bahnschrift" w:hAnsi="Bahnschrift"/>
                                <w:b/>
                                <w:sz w:val="20"/>
                                <w:szCs w:val="20"/>
                              </w:rPr>
                              <w:t>PHYSICS II</w:t>
                            </w:r>
                          </w:p>
                        </w:tc>
                        <w:tc>
                          <w:tcPr>
                            <w:tcW w:w="108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rFonts w:ascii="Bahnschrift" w:hAnsi="Bahnschrift"/>
                                <w:sz w:val="20"/>
                                <w:szCs w:val="20"/>
                              </w:rPr>
                            </w:pPr>
                            <w:r w:rsidRPr="009B29F2">
                              <w:rPr>
                                <w:rFonts w:ascii="Bahnschrift" w:hAnsi="Bahnschrift"/>
                                <w:sz w:val="20"/>
                                <w:szCs w:val="20"/>
                              </w:rPr>
                              <w:t>GEN 112</w:t>
                            </w:r>
                          </w:p>
                        </w:tc>
                        <w:tc>
                          <w:tcPr>
                            <w:tcW w:w="431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r w:rsidRPr="009B29F2">
                              <w:rPr>
                                <w:rFonts w:ascii="Bahnschrift" w:hAnsi="Bahnschrift"/>
                                <w:b/>
                                <w:sz w:val="20"/>
                                <w:szCs w:val="20"/>
                              </w:rPr>
                              <w:t>ZOLOGY</w:t>
                            </w:r>
                          </w:p>
                        </w:tc>
                        <w:tc>
                          <w:tcPr>
                            <w:tcW w:w="108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rFonts w:ascii="Bahnschrift" w:hAnsi="Bahnschrift"/>
                                <w:sz w:val="20"/>
                                <w:szCs w:val="20"/>
                              </w:rPr>
                            </w:pPr>
                            <w:r w:rsidRPr="009B29F2">
                              <w:rPr>
                                <w:rFonts w:ascii="Bahnschrift" w:hAnsi="Bahnschrift"/>
                                <w:sz w:val="20"/>
                                <w:szCs w:val="20"/>
                              </w:rPr>
                              <w:t>BIOL 211</w:t>
                            </w:r>
                          </w:p>
                        </w:tc>
                        <w:tc>
                          <w:tcPr>
                            <w:tcW w:w="431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GENERAL BOTANY</w:t>
                            </w:r>
                          </w:p>
                        </w:tc>
                        <w:tc>
                          <w:tcPr>
                            <w:tcW w:w="108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714ACB">
                            <w:pPr>
                              <w:jc w:val="center"/>
                              <w:rPr>
                                <w:rFonts w:ascii="Bahnschrift" w:hAnsi="Bahnschrift"/>
                                <w:sz w:val="20"/>
                                <w:szCs w:val="20"/>
                              </w:rPr>
                            </w:pPr>
                            <w:r w:rsidRPr="009B29F2">
                              <w:rPr>
                                <w:rFonts w:ascii="Bahnschrift" w:hAnsi="Bahnschrift"/>
                                <w:sz w:val="20"/>
                                <w:szCs w:val="20"/>
                              </w:rPr>
                              <w:t>TMC 111</w:t>
                            </w:r>
                          </w:p>
                        </w:tc>
                        <w:tc>
                          <w:tcPr>
                            <w:tcW w:w="431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TOTAL MEANS CONCEPT</w:t>
                            </w:r>
                          </w:p>
                        </w:tc>
                        <w:tc>
                          <w:tcPr>
                            <w:tcW w:w="1080" w:type="dxa"/>
                            <w:vAlign w:val="center"/>
                          </w:tcPr>
                          <w:p w:rsidR="003A37E7" w:rsidRPr="009B29F2" w:rsidRDefault="003A37E7" w:rsidP="00714ACB">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1</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850" w:type="dxa"/>
                            <w:gridSpan w:val="2"/>
                            <w:vAlign w:val="center"/>
                          </w:tcPr>
                          <w:p w:rsidR="003A37E7" w:rsidRPr="009B29F2" w:rsidRDefault="003A37E7" w:rsidP="00714ACB">
                            <w:pPr>
                              <w:jc w:val="center"/>
                            </w:pPr>
                            <w:r w:rsidRPr="009B29F2">
                              <w:t xml:space="preserve">TOTAL </w:t>
                            </w:r>
                            <w:r w:rsidRPr="009B29F2">
                              <w:rPr>
                                <w:sz w:val="20"/>
                                <w:szCs w:val="20"/>
                              </w:rPr>
                              <w:t>CREDIT HOURS</w:t>
                            </w:r>
                          </w:p>
                        </w:tc>
                        <w:tc>
                          <w:tcPr>
                            <w:tcW w:w="1080" w:type="dxa"/>
                            <w:vAlign w:val="center"/>
                          </w:tcPr>
                          <w:p w:rsidR="003A37E7" w:rsidRPr="009B29F2" w:rsidRDefault="003A37E7" w:rsidP="00714ACB">
                            <w:pPr>
                              <w:jc w:val="center"/>
                              <w:cnfStyle w:val="000000100000" w:firstRow="0" w:lastRow="0" w:firstColumn="0" w:lastColumn="0" w:oddVBand="0" w:evenVBand="0" w:oddHBand="1" w:evenHBand="0" w:firstRowFirstColumn="0" w:firstRowLastColumn="0" w:lastRowFirstColumn="0" w:lastRowLastColumn="0"/>
                              <w:rPr>
                                <w:b/>
                              </w:rPr>
                            </w:pPr>
                            <w:r>
                              <w:rPr>
                                <w:b/>
                              </w:rPr>
                              <w:t>20</w:t>
                            </w:r>
                          </w:p>
                        </w:tc>
                      </w:tr>
                    </w:tbl>
                    <w:p w:rsidR="003A37E7" w:rsidRDefault="003A37E7"/>
                  </w:txbxContent>
                </v:textbox>
              </v:shape>
            </w:pict>
          </mc:Fallback>
        </mc:AlternateContent>
      </w:r>
    </w:p>
    <w:p w:rsidR="007B491E" w:rsidRDefault="007B491E" w:rsidP="00DF64FD">
      <w:pPr>
        <w:pStyle w:val="NormalWeb"/>
        <w:jc w:val="center"/>
        <w:rPr>
          <w:b/>
          <w:u w:val="single"/>
        </w:rPr>
      </w:pPr>
    </w:p>
    <w:p w:rsidR="007B491E" w:rsidRDefault="007B491E" w:rsidP="00DF64FD">
      <w:pPr>
        <w:pStyle w:val="NormalWeb"/>
        <w:jc w:val="center"/>
        <w:rPr>
          <w:b/>
          <w:u w:val="single"/>
        </w:rPr>
      </w:pPr>
    </w:p>
    <w:p w:rsidR="007B491E" w:rsidRDefault="007B491E" w:rsidP="00DF64FD">
      <w:pPr>
        <w:pStyle w:val="NormalWeb"/>
        <w:jc w:val="center"/>
        <w:rPr>
          <w:b/>
          <w:u w:val="single"/>
        </w:rPr>
      </w:pPr>
    </w:p>
    <w:p w:rsidR="007B491E" w:rsidRDefault="007B491E" w:rsidP="00DF64FD">
      <w:pPr>
        <w:pStyle w:val="NormalWeb"/>
        <w:jc w:val="center"/>
        <w:rPr>
          <w:b/>
          <w:u w:val="single"/>
        </w:rPr>
      </w:pPr>
    </w:p>
    <w:p w:rsidR="007B491E" w:rsidRDefault="007B491E" w:rsidP="00DF64FD">
      <w:pPr>
        <w:pStyle w:val="NormalWeb"/>
        <w:jc w:val="center"/>
        <w:rPr>
          <w:b/>
          <w:u w:val="single"/>
        </w:rPr>
      </w:pPr>
    </w:p>
    <w:p w:rsidR="007B491E" w:rsidRDefault="007B491E" w:rsidP="00DF64FD">
      <w:pPr>
        <w:pStyle w:val="NormalWeb"/>
        <w:jc w:val="center"/>
        <w:rPr>
          <w:b/>
          <w:u w:val="single"/>
        </w:rPr>
      </w:pPr>
    </w:p>
    <w:p w:rsidR="007B491E" w:rsidRDefault="007B491E" w:rsidP="00DF64FD">
      <w:pPr>
        <w:pStyle w:val="NormalWeb"/>
        <w:jc w:val="center"/>
        <w:rPr>
          <w:b/>
          <w:u w:val="single"/>
        </w:rPr>
      </w:pPr>
    </w:p>
    <w:p w:rsidR="007B491E" w:rsidRDefault="007B491E" w:rsidP="00DF64FD">
      <w:pPr>
        <w:pStyle w:val="NormalWeb"/>
        <w:jc w:val="center"/>
        <w:rPr>
          <w:b/>
          <w:u w:val="single"/>
        </w:rPr>
      </w:pPr>
    </w:p>
    <w:p w:rsidR="007B491E" w:rsidRDefault="0097372A" w:rsidP="00DF64FD">
      <w:pPr>
        <w:pStyle w:val="NormalWeb"/>
        <w:jc w:val="center"/>
        <w:rPr>
          <w:b/>
          <w:u w:val="single"/>
        </w:rPr>
      </w:pPr>
      <w:r>
        <w:rPr>
          <w:b/>
          <w:noProof/>
          <w:u w:val="single"/>
        </w:rPr>
        <w:lastRenderedPageBreak/>
        <mc:AlternateContent>
          <mc:Choice Requires="wps">
            <w:drawing>
              <wp:anchor distT="0" distB="0" distL="114300" distR="114300" simplePos="0" relativeHeight="251785216" behindDoc="0" locked="0" layoutInCell="1" allowOverlap="1" wp14:anchorId="14078416" wp14:editId="7F62FB08">
                <wp:simplePos x="0" y="0"/>
                <wp:positionH relativeFrom="margin">
                  <wp:posOffset>-666354</wp:posOffset>
                </wp:positionH>
                <wp:positionV relativeFrom="paragraph">
                  <wp:posOffset>-154379</wp:posOffset>
                </wp:positionV>
                <wp:extent cx="4511040" cy="2980706"/>
                <wp:effectExtent l="0" t="0" r="3810" b="0"/>
                <wp:wrapNone/>
                <wp:docPr id="121" name="Text Box 121"/>
                <wp:cNvGraphicFramePr/>
                <a:graphic xmlns:a="http://schemas.openxmlformats.org/drawingml/2006/main">
                  <a:graphicData uri="http://schemas.microsoft.com/office/word/2010/wordprocessingShape">
                    <wps:wsp>
                      <wps:cNvSpPr txBox="1"/>
                      <wps:spPr>
                        <a:xfrm>
                          <a:off x="0" y="0"/>
                          <a:ext cx="4511040" cy="298070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930" w:type="dxa"/>
                              <w:tblInd w:w="-100" w:type="dxa"/>
                              <w:tblLayout w:type="fixed"/>
                              <w:tblLook w:val="04A0" w:firstRow="1" w:lastRow="0" w:firstColumn="1" w:lastColumn="0" w:noHBand="0" w:noVBand="1"/>
                            </w:tblPr>
                            <w:tblGrid>
                              <w:gridCol w:w="1540"/>
                              <w:gridCol w:w="4310"/>
                              <w:gridCol w:w="1080"/>
                            </w:tblGrid>
                            <w:tr w:rsidR="003A37E7" w:rsidRPr="009B29F2" w:rsidTr="003072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9B29F2" w:rsidRDefault="003A37E7" w:rsidP="00E17115">
                                  <w:pPr>
                                    <w:jc w:val="center"/>
                                    <w:rPr>
                                      <w:color w:val="FF0000"/>
                                    </w:rPr>
                                  </w:pPr>
                                  <w:r w:rsidRPr="009B29F2">
                                    <w:rPr>
                                      <w:color w:val="FF0000"/>
                                    </w:rPr>
                                    <w:t>BSC-INTEGRATED SCIENCE</w:t>
                                  </w:r>
                                  <w:r>
                                    <w:rPr>
                                      <w:color w:val="FF0000"/>
                                    </w:rPr>
                                    <w:t xml:space="preserve"> (MAJOR)</w:t>
                                  </w:r>
                                </w:p>
                              </w:tc>
                            </w:tr>
                            <w:tr w:rsidR="003A37E7" w:rsidRPr="009B29F2" w:rsidTr="00F224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tcPr>
                                <w:p w:rsidR="003A37E7" w:rsidRPr="009B29F2" w:rsidRDefault="003A37E7" w:rsidP="00912F69">
                                  <w:pPr>
                                    <w:jc w:val="center"/>
                                    <w:rPr>
                                      <w:sz w:val="20"/>
                                      <w:szCs w:val="20"/>
                                    </w:rPr>
                                  </w:pPr>
                                  <w:r w:rsidRPr="009B29F2">
                                    <w:rPr>
                                      <w:sz w:val="20"/>
                                      <w:szCs w:val="20"/>
                                    </w:rPr>
                                    <w:t>JUNIOR YEAR (YEAR III) - FIRST SEMESTER</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pPr>
                                  <w:r w:rsidRPr="009B29F2">
                                    <w:t>COURSE CODE</w:t>
                                  </w:r>
                                </w:p>
                              </w:tc>
                              <w:tc>
                                <w:tcPr>
                                  <w:tcW w:w="431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rPr>
                                  </w:pPr>
                                  <w:r w:rsidRPr="009B29F2">
                                    <w:rPr>
                                      <w:b/>
                                    </w:rPr>
                                    <w:t>COURSE TITLE</w:t>
                                  </w:r>
                                </w:p>
                              </w:tc>
                              <w:tc>
                                <w:tcPr>
                                  <w:tcW w:w="108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rPr>
                                  </w:pPr>
                                  <w:r w:rsidRPr="009B29F2">
                                    <w:rPr>
                                      <w:b/>
                                      <w:sz w:val="20"/>
                                      <w:szCs w:val="20"/>
                                    </w:rPr>
                                    <w:t>CREDIT HOURS</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sz w:val="20"/>
                                      <w:szCs w:val="20"/>
                                    </w:rPr>
                                  </w:pPr>
                                  <w:r w:rsidRPr="009B29F2">
                                    <w:rPr>
                                      <w:sz w:val="20"/>
                                      <w:szCs w:val="20"/>
                                    </w:rPr>
                                    <w:t>GEN 107</w:t>
                                  </w:r>
                                </w:p>
                              </w:tc>
                              <w:tc>
                                <w:tcPr>
                                  <w:tcW w:w="431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DYNAMIC OF FAITH 1</w:t>
                                  </w:r>
                                </w:p>
                              </w:tc>
                              <w:tc>
                                <w:tcPr>
                                  <w:tcW w:w="108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2</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sz w:val="20"/>
                                      <w:szCs w:val="20"/>
                                    </w:rPr>
                                  </w:pPr>
                                  <w:r>
                                    <w:rPr>
                                      <w:sz w:val="20"/>
                                      <w:szCs w:val="20"/>
                                    </w:rPr>
                                    <w:t>CHEM 301</w:t>
                                  </w:r>
                                </w:p>
                              </w:tc>
                              <w:tc>
                                <w:tcPr>
                                  <w:tcW w:w="431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ORGANIC CHEMISTRY</w:t>
                                  </w:r>
                                </w:p>
                              </w:tc>
                              <w:tc>
                                <w:tcPr>
                                  <w:tcW w:w="108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r>
                                    <w:rPr>
                                      <w:rFonts w:ascii="Bahnschrift" w:hAnsi="Bahnschrift"/>
                                      <w:sz w:val="20"/>
                                      <w:szCs w:val="20"/>
                                    </w:rPr>
                                    <w:t>BIO CHEM 305</w:t>
                                  </w:r>
                                </w:p>
                              </w:tc>
                              <w:tc>
                                <w:tcPr>
                                  <w:tcW w:w="431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r>
                                    <w:rPr>
                                      <w:rFonts w:ascii="Bahnschrift" w:hAnsi="Bahnschrift"/>
                                      <w:b/>
                                      <w:sz w:val="20"/>
                                      <w:szCs w:val="20"/>
                                    </w:rPr>
                                    <w:t>BIOCHEMISTRY I</w:t>
                                  </w:r>
                                </w:p>
                              </w:tc>
                              <w:tc>
                                <w:tcPr>
                                  <w:tcW w:w="108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r>
                                    <w:rPr>
                                      <w:rFonts w:ascii="Bahnschrift" w:hAnsi="Bahnschrift"/>
                                      <w:sz w:val="20"/>
                                      <w:szCs w:val="20"/>
                                    </w:rPr>
                                    <w:t>EDUC 301</w:t>
                                  </w:r>
                                </w:p>
                              </w:tc>
                              <w:tc>
                                <w:tcPr>
                                  <w:tcW w:w="431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r>
                                    <w:rPr>
                                      <w:rFonts w:ascii="Bahnschrift" w:hAnsi="Bahnschrift"/>
                                      <w:b/>
                                      <w:sz w:val="20"/>
                                      <w:szCs w:val="20"/>
                                    </w:rPr>
                                    <w:t>CLASSROOM MANAGEMENT</w:t>
                                  </w:r>
                                </w:p>
                              </w:tc>
                              <w:tc>
                                <w:tcPr>
                                  <w:tcW w:w="108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Default="003A37E7" w:rsidP="00E17115">
                                  <w:pPr>
                                    <w:jc w:val="center"/>
                                    <w:rPr>
                                      <w:rFonts w:ascii="Bahnschrift" w:hAnsi="Bahnschrift"/>
                                      <w:sz w:val="20"/>
                                      <w:szCs w:val="20"/>
                                    </w:rPr>
                                  </w:pPr>
                                  <w:r>
                                    <w:rPr>
                                      <w:rFonts w:ascii="Bahnschrift" w:hAnsi="Bahnschrift"/>
                                      <w:sz w:val="20"/>
                                      <w:szCs w:val="20"/>
                                    </w:rPr>
                                    <w:t>BIO 307</w:t>
                                  </w:r>
                                </w:p>
                              </w:tc>
                              <w:tc>
                                <w:tcPr>
                                  <w:tcW w:w="4310" w:type="dxa"/>
                                  <w:vAlign w:val="center"/>
                                </w:tcPr>
                                <w:p w:rsidR="003A37E7" w:rsidRDefault="003A37E7" w:rsidP="00E17115">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r>
                                    <w:rPr>
                                      <w:rFonts w:ascii="Bahnschrift" w:hAnsi="Bahnschrift"/>
                                      <w:b/>
                                      <w:sz w:val="20"/>
                                      <w:szCs w:val="20"/>
                                    </w:rPr>
                                    <w:t>CELLULAR &amp; MOLECULAR BIOLOGY</w:t>
                                  </w:r>
                                </w:p>
                              </w:tc>
                              <w:tc>
                                <w:tcPr>
                                  <w:tcW w:w="1080" w:type="dxa"/>
                                  <w:vAlign w:val="center"/>
                                </w:tcPr>
                                <w:p w:rsidR="003A37E7"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r>
                                    <w:rPr>
                                      <w:rFonts w:ascii="Bahnschrift" w:hAnsi="Bahnschrift"/>
                                      <w:sz w:val="20"/>
                                      <w:szCs w:val="20"/>
                                    </w:rPr>
                                    <w:t xml:space="preserve">MINOR </w:t>
                                  </w:r>
                                </w:p>
                              </w:tc>
                              <w:tc>
                                <w:tcPr>
                                  <w:tcW w:w="431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08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r>
                                    <w:rPr>
                                      <w:rFonts w:ascii="Bahnschrift" w:hAnsi="Bahnschrift"/>
                                      <w:sz w:val="20"/>
                                      <w:szCs w:val="20"/>
                                    </w:rPr>
                                    <w:t>MINOR</w:t>
                                  </w:r>
                                </w:p>
                              </w:tc>
                              <w:tc>
                                <w:tcPr>
                                  <w:tcW w:w="431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08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850" w:type="dxa"/>
                                  <w:gridSpan w:val="2"/>
                                  <w:vAlign w:val="center"/>
                                </w:tcPr>
                                <w:p w:rsidR="003A37E7" w:rsidRPr="009B29F2" w:rsidRDefault="003A37E7" w:rsidP="00E17115">
                                  <w:pPr>
                                    <w:jc w:val="center"/>
                                  </w:pPr>
                                  <w:r w:rsidRPr="009B29F2">
                                    <w:t xml:space="preserve">TOTAL </w:t>
                                  </w:r>
                                  <w:r w:rsidRPr="009B29F2">
                                    <w:rPr>
                                      <w:sz w:val="20"/>
                                      <w:szCs w:val="20"/>
                                    </w:rPr>
                                    <w:t>CREDIT HOURS</w:t>
                                  </w:r>
                                </w:p>
                              </w:tc>
                              <w:tc>
                                <w:tcPr>
                                  <w:tcW w:w="108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rPr>
                                  </w:pPr>
                                  <w:r>
                                    <w:rPr>
                                      <w:b/>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078416" id="Text Box 121" o:spid="_x0000_s1167" type="#_x0000_t202" style="position:absolute;left:0;text-align:left;margin-left:-52.45pt;margin-top:-12.15pt;width:355.2pt;height:234.7pt;z-index:251785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" fillcolor="white [3201]" stroked="f" strokeweight=".5pt">
                <v:textbox>
                  <w:txbxContent>
                    <w:tbl>
                      <w:tblPr>
                        <w:tblStyle w:val="LightGrid"/>
                        <w:tblW w:w="6930" w:type="dxa"/>
                        <w:tblInd w:w="-100" w:type="dxa"/>
                        <w:tblLayout w:type="fixed"/>
                        <w:tblLook w:val="04A0" w:firstRow="1" w:lastRow="0" w:firstColumn="1" w:lastColumn="0" w:noHBand="0" w:noVBand="1"/>
                      </w:tblPr>
                      <w:tblGrid>
                        <w:gridCol w:w="1540"/>
                        <w:gridCol w:w="4310"/>
                        <w:gridCol w:w="1080"/>
                      </w:tblGrid>
                      <w:tr w:rsidR="003A37E7" w:rsidRPr="009B29F2" w:rsidTr="003072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vAlign w:val="center"/>
                          </w:tcPr>
                          <w:p w:rsidR="003A37E7" w:rsidRPr="009B29F2" w:rsidRDefault="003A37E7" w:rsidP="00E17115">
                            <w:pPr>
                              <w:jc w:val="center"/>
                              <w:rPr>
                                <w:color w:val="FF0000"/>
                              </w:rPr>
                            </w:pPr>
                            <w:r w:rsidRPr="009B29F2">
                              <w:rPr>
                                <w:color w:val="FF0000"/>
                              </w:rPr>
                              <w:t>BSC-INTEGRATED SCIENCE</w:t>
                            </w:r>
                            <w:r>
                              <w:rPr>
                                <w:color w:val="FF0000"/>
                              </w:rPr>
                              <w:t xml:space="preserve"> (MAJOR)</w:t>
                            </w:r>
                          </w:p>
                        </w:tc>
                      </w:tr>
                      <w:tr w:rsidR="003A37E7" w:rsidRPr="009B29F2" w:rsidTr="00F224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30" w:type="dxa"/>
                            <w:gridSpan w:val="3"/>
                          </w:tcPr>
                          <w:p w:rsidR="003A37E7" w:rsidRPr="009B29F2" w:rsidRDefault="003A37E7" w:rsidP="00912F69">
                            <w:pPr>
                              <w:jc w:val="center"/>
                              <w:rPr>
                                <w:sz w:val="20"/>
                                <w:szCs w:val="20"/>
                              </w:rPr>
                            </w:pPr>
                            <w:r w:rsidRPr="009B29F2">
                              <w:rPr>
                                <w:sz w:val="20"/>
                                <w:szCs w:val="20"/>
                              </w:rPr>
                              <w:t>JUNIOR YEAR (YEAR III) - FIRST SEMESTER</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pPr>
                            <w:r w:rsidRPr="009B29F2">
                              <w:t>COURSE CODE</w:t>
                            </w:r>
                          </w:p>
                        </w:tc>
                        <w:tc>
                          <w:tcPr>
                            <w:tcW w:w="431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rPr>
                            </w:pPr>
                            <w:r w:rsidRPr="009B29F2">
                              <w:rPr>
                                <w:b/>
                              </w:rPr>
                              <w:t>COURSE TITLE</w:t>
                            </w:r>
                          </w:p>
                        </w:tc>
                        <w:tc>
                          <w:tcPr>
                            <w:tcW w:w="108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rPr>
                            </w:pPr>
                            <w:r w:rsidRPr="009B29F2">
                              <w:rPr>
                                <w:b/>
                                <w:sz w:val="20"/>
                                <w:szCs w:val="20"/>
                              </w:rPr>
                              <w:t>CREDIT HOURS</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sz w:val="20"/>
                                <w:szCs w:val="20"/>
                              </w:rPr>
                            </w:pPr>
                            <w:r w:rsidRPr="009B29F2">
                              <w:rPr>
                                <w:sz w:val="20"/>
                                <w:szCs w:val="20"/>
                              </w:rPr>
                              <w:t>GEN 107</w:t>
                            </w:r>
                          </w:p>
                        </w:tc>
                        <w:tc>
                          <w:tcPr>
                            <w:tcW w:w="431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DYNAMIC OF FAITH 1</w:t>
                            </w:r>
                          </w:p>
                        </w:tc>
                        <w:tc>
                          <w:tcPr>
                            <w:tcW w:w="108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r w:rsidRPr="009B29F2">
                              <w:rPr>
                                <w:b/>
                                <w:sz w:val="20"/>
                                <w:szCs w:val="20"/>
                              </w:rPr>
                              <w:t>2</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sz w:val="20"/>
                                <w:szCs w:val="20"/>
                              </w:rPr>
                            </w:pPr>
                            <w:r>
                              <w:rPr>
                                <w:sz w:val="20"/>
                                <w:szCs w:val="20"/>
                              </w:rPr>
                              <w:t>CHEM 301</w:t>
                            </w:r>
                          </w:p>
                        </w:tc>
                        <w:tc>
                          <w:tcPr>
                            <w:tcW w:w="431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ORGANIC CHEMISTRY</w:t>
                            </w:r>
                          </w:p>
                        </w:tc>
                        <w:tc>
                          <w:tcPr>
                            <w:tcW w:w="108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r>
                              <w:rPr>
                                <w:rFonts w:ascii="Bahnschrift" w:hAnsi="Bahnschrift"/>
                                <w:sz w:val="20"/>
                                <w:szCs w:val="20"/>
                              </w:rPr>
                              <w:t>BIO CHEM 305</w:t>
                            </w:r>
                          </w:p>
                        </w:tc>
                        <w:tc>
                          <w:tcPr>
                            <w:tcW w:w="431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r>
                              <w:rPr>
                                <w:rFonts w:ascii="Bahnschrift" w:hAnsi="Bahnschrift"/>
                                <w:b/>
                                <w:sz w:val="20"/>
                                <w:szCs w:val="20"/>
                              </w:rPr>
                              <w:t>BIOCHEMISTRY I</w:t>
                            </w:r>
                          </w:p>
                        </w:tc>
                        <w:tc>
                          <w:tcPr>
                            <w:tcW w:w="108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r>
                              <w:rPr>
                                <w:rFonts w:ascii="Bahnschrift" w:hAnsi="Bahnschrift"/>
                                <w:sz w:val="20"/>
                                <w:szCs w:val="20"/>
                              </w:rPr>
                              <w:t>EDUC 301</w:t>
                            </w:r>
                          </w:p>
                        </w:tc>
                        <w:tc>
                          <w:tcPr>
                            <w:tcW w:w="431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r>
                              <w:rPr>
                                <w:rFonts w:ascii="Bahnschrift" w:hAnsi="Bahnschrift"/>
                                <w:b/>
                                <w:sz w:val="20"/>
                                <w:szCs w:val="20"/>
                              </w:rPr>
                              <w:t>CLASSROOM MANAGEMENT</w:t>
                            </w:r>
                          </w:p>
                        </w:tc>
                        <w:tc>
                          <w:tcPr>
                            <w:tcW w:w="108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Default="003A37E7" w:rsidP="00E17115">
                            <w:pPr>
                              <w:jc w:val="center"/>
                              <w:rPr>
                                <w:rFonts w:ascii="Bahnschrift" w:hAnsi="Bahnschrift"/>
                                <w:sz w:val="20"/>
                                <w:szCs w:val="20"/>
                              </w:rPr>
                            </w:pPr>
                            <w:r>
                              <w:rPr>
                                <w:rFonts w:ascii="Bahnschrift" w:hAnsi="Bahnschrift"/>
                                <w:sz w:val="20"/>
                                <w:szCs w:val="20"/>
                              </w:rPr>
                              <w:t>BIO 307</w:t>
                            </w:r>
                          </w:p>
                        </w:tc>
                        <w:tc>
                          <w:tcPr>
                            <w:tcW w:w="4310" w:type="dxa"/>
                            <w:vAlign w:val="center"/>
                          </w:tcPr>
                          <w:p w:rsidR="003A37E7" w:rsidRDefault="003A37E7" w:rsidP="00E17115">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r>
                              <w:rPr>
                                <w:rFonts w:ascii="Bahnschrift" w:hAnsi="Bahnschrift"/>
                                <w:b/>
                                <w:sz w:val="20"/>
                                <w:szCs w:val="20"/>
                              </w:rPr>
                              <w:t>CELLULAR &amp; MOLECULAR BIOLOGY</w:t>
                            </w:r>
                          </w:p>
                        </w:tc>
                        <w:tc>
                          <w:tcPr>
                            <w:tcW w:w="1080" w:type="dxa"/>
                            <w:vAlign w:val="center"/>
                          </w:tcPr>
                          <w:p w:rsidR="003A37E7"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r>
                              <w:rPr>
                                <w:rFonts w:ascii="Bahnschrift" w:hAnsi="Bahnschrift"/>
                                <w:sz w:val="20"/>
                                <w:szCs w:val="20"/>
                              </w:rPr>
                              <w:t xml:space="preserve">MINOR </w:t>
                            </w:r>
                          </w:p>
                        </w:tc>
                        <w:tc>
                          <w:tcPr>
                            <w:tcW w:w="431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08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r>
                              <w:rPr>
                                <w:b/>
                                <w:sz w:val="20"/>
                                <w:szCs w:val="20"/>
                              </w:rPr>
                              <w:t>3</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r>
                              <w:rPr>
                                <w:rFonts w:ascii="Bahnschrift" w:hAnsi="Bahnschrift"/>
                                <w:sz w:val="20"/>
                                <w:szCs w:val="20"/>
                              </w:rPr>
                              <w:t>MINOR</w:t>
                            </w:r>
                          </w:p>
                        </w:tc>
                        <w:tc>
                          <w:tcPr>
                            <w:tcW w:w="431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08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r>
                              <w:rPr>
                                <w:b/>
                                <w:sz w:val="20"/>
                                <w:szCs w:val="20"/>
                              </w:rPr>
                              <w:t>3</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850" w:type="dxa"/>
                            <w:gridSpan w:val="2"/>
                            <w:vAlign w:val="center"/>
                          </w:tcPr>
                          <w:p w:rsidR="003A37E7" w:rsidRPr="009B29F2" w:rsidRDefault="003A37E7" w:rsidP="00E17115">
                            <w:pPr>
                              <w:jc w:val="center"/>
                            </w:pPr>
                            <w:r w:rsidRPr="009B29F2">
                              <w:t xml:space="preserve">TOTAL </w:t>
                            </w:r>
                            <w:r w:rsidRPr="009B29F2">
                              <w:rPr>
                                <w:sz w:val="20"/>
                                <w:szCs w:val="20"/>
                              </w:rPr>
                              <w:t>CREDIT HOURS</w:t>
                            </w:r>
                          </w:p>
                        </w:tc>
                        <w:tc>
                          <w:tcPr>
                            <w:tcW w:w="108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rPr>
                            </w:pPr>
                            <w:r>
                              <w:rPr>
                                <w:b/>
                              </w:rPr>
                              <w:t>20</w:t>
                            </w:r>
                          </w:p>
                        </w:tc>
                      </w:tr>
                    </w:tbl>
                    <w:p w:rsidR="003A37E7" w:rsidRDefault="003A37E7"/>
                  </w:txbxContent>
                </v:textbox>
                <w10:wrap anchorx="margin"/>
              </v:shape>
            </w:pict>
          </mc:Fallback>
        </mc:AlternateContent>
      </w:r>
    </w:p>
    <w:p w:rsidR="007B491E" w:rsidRDefault="007B491E" w:rsidP="00DF64FD">
      <w:pPr>
        <w:pStyle w:val="NormalWeb"/>
        <w:jc w:val="center"/>
        <w:rPr>
          <w:b/>
          <w:u w:val="single"/>
        </w:rPr>
      </w:pPr>
    </w:p>
    <w:p w:rsidR="007B491E" w:rsidRDefault="007B491E" w:rsidP="00DF64FD">
      <w:pPr>
        <w:pStyle w:val="NormalWeb"/>
        <w:jc w:val="center"/>
        <w:rPr>
          <w:b/>
          <w:u w:val="single"/>
        </w:rPr>
      </w:pPr>
    </w:p>
    <w:p w:rsidR="007B491E" w:rsidRDefault="007B491E" w:rsidP="00DF64FD">
      <w:pPr>
        <w:pStyle w:val="NormalWeb"/>
        <w:jc w:val="center"/>
        <w:rPr>
          <w:b/>
          <w:u w:val="single"/>
        </w:rPr>
      </w:pPr>
    </w:p>
    <w:p w:rsidR="007B491E" w:rsidRDefault="007B491E" w:rsidP="00DF64FD">
      <w:pPr>
        <w:pStyle w:val="NormalWeb"/>
        <w:jc w:val="center"/>
        <w:rPr>
          <w:b/>
          <w:u w:val="single"/>
        </w:rPr>
      </w:pPr>
    </w:p>
    <w:p w:rsidR="007B491E" w:rsidRDefault="007B491E" w:rsidP="00DF64FD">
      <w:pPr>
        <w:pStyle w:val="NormalWeb"/>
        <w:jc w:val="center"/>
        <w:rPr>
          <w:b/>
          <w:u w:val="single"/>
        </w:rPr>
      </w:pPr>
    </w:p>
    <w:p w:rsidR="007B491E" w:rsidRDefault="007B491E" w:rsidP="00DF64FD">
      <w:pPr>
        <w:pStyle w:val="NormalWeb"/>
        <w:jc w:val="center"/>
        <w:rPr>
          <w:b/>
          <w:u w:val="single"/>
        </w:rPr>
      </w:pPr>
    </w:p>
    <w:p w:rsidR="00E17115" w:rsidRDefault="00E17115" w:rsidP="00DF64FD">
      <w:pPr>
        <w:pStyle w:val="NormalWeb"/>
        <w:jc w:val="center"/>
        <w:rPr>
          <w:b/>
          <w:u w:val="single"/>
        </w:rPr>
      </w:pPr>
    </w:p>
    <w:p w:rsidR="00E17115" w:rsidRDefault="00A203BE" w:rsidP="00DF64FD">
      <w:pPr>
        <w:pStyle w:val="NormalWeb"/>
        <w:jc w:val="center"/>
        <w:rPr>
          <w:b/>
          <w:u w:val="single"/>
        </w:rPr>
      </w:pPr>
      <w:r>
        <w:rPr>
          <w:b/>
          <w:noProof/>
          <w:u w:val="single"/>
        </w:rPr>
        <mc:AlternateContent>
          <mc:Choice Requires="wps">
            <w:drawing>
              <wp:anchor distT="0" distB="0" distL="114300" distR="114300" simplePos="0" relativeHeight="251786240" behindDoc="0" locked="0" layoutInCell="1" allowOverlap="1" wp14:anchorId="2D042B00" wp14:editId="13F271B9">
                <wp:simplePos x="0" y="0"/>
                <wp:positionH relativeFrom="page">
                  <wp:posOffset>368134</wp:posOffset>
                </wp:positionH>
                <wp:positionV relativeFrom="paragraph">
                  <wp:posOffset>274980</wp:posOffset>
                </wp:positionV>
                <wp:extent cx="4524499" cy="3206496"/>
                <wp:effectExtent l="0" t="0" r="9525" b="0"/>
                <wp:wrapNone/>
                <wp:docPr id="122" name="Text Box 122"/>
                <wp:cNvGraphicFramePr/>
                <a:graphic xmlns:a="http://schemas.openxmlformats.org/drawingml/2006/main">
                  <a:graphicData uri="http://schemas.microsoft.com/office/word/2010/wordprocessingShape">
                    <wps:wsp>
                      <wps:cNvSpPr txBox="1"/>
                      <wps:spPr>
                        <a:xfrm>
                          <a:off x="0" y="0"/>
                          <a:ext cx="4524499" cy="320649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840" w:type="dxa"/>
                              <w:tblInd w:w="-100" w:type="dxa"/>
                              <w:tblLayout w:type="fixed"/>
                              <w:tblLook w:val="04A0" w:firstRow="1" w:lastRow="0" w:firstColumn="1" w:lastColumn="0" w:noHBand="0" w:noVBand="1"/>
                            </w:tblPr>
                            <w:tblGrid>
                              <w:gridCol w:w="1540"/>
                              <w:gridCol w:w="4130"/>
                              <w:gridCol w:w="1170"/>
                            </w:tblGrid>
                            <w:tr w:rsidR="003A37E7" w:rsidRPr="009B29F2" w:rsidTr="008F2D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40" w:type="dxa"/>
                                  <w:gridSpan w:val="3"/>
                                  <w:vAlign w:val="center"/>
                                </w:tcPr>
                                <w:p w:rsidR="003A37E7" w:rsidRPr="009B29F2" w:rsidRDefault="003A37E7" w:rsidP="00E17115">
                                  <w:pPr>
                                    <w:jc w:val="center"/>
                                    <w:rPr>
                                      <w:color w:val="FF0000"/>
                                    </w:rPr>
                                  </w:pPr>
                                  <w:r w:rsidRPr="009B29F2">
                                    <w:rPr>
                                      <w:color w:val="FF0000"/>
                                    </w:rPr>
                                    <w:t>BSC-INTEGRATED SCIENCE</w:t>
                                  </w:r>
                                  <w:r>
                                    <w:rPr>
                                      <w:color w:val="FF0000"/>
                                    </w:rPr>
                                    <w:t xml:space="preserve"> (MAJOR)</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40" w:type="dxa"/>
                                  <w:gridSpan w:val="3"/>
                                </w:tcPr>
                                <w:p w:rsidR="003A37E7" w:rsidRPr="009B29F2" w:rsidRDefault="003A37E7" w:rsidP="00F224E4">
                                  <w:pPr>
                                    <w:jc w:val="center"/>
                                    <w:rPr>
                                      <w:sz w:val="20"/>
                                      <w:szCs w:val="20"/>
                                    </w:rPr>
                                  </w:pPr>
                                  <w:r w:rsidRPr="009B29F2">
                                    <w:rPr>
                                      <w:sz w:val="20"/>
                                      <w:szCs w:val="20"/>
                                    </w:rPr>
                                    <w:t>JUNIOR YEAR (YEAR III) - SECOND SEMESTER</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40" w:type="dxa"/>
                                  <w:gridSpan w:val="3"/>
                                  <w:vAlign w:val="center"/>
                                </w:tcPr>
                                <w:p w:rsidR="003A37E7" w:rsidRPr="009B29F2" w:rsidRDefault="003A37E7" w:rsidP="00E17115">
                                  <w:pPr>
                                    <w:jc w:val="center"/>
                                  </w:pP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pPr>
                                  <w:r w:rsidRPr="009B29F2">
                                    <w:t>COURSE CODE</w:t>
                                  </w:r>
                                </w:p>
                              </w:tc>
                              <w:tc>
                                <w:tcPr>
                                  <w:tcW w:w="413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rPr>
                                  </w:pPr>
                                  <w:r w:rsidRPr="009B29F2">
                                    <w:rPr>
                                      <w:b/>
                                    </w:rPr>
                                    <w:t>COURSE TITLE</w:t>
                                  </w:r>
                                </w:p>
                              </w:tc>
                              <w:tc>
                                <w:tcPr>
                                  <w:tcW w:w="117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rPr>
                                  </w:pPr>
                                  <w:r w:rsidRPr="009B29F2">
                                    <w:rPr>
                                      <w:b/>
                                      <w:sz w:val="20"/>
                                      <w:szCs w:val="20"/>
                                    </w:rPr>
                                    <w:t>CREDIT HOURS</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sz w:val="20"/>
                                      <w:szCs w:val="20"/>
                                    </w:rPr>
                                  </w:pPr>
                                  <w:r w:rsidRPr="009B29F2">
                                    <w:rPr>
                                      <w:sz w:val="20"/>
                                      <w:szCs w:val="20"/>
                                    </w:rPr>
                                    <w:t>GEN 108</w:t>
                                  </w:r>
                                </w:p>
                              </w:tc>
                              <w:tc>
                                <w:tcPr>
                                  <w:tcW w:w="413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DYNAMIC OF FAITH 2</w:t>
                                  </w:r>
                                </w:p>
                              </w:tc>
                              <w:tc>
                                <w:tcPr>
                                  <w:tcW w:w="117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2</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sz w:val="20"/>
                                      <w:szCs w:val="20"/>
                                    </w:rPr>
                                  </w:pPr>
                                </w:p>
                              </w:tc>
                              <w:tc>
                                <w:tcPr>
                                  <w:tcW w:w="413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17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p>
                              </w:tc>
                              <w:tc>
                                <w:tcPr>
                                  <w:tcW w:w="413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17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p>
                              </w:tc>
                              <w:tc>
                                <w:tcPr>
                                  <w:tcW w:w="413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p>
                              </w:tc>
                              <w:tc>
                                <w:tcPr>
                                  <w:tcW w:w="117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p>
                              </w:tc>
                              <w:tc>
                                <w:tcPr>
                                  <w:tcW w:w="413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17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p>
                              </w:tc>
                              <w:tc>
                                <w:tcPr>
                                  <w:tcW w:w="413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17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p>
                              </w:tc>
                              <w:tc>
                                <w:tcPr>
                                  <w:tcW w:w="413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17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670" w:type="dxa"/>
                                  <w:gridSpan w:val="2"/>
                                  <w:vAlign w:val="center"/>
                                </w:tcPr>
                                <w:p w:rsidR="003A37E7" w:rsidRPr="009B29F2" w:rsidRDefault="003A37E7" w:rsidP="00E17115">
                                  <w:pPr>
                                    <w:jc w:val="center"/>
                                  </w:pPr>
                                  <w:r w:rsidRPr="009B29F2">
                                    <w:t xml:space="preserve">TOTAL </w:t>
                                  </w:r>
                                  <w:r w:rsidRPr="009B29F2">
                                    <w:rPr>
                                      <w:sz w:val="20"/>
                                      <w:szCs w:val="20"/>
                                    </w:rPr>
                                    <w:t>CREDIT HOURS</w:t>
                                  </w:r>
                                </w:p>
                              </w:tc>
                              <w:tc>
                                <w:tcPr>
                                  <w:tcW w:w="117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rPr>
                                  </w:pP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042B00" id="Text Box 122" o:spid="_x0000_s1168" type="#_x0000_t202" style="position:absolute;left:0;text-align:left;margin-left:29pt;margin-top:21.65pt;width:356.25pt;height:252.5pt;z-index:251786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" fillcolor="white [3201]" stroked="f" strokeweight=".5pt">
                <v:textbox>
                  <w:txbxContent>
                    <w:tbl>
                      <w:tblPr>
                        <w:tblStyle w:val="LightGrid"/>
                        <w:tblW w:w="6840" w:type="dxa"/>
                        <w:tblInd w:w="-100" w:type="dxa"/>
                        <w:tblLayout w:type="fixed"/>
                        <w:tblLook w:val="04A0" w:firstRow="1" w:lastRow="0" w:firstColumn="1" w:lastColumn="0" w:noHBand="0" w:noVBand="1"/>
                      </w:tblPr>
                      <w:tblGrid>
                        <w:gridCol w:w="1540"/>
                        <w:gridCol w:w="4130"/>
                        <w:gridCol w:w="1170"/>
                      </w:tblGrid>
                      <w:tr w:rsidR="003A37E7" w:rsidRPr="009B29F2" w:rsidTr="008F2D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40" w:type="dxa"/>
                            <w:gridSpan w:val="3"/>
                            <w:vAlign w:val="center"/>
                          </w:tcPr>
                          <w:p w:rsidR="003A37E7" w:rsidRPr="009B29F2" w:rsidRDefault="003A37E7" w:rsidP="00E17115">
                            <w:pPr>
                              <w:jc w:val="center"/>
                              <w:rPr>
                                <w:color w:val="FF0000"/>
                              </w:rPr>
                            </w:pPr>
                            <w:r w:rsidRPr="009B29F2">
                              <w:rPr>
                                <w:color w:val="FF0000"/>
                              </w:rPr>
                              <w:t>BSC-INTEGRATED SCIENCE</w:t>
                            </w:r>
                            <w:r>
                              <w:rPr>
                                <w:color w:val="FF0000"/>
                              </w:rPr>
                              <w:t xml:space="preserve"> (MAJOR)</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40" w:type="dxa"/>
                            <w:gridSpan w:val="3"/>
                          </w:tcPr>
                          <w:p w:rsidR="003A37E7" w:rsidRPr="009B29F2" w:rsidRDefault="003A37E7" w:rsidP="00F224E4">
                            <w:pPr>
                              <w:jc w:val="center"/>
                              <w:rPr>
                                <w:sz w:val="20"/>
                                <w:szCs w:val="20"/>
                              </w:rPr>
                            </w:pPr>
                            <w:r w:rsidRPr="009B29F2">
                              <w:rPr>
                                <w:sz w:val="20"/>
                                <w:szCs w:val="20"/>
                              </w:rPr>
                              <w:t>JUNIOR YEAR (YEAR III) - SECOND SEMESTER</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40" w:type="dxa"/>
                            <w:gridSpan w:val="3"/>
                            <w:vAlign w:val="center"/>
                          </w:tcPr>
                          <w:p w:rsidR="003A37E7" w:rsidRPr="009B29F2" w:rsidRDefault="003A37E7" w:rsidP="00E17115">
                            <w:pPr>
                              <w:jc w:val="center"/>
                            </w:pP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pPr>
                            <w:r w:rsidRPr="009B29F2">
                              <w:t>COURSE CODE</w:t>
                            </w:r>
                          </w:p>
                        </w:tc>
                        <w:tc>
                          <w:tcPr>
                            <w:tcW w:w="413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rPr>
                            </w:pPr>
                            <w:r w:rsidRPr="009B29F2">
                              <w:rPr>
                                <w:b/>
                              </w:rPr>
                              <w:t>COURSE TITLE</w:t>
                            </w:r>
                          </w:p>
                        </w:tc>
                        <w:tc>
                          <w:tcPr>
                            <w:tcW w:w="117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rPr>
                            </w:pPr>
                            <w:r w:rsidRPr="009B29F2">
                              <w:rPr>
                                <w:b/>
                                <w:sz w:val="20"/>
                                <w:szCs w:val="20"/>
                              </w:rPr>
                              <w:t>CREDIT HOURS</w:t>
                            </w:r>
                          </w:p>
                        </w:tc>
                      </w:tr>
                      <w:tr w:rsidR="003A37E7" w:rsidRPr="009B29F2" w:rsidTr="008F2D1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sz w:val="20"/>
                                <w:szCs w:val="20"/>
                              </w:rPr>
                            </w:pPr>
                            <w:r w:rsidRPr="009B29F2">
                              <w:rPr>
                                <w:sz w:val="20"/>
                                <w:szCs w:val="20"/>
                              </w:rPr>
                              <w:t>GEN 108</w:t>
                            </w:r>
                          </w:p>
                        </w:tc>
                        <w:tc>
                          <w:tcPr>
                            <w:tcW w:w="413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DYNAMIC OF FAITH 2</w:t>
                            </w:r>
                          </w:p>
                        </w:tc>
                        <w:tc>
                          <w:tcPr>
                            <w:tcW w:w="117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r w:rsidRPr="009B29F2">
                              <w:rPr>
                                <w:b/>
                                <w:sz w:val="20"/>
                                <w:szCs w:val="20"/>
                              </w:rPr>
                              <w:t>2</w:t>
                            </w:r>
                          </w:p>
                        </w:tc>
                      </w:tr>
                      <w:tr w:rsidR="003A37E7" w:rsidRPr="009B29F2" w:rsidTr="008F2D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sz w:val="20"/>
                                <w:szCs w:val="20"/>
                              </w:rPr>
                            </w:pPr>
                          </w:p>
                        </w:tc>
                        <w:tc>
                          <w:tcPr>
                            <w:tcW w:w="413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17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p>
                        </w:tc>
                        <w:tc>
                          <w:tcPr>
                            <w:tcW w:w="413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17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p>
                        </w:tc>
                        <w:tc>
                          <w:tcPr>
                            <w:tcW w:w="413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p>
                        </w:tc>
                        <w:tc>
                          <w:tcPr>
                            <w:tcW w:w="117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p>
                        </w:tc>
                        <w:tc>
                          <w:tcPr>
                            <w:tcW w:w="413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17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p>
                        </w:tc>
                        <w:tc>
                          <w:tcPr>
                            <w:tcW w:w="413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17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8F2D11">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540" w:type="dxa"/>
                            <w:vAlign w:val="center"/>
                          </w:tcPr>
                          <w:p w:rsidR="003A37E7" w:rsidRPr="009B29F2" w:rsidRDefault="003A37E7" w:rsidP="00E17115">
                            <w:pPr>
                              <w:jc w:val="center"/>
                              <w:rPr>
                                <w:rFonts w:ascii="Bahnschrift" w:hAnsi="Bahnschrift"/>
                                <w:sz w:val="20"/>
                                <w:szCs w:val="20"/>
                              </w:rPr>
                            </w:pPr>
                          </w:p>
                        </w:tc>
                        <w:tc>
                          <w:tcPr>
                            <w:tcW w:w="413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170" w:type="dxa"/>
                            <w:vAlign w:val="center"/>
                          </w:tcPr>
                          <w:p w:rsidR="003A37E7" w:rsidRPr="009B29F2" w:rsidRDefault="003A37E7" w:rsidP="00E17115">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8F2D11">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670" w:type="dxa"/>
                            <w:gridSpan w:val="2"/>
                            <w:vAlign w:val="center"/>
                          </w:tcPr>
                          <w:p w:rsidR="003A37E7" w:rsidRPr="009B29F2" w:rsidRDefault="003A37E7" w:rsidP="00E17115">
                            <w:pPr>
                              <w:jc w:val="center"/>
                            </w:pPr>
                            <w:r w:rsidRPr="009B29F2">
                              <w:t xml:space="preserve">TOTAL </w:t>
                            </w:r>
                            <w:r w:rsidRPr="009B29F2">
                              <w:rPr>
                                <w:sz w:val="20"/>
                                <w:szCs w:val="20"/>
                              </w:rPr>
                              <w:t>CREDIT HOURS</w:t>
                            </w:r>
                          </w:p>
                        </w:tc>
                        <w:tc>
                          <w:tcPr>
                            <w:tcW w:w="1170" w:type="dxa"/>
                            <w:vAlign w:val="center"/>
                          </w:tcPr>
                          <w:p w:rsidR="003A37E7" w:rsidRPr="009B29F2" w:rsidRDefault="003A37E7" w:rsidP="00E17115">
                            <w:pPr>
                              <w:jc w:val="center"/>
                              <w:cnfStyle w:val="000000100000" w:firstRow="0" w:lastRow="0" w:firstColumn="0" w:lastColumn="0" w:oddVBand="0" w:evenVBand="0" w:oddHBand="1" w:evenHBand="0" w:firstRowFirstColumn="0" w:firstRowLastColumn="0" w:lastRowFirstColumn="0" w:lastRowLastColumn="0"/>
                              <w:rPr>
                                <w:b/>
                              </w:rPr>
                            </w:pPr>
                          </w:p>
                        </w:tc>
                      </w:tr>
                    </w:tbl>
                    <w:p w:rsidR="003A37E7" w:rsidRDefault="003A37E7"/>
                  </w:txbxContent>
                </v:textbox>
                <w10:wrap anchorx="page"/>
              </v:shape>
            </w:pict>
          </mc:Fallback>
        </mc:AlternateContent>
      </w:r>
    </w:p>
    <w:p w:rsidR="00E17115" w:rsidRDefault="00E17115" w:rsidP="00DF64FD">
      <w:pPr>
        <w:pStyle w:val="NormalWeb"/>
        <w:jc w:val="center"/>
        <w:rPr>
          <w:b/>
          <w:u w:val="single"/>
        </w:rPr>
      </w:pPr>
    </w:p>
    <w:p w:rsidR="00E17115" w:rsidRDefault="00E17115" w:rsidP="00DF64FD">
      <w:pPr>
        <w:pStyle w:val="NormalWeb"/>
        <w:jc w:val="center"/>
        <w:rPr>
          <w:b/>
          <w:u w:val="single"/>
        </w:rPr>
      </w:pPr>
    </w:p>
    <w:p w:rsidR="00E17115" w:rsidRDefault="00E17115" w:rsidP="00DF64FD">
      <w:pPr>
        <w:pStyle w:val="NormalWeb"/>
        <w:jc w:val="center"/>
        <w:rPr>
          <w:b/>
          <w:u w:val="single"/>
        </w:rPr>
      </w:pPr>
    </w:p>
    <w:p w:rsidR="00E17115" w:rsidRDefault="00E17115" w:rsidP="00DF64FD">
      <w:pPr>
        <w:pStyle w:val="NormalWeb"/>
        <w:jc w:val="center"/>
        <w:rPr>
          <w:b/>
          <w:u w:val="single"/>
        </w:rPr>
      </w:pPr>
    </w:p>
    <w:p w:rsidR="00E17115" w:rsidRDefault="00E17115" w:rsidP="00DF64FD">
      <w:pPr>
        <w:pStyle w:val="NormalWeb"/>
        <w:jc w:val="center"/>
        <w:rPr>
          <w:b/>
          <w:u w:val="single"/>
        </w:rPr>
      </w:pPr>
    </w:p>
    <w:p w:rsidR="00E17115" w:rsidRDefault="00E17115" w:rsidP="00DF64FD">
      <w:pPr>
        <w:pStyle w:val="NormalWeb"/>
        <w:jc w:val="center"/>
        <w:rPr>
          <w:b/>
          <w:u w:val="single"/>
        </w:rPr>
      </w:pPr>
    </w:p>
    <w:p w:rsidR="00E17115" w:rsidRDefault="00E17115" w:rsidP="00DF64FD">
      <w:pPr>
        <w:pStyle w:val="NormalWeb"/>
        <w:jc w:val="center"/>
        <w:rPr>
          <w:b/>
          <w:u w:val="single"/>
        </w:rPr>
      </w:pPr>
    </w:p>
    <w:p w:rsidR="00E17115" w:rsidRDefault="00E17115" w:rsidP="00DF64FD">
      <w:pPr>
        <w:pStyle w:val="NormalWeb"/>
        <w:jc w:val="center"/>
        <w:rPr>
          <w:b/>
          <w:u w:val="single"/>
        </w:rPr>
      </w:pPr>
    </w:p>
    <w:p w:rsidR="00E17115" w:rsidRDefault="0097372A" w:rsidP="00DF64FD">
      <w:pPr>
        <w:pStyle w:val="NormalWeb"/>
        <w:jc w:val="center"/>
        <w:rPr>
          <w:b/>
          <w:u w:val="single"/>
        </w:rPr>
      </w:pPr>
      <w:r>
        <w:rPr>
          <w:b/>
          <w:noProof/>
          <w:u w:val="single"/>
        </w:rPr>
        <w:lastRenderedPageBreak/>
        <mc:AlternateContent>
          <mc:Choice Requires="wps">
            <w:drawing>
              <wp:anchor distT="0" distB="0" distL="114300" distR="114300" simplePos="0" relativeHeight="251856896" behindDoc="0" locked="0" layoutInCell="1" allowOverlap="1" wp14:anchorId="4DAB2E2B" wp14:editId="3B16F476">
                <wp:simplePos x="0" y="0"/>
                <wp:positionH relativeFrom="column">
                  <wp:posOffset>-1309989</wp:posOffset>
                </wp:positionH>
                <wp:positionV relativeFrom="paragraph">
                  <wp:posOffset>-64416</wp:posOffset>
                </wp:positionV>
                <wp:extent cx="4572000" cy="2987040"/>
                <wp:effectExtent l="0" t="0" r="0" b="3810"/>
                <wp:wrapNone/>
                <wp:docPr id="143" name="Text Box 143"/>
                <wp:cNvGraphicFramePr/>
                <a:graphic xmlns:a="http://schemas.openxmlformats.org/drawingml/2006/main">
                  <a:graphicData uri="http://schemas.microsoft.com/office/word/2010/wordprocessingShape">
                    <wps:wsp>
                      <wps:cNvSpPr txBox="1"/>
                      <wps:spPr>
                        <a:xfrm>
                          <a:off x="0" y="0"/>
                          <a:ext cx="4572000" cy="29870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840" w:type="dxa"/>
                              <w:tblInd w:w="80" w:type="dxa"/>
                              <w:tblLayout w:type="fixed"/>
                              <w:tblLook w:val="04A0" w:firstRow="1" w:lastRow="0" w:firstColumn="1" w:lastColumn="0" w:noHBand="0" w:noVBand="1"/>
                            </w:tblPr>
                            <w:tblGrid>
                              <w:gridCol w:w="1741"/>
                              <w:gridCol w:w="4019"/>
                              <w:gridCol w:w="1080"/>
                            </w:tblGrid>
                            <w:tr w:rsidR="003A37E7" w:rsidRPr="009B29F2" w:rsidTr="002D7EC8">
                              <w:trPr>
                                <w:cnfStyle w:val="100000000000" w:firstRow="1" w:lastRow="0" w:firstColumn="0" w:lastColumn="0" w:oddVBand="0" w:evenVBand="0" w:oddHBand="0"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6840" w:type="dxa"/>
                                  <w:gridSpan w:val="3"/>
                                  <w:vAlign w:val="center"/>
                                </w:tcPr>
                                <w:p w:rsidR="003A37E7" w:rsidRPr="009B29F2" w:rsidRDefault="003A37E7" w:rsidP="002D7EC8">
                                  <w:pPr>
                                    <w:jc w:val="center"/>
                                    <w:rPr>
                                      <w:color w:val="FF0000"/>
                                    </w:rPr>
                                  </w:pPr>
                                  <w:r w:rsidRPr="009B29F2">
                                    <w:rPr>
                                      <w:color w:val="FF0000"/>
                                    </w:rPr>
                                    <w:t>BSC-INTEGRATED SCIENCE</w:t>
                                  </w: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6840" w:type="dxa"/>
                                  <w:gridSpan w:val="3"/>
                                </w:tcPr>
                                <w:p w:rsidR="003A37E7" w:rsidRPr="009B29F2" w:rsidRDefault="003A37E7" w:rsidP="002D7EC8">
                                  <w:pPr>
                                    <w:jc w:val="center"/>
                                    <w:rPr>
                                      <w:sz w:val="20"/>
                                      <w:szCs w:val="20"/>
                                    </w:rPr>
                                  </w:pPr>
                                  <w:r w:rsidRPr="009B29F2">
                                    <w:rPr>
                                      <w:sz w:val="20"/>
                                      <w:szCs w:val="20"/>
                                    </w:rPr>
                                    <w:t>SENIOR YEAR (YEAR IV) - FIRST SEMESTER</w:t>
                                  </w: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6840" w:type="dxa"/>
                                  <w:gridSpan w:val="3"/>
                                  <w:vAlign w:val="center"/>
                                </w:tcPr>
                                <w:p w:rsidR="003A37E7" w:rsidRPr="009B29F2" w:rsidRDefault="003A37E7" w:rsidP="002D7EC8">
                                  <w:pPr>
                                    <w:jc w:val="cente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pPr>
                                  <w:r w:rsidRPr="009B29F2">
                                    <w:t>COURSE CODE</w:t>
                                  </w:r>
                                </w:p>
                              </w:tc>
                              <w:tc>
                                <w:tcPr>
                                  <w:tcW w:w="4019"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rPr>
                                  </w:pPr>
                                  <w:r w:rsidRPr="009B29F2">
                                    <w:rPr>
                                      <w:b/>
                                    </w:rPr>
                                    <w:t>COURSE TITLE</w:t>
                                  </w:r>
                                </w:p>
                              </w:tc>
                              <w:tc>
                                <w:tcPr>
                                  <w:tcW w:w="108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rPr>
                                  </w:pPr>
                                  <w:r w:rsidRPr="009B29F2">
                                    <w:rPr>
                                      <w:b/>
                                      <w:sz w:val="20"/>
                                      <w:szCs w:val="20"/>
                                    </w:rPr>
                                    <w:t>CREDIT HOURS</w:t>
                                  </w: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rPr>
                                      <w:sz w:val="20"/>
                                      <w:szCs w:val="20"/>
                                    </w:rPr>
                                  </w:pPr>
                                </w:p>
                              </w:tc>
                              <w:tc>
                                <w:tcPr>
                                  <w:tcW w:w="4019"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08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rPr>
                                      <w:sz w:val="20"/>
                                      <w:szCs w:val="20"/>
                                    </w:rPr>
                                  </w:pPr>
                                </w:p>
                              </w:tc>
                              <w:tc>
                                <w:tcPr>
                                  <w:tcW w:w="4019"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08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371"/>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rPr>
                                      <w:rFonts w:ascii="Bahnschrift" w:hAnsi="Bahnschrift"/>
                                      <w:sz w:val="20"/>
                                      <w:szCs w:val="20"/>
                                    </w:rPr>
                                  </w:pPr>
                                </w:p>
                              </w:tc>
                              <w:tc>
                                <w:tcPr>
                                  <w:tcW w:w="4019"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08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rPr>
                                      <w:rFonts w:ascii="Bahnschrift" w:hAnsi="Bahnschrift"/>
                                      <w:sz w:val="20"/>
                                      <w:szCs w:val="20"/>
                                    </w:rPr>
                                  </w:pPr>
                                </w:p>
                              </w:tc>
                              <w:tc>
                                <w:tcPr>
                                  <w:tcW w:w="4019"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p>
                              </w:tc>
                              <w:tc>
                                <w:tcPr>
                                  <w:tcW w:w="108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rPr>
                                      <w:rFonts w:ascii="Bahnschrift" w:hAnsi="Bahnschrift"/>
                                      <w:sz w:val="20"/>
                                      <w:szCs w:val="20"/>
                                    </w:rPr>
                                  </w:pPr>
                                </w:p>
                              </w:tc>
                              <w:tc>
                                <w:tcPr>
                                  <w:tcW w:w="4019"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08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rPr>
                                      <w:rFonts w:ascii="Bahnschrift" w:hAnsi="Bahnschrift"/>
                                      <w:sz w:val="20"/>
                                      <w:szCs w:val="20"/>
                                    </w:rPr>
                                  </w:pPr>
                                </w:p>
                              </w:tc>
                              <w:tc>
                                <w:tcPr>
                                  <w:tcW w:w="4019"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08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rPr>
                                      <w:rFonts w:ascii="Bahnschrift" w:hAnsi="Bahnschrift"/>
                                      <w:sz w:val="20"/>
                                      <w:szCs w:val="20"/>
                                    </w:rPr>
                                  </w:pPr>
                                </w:p>
                              </w:tc>
                              <w:tc>
                                <w:tcPr>
                                  <w:tcW w:w="4019"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08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5760" w:type="dxa"/>
                                  <w:gridSpan w:val="2"/>
                                  <w:vAlign w:val="center"/>
                                </w:tcPr>
                                <w:p w:rsidR="003A37E7" w:rsidRPr="009B29F2" w:rsidRDefault="003A37E7" w:rsidP="002D7EC8">
                                  <w:pPr>
                                    <w:jc w:val="center"/>
                                  </w:pPr>
                                  <w:r w:rsidRPr="009B29F2">
                                    <w:t>TOTAL</w:t>
                                  </w:r>
                                  <w:r w:rsidRPr="009B29F2">
                                    <w:rPr>
                                      <w:sz w:val="20"/>
                                      <w:szCs w:val="20"/>
                                    </w:rPr>
                                    <w:t xml:space="preserve"> CREDIT HOURS</w:t>
                                  </w:r>
                                </w:p>
                              </w:tc>
                              <w:tc>
                                <w:tcPr>
                                  <w:tcW w:w="108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rPr>
                                  </w:pP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AB2E2B" id="Text Box 143" o:spid="_x0000_s1169" type="#_x0000_t202" style="position:absolute;left:0;text-align:left;margin-left:-103.15pt;margin-top:-5.05pt;width:5in;height:235.2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" fillcolor="white [3201]" stroked="f" strokeweight=".5pt">
                <v:textbox>
                  <w:txbxContent>
                    <w:tbl>
                      <w:tblPr>
                        <w:tblStyle w:val="LightGrid"/>
                        <w:tblW w:w="6840" w:type="dxa"/>
                        <w:tblInd w:w="80" w:type="dxa"/>
                        <w:tblLayout w:type="fixed"/>
                        <w:tblLook w:val="04A0" w:firstRow="1" w:lastRow="0" w:firstColumn="1" w:lastColumn="0" w:noHBand="0" w:noVBand="1"/>
                      </w:tblPr>
                      <w:tblGrid>
                        <w:gridCol w:w="1741"/>
                        <w:gridCol w:w="4019"/>
                        <w:gridCol w:w="1080"/>
                      </w:tblGrid>
                      <w:tr w:rsidR="003A37E7" w:rsidRPr="009B29F2" w:rsidTr="002D7EC8">
                        <w:trPr>
                          <w:cnfStyle w:val="100000000000" w:firstRow="1" w:lastRow="0" w:firstColumn="0" w:lastColumn="0" w:oddVBand="0" w:evenVBand="0" w:oddHBand="0"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6840" w:type="dxa"/>
                            <w:gridSpan w:val="3"/>
                            <w:vAlign w:val="center"/>
                          </w:tcPr>
                          <w:p w:rsidR="003A37E7" w:rsidRPr="009B29F2" w:rsidRDefault="003A37E7" w:rsidP="002D7EC8">
                            <w:pPr>
                              <w:jc w:val="center"/>
                              <w:rPr>
                                <w:color w:val="FF0000"/>
                              </w:rPr>
                            </w:pPr>
                            <w:r w:rsidRPr="009B29F2">
                              <w:rPr>
                                <w:color w:val="FF0000"/>
                              </w:rPr>
                              <w:t>BSC-INTEGRATED SCIENCE</w:t>
                            </w: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6840" w:type="dxa"/>
                            <w:gridSpan w:val="3"/>
                          </w:tcPr>
                          <w:p w:rsidR="003A37E7" w:rsidRPr="009B29F2" w:rsidRDefault="003A37E7" w:rsidP="002D7EC8">
                            <w:pPr>
                              <w:jc w:val="center"/>
                              <w:rPr>
                                <w:sz w:val="20"/>
                                <w:szCs w:val="20"/>
                              </w:rPr>
                            </w:pPr>
                            <w:r w:rsidRPr="009B29F2">
                              <w:rPr>
                                <w:sz w:val="20"/>
                                <w:szCs w:val="20"/>
                              </w:rPr>
                              <w:t>SENIOR YEAR (YEAR IV) - FIRST SEMESTER</w:t>
                            </w: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6840" w:type="dxa"/>
                            <w:gridSpan w:val="3"/>
                            <w:vAlign w:val="center"/>
                          </w:tcPr>
                          <w:p w:rsidR="003A37E7" w:rsidRPr="009B29F2" w:rsidRDefault="003A37E7" w:rsidP="002D7EC8">
                            <w:pPr>
                              <w:jc w:val="cente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459"/>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pPr>
                            <w:r w:rsidRPr="009B29F2">
                              <w:t>COURSE CODE</w:t>
                            </w:r>
                          </w:p>
                        </w:tc>
                        <w:tc>
                          <w:tcPr>
                            <w:tcW w:w="4019"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rPr>
                            </w:pPr>
                            <w:r w:rsidRPr="009B29F2">
                              <w:rPr>
                                <w:b/>
                              </w:rPr>
                              <w:t>COURSE TITLE</w:t>
                            </w:r>
                          </w:p>
                        </w:tc>
                        <w:tc>
                          <w:tcPr>
                            <w:tcW w:w="108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rPr>
                            </w:pPr>
                            <w:r w:rsidRPr="009B29F2">
                              <w:rPr>
                                <w:b/>
                                <w:sz w:val="20"/>
                                <w:szCs w:val="20"/>
                              </w:rPr>
                              <w:t>CREDIT HOURS</w:t>
                            </w: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rPr>
                                <w:sz w:val="20"/>
                                <w:szCs w:val="20"/>
                              </w:rPr>
                            </w:pPr>
                          </w:p>
                        </w:tc>
                        <w:tc>
                          <w:tcPr>
                            <w:tcW w:w="4019"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08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rPr>
                                <w:sz w:val="20"/>
                                <w:szCs w:val="20"/>
                              </w:rPr>
                            </w:pPr>
                          </w:p>
                        </w:tc>
                        <w:tc>
                          <w:tcPr>
                            <w:tcW w:w="4019"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08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371"/>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rPr>
                                <w:rFonts w:ascii="Bahnschrift" w:hAnsi="Bahnschrift"/>
                                <w:sz w:val="20"/>
                                <w:szCs w:val="20"/>
                              </w:rPr>
                            </w:pPr>
                          </w:p>
                        </w:tc>
                        <w:tc>
                          <w:tcPr>
                            <w:tcW w:w="4019"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08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rPr>
                                <w:rFonts w:ascii="Bahnschrift" w:hAnsi="Bahnschrift"/>
                                <w:sz w:val="20"/>
                                <w:szCs w:val="20"/>
                              </w:rPr>
                            </w:pPr>
                          </w:p>
                        </w:tc>
                        <w:tc>
                          <w:tcPr>
                            <w:tcW w:w="4019"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p>
                        </w:tc>
                        <w:tc>
                          <w:tcPr>
                            <w:tcW w:w="108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rPr>
                                <w:rFonts w:ascii="Bahnschrift" w:hAnsi="Bahnschrift"/>
                                <w:sz w:val="20"/>
                                <w:szCs w:val="20"/>
                              </w:rPr>
                            </w:pPr>
                          </w:p>
                        </w:tc>
                        <w:tc>
                          <w:tcPr>
                            <w:tcW w:w="4019"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08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rPr>
                                <w:rFonts w:ascii="Bahnschrift" w:hAnsi="Bahnschrift"/>
                                <w:sz w:val="20"/>
                                <w:szCs w:val="20"/>
                              </w:rPr>
                            </w:pPr>
                          </w:p>
                        </w:tc>
                        <w:tc>
                          <w:tcPr>
                            <w:tcW w:w="4019"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08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741" w:type="dxa"/>
                            <w:vAlign w:val="center"/>
                          </w:tcPr>
                          <w:p w:rsidR="003A37E7" w:rsidRPr="009B29F2" w:rsidRDefault="003A37E7" w:rsidP="002D7EC8">
                            <w:pPr>
                              <w:jc w:val="center"/>
                              <w:rPr>
                                <w:rFonts w:ascii="Bahnschrift" w:hAnsi="Bahnschrift"/>
                                <w:sz w:val="20"/>
                                <w:szCs w:val="20"/>
                              </w:rPr>
                            </w:pPr>
                          </w:p>
                        </w:tc>
                        <w:tc>
                          <w:tcPr>
                            <w:tcW w:w="4019"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08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5760" w:type="dxa"/>
                            <w:gridSpan w:val="2"/>
                            <w:vAlign w:val="center"/>
                          </w:tcPr>
                          <w:p w:rsidR="003A37E7" w:rsidRPr="009B29F2" w:rsidRDefault="003A37E7" w:rsidP="002D7EC8">
                            <w:pPr>
                              <w:jc w:val="center"/>
                            </w:pPr>
                            <w:r w:rsidRPr="009B29F2">
                              <w:t>TOTAL</w:t>
                            </w:r>
                            <w:r w:rsidRPr="009B29F2">
                              <w:rPr>
                                <w:sz w:val="20"/>
                                <w:szCs w:val="20"/>
                              </w:rPr>
                              <w:t xml:space="preserve"> CREDIT HOURS</w:t>
                            </w:r>
                          </w:p>
                        </w:tc>
                        <w:tc>
                          <w:tcPr>
                            <w:tcW w:w="108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rPr>
                            </w:pPr>
                          </w:p>
                        </w:tc>
                      </w:tr>
                    </w:tbl>
                    <w:p w:rsidR="003A37E7" w:rsidRDefault="003A37E7"/>
                  </w:txbxContent>
                </v:textbox>
              </v:shape>
            </w:pict>
          </mc:Fallback>
        </mc:AlternateContent>
      </w:r>
    </w:p>
    <w:p w:rsidR="00E17115" w:rsidRDefault="00E17115" w:rsidP="00DF64FD">
      <w:pPr>
        <w:pStyle w:val="NormalWeb"/>
        <w:jc w:val="center"/>
        <w:rPr>
          <w:b/>
          <w:u w:val="single"/>
        </w:rPr>
      </w:pPr>
    </w:p>
    <w:p w:rsidR="00E17115" w:rsidRDefault="00E17115" w:rsidP="00DF64FD">
      <w:pPr>
        <w:pStyle w:val="NormalWeb"/>
        <w:jc w:val="center"/>
        <w:rPr>
          <w:b/>
          <w:u w:val="single"/>
        </w:rPr>
      </w:pPr>
    </w:p>
    <w:p w:rsidR="00E17115" w:rsidRDefault="00E17115" w:rsidP="008C0123">
      <w:pPr>
        <w:pStyle w:val="NormalWeb"/>
        <w:rPr>
          <w:b/>
          <w:u w:val="single"/>
        </w:rPr>
      </w:pPr>
    </w:p>
    <w:p w:rsidR="002D7EC8" w:rsidRDefault="00DF64FD" w:rsidP="00865BB1">
      <w:pPr>
        <w:pStyle w:val="NormalWeb"/>
        <w:jc w:val="center"/>
        <w:rPr>
          <w:b/>
          <w:u w:val="single"/>
        </w:rPr>
      </w:pPr>
      <w:r>
        <w:br/>
      </w:r>
    </w:p>
    <w:p w:rsidR="002D7EC8" w:rsidRDefault="002D7EC8" w:rsidP="00865BB1">
      <w:pPr>
        <w:pStyle w:val="NormalWeb"/>
        <w:jc w:val="center"/>
        <w:rPr>
          <w:b/>
          <w:u w:val="single"/>
        </w:rPr>
      </w:pPr>
    </w:p>
    <w:p w:rsidR="002D7EC8" w:rsidRDefault="002D7EC8" w:rsidP="00865BB1">
      <w:pPr>
        <w:pStyle w:val="NormalWeb"/>
        <w:jc w:val="center"/>
        <w:rPr>
          <w:b/>
          <w:u w:val="single"/>
        </w:rPr>
      </w:pPr>
    </w:p>
    <w:p w:rsidR="002D7EC8" w:rsidRDefault="0097372A" w:rsidP="00865BB1">
      <w:pPr>
        <w:pStyle w:val="NormalWeb"/>
        <w:jc w:val="center"/>
        <w:rPr>
          <w:b/>
          <w:u w:val="single"/>
        </w:rPr>
      </w:pPr>
      <w:r>
        <w:rPr>
          <w:noProof/>
        </w:rPr>
        <mc:AlternateContent>
          <mc:Choice Requires="wps">
            <w:drawing>
              <wp:anchor distT="0" distB="0" distL="114300" distR="114300" simplePos="0" relativeHeight="251859968" behindDoc="0" locked="0" layoutInCell="1" allowOverlap="1" wp14:anchorId="57DA51F4" wp14:editId="6D86E9D6">
                <wp:simplePos x="0" y="0"/>
                <wp:positionH relativeFrom="column">
                  <wp:posOffset>-1308405</wp:posOffset>
                </wp:positionH>
                <wp:positionV relativeFrom="paragraph">
                  <wp:posOffset>430703</wp:posOffset>
                </wp:positionV>
                <wp:extent cx="4572000" cy="3145536"/>
                <wp:effectExtent l="0" t="0" r="0" b="0"/>
                <wp:wrapNone/>
                <wp:docPr id="162" name="Text Box 162"/>
                <wp:cNvGraphicFramePr/>
                <a:graphic xmlns:a="http://schemas.openxmlformats.org/drawingml/2006/main">
                  <a:graphicData uri="http://schemas.microsoft.com/office/word/2010/wordprocessingShape">
                    <wps:wsp>
                      <wps:cNvSpPr txBox="1"/>
                      <wps:spPr>
                        <a:xfrm>
                          <a:off x="0" y="0"/>
                          <a:ext cx="4572000" cy="314553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LightGrid"/>
                              <w:tblW w:w="6920" w:type="dxa"/>
                              <w:tblLayout w:type="fixed"/>
                              <w:tblLook w:val="04A0" w:firstRow="1" w:lastRow="0" w:firstColumn="1" w:lastColumn="0" w:noHBand="0" w:noVBand="1"/>
                            </w:tblPr>
                            <w:tblGrid>
                              <w:gridCol w:w="1190"/>
                              <w:gridCol w:w="4470"/>
                              <w:gridCol w:w="1260"/>
                            </w:tblGrid>
                            <w:tr w:rsidR="003A37E7" w:rsidRPr="009B29F2" w:rsidTr="002D7E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0" w:type="dxa"/>
                                  <w:gridSpan w:val="3"/>
                                  <w:vAlign w:val="center"/>
                                </w:tcPr>
                                <w:p w:rsidR="003A37E7" w:rsidRPr="009B29F2" w:rsidRDefault="003A37E7" w:rsidP="002D7EC8">
                                  <w:pPr>
                                    <w:jc w:val="center"/>
                                    <w:rPr>
                                      <w:color w:val="FF0000"/>
                                    </w:rPr>
                                  </w:pPr>
                                  <w:r w:rsidRPr="009B29F2">
                                    <w:rPr>
                                      <w:color w:val="FF0000"/>
                                    </w:rPr>
                                    <w:t>BSC-INTEGRATED SCIENCE</w:t>
                                  </w:r>
                                </w:p>
                              </w:tc>
                            </w:tr>
                            <w:tr w:rsidR="003A37E7" w:rsidRPr="009B29F2" w:rsidTr="002D7E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0" w:type="dxa"/>
                                  <w:gridSpan w:val="3"/>
                                  <w:vAlign w:val="center"/>
                                </w:tcPr>
                                <w:p w:rsidR="003A37E7" w:rsidRPr="009B29F2" w:rsidRDefault="003A37E7" w:rsidP="002D7EC8">
                                  <w:pPr>
                                    <w:spacing w:after="120" w:line="360" w:lineRule="auto"/>
                                    <w:jc w:val="center"/>
                                    <w:rPr>
                                      <w:sz w:val="20"/>
                                      <w:szCs w:val="20"/>
                                    </w:rPr>
                                  </w:pPr>
                                  <w:r w:rsidRPr="009B29F2">
                                    <w:rPr>
                                      <w:sz w:val="20"/>
                                      <w:szCs w:val="20"/>
                                    </w:rPr>
                                    <w:t>SENIOR YEAR (YEAR IV) - SECOND SEMESTER</w:t>
                                  </w:r>
                                </w:p>
                              </w:tc>
                            </w:tr>
                            <w:tr w:rsidR="003A37E7" w:rsidRPr="009B29F2" w:rsidTr="002D7EC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0" w:type="dxa"/>
                                  <w:gridSpan w:val="3"/>
                                  <w:vAlign w:val="center"/>
                                </w:tcPr>
                                <w:p w:rsidR="003A37E7" w:rsidRPr="009B29F2" w:rsidRDefault="003A37E7" w:rsidP="002D7EC8">
                                  <w:pPr>
                                    <w:jc w:val="cente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pPr>
                                  <w:r w:rsidRPr="009B29F2">
                                    <w:t>COURSE CODE</w:t>
                                  </w:r>
                                </w:p>
                              </w:tc>
                              <w:tc>
                                <w:tcPr>
                                  <w:tcW w:w="447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rPr>
                                  </w:pPr>
                                  <w:r w:rsidRPr="009B29F2">
                                    <w:rPr>
                                      <w:b/>
                                    </w:rPr>
                                    <w:t>COURSE TITLE</w:t>
                                  </w:r>
                                </w:p>
                              </w:tc>
                              <w:tc>
                                <w:tcPr>
                                  <w:tcW w:w="126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rPr>
                                  </w:pPr>
                                  <w:r w:rsidRPr="009B29F2">
                                    <w:rPr>
                                      <w:b/>
                                      <w:sz w:val="20"/>
                                      <w:szCs w:val="20"/>
                                    </w:rPr>
                                    <w:t>CREDIT HOURS</w:t>
                                  </w:r>
                                </w:p>
                              </w:tc>
                            </w:tr>
                            <w:tr w:rsidR="003A37E7" w:rsidRPr="009B29F2" w:rsidTr="002D7EC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rPr>
                                      <w:sz w:val="20"/>
                                      <w:szCs w:val="20"/>
                                    </w:rPr>
                                  </w:pPr>
                                </w:p>
                              </w:tc>
                              <w:tc>
                                <w:tcPr>
                                  <w:tcW w:w="447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26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rPr>
                                      <w:sz w:val="20"/>
                                      <w:szCs w:val="20"/>
                                    </w:rPr>
                                  </w:pPr>
                                </w:p>
                              </w:tc>
                              <w:tc>
                                <w:tcPr>
                                  <w:tcW w:w="447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26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rPr>
                                      <w:rFonts w:ascii="Bahnschrift" w:hAnsi="Bahnschrift"/>
                                      <w:sz w:val="20"/>
                                      <w:szCs w:val="20"/>
                                    </w:rPr>
                                  </w:pPr>
                                </w:p>
                              </w:tc>
                              <w:tc>
                                <w:tcPr>
                                  <w:tcW w:w="447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26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rPr>
                                      <w:rFonts w:ascii="Bahnschrift" w:hAnsi="Bahnschrift"/>
                                      <w:sz w:val="20"/>
                                      <w:szCs w:val="20"/>
                                    </w:rPr>
                                  </w:pPr>
                                </w:p>
                              </w:tc>
                              <w:tc>
                                <w:tcPr>
                                  <w:tcW w:w="447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p>
                              </w:tc>
                              <w:tc>
                                <w:tcPr>
                                  <w:tcW w:w="126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rPr>
                                      <w:rFonts w:ascii="Bahnschrift" w:hAnsi="Bahnschrift"/>
                                      <w:sz w:val="20"/>
                                      <w:szCs w:val="20"/>
                                    </w:rPr>
                                  </w:pPr>
                                </w:p>
                              </w:tc>
                              <w:tc>
                                <w:tcPr>
                                  <w:tcW w:w="447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26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rPr>
                                      <w:rFonts w:ascii="Bahnschrift" w:hAnsi="Bahnschrift"/>
                                      <w:sz w:val="20"/>
                                      <w:szCs w:val="20"/>
                                    </w:rPr>
                                  </w:pPr>
                                </w:p>
                              </w:tc>
                              <w:tc>
                                <w:tcPr>
                                  <w:tcW w:w="447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26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rPr>
                                      <w:rFonts w:ascii="Bahnschrift" w:hAnsi="Bahnschrift"/>
                                      <w:sz w:val="20"/>
                                      <w:szCs w:val="20"/>
                                    </w:rPr>
                                  </w:pPr>
                                </w:p>
                              </w:tc>
                              <w:tc>
                                <w:tcPr>
                                  <w:tcW w:w="447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26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660" w:type="dxa"/>
                                  <w:gridSpan w:val="2"/>
                                  <w:vAlign w:val="center"/>
                                </w:tcPr>
                                <w:p w:rsidR="003A37E7" w:rsidRPr="009B29F2" w:rsidRDefault="003A37E7" w:rsidP="002D7EC8">
                                  <w:pPr>
                                    <w:jc w:val="center"/>
                                  </w:pPr>
                                  <w:r w:rsidRPr="009B29F2">
                                    <w:t xml:space="preserve">TOTAL </w:t>
                                  </w:r>
                                  <w:r w:rsidRPr="009B29F2">
                                    <w:rPr>
                                      <w:sz w:val="20"/>
                                      <w:szCs w:val="20"/>
                                    </w:rPr>
                                    <w:t xml:space="preserve"> CREDIT HOURS</w:t>
                                  </w:r>
                                </w:p>
                              </w:tc>
                              <w:tc>
                                <w:tcPr>
                                  <w:tcW w:w="126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rPr>
                                  </w:pP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DA51F4" id="Text Box 162" o:spid="_x0000_s1170" type="#_x0000_t202" style="position:absolute;left:0;text-align:left;margin-left:-103pt;margin-top:33.9pt;width:5in;height:247.7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" fillcolor="white [3201]" stroked="f" strokeweight=".5pt">
                <v:textbox>
                  <w:txbxContent>
                    <w:tbl>
                      <w:tblPr>
                        <w:tblStyle w:val="LightGrid"/>
                        <w:tblW w:w="6920" w:type="dxa"/>
                        <w:tblLayout w:type="fixed"/>
                        <w:tblLook w:val="04A0" w:firstRow="1" w:lastRow="0" w:firstColumn="1" w:lastColumn="0" w:noHBand="0" w:noVBand="1"/>
                      </w:tblPr>
                      <w:tblGrid>
                        <w:gridCol w:w="1190"/>
                        <w:gridCol w:w="4470"/>
                        <w:gridCol w:w="1260"/>
                      </w:tblGrid>
                      <w:tr w:rsidR="003A37E7" w:rsidRPr="009B29F2" w:rsidTr="002D7E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0" w:type="dxa"/>
                            <w:gridSpan w:val="3"/>
                            <w:vAlign w:val="center"/>
                          </w:tcPr>
                          <w:p w:rsidR="003A37E7" w:rsidRPr="009B29F2" w:rsidRDefault="003A37E7" w:rsidP="002D7EC8">
                            <w:pPr>
                              <w:jc w:val="center"/>
                              <w:rPr>
                                <w:color w:val="FF0000"/>
                              </w:rPr>
                            </w:pPr>
                            <w:r w:rsidRPr="009B29F2">
                              <w:rPr>
                                <w:color w:val="FF0000"/>
                              </w:rPr>
                              <w:t>BSC-INTEGRATED SCIENCE</w:t>
                            </w:r>
                          </w:p>
                        </w:tc>
                      </w:tr>
                      <w:tr w:rsidR="003A37E7" w:rsidRPr="009B29F2" w:rsidTr="002D7E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0" w:type="dxa"/>
                            <w:gridSpan w:val="3"/>
                            <w:vAlign w:val="center"/>
                          </w:tcPr>
                          <w:p w:rsidR="003A37E7" w:rsidRPr="009B29F2" w:rsidRDefault="003A37E7" w:rsidP="002D7EC8">
                            <w:pPr>
                              <w:spacing w:after="120" w:line="360" w:lineRule="auto"/>
                              <w:jc w:val="center"/>
                              <w:rPr>
                                <w:sz w:val="20"/>
                                <w:szCs w:val="20"/>
                              </w:rPr>
                            </w:pPr>
                            <w:r w:rsidRPr="009B29F2">
                              <w:rPr>
                                <w:sz w:val="20"/>
                                <w:szCs w:val="20"/>
                              </w:rPr>
                              <w:t>SENIOR YEAR (YEAR IV) - SECOND SEMESTER</w:t>
                            </w:r>
                          </w:p>
                        </w:tc>
                      </w:tr>
                      <w:tr w:rsidR="003A37E7" w:rsidRPr="009B29F2" w:rsidTr="002D7EC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20" w:type="dxa"/>
                            <w:gridSpan w:val="3"/>
                            <w:vAlign w:val="center"/>
                          </w:tcPr>
                          <w:p w:rsidR="003A37E7" w:rsidRPr="009B29F2" w:rsidRDefault="003A37E7" w:rsidP="002D7EC8">
                            <w:pPr>
                              <w:jc w:val="cente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pPr>
                            <w:r w:rsidRPr="009B29F2">
                              <w:t>COURSE CODE</w:t>
                            </w:r>
                          </w:p>
                        </w:tc>
                        <w:tc>
                          <w:tcPr>
                            <w:tcW w:w="447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rPr>
                            </w:pPr>
                            <w:r w:rsidRPr="009B29F2">
                              <w:rPr>
                                <w:b/>
                              </w:rPr>
                              <w:t>COURSE TITLE</w:t>
                            </w:r>
                          </w:p>
                        </w:tc>
                        <w:tc>
                          <w:tcPr>
                            <w:tcW w:w="126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rPr>
                            </w:pPr>
                            <w:r w:rsidRPr="009B29F2">
                              <w:rPr>
                                <w:b/>
                                <w:sz w:val="20"/>
                                <w:szCs w:val="20"/>
                              </w:rPr>
                              <w:t>CREDIT HOURS</w:t>
                            </w:r>
                          </w:p>
                        </w:tc>
                      </w:tr>
                      <w:tr w:rsidR="003A37E7" w:rsidRPr="009B29F2" w:rsidTr="002D7EC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rPr>
                                <w:sz w:val="20"/>
                                <w:szCs w:val="20"/>
                              </w:rPr>
                            </w:pPr>
                          </w:p>
                        </w:tc>
                        <w:tc>
                          <w:tcPr>
                            <w:tcW w:w="447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26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rPr>
                                <w:sz w:val="20"/>
                                <w:szCs w:val="20"/>
                              </w:rPr>
                            </w:pPr>
                          </w:p>
                        </w:tc>
                        <w:tc>
                          <w:tcPr>
                            <w:tcW w:w="447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26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rPr>
                                <w:rFonts w:ascii="Bahnschrift" w:hAnsi="Bahnschrift"/>
                                <w:sz w:val="20"/>
                                <w:szCs w:val="20"/>
                              </w:rPr>
                            </w:pPr>
                          </w:p>
                        </w:tc>
                        <w:tc>
                          <w:tcPr>
                            <w:tcW w:w="447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26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rPr>
                                <w:rFonts w:ascii="Bahnschrift" w:hAnsi="Bahnschrift"/>
                                <w:sz w:val="20"/>
                                <w:szCs w:val="20"/>
                              </w:rPr>
                            </w:pPr>
                          </w:p>
                        </w:tc>
                        <w:tc>
                          <w:tcPr>
                            <w:tcW w:w="447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rFonts w:ascii="Bahnschrift" w:hAnsi="Bahnschrift"/>
                                <w:b/>
                                <w:sz w:val="20"/>
                                <w:szCs w:val="20"/>
                              </w:rPr>
                            </w:pPr>
                          </w:p>
                        </w:tc>
                        <w:tc>
                          <w:tcPr>
                            <w:tcW w:w="126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439"/>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rPr>
                                <w:rFonts w:ascii="Bahnschrift" w:hAnsi="Bahnschrift"/>
                                <w:sz w:val="20"/>
                                <w:szCs w:val="20"/>
                              </w:rPr>
                            </w:pPr>
                          </w:p>
                        </w:tc>
                        <w:tc>
                          <w:tcPr>
                            <w:tcW w:w="447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rFonts w:ascii="Bahnschrift" w:hAnsi="Bahnschrift"/>
                                <w:b/>
                                <w:sz w:val="20"/>
                                <w:szCs w:val="20"/>
                              </w:rPr>
                            </w:pPr>
                          </w:p>
                        </w:tc>
                        <w:tc>
                          <w:tcPr>
                            <w:tcW w:w="126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rPr>
                                <w:rFonts w:ascii="Bahnschrift" w:hAnsi="Bahnschrift"/>
                                <w:sz w:val="20"/>
                                <w:szCs w:val="20"/>
                              </w:rPr>
                            </w:pPr>
                          </w:p>
                        </w:tc>
                        <w:tc>
                          <w:tcPr>
                            <w:tcW w:w="447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c>
                          <w:tcPr>
                            <w:tcW w:w="126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sz w:val="20"/>
                                <w:szCs w:val="20"/>
                              </w:rPr>
                            </w:pPr>
                          </w:p>
                        </w:tc>
                      </w:tr>
                      <w:tr w:rsidR="003A37E7" w:rsidRPr="009B29F2" w:rsidTr="002D7EC8">
                        <w:trPr>
                          <w:cnfStyle w:val="000000010000" w:firstRow="0" w:lastRow="0" w:firstColumn="0" w:lastColumn="0" w:oddVBand="0" w:evenVBand="0" w:oddHBand="0" w:evenHBand="1"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190" w:type="dxa"/>
                            <w:vAlign w:val="center"/>
                          </w:tcPr>
                          <w:p w:rsidR="003A37E7" w:rsidRPr="009B29F2" w:rsidRDefault="003A37E7" w:rsidP="002D7EC8">
                            <w:pPr>
                              <w:jc w:val="center"/>
                              <w:rPr>
                                <w:rFonts w:ascii="Bahnschrift" w:hAnsi="Bahnschrift"/>
                                <w:sz w:val="20"/>
                                <w:szCs w:val="20"/>
                              </w:rPr>
                            </w:pPr>
                          </w:p>
                        </w:tc>
                        <w:tc>
                          <w:tcPr>
                            <w:tcW w:w="447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c>
                          <w:tcPr>
                            <w:tcW w:w="1260" w:type="dxa"/>
                            <w:vAlign w:val="center"/>
                          </w:tcPr>
                          <w:p w:rsidR="003A37E7" w:rsidRPr="009B29F2" w:rsidRDefault="003A37E7" w:rsidP="002D7EC8">
                            <w:pPr>
                              <w:jc w:val="center"/>
                              <w:cnfStyle w:val="000000010000" w:firstRow="0" w:lastRow="0" w:firstColumn="0" w:lastColumn="0" w:oddVBand="0" w:evenVBand="0" w:oddHBand="0" w:evenHBand="1" w:firstRowFirstColumn="0" w:firstRowLastColumn="0" w:lastRowFirstColumn="0" w:lastRowLastColumn="0"/>
                              <w:rPr>
                                <w:b/>
                                <w:sz w:val="20"/>
                                <w:szCs w:val="20"/>
                              </w:rPr>
                            </w:pPr>
                          </w:p>
                        </w:tc>
                      </w:tr>
                      <w:tr w:rsidR="003A37E7" w:rsidRPr="009B29F2" w:rsidTr="002D7EC8">
                        <w:trPr>
                          <w:cnfStyle w:val="000000100000" w:firstRow="0" w:lastRow="0" w:firstColumn="0" w:lastColumn="0" w:oddVBand="0" w:evenVBand="0" w:oddHBand="1" w:evenHBand="0" w:firstRowFirstColumn="0" w:firstRowLastColumn="0" w:lastRowFirstColumn="0" w:lastRowLastColumn="0"/>
                          <w:trHeight w:val="418"/>
                        </w:trPr>
                        <w:tc>
                          <w:tcPr>
                            <w:cnfStyle w:val="001000000000" w:firstRow="0" w:lastRow="0" w:firstColumn="1" w:lastColumn="0" w:oddVBand="0" w:evenVBand="0" w:oddHBand="0" w:evenHBand="0" w:firstRowFirstColumn="0" w:firstRowLastColumn="0" w:lastRowFirstColumn="0" w:lastRowLastColumn="0"/>
                            <w:tcW w:w="5660" w:type="dxa"/>
                            <w:gridSpan w:val="2"/>
                            <w:vAlign w:val="center"/>
                          </w:tcPr>
                          <w:p w:rsidR="003A37E7" w:rsidRPr="009B29F2" w:rsidRDefault="003A37E7" w:rsidP="002D7EC8">
                            <w:pPr>
                              <w:jc w:val="center"/>
                            </w:pPr>
                            <w:r w:rsidRPr="009B29F2">
                              <w:t xml:space="preserve">TOTAL </w:t>
                            </w:r>
                            <w:r w:rsidRPr="009B29F2">
                              <w:rPr>
                                <w:sz w:val="20"/>
                                <w:szCs w:val="20"/>
                              </w:rPr>
                              <w:t xml:space="preserve"> CREDIT HOURS</w:t>
                            </w:r>
                          </w:p>
                        </w:tc>
                        <w:tc>
                          <w:tcPr>
                            <w:tcW w:w="1260" w:type="dxa"/>
                            <w:vAlign w:val="center"/>
                          </w:tcPr>
                          <w:p w:rsidR="003A37E7" w:rsidRPr="009B29F2" w:rsidRDefault="003A37E7" w:rsidP="002D7EC8">
                            <w:pPr>
                              <w:jc w:val="center"/>
                              <w:cnfStyle w:val="000000100000" w:firstRow="0" w:lastRow="0" w:firstColumn="0" w:lastColumn="0" w:oddVBand="0" w:evenVBand="0" w:oddHBand="1" w:evenHBand="0" w:firstRowFirstColumn="0" w:firstRowLastColumn="0" w:lastRowFirstColumn="0" w:lastRowLastColumn="0"/>
                              <w:rPr>
                                <w:b/>
                              </w:rPr>
                            </w:pPr>
                          </w:p>
                        </w:tc>
                      </w:tr>
                    </w:tbl>
                    <w:p w:rsidR="003A37E7" w:rsidRDefault="003A37E7"/>
                  </w:txbxContent>
                </v:textbox>
              </v:shape>
            </w:pict>
          </mc:Fallback>
        </mc:AlternateContent>
      </w:r>
    </w:p>
    <w:p w:rsidR="002D7EC8" w:rsidRDefault="002D7EC8" w:rsidP="00865BB1">
      <w:pPr>
        <w:pStyle w:val="NormalWeb"/>
        <w:jc w:val="center"/>
        <w:rPr>
          <w:b/>
          <w:u w:val="single"/>
        </w:rPr>
      </w:pPr>
    </w:p>
    <w:p w:rsidR="002D7EC8" w:rsidRDefault="002D7EC8" w:rsidP="00865BB1">
      <w:pPr>
        <w:pStyle w:val="NormalWeb"/>
        <w:jc w:val="center"/>
        <w:rPr>
          <w:b/>
          <w:u w:val="single"/>
        </w:rPr>
      </w:pPr>
    </w:p>
    <w:p w:rsidR="002D7EC8" w:rsidRDefault="002D7EC8" w:rsidP="00865BB1">
      <w:pPr>
        <w:pStyle w:val="NormalWeb"/>
        <w:jc w:val="center"/>
        <w:rPr>
          <w:b/>
          <w:u w:val="single"/>
        </w:rPr>
      </w:pPr>
    </w:p>
    <w:p w:rsidR="002D7EC8" w:rsidRDefault="002D7EC8" w:rsidP="00865BB1">
      <w:pPr>
        <w:pStyle w:val="NormalWeb"/>
        <w:jc w:val="center"/>
        <w:rPr>
          <w:b/>
          <w:u w:val="single"/>
        </w:rPr>
      </w:pPr>
    </w:p>
    <w:p w:rsidR="002D7EC8" w:rsidRDefault="002D7EC8" w:rsidP="00865BB1">
      <w:pPr>
        <w:pStyle w:val="NormalWeb"/>
        <w:jc w:val="center"/>
        <w:rPr>
          <w:b/>
          <w:u w:val="single"/>
        </w:rPr>
      </w:pPr>
    </w:p>
    <w:p w:rsidR="002D7EC8" w:rsidRDefault="002D7EC8" w:rsidP="00865BB1">
      <w:pPr>
        <w:pStyle w:val="NormalWeb"/>
        <w:jc w:val="center"/>
        <w:rPr>
          <w:b/>
          <w:u w:val="single"/>
        </w:rPr>
      </w:pPr>
    </w:p>
    <w:p w:rsidR="002D7EC8" w:rsidRDefault="002D7EC8" w:rsidP="00865BB1">
      <w:pPr>
        <w:pStyle w:val="NormalWeb"/>
        <w:jc w:val="center"/>
        <w:rPr>
          <w:b/>
          <w:u w:val="single"/>
        </w:rPr>
      </w:pPr>
    </w:p>
    <w:p w:rsidR="002D7EC8" w:rsidRDefault="0097372A" w:rsidP="00865BB1">
      <w:pPr>
        <w:pStyle w:val="NormalWeb"/>
        <w:jc w:val="center"/>
        <w:rPr>
          <w:b/>
          <w:u w:val="single"/>
        </w:rPr>
      </w:pPr>
      <w:r>
        <w:rPr>
          <w:b/>
          <w:noProof/>
          <w:u w:val="single"/>
        </w:rPr>
        <mc:AlternateContent>
          <mc:Choice Requires="wps">
            <w:drawing>
              <wp:anchor distT="0" distB="0" distL="114300" distR="114300" simplePos="0" relativeHeight="251852800" behindDoc="0" locked="0" layoutInCell="1" allowOverlap="1" wp14:anchorId="3085AE17" wp14:editId="13747CF4">
                <wp:simplePos x="0" y="0"/>
                <wp:positionH relativeFrom="page">
                  <wp:posOffset>128385</wp:posOffset>
                </wp:positionH>
                <wp:positionV relativeFrom="paragraph">
                  <wp:posOffset>791853</wp:posOffset>
                </wp:positionV>
                <wp:extent cx="4523105" cy="585216"/>
                <wp:effectExtent l="57150" t="38100" r="67945" b="100965"/>
                <wp:wrapNone/>
                <wp:docPr id="126" name="Text Box 126"/>
                <wp:cNvGraphicFramePr/>
                <a:graphic xmlns:a="http://schemas.openxmlformats.org/drawingml/2006/main">
                  <a:graphicData uri="http://schemas.microsoft.com/office/word/2010/wordprocessingShape">
                    <wps:wsp>
                      <wps:cNvSpPr txBox="1"/>
                      <wps:spPr>
                        <a:xfrm>
                          <a:off x="0" y="0"/>
                          <a:ext cx="4523105" cy="585216"/>
                        </a:xfrm>
                        <a:prstGeom prst="rect">
                          <a:avLst/>
                        </a:prstGeom>
                        <a:ln/>
                      </wps:spPr>
                      <wps:style>
                        <a:lnRef idx="1">
                          <a:schemeClr val="accent1"/>
                        </a:lnRef>
                        <a:fillRef idx="2">
                          <a:schemeClr val="accent1"/>
                        </a:fillRef>
                        <a:effectRef idx="1">
                          <a:schemeClr val="accent1"/>
                        </a:effectRef>
                        <a:fontRef idx="minor">
                          <a:schemeClr val="dk1"/>
                        </a:fontRef>
                      </wps:style>
                      <wps:txbx>
                        <w:txbxContent>
                          <w:tbl>
                            <w:tblPr>
                              <w:tblStyle w:val="TableGrid"/>
                              <w:tblW w:w="7020" w:type="dxa"/>
                              <w:tblInd w:w="-165" w:type="dxa"/>
                              <w:tblBorders>
                                <w:top w:val="thinThickSmallGap" w:sz="48" w:space="0" w:color="auto"/>
                                <w:left w:val="thinThickSmallGap" w:sz="48" w:space="0" w:color="auto"/>
                                <w:bottom w:val="thinThickSmallGap" w:sz="48" w:space="0" w:color="auto"/>
                                <w:right w:val="thinThickSmallGap" w:sz="48" w:space="0" w:color="auto"/>
                                <w:insideH w:val="thinThickSmallGap" w:sz="48" w:space="0" w:color="auto"/>
                                <w:insideV w:val="thinThickSmallGap" w:sz="48" w:space="0" w:color="auto"/>
                              </w:tblBorders>
                              <w:tblLook w:val="04A0" w:firstRow="1" w:lastRow="0" w:firstColumn="1" w:lastColumn="0" w:noHBand="0" w:noVBand="1"/>
                            </w:tblPr>
                            <w:tblGrid>
                              <w:gridCol w:w="3164"/>
                              <w:gridCol w:w="3856"/>
                            </w:tblGrid>
                            <w:tr w:rsidR="003A37E7" w:rsidTr="00D32B59">
                              <w:trPr>
                                <w:trHeight w:val="534"/>
                              </w:trPr>
                              <w:tc>
                                <w:tcPr>
                                  <w:tcW w:w="3164" w:type="dxa"/>
                                  <w:vAlign w:val="center"/>
                                </w:tcPr>
                                <w:p w:rsidR="003A37E7" w:rsidRDefault="003A37E7" w:rsidP="00D32B59">
                                  <w:pPr>
                                    <w:jc w:val="center"/>
                                  </w:pPr>
                                  <w:r>
                                    <w:t>TOTAL CREDIT HOURS</w:t>
                                  </w:r>
                                </w:p>
                              </w:tc>
                              <w:tc>
                                <w:tcPr>
                                  <w:tcW w:w="3856" w:type="dxa"/>
                                  <w:vAlign w:val="center"/>
                                </w:tcPr>
                                <w:p w:rsidR="003A37E7" w:rsidRDefault="003A37E7" w:rsidP="00D32B59">
                                  <w:pPr>
                                    <w:jc w:val="center"/>
                                  </w:pPr>
                                </w:p>
                              </w:tc>
                            </w:tr>
                          </w:tbl>
                          <w:p w:rsidR="003A37E7" w:rsidRPr="00712810" w:rsidRDefault="003A37E7" w:rsidP="00F224E4">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85AE17" id="Text Box 126" o:spid="_x0000_s1171" type="#_x0000_t202" style="position:absolute;left:0;text-align:left;margin-left:10.1pt;margin-top:62.35pt;width:356.15pt;height:46.1pt;z-index:251852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" fillcolor="#a7bfde [1620]" strokecolor="#4579b8 [3044]">
                <v:fill color2="#e4ecf5 [500]" rotate="t" angle="180" colors="0 #a3c4ff;22938f #bfd5ff;1 #e5eeff" focus="100%" type="gradient"/>
                <v:shadow on="t" color="black" opacity="24903f" origin=",.5" offset="0,.55556mm"/>
                <v:textbox>
                  <w:txbxContent>
                    <w:tbl>
                      <w:tblPr>
                        <w:tblStyle w:val="TableGrid"/>
                        <w:tblW w:w="7020" w:type="dxa"/>
                        <w:tblInd w:w="-165" w:type="dxa"/>
                        <w:tblBorders>
                          <w:top w:val="thinThickSmallGap" w:sz="48" w:space="0" w:color="auto"/>
                          <w:left w:val="thinThickSmallGap" w:sz="48" w:space="0" w:color="auto"/>
                          <w:bottom w:val="thinThickSmallGap" w:sz="48" w:space="0" w:color="auto"/>
                          <w:right w:val="thinThickSmallGap" w:sz="48" w:space="0" w:color="auto"/>
                          <w:insideH w:val="thinThickSmallGap" w:sz="48" w:space="0" w:color="auto"/>
                          <w:insideV w:val="thinThickSmallGap" w:sz="48" w:space="0" w:color="auto"/>
                        </w:tblBorders>
                        <w:tblLook w:val="04A0" w:firstRow="1" w:lastRow="0" w:firstColumn="1" w:lastColumn="0" w:noHBand="0" w:noVBand="1"/>
                      </w:tblPr>
                      <w:tblGrid>
                        <w:gridCol w:w="3164"/>
                        <w:gridCol w:w="3856"/>
                      </w:tblGrid>
                      <w:tr w:rsidR="003A37E7" w:rsidTr="00D32B59">
                        <w:trPr>
                          <w:trHeight w:val="534"/>
                        </w:trPr>
                        <w:tc>
                          <w:tcPr>
                            <w:tcW w:w="3164" w:type="dxa"/>
                            <w:vAlign w:val="center"/>
                          </w:tcPr>
                          <w:p w:rsidR="003A37E7" w:rsidRDefault="003A37E7" w:rsidP="00D32B59">
                            <w:pPr>
                              <w:jc w:val="center"/>
                            </w:pPr>
                            <w:r>
                              <w:t>TOTAL CREDIT HOURS</w:t>
                            </w:r>
                          </w:p>
                        </w:tc>
                        <w:tc>
                          <w:tcPr>
                            <w:tcW w:w="3856" w:type="dxa"/>
                            <w:vAlign w:val="center"/>
                          </w:tcPr>
                          <w:p w:rsidR="003A37E7" w:rsidRDefault="003A37E7" w:rsidP="00D32B59">
                            <w:pPr>
                              <w:jc w:val="center"/>
                            </w:pPr>
                          </w:p>
                        </w:tc>
                      </w:tr>
                    </w:tbl>
                    <w:p w:rsidR="003A37E7" w:rsidRPr="00712810" w:rsidRDefault="003A37E7" w:rsidP="00F224E4">
                      <w:pPr>
                        <w:rPr>
                          <w:sz w:val="24"/>
                          <w:szCs w:val="24"/>
                        </w:rPr>
                      </w:pPr>
                    </w:p>
                  </w:txbxContent>
                </v:textbox>
                <w10:wrap anchorx="page"/>
              </v:shape>
            </w:pict>
          </mc:Fallback>
        </mc:AlternateContent>
      </w:r>
    </w:p>
    <w:p w:rsidR="002D7EC8" w:rsidRDefault="0097372A" w:rsidP="00865BB1">
      <w:pPr>
        <w:pStyle w:val="NormalWeb"/>
        <w:jc w:val="center"/>
        <w:rPr>
          <w:b/>
          <w:u w:val="single"/>
        </w:rPr>
      </w:pPr>
      <w:r>
        <w:rPr>
          <w:noProof/>
        </w:rPr>
        <w:lastRenderedPageBreak/>
        <mc:AlternateContent>
          <mc:Choice Requires="wps">
            <w:drawing>
              <wp:anchor distT="0" distB="0" distL="114300" distR="114300" simplePos="0" relativeHeight="251858944" behindDoc="0" locked="0" layoutInCell="1" allowOverlap="1" wp14:anchorId="5415CBB2" wp14:editId="6334571C">
                <wp:simplePos x="0" y="0"/>
                <wp:positionH relativeFrom="column">
                  <wp:posOffset>-418647</wp:posOffset>
                </wp:positionH>
                <wp:positionV relativeFrom="paragraph">
                  <wp:posOffset>314325</wp:posOffset>
                </wp:positionV>
                <wp:extent cx="3962400" cy="1158240"/>
                <wp:effectExtent l="57150" t="38100" r="76200" b="99060"/>
                <wp:wrapSquare wrapText="bothSides"/>
                <wp:docPr id="91" name="Text Box 91"/>
                <wp:cNvGraphicFramePr/>
                <a:graphic xmlns:a="http://schemas.openxmlformats.org/drawingml/2006/main">
                  <a:graphicData uri="http://schemas.microsoft.com/office/word/2010/wordprocessingShape">
                    <wps:wsp>
                      <wps:cNvSpPr txBox="1"/>
                      <wps:spPr>
                        <a:xfrm>
                          <a:off x="0" y="0"/>
                          <a:ext cx="3962400" cy="1158240"/>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E70A6D" w:rsidRDefault="003A37E7" w:rsidP="00E70A6D">
                            <w:pPr>
                              <w:pStyle w:val="NormalWeb"/>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70A6D">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ALLIED HEALTH SCIENCES (CAHS)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15CBB2" id="Text Box 91" o:spid="_x0000_s1172" type="#_x0000_t202" style="position:absolute;left:0;text-align:left;margin-left:-32.95pt;margin-top:24.75pt;width:312pt;height:91.2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" fillcolor="#a7bfde [1620]" strokecolor="#4579b8 [3044]">
                <v:fill color2="#e4ecf5 [500]" rotate="t" angle="180" colors="0 #a3c4ff;22938f #bfd5ff;1 #e5eeff" focus="100%" type="gradient"/>
                <v:shadow on="t" color="black" opacity="24903f" origin=",.5" offset="0,.55556mm"/>
                <v:textbox>
                  <w:txbxContent>
                    <w:p w:rsidR="003A37E7" w:rsidRPr="00E70A6D" w:rsidRDefault="003A37E7" w:rsidP="00E70A6D">
                      <w:pPr>
                        <w:pStyle w:val="NormalWeb"/>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70A6D">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ALLIED HEALTH SCIENCES (CAHS)</w:t>
                      </w:r>
                    </w:p>
                  </w:txbxContent>
                </v:textbox>
                <w10:wrap type="square"/>
              </v:shape>
            </w:pict>
          </mc:Fallback>
        </mc:AlternateContent>
      </w:r>
    </w:p>
    <w:p w:rsidR="002D7EC8" w:rsidRDefault="002D7EC8" w:rsidP="00865BB1">
      <w:pPr>
        <w:pStyle w:val="NormalWeb"/>
        <w:jc w:val="center"/>
        <w:rPr>
          <w:b/>
          <w:u w:val="single"/>
        </w:rPr>
      </w:pPr>
    </w:p>
    <w:p w:rsidR="002D7EC8" w:rsidRDefault="0097372A" w:rsidP="00865BB1">
      <w:pPr>
        <w:pStyle w:val="NormalWeb"/>
        <w:jc w:val="center"/>
        <w:rPr>
          <w:b/>
          <w:u w:val="single"/>
        </w:rPr>
      </w:pPr>
      <w:r>
        <w:rPr>
          <w:b/>
          <w:noProof/>
          <w:u w:val="single"/>
        </w:rPr>
        <mc:AlternateContent>
          <mc:Choice Requires="wps">
            <w:drawing>
              <wp:anchor distT="0" distB="0" distL="114300" distR="114300" simplePos="0" relativeHeight="251890688" behindDoc="0" locked="0" layoutInCell="1" allowOverlap="1" wp14:anchorId="58557656" wp14:editId="61A99DB4">
                <wp:simplePos x="0" y="0"/>
                <wp:positionH relativeFrom="column">
                  <wp:posOffset>30480</wp:posOffset>
                </wp:positionH>
                <wp:positionV relativeFrom="paragraph">
                  <wp:posOffset>30661</wp:posOffset>
                </wp:positionV>
                <wp:extent cx="2962275" cy="572770"/>
                <wp:effectExtent l="57150" t="38100" r="66675" b="74930"/>
                <wp:wrapNone/>
                <wp:docPr id="194" name="Text Box 194"/>
                <wp:cNvGraphicFramePr/>
                <a:graphic xmlns:a="http://schemas.openxmlformats.org/drawingml/2006/main">
                  <a:graphicData uri="http://schemas.microsoft.com/office/word/2010/wordprocessingShape">
                    <wps:wsp>
                      <wps:cNvSpPr txBox="1"/>
                      <wps:spPr>
                        <a:xfrm>
                          <a:off x="0" y="0"/>
                          <a:ext cx="2962275" cy="572770"/>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1D6221" w:rsidRDefault="003A37E7" w:rsidP="007A034F">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D6221">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w:t>
                            </w:r>
                            <w:r w:rsidRPr="001D6221">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8557656" id="Text Box 194" o:spid="_x0000_s1173" type="#_x0000_t202" style="position:absolute;left:0;text-align:left;margin-left:2.4pt;margin-top:2.4pt;width:233.25pt;height:45.1pt;z-index:251890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" fillcolor="#a7bfde [1620]" stroked="f">
                <v:fill color2="#e4ecf5 [500]" rotate="t" angle="180" colors="0 #a3c4ff;22938f #bfd5ff;1 #e5eeff" focus="100%" type="gradient"/>
                <v:shadow on="t" color="black" opacity="24903f" origin=",.5" offset="0,.55556mm"/>
                <v:textbox>
                  <w:txbxContent>
                    <w:p w:rsidR="003A37E7" w:rsidRPr="001D6221" w:rsidRDefault="003A37E7" w:rsidP="007A034F">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D6221">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w:t>
                      </w:r>
                      <w:r w:rsidRPr="001D6221">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p>
                  </w:txbxContent>
                </v:textbox>
              </v:shape>
            </w:pict>
          </mc:Fallback>
        </mc:AlternateContent>
      </w:r>
    </w:p>
    <w:p w:rsidR="002D7EC8" w:rsidRDefault="002D7EC8" w:rsidP="00865BB1">
      <w:pPr>
        <w:pStyle w:val="NormalWeb"/>
        <w:jc w:val="center"/>
        <w:rPr>
          <w:b/>
          <w:u w:val="single"/>
        </w:rPr>
      </w:pPr>
    </w:p>
    <w:p w:rsidR="002D7EC8" w:rsidRDefault="00DF64FD" w:rsidP="00452A04">
      <w:pPr>
        <w:pStyle w:val="NormalWeb"/>
        <w:jc w:val="both"/>
      </w:pPr>
      <w:r>
        <w:t xml:space="preserve">The College of Allied Health Sciences prepares students to protect and improve community health through two departments: </w:t>
      </w:r>
      <w:r w:rsidRPr="0041186D">
        <w:rPr>
          <w:b/>
          <w:i/>
        </w:rPr>
        <w:t>Public Health and Medical Laboratory Technology</w:t>
      </w:r>
      <w:r>
        <w:t xml:space="preserve">. CAHS blends </w:t>
      </w:r>
    </w:p>
    <w:p w:rsidR="002D7EC8" w:rsidRDefault="002D7EC8" w:rsidP="00452A04">
      <w:pPr>
        <w:pStyle w:val="NormalWeb"/>
        <w:jc w:val="both"/>
      </w:pPr>
    </w:p>
    <w:p w:rsidR="00DF64FD" w:rsidRPr="00865BB1" w:rsidRDefault="00242915" w:rsidP="00452A04">
      <w:pPr>
        <w:pStyle w:val="NormalWeb"/>
        <w:jc w:val="both"/>
        <w:rPr>
          <w:b/>
          <w:u w:val="single"/>
        </w:rPr>
      </w:pPr>
      <w:r>
        <w:t>Classroom</w:t>
      </w:r>
      <w:r w:rsidR="00DF64FD">
        <w:t xml:space="preserve"> learning with laboratory practice, fieldwork, and ethical professionalism so graduates can prevent disease, strengthen diagnostics, and support evidence-based decisions across Liberia’s health system.</w:t>
      </w:r>
    </w:p>
    <w:p w:rsidR="001D6221" w:rsidRDefault="00DF64FD" w:rsidP="00DF64FD">
      <w:pPr>
        <w:pStyle w:val="NormalWeb"/>
        <w:jc w:val="center"/>
      </w:pPr>
      <w:r w:rsidRPr="00131637">
        <w:br/>
      </w:r>
    </w:p>
    <w:p w:rsidR="00452A04" w:rsidRDefault="00452A04" w:rsidP="00DF64FD">
      <w:pPr>
        <w:pStyle w:val="NormalWeb"/>
        <w:jc w:val="center"/>
      </w:pPr>
    </w:p>
    <w:p w:rsidR="00452A04" w:rsidRDefault="00452A04" w:rsidP="00452A04">
      <w:pPr>
        <w:pStyle w:val="NormalWeb"/>
        <w:jc w:val="center"/>
      </w:pPr>
    </w:p>
    <w:p w:rsidR="00DF64FD" w:rsidRDefault="00452A04" w:rsidP="00452A04">
      <w:pPr>
        <w:pStyle w:val="NormalWeb"/>
        <w:jc w:val="center"/>
      </w:pPr>
      <w:r>
        <w:rPr>
          <w:noProof/>
        </w:rPr>
        <mc:AlternateContent>
          <mc:Choice Requires="wps">
            <w:drawing>
              <wp:anchor distT="0" distB="0" distL="114300" distR="114300" simplePos="0" relativeHeight="251891712" behindDoc="0" locked="0" layoutInCell="1" allowOverlap="1" wp14:anchorId="06AC626C" wp14:editId="1E4886C1">
                <wp:simplePos x="0" y="0"/>
                <wp:positionH relativeFrom="column">
                  <wp:posOffset>80772</wp:posOffset>
                </wp:positionH>
                <wp:positionV relativeFrom="paragraph">
                  <wp:posOffset>-677672</wp:posOffset>
                </wp:positionV>
                <wp:extent cx="2694051" cy="499872"/>
                <wp:effectExtent l="57150" t="38100" r="49530" b="71755"/>
                <wp:wrapNone/>
                <wp:docPr id="195" name="Text Box 195"/>
                <wp:cNvGraphicFramePr/>
                <a:graphic xmlns:a="http://schemas.openxmlformats.org/drawingml/2006/main">
                  <a:graphicData uri="http://schemas.microsoft.com/office/word/2010/wordprocessingShape">
                    <wps:wsp>
                      <wps:cNvSpPr txBox="1"/>
                      <wps:spPr>
                        <a:xfrm>
                          <a:off x="0" y="0"/>
                          <a:ext cx="2694051" cy="499872"/>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1D6221" w:rsidRDefault="003A37E7" w:rsidP="001D6221">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D6221">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AC626C" id="Text Box 195" o:spid="_x0000_s1174" type="#_x0000_t202" style="position:absolute;left:0;text-align:left;margin-left:6.35pt;margin-top:-53.35pt;width:212.15pt;height:39.35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" fillcolor="#a7bfde [1620]" stroked="f">
                <v:fill color2="#e4ecf5 [500]" rotate="t" angle="180" colors="0 #a3c4ff;22938f #bfd5ff;1 #e5eeff" focus="100%" type="gradient"/>
                <v:shadow on="t" color="black" opacity="24903f" origin=",.5" offset="0,.55556mm"/>
                <v:textbox>
                  <w:txbxContent>
                    <w:p w:rsidR="003A37E7" w:rsidRPr="001D6221" w:rsidRDefault="003A37E7" w:rsidP="001D6221">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D6221">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VISION</w:t>
                      </w:r>
                    </w:p>
                  </w:txbxContent>
                </v:textbox>
              </v:shape>
            </w:pict>
          </mc:Fallback>
        </mc:AlternateContent>
      </w:r>
      <w:r w:rsidR="00DF64FD">
        <w:t>To be a trusted source of skilled, ethical allied-health professionals who advance population health, diagnostic excellence, and health-system resilience in Liberia and beyond.</w:t>
      </w:r>
    </w:p>
    <w:p w:rsidR="00452A04" w:rsidRDefault="00452A04" w:rsidP="00DF64FD">
      <w:pPr>
        <w:pStyle w:val="NormalWeb"/>
        <w:jc w:val="center"/>
      </w:pPr>
      <w:r>
        <w:rPr>
          <w:noProof/>
        </w:rPr>
        <mc:AlternateContent>
          <mc:Choice Requires="wps">
            <w:drawing>
              <wp:anchor distT="0" distB="0" distL="114300" distR="114300" simplePos="0" relativeHeight="251892736" behindDoc="0" locked="0" layoutInCell="1" allowOverlap="1" wp14:anchorId="3EEB1D4E" wp14:editId="5CD00430">
                <wp:simplePos x="0" y="0"/>
                <wp:positionH relativeFrom="column">
                  <wp:posOffset>95250</wp:posOffset>
                </wp:positionH>
                <wp:positionV relativeFrom="paragraph">
                  <wp:posOffset>308356</wp:posOffset>
                </wp:positionV>
                <wp:extent cx="2718816" cy="451104"/>
                <wp:effectExtent l="57150" t="38100" r="81915" b="101600"/>
                <wp:wrapNone/>
                <wp:docPr id="196" name="Text Box 196"/>
                <wp:cNvGraphicFramePr/>
                <a:graphic xmlns:a="http://schemas.openxmlformats.org/drawingml/2006/main">
                  <a:graphicData uri="http://schemas.microsoft.com/office/word/2010/wordprocessingShape">
                    <wps:wsp>
                      <wps:cNvSpPr txBox="1"/>
                      <wps:spPr>
                        <a:xfrm>
                          <a:off x="0" y="0"/>
                          <a:ext cx="2718816" cy="451104"/>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1D6221" w:rsidRDefault="003A37E7" w:rsidP="001D6221">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D6221">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EB1D4E" id="Text Box 196" o:spid="_x0000_s1175" type="#_x0000_t202" style="position:absolute;left:0;text-align:left;margin-left:7.5pt;margin-top:24.3pt;width:214.1pt;height:35.5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" fillcolor="#a7bfde [1620]" strokecolor="#4579b8 [3044]">
                <v:fill color2="#e4ecf5 [500]" rotate="t" angle="180" colors="0 #a3c4ff;22938f #bfd5ff;1 #e5eeff" focus="100%" type="gradient"/>
                <v:shadow on="t" color="black" opacity="24903f" origin=",.5" offset="0,.55556mm"/>
                <v:textbox>
                  <w:txbxContent>
                    <w:p w:rsidR="003A37E7" w:rsidRPr="001D6221" w:rsidRDefault="003A37E7" w:rsidP="001D6221">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D6221">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MISSION</w:t>
                      </w:r>
                    </w:p>
                  </w:txbxContent>
                </v:textbox>
              </v:shape>
            </w:pict>
          </mc:Fallback>
        </mc:AlternateContent>
      </w:r>
      <w:r w:rsidR="00DF64FD" w:rsidRPr="00131637">
        <w:br/>
      </w:r>
    </w:p>
    <w:p w:rsidR="00452A04" w:rsidRDefault="00452A04" w:rsidP="00DF64FD">
      <w:pPr>
        <w:pStyle w:val="NormalWeb"/>
        <w:jc w:val="center"/>
      </w:pPr>
    </w:p>
    <w:p w:rsidR="00DF64FD" w:rsidRDefault="00452A04" w:rsidP="00DF64FD">
      <w:pPr>
        <w:pStyle w:val="NormalWeb"/>
        <w:jc w:val="center"/>
      </w:pPr>
      <w:r>
        <w:rPr>
          <w:noProof/>
        </w:rPr>
        <mc:AlternateContent>
          <mc:Choice Requires="wps">
            <w:drawing>
              <wp:anchor distT="0" distB="0" distL="114300" distR="114300" simplePos="0" relativeHeight="251893760" behindDoc="0" locked="0" layoutInCell="1" allowOverlap="1">
                <wp:simplePos x="0" y="0"/>
                <wp:positionH relativeFrom="column">
                  <wp:posOffset>83058</wp:posOffset>
                </wp:positionH>
                <wp:positionV relativeFrom="paragraph">
                  <wp:posOffset>1807464</wp:posOffset>
                </wp:positionV>
                <wp:extent cx="3059684" cy="438912"/>
                <wp:effectExtent l="57150" t="38100" r="83820" b="94615"/>
                <wp:wrapNone/>
                <wp:docPr id="197" name="Text Box 197"/>
                <wp:cNvGraphicFramePr/>
                <a:graphic xmlns:a="http://schemas.openxmlformats.org/drawingml/2006/main">
                  <a:graphicData uri="http://schemas.microsoft.com/office/word/2010/wordprocessingShape">
                    <wps:wsp>
                      <wps:cNvSpPr txBox="1"/>
                      <wps:spPr>
                        <a:xfrm>
                          <a:off x="0" y="0"/>
                          <a:ext cx="3059684" cy="438912"/>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452A04" w:rsidRDefault="003A37E7" w:rsidP="00452A04">
                            <w:pPr>
                              <w:pStyle w:val="NormalWeb"/>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52A04">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CAREER OPPORTUNITIES</w:t>
                            </w:r>
                          </w:p>
                          <w:p w:rsidR="003A37E7" w:rsidRPr="00452A04"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97" o:spid="_x0000_s1176" type="#_x0000_t202" style="position:absolute;left:0;text-align:left;margin-left:6.55pt;margin-top:142.3pt;width:240.9pt;height:34.55pt;z-index:251893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" fillcolor="#a7bfde [1620]" strokecolor="#4579b8 [3044]">
                <v:fill color2="#e4ecf5 [500]" rotate="t" angle="180" colors="0 #a3c4ff;22938f #bfd5ff;1 #e5eeff" focus="100%" type="gradient"/>
                <v:shadow on="t" color="black" opacity="24903f" origin=",.5" offset="0,.55556mm"/>
                <v:textbox>
                  <w:txbxContent>
                    <w:p w:rsidR="003A37E7" w:rsidRPr="00452A04" w:rsidRDefault="003A37E7" w:rsidP="00452A04">
                      <w:pPr>
                        <w:pStyle w:val="NormalWeb"/>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52A04">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CAREER OPPORTUNITIES</w:t>
                      </w:r>
                    </w:p>
                    <w:p w:rsidR="003A37E7" w:rsidRPr="00452A04"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DF64FD">
        <w:t xml:space="preserve"> Deliver competency-based education in public health and medical laboratory science.</w:t>
      </w:r>
      <w:r w:rsidR="00DF64FD">
        <w:br/>
        <w:t>• Provide hands-on training through laboratories, field placements, and clinical rotations.</w:t>
      </w:r>
      <w:r w:rsidR="00DF64FD">
        <w:br/>
        <w:t>• Promote research literacy, data use, safety, and quality assurance.</w:t>
      </w:r>
      <w:r w:rsidR="00DF64FD">
        <w:br/>
        <w:t>• Cultivate integrity, service, teamwork, and leadership for community impact.</w:t>
      </w:r>
    </w:p>
    <w:p w:rsidR="00452A04" w:rsidRDefault="00452A04" w:rsidP="00DF64FD">
      <w:pPr>
        <w:pStyle w:val="NormalWeb"/>
        <w:jc w:val="center"/>
      </w:pPr>
    </w:p>
    <w:p w:rsidR="00DF64FD" w:rsidRDefault="00DF64FD" w:rsidP="00DF64FD">
      <w:pPr>
        <w:pStyle w:val="NormalWeb"/>
        <w:jc w:val="center"/>
      </w:pPr>
      <w:r>
        <w:br/>
        <w:t>Public Health</w:t>
      </w:r>
      <w:r>
        <w:br/>
        <w:t>— Health Promotion/Behavior Change Officer</w:t>
      </w:r>
      <w:r>
        <w:br/>
        <w:t>— Community Health/Program Officer (MOH, NGOs, INGOs</w:t>
      </w:r>
      <w:proofErr w:type="gramStart"/>
      <w:r>
        <w:t>)</w:t>
      </w:r>
      <w:proofErr w:type="gramEnd"/>
      <w:r>
        <w:br/>
        <w:t xml:space="preserve">— Disease Surveillance or Epidemiology </w:t>
      </w:r>
      <w:r>
        <w:lastRenderedPageBreak/>
        <w:t>Assistant/Officer</w:t>
      </w:r>
      <w:r>
        <w:br/>
        <w:t>— Monitoring &amp; Evaluation Officer / Data Officer</w:t>
      </w:r>
      <w:r>
        <w:br/>
        <w:t>— Health Policy/Planning Assistant or Health Systems Analyst</w:t>
      </w:r>
      <w:r>
        <w:br/>
        <w:t>— Environmental/Public Health Inspector (per national regulations)</w:t>
      </w:r>
    </w:p>
    <w:p w:rsidR="00DF64FD" w:rsidRDefault="00DF64FD" w:rsidP="00DF64FD">
      <w:pPr>
        <w:pStyle w:val="NormalWeb"/>
        <w:jc w:val="center"/>
      </w:pPr>
      <w:r>
        <w:t>Medical Laboratory Technology</w:t>
      </w:r>
      <w:r>
        <w:br/>
        <w:t>— Medical Laboratory Technologist/Scientist (hospital, clinic, public health lab</w:t>
      </w:r>
      <w:proofErr w:type="gramStart"/>
      <w:r>
        <w:t>)</w:t>
      </w:r>
      <w:proofErr w:type="gramEnd"/>
      <w:r>
        <w:br/>
        <w:t>— Bench Technologist (Hematology, Microbiology, Clinical Chemistry, Parasitology, Immunology, Blood Bank)</w:t>
      </w:r>
      <w:r>
        <w:br/>
        <w:t>— Research/Lab Technologist (universities, research institutes, diagnostics firms)</w:t>
      </w:r>
      <w:r>
        <w:br/>
        <w:t>— Quality Assurance/Quality Control Officer</w:t>
      </w:r>
      <w:r>
        <w:br/>
        <w:t>— Laboratory Supervisor/Manager; Diagnostics Sales/Application Specialist</w:t>
      </w:r>
      <w:r>
        <w:br/>
        <w:t>— Pathway to advanced studies (e.g., Microbiology, Hematology, MPH)</w:t>
      </w:r>
    </w:p>
    <w:p w:rsidR="00DF64FD" w:rsidRDefault="00DF64FD" w:rsidP="00DF64FD">
      <w:pPr>
        <w:pStyle w:val="NormalWeb"/>
        <w:jc w:val="center"/>
      </w:pPr>
      <w:r w:rsidRPr="00452A04">
        <w:rPr>
          <w:b/>
          <w:i/>
        </w:rPr>
        <w:t>GRADUATION REQUIREMENTS</w:t>
      </w:r>
      <w:r>
        <w:br/>
        <w:t>College-Wide (applies to all CAHS students</w:t>
      </w:r>
      <w:proofErr w:type="gramStart"/>
      <w:r>
        <w:t>)</w:t>
      </w:r>
      <w:proofErr w:type="gramEnd"/>
      <w:r>
        <w:br/>
        <w:t>— Satisfy all Faith University College academic regulations and financial obligations.</w:t>
      </w:r>
      <w:r>
        <w:br/>
        <w:t xml:space="preserve">— Complete the approved plan of study for your program (Public Health or Medical </w:t>
      </w:r>
      <w:r>
        <w:lastRenderedPageBreak/>
        <w:t>Laboratory Technology), including required fieldwork/clinical rotations and any capstone/research project.</w:t>
      </w:r>
      <w:r>
        <w:br/>
        <w:t>— Maintain good academic standing and demonstrate professional conduct, safety, and ethics.</w:t>
      </w:r>
    </w:p>
    <w:p w:rsidR="00DF64FD" w:rsidRDefault="00DF64FD" w:rsidP="00DF64FD">
      <w:pPr>
        <w:pStyle w:val="NormalWeb"/>
        <w:jc w:val="center"/>
      </w:pPr>
      <w:r>
        <w:t>Program-Specific — B.Sc. Medical Laboratory Technology</w:t>
      </w:r>
      <w:r>
        <w:br/>
        <w:t xml:space="preserve">— </w:t>
      </w:r>
      <w:proofErr w:type="gramStart"/>
      <w:r>
        <w:t>All</w:t>
      </w:r>
      <w:proofErr w:type="gramEnd"/>
      <w:r>
        <w:t xml:space="preserve"> prerequisite courses must be completed within five (5) years with a “B” grade or better.</w:t>
      </w:r>
      <w:r>
        <w:br/>
        <w:t>— Minimum overall GPA of 2.5 (on a 4.0 scale) at graduation.</w:t>
      </w:r>
      <w:r>
        <w:br/>
        <w:t>— Successful completion of all required laboratory competencies, clinical rotations, safety, and quality-assurance requirements.</w:t>
      </w:r>
    </w:p>
    <w:p w:rsidR="0097372A" w:rsidRDefault="00DF64FD" w:rsidP="00DF64FD">
      <w:pPr>
        <w:pStyle w:val="NormalWeb"/>
        <w:jc w:val="center"/>
      </w:pPr>
      <w:r>
        <w:t>Program-Specific — B.Sc. Public Health</w:t>
      </w:r>
      <w:r>
        <w:br/>
        <w:t xml:space="preserve">— </w:t>
      </w:r>
      <w:proofErr w:type="gramStart"/>
      <w:r>
        <w:t>Complete</w:t>
      </w:r>
      <w:proofErr w:type="gramEnd"/>
      <w:r>
        <w:t xml:space="preserve"> all course requirements and approved electives as specified in the Public Health plan of study.</w:t>
      </w:r>
      <w:r>
        <w:br/>
        <w:t xml:space="preserve">— Complete the required field </w:t>
      </w:r>
    </w:p>
    <w:p w:rsidR="0097372A" w:rsidRDefault="0097372A" w:rsidP="00DF64FD">
      <w:pPr>
        <w:pStyle w:val="NormalWeb"/>
        <w:jc w:val="center"/>
      </w:pPr>
    </w:p>
    <w:p w:rsidR="00DF64FD" w:rsidRDefault="00DF64FD" w:rsidP="00DF64FD">
      <w:pPr>
        <w:pStyle w:val="NormalWeb"/>
        <w:jc w:val="center"/>
      </w:pPr>
      <w:proofErr w:type="gramStart"/>
      <w:r>
        <w:t>practicum/internship</w:t>
      </w:r>
      <w:proofErr w:type="gramEnd"/>
      <w:r>
        <w:t xml:space="preserve"> and any capstone/research project.</w:t>
      </w:r>
      <w:r>
        <w:br/>
        <w:t>— Meet the minimum GPA and any additional standards set by the department and university.</w:t>
      </w:r>
    </w:p>
    <w:p w:rsidR="008C0123" w:rsidRDefault="0097372A" w:rsidP="00452A04">
      <w:pPr>
        <w:jc w:val="center"/>
      </w:pPr>
      <w:r>
        <w:rPr>
          <w:noProof/>
        </w:rPr>
        <w:lastRenderedPageBreak/>
        <mc:AlternateContent>
          <mc:Choice Requires="wps">
            <w:drawing>
              <wp:anchor distT="0" distB="0" distL="114300" distR="114300" simplePos="0" relativeHeight="251755520" behindDoc="0" locked="0" layoutInCell="1" allowOverlap="1" wp14:anchorId="27110727" wp14:editId="534C3703">
                <wp:simplePos x="0" y="0"/>
                <wp:positionH relativeFrom="column">
                  <wp:posOffset>-652797</wp:posOffset>
                </wp:positionH>
                <wp:positionV relativeFrom="paragraph">
                  <wp:posOffset>-805815</wp:posOffset>
                </wp:positionV>
                <wp:extent cx="4473575" cy="1291971"/>
                <wp:effectExtent l="57150" t="38100" r="79375" b="99060"/>
                <wp:wrapNone/>
                <wp:docPr id="92" name="Text Box 92"/>
                <wp:cNvGraphicFramePr/>
                <a:graphic xmlns:a="http://schemas.openxmlformats.org/drawingml/2006/main">
                  <a:graphicData uri="http://schemas.microsoft.com/office/word/2010/wordprocessingShape">
                    <wps:wsp>
                      <wps:cNvSpPr txBox="1"/>
                      <wps:spPr>
                        <a:xfrm>
                          <a:off x="0" y="0"/>
                          <a:ext cx="4473575" cy="1291971"/>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Default="003A37E7" w:rsidP="001E1AFA">
                            <w:pPr>
                              <w:pStyle w:val="NormalWeb"/>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E1AFA">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 ALLIED HEALTH SCIENCES (CAHS)</w:t>
                            </w:r>
                          </w:p>
                          <w:p w:rsidR="003A37E7" w:rsidRPr="001E1AFA" w:rsidRDefault="003A37E7" w:rsidP="001E1AFA">
                            <w:pPr>
                              <w:pStyle w:val="NormalWeb"/>
                              <w:jc w:val="center"/>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E1AFA">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MEDICAL LABORATORY SCIENCE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110727" id="Text Box 92" o:spid="_x0000_s1177" type="#_x0000_t202" style="position:absolute;left:0;text-align:left;margin-left:-51.4pt;margin-top:-63.45pt;width:352.25pt;height:101.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" fillcolor="#a7bfde [1620]" strokecolor="#4579b8 [3044]">
                <v:fill color2="#e4ecf5 [500]" rotate="t" angle="180" colors="0 #a3c4ff;22938f #bfd5ff;1 #e5eeff" focus="100%" type="gradient"/>
                <v:shadow on="t" color="black" opacity="24903f" origin=",.5" offset="0,.55556mm"/>
                <v:textbox>
                  <w:txbxContent>
                    <w:p w:rsidR="003A37E7" w:rsidRDefault="003A37E7" w:rsidP="001E1AFA">
                      <w:pPr>
                        <w:pStyle w:val="NormalWeb"/>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E1AFA">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w:t>
                      </w:r>
                      <w: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 ALLIED HEALTH SCIENCES (CAHS)</w:t>
                      </w:r>
                    </w:p>
                    <w:p w:rsidR="003A37E7" w:rsidRPr="001E1AFA" w:rsidRDefault="003A37E7" w:rsidP="001E1AFA">
                      <w:pPr>
                        <w:pStyle w:val="NormalWeb"/>
                        <w:jc w:val="center"/>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1E1AFA">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MEDICAL LABORATORY SCIENCE</w:t>
                      </w:r>
                    </w:p>
                  </w:txbxContent>
                </v:textbox>
              </v:shape>
            </w:pict>
          </mc:Fallback>
        </mc:AlternateContent>
      </w:r>
      <w:r w:rsidR="001528E0">
        <w:rPr>
          <w:noProof/>
        </w:rPr>
        <mc:AlternateContent>
          <mc:Choice Requires="wps">
            <w:drawing>
              <wp:anchor distT="0" distB="0" distL="114300" distR="114300" simplePos="0" relativeHeight="251745280" behindDoc="0" locked="0" layoutInCell="1" allowOverlap="1" wp14:anchorId="73B009BF" wp14:editId="4372D813">
                <wp:simplePos x="0" y="0"/>
                <wp:positionH relativeFrom="page">
                  <wp:posOffset>231140</wp:posOffset>
                </wp:positionH>
                <wp:positionV relativeFrom="paragraph">
                  <wp:posOffset>521462</wp:posOffset>
                </wp:positionV>
                <wp:extent cx="4620387" cy="3499104"/>
                <wp:effectExtent l="0" t="0" r="8890" b="6350"/>
                <wp:wrapNone/>
                <wp:docPr id="70" name="Text Box 70"/>
                <wp:cNvGraphicFramePr/>
                <a:graphic xmlns:a="http://schemas.openxmlformats.org/drawingml/2006/main">
                  <a:graphicData uri="http://schemas.microsoft.com/office/word/2010/wordprocessingShape">
                    <wps:wsp>
                      <wps:cNvSpPr txBox="1"/>
                      <wps:spPr>
                        <a:xfrm>
                          <a:off x="0" y="0"/>
                          <a:ext cx="4620387" cy="3499104"/>
                        </a:xfrm>
                        <a:prstGeom prst="rect">
                          <a:avLst/>
                        </a:prstGeom>
                        <a:ln>
                          <a:noFill/>
                        </a:ln>
                      </wps:spPr>
                      <wps:style>
                        <a:lnRef idx="2">
                          <a:schemeClr val="accent1"/>
                        </a:lnRef>
                        <a:fillRef idx="1">
                          <a:schemeClr val="lt1"/>
                        </a:fillRef>
                        <a:effectRef idx="0">
                          <a:schemeClr val="accent1"/>
                        </a:effectRef>
                        <a:fontRef idx="minor">
                          <a:schemeClr val="dk1"/>
                        </a:fontRef>
                      </wps:style>
                      <wps:txbx>
                        <w:txbxContent>
                          <w:tbl>
                            <w:tblPr>
                              <w:tblStyle w:val="PlainTable1"/>
                              <w:tblW w:w="6975" w:type="dxa"/>
                              <w:tblInd w:w="-120" w:type="dxa"/>
                              <w:tblLook w:val="04A0" w:firstRow="1" w:lastRow="0" w:firstColumn="1" w:lastColumn="0" w:noHBand="0" w:noVBand="1"/>
                            </w:tblPr>
                            <w:tblGrid>
                              <w:gridCol w:w="1828"/>
                              <w:gridCol w:w="4187"/>
                              <w:gridCol w:w="960"/>
                            </w:tblGrid>
                            <w:tr w:rsidR="003A37E7" w:rsidRPr="004E42AC" w:rsidTr="002D7E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5" w:type="dxa"/>
                                  <w:gridSpan w:val="3"/>
                                  <w:tcBorders>
                                    <w:top w:val="thinThickSmallGap" w:sz="24" w:space="0" w:color="auto"/>
                                    <w:left w:val="thinThickSmallGap" w:sz="24" w:space="0" w:color="auto"/>
                                    <w:bottom w:val="double" w:sz="4" w:space="0" w:color="C0504D" w:themeColor="accent2"/>
                                    <w:right w:val="thickThinSmallGap" w:sz="24" w:space="0" w:color="auto"/>
                                  </w:tcBorders>
                                </w:tcPr>
                                <w:p w:rsidR="003A37E7" w:rsidRPr="004E42AC" w:rsidRDefault="003A37E7" w:rsidP="0071195B">
                                  <w:pPr>
                                    <w:jc w:val="center"/>
                                    <w:rPr>
                                      <w:sz w:val="20"/>
                                      <w:szCs w:val="20"/>
                                    </w:rPr>
                                  </w:pPr>
                                  <w:r>
                                    <w:rPr>
                                      <w:sz w:val="20"/>
                                      <w:szCs w:val="20"/>
                                    </w:rPr>
                                    <w:t>FRESHME</w:t>
                                  </w:r>
                                  <w:r w:rsidRPr="004E42AC">
                                    <w:rPr>
                                      <w:sz w:val="20"/>
                                      <w:szCs w:val="20"/>
                                    </w:rPr>
                                    <w:t>N YEAR (YEAR I) - FIRST SEMESTER</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Course #</w:t>
                                  </w:r>
                                </w:p>
                              </w:tc>
                              <w:tc>
                                <w:tcPr>
                                  <w:tcW w:w="4187" w:type="dxa"/>
                                  <w:tcBorders>
                                    <w:top w:val="double" w:sz="4" w:space="0" w:color="C0504D" w:themeColor="accent2"/>
                                  </w:tcBorders>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COURSE TITLE</w:t>
                                  </w:r>
                                </w:p>
                              </w:tc>
                              <w:tc>
                                <w:tcPr>
                                  <w:tcW w:w="960" w:type="dxa"/>
                                  <w:tcBorders>
                                    <w:top w:val="double" w:sz="4" w:space="0" w:color="C0504D" w:themeColor="accent2"/>
                                    <w:right w:val="double" w:sz="4" w:space="0" w:color="C0504D" w:themeColor="accent2"/>
                                  </w:tcBorders>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CREDIT HOUR</w:t>
                                  </w:r>
                                </w:p>
                              </w:tc>
                            </w:tr>
                            <w:tr w:rsidR="003A37E7" w:rsidRPr="004E42AC" w:rsidTr="002D7EC8">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4E42AC" w:rsidRDefault="003A37E7" w:rsidP="00865BB1">
                                  <w:pPr>
                                    <w:jc w:val="center"/>
                                    <w:rPr>
                                      <w:sz w:val="20"/>
                                      <w:szCs w:val="20"/>
                                    </w:rPr>
                                  </w:pPr>
                                  <w:r>
                                    <w:rPr>
                                      <w:sz w:val="20"/>
                                      <w:szCs w:val="20"/>
                                    </w:rPr>
                                    <w:t>GEN 101</w:t>
                                  </w:r>
                                </w:p>
                              </w:tc>
                              <w:tc>
                                <w:tcPr>
                                  <w:tcW w:w="4187" w:type="dxa"/>
                                  <w:tcBorders>
                                    <w:top w:val="double" w:sz="4" w:space="0" w:color="C0504D" w:themeColor="accent2"/>
                                  </w:tcBorders>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LIFE IN CHRIST 1</w:t>
                                  </w:r>
                                </w:p>
                              </w:tc>
                              <w:tc>
                                <w:tcPr>
                                  <w:tcW w:w="960" w:type="dxa"/>
                                  <w:tcBorders>
                                    <w:top w:val="double" w:sz="4" w:space="0" w:color="C0504D" w:themeColor="accent2"/>
                                    <w:right w:val="double" w:sz="4" w:space="0" w:color="C0504D" w:themeColor="accent2"/>
                                  </w:tcBorders>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ANA&amp;PHY I</w:t>
                                  </w:r>
                                </w:p>
                              </w:tc>
                              <w:tc>
                                <w:tcPr>
                                  <w:tcW w:w="4187" w:type="dxa"/>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HUMAN ANATOMY &amp; PHYSIOLOGY</w:t>
                                  </w:r>
                                </w:p>
                              </w:tc>
                              <w:tc>
                                <w:tcPr>
                                  <w:tcW w:w="960" w:type="dxa"/>
                                  <w:tcBorders>
                                    <w:right w:val="double" w:sz="4" w:space="0" w:color="C0504D" w:themeColor="accent2"/>
                                  </w:tcBorders>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3</w:t>
                                  </w:r>
                                </w:p>
                              </w:tc>
                            </w:tr>
                            <w:tr w:rsidR="003A37E7" w:rsidRPr="004E42AC" w:rsidTr="002D7EC8">
                              <w:trPr>
                                <w:trHeight w:val="578"/>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CHEM 101</w:t>
                                  </w:r>
                                </w:p>
                              </w:tc>
                              <w:tc>
                                <w:tcPr>
                                  <w:tcW w:w="4187" w:type="dxa"/>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BASIC CHEMISTRY</w:t>
                                  </w:r>
                                </w:p>
                              </w:tc>
                              <w:tc>
                                <w:tcPr>
                                  <w:tcW w:w="960" w:type="dxa"/>
                                  <w:tcBorders>
                                    <w:right w:val="double" w:sz="4" w:space="0" w:color="C0504D" w:themeColor="accent2"/>
                                  </w:tcBorders>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4</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MLT 101</w:t>
                                  </w:r>
                                </w:p>
                              </w:tc>
                              <w:tc>
                                <w:tcPr>
                                  <w:tcW w:w="4187" w:type="dxa"/>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FUNDAMENTALS MEDICAL LAB TECH 1</w:t>
                                  </w:r>
                                </w:p>
                              </w:tc>
                              <w:tc>
                                <w:tcPr>
                                  <w:tcW w:w="960" w:type="dxa"/>
                                  <w:tcBorders>
                                    <w:right w:val="double" w:sz="4" w:space="0" w:color="C0504D" w:themeColor="accent2"/>
                                  </w:tcBorders>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4</w:t>
                                  </w:r>
                                </w:p>
                              </w:tc>
                            </w:tr>
                            <w:tr w:rsidR="003A37E7" w:rsidRPr="004E42AC" w:rsidTr="002D7EC8">
                              <w:trPr>
                                <w:trHeight w:val="515"/>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ENG 101</w:t>
                                  </w:r>
                                </w:p>
                              </w:tc>
                              <w:tc>
                                <w:tcPr>
                                  <w:tcW w:w="4187" w:type="dxa"/>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ENGLISH &amp; COMMUNICATION SKILLS</w:t>
                                  </w:r>
                                </w:p>
                              </w:tc>
                              <w:tc>
                                <w:tcPr>
                                  <w:tcW w:w="960" w:type="dxa"/>
                                  <w:tcBorders>
                                    <w:right w:val="double" w:sz="4" w:space="0" w:color="C0504D" w:themeColor="accent2"/>
                                  </w:tcBorders>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3</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Height w:val="668"/>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MTH 101</w:t>
                                  </w:r>
                                </w:p>
                              </w:tc>
                              <w:tc>
                                <w:tcPr>
                                  <w:tcW w:w="4187" w:type="dxa"/>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GENERAL MATHEMATICS</w:t>
                                  </w:r>
                                </w:p>
                              </w:tc>
                              <w:tc>
                                <w:tcPr>
                                  <w:tcW w:w="960" w:type="dxa"/>
                                  <w:tcBorders>
                                    <w:right w:val="double" w:sz="4" w:space="0" w:color="C0504D" w:themeColor="accent2"/>
                                  </w:tcBorders>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3</w:t>
                                  </w:r>
                                </w:p>
                              </w:tc>
                            </w:tr>
                            <w:tr w:rsidR="003A37E7" w:rsidRPr="004E42AC" w:rsidTr="002D7EC8">
                              <w:trPr>
                                <w:trHeight w:val="668"/>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CMP 101</w:t>
                                  </w:r>
                                </w:p>
                              </w:tc>
                              <w:tc>
                                <w:tcPr>
                                  <w:tcW w:w="4187" w:type="dxa"/>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INTRODUCTION TO COMPUTER CONCEOT</w:t>
                                  </w:r>
                                </w:p>
                              </w:tc>
                              <w:tc>
                                <w:tcPr>
                                  <w:tcW w:w="960" w:type="dxa"/>
                                  <w:tcBorders>
                                    <w:right w:val="double" w:sz="4" w:space="0" w:color="C0504D" w:themeColor="accent2"/>
                                  </w:tcBorders>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3</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Height w:val="402"/>
                              </w:trPr>
                              <w:tc>
                                <w:tcPr>
                                  <w:cnfStyle w:val="001000000000" w:firstRow="0" w:lastRow="0" w:firstColumn="1" w:lastColumn="0" w:oddVBand="0" w:evenVBand="0" w:oddHBand="0" w:evenHBand="0" w:firstRowFirstColumn="0" w:firstRowLastColumn="0" w:lastRowFirstColumn="0" w:lastRowLastColumn="0"/>
                                  <w:tcW w:w="6015" w:type="dxa"/>
                                  <w:gridSpan w:val="2"/>
                                  <w:tcBorders>
                                    <w:left w:val="double" w:sz="4" w:space="0" w:color="C0504D" w:themeColor="accent2"/>
                                    <w:bottom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TOTAL CREDIT HOURS</w:t>
                                  </w:r>
                                </w:p>
                              </w:tc>
                              <w:tc>
                                <w:tcPr>
                                  <w:tcW w:w="960" w:type="dxa"/>
                                  <w:tcBorders>
                                    <w:bottom w:val="double" w:sz="4" w:space="0" w:color="C0504D" w:themeColor="accent2"/>
                                    <w:right w:val="double" w:sz="4" w:space="0" w:color="C0504D" w:themeColor="accent2"/>
                                  </w:tcBorders>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22</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B009BF" id="Text Box 70" o:spid="_x0000_s1178" type="#_x0000_t202" style="position:absolute;left:0;text-align:left;margin-left:18.2pt;margin-top:41.05pt;width:363.8pt;height:275.5pt;z-index:251745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" fillcolor="white [3201]" stroked="f" strokeweight="2pt">
                <v:textbox>
                  <w:txbxContent>
                    <w:tbl>
                      <w:tblPr>
                        <w:tblStyle w:val="PlainTable1"/>
                        <w:tblW w:w="6975" w:type="dxa"/>
                        <w:tblInd w:w="-120" w:type="dxa"/>
                        <w:tblLook w:val="04A0" w:firstRow="1" w:lastRow="0" w:firstColumn="1" w:lastColumn="0" w:noHBand="0" w:noVBand="1"/>
                      </w:tblPr>
                      <w:tblGrid>
                        <w:gridCol w:w="1828"/>
                        <w:gridCol w:w="4187"/>
                        <w:gridCol w:w="960"/>
                      </w:tblGrid>
                      <w:tr w:rsidR="003A37E7" w:rsidRPr="004E42AC" w:rsidTr="002D7E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75" w:type="dxa"/>
                            <w:gridSpan w:val="3"/>
                            <w:tcBorders>
                              <w:top w:val="thinThickSmallGap" w:sz="24" w:space="0" w:color="auto"/>
                              <w:left w:val="thinThickSmallGap" w:sz="24" w:space="0" w:color="auto"/>
                              <w:bottom w:val="double" w:sz="4" w:space="0" w:color="C0504D" w:themeColor="accent2"/>
                              <w:right w:val="thickThinSmallGap" w:sz="24" w:space="0" w:color="auto"/>
                            </w:tcBorders>
                          </w:tcPr>
                          <w:p w:rsidR="003A37E7" w:rsidRPr="004E42AC" w:rsidRDefault="003A37E7" w:rsidP="0071195B">
                            <w:pPr>
                              <w:jc w:val="center"/>
                              <w:rPr>
                                <w:sz w:val="20"/>
                                <w:szCs w:val="20"/>
                              </w:rPr>
                            </w:pPr>
                            <w:r>
                              <w:rPr>
                                <w:sz w:val="20"/>
                                <w:szCs w:val="20"/>
                              </w:rPr>
                              <w:t>FRESHME</w:t>
                            </w:r>
                            <w:r w:rsidRPr="004E42AC">
                              <w:rPr>
                                <w:sz w:val="20"/>
                                <w:szCs w:val="20"/>
                              </w:rPr>
                              <w:t>N YEAR (YEAR I) - FIRST SEMESTER</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Course #</w:t>
                            </w:r>
                          </w:p>
                        </w:tc>
                        <w:tc>
                          <w:tcPr>
                            <w:tcW w:w="4187" w:type="dxa"/>
                            <w:tcBorders>
                              <w:top w:val="double" w:sz="4" w:space="0" w:color="C0504D" w:themeColor="accent2"/>
                            </w:tcBorders>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COURSE TITLE</w:t>
                            </w:r>
                          </w:p>
                        </w:tc>
                        <w:tc>
                          <w:tcPr>
                            <w:tcW w:w="960" w:type="dxa"/>
                            <w:tcBorders>
                              <w:top w:val="double" w:sz="4" w:space="0" w:color="C0504D" w:themeColor="accent2"/>
                              <w:right w:val="double" w:sz="4" w:space="0" w:color="C0504D" w:themeColor="accent2"/>
                            </w:tcBorders>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CREDIT HOUR</w:t>
                            </w:r>
                          </w:p>
                        </w:tc>
                      </w:tr>
                      <w:tr w:rsidR="003A37E7" w:rsidRPr="004E42AC" w:rsidTr="002D7EC8">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4E42AC" w:rsidRDefault="003A37E7" w:rsidP="00865BB1">
                            <w:pPr>
                              <w:jc w:val="center"/>
                              <w:rPr>
                                <w:sz w:val="20"/>
                                <w:szCs w:val="20"/>
                              </w:rPr>
                            </w:pPr>
                            <w:r>
                              <w:rPr>
                                <w:sz w:val="20"/>
                                <w:szCs w:val="20"/>
                              </w:rPr>
                              <w:t>GEN 101</w:t>
                            </w:r>
                          </w:p>
                        </w:tc>
                        <w:tc>
                          <w:tcPr>
                            <w:tcW w:w="4187" w:type="dxa"/>
                            <w:tcBorders>
                              <w:top w:val="double" w:sz="4" w:space="0" w:color="C0504D" w:themeColor="accent2"/>
                            </w:tcBorders>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LIFE IN CHRIST 1</w:t>
                            </w:r>
                          </w:p>
                        </w:tc>
                        <w:tc>
                          <w:tcPr>
                            <w:tcW w:w="960" w:type="dxa"/>
                            <w:tcBorders>
                              <w:top w:val="double" w:sz="4" w:space="0" w:color="C0504D" w:themeColor="accent2"/>
                              <w:right w:val="double" w:sz="4" w:space="0" w:color="C0504D" w:themeColor="accent2"/>
                            </w:tcBorders>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ANA&amp;PHY I</w:t>
                            </w:r>
                          </w:p>
                        </w:tc>
                        <w:tc>
                          <w:tcPr>
                            <w:tcW w:w="4187" w:type="dxa"/>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HUMAN ANATOMY &amp; PHYSIOLOGY</w:t>
                            </w:r>
                          </w:p>
                        </w:tc>
                        <w:tc>
                          <w:tcPr>
                            <w:tcW w:w="960" w:type="dxa"/>
                            <w:tcBorders>
                              <w:right w:val="double" w:sz="4" w:space="0" w:color="C0504D" w:themeColor="accent2"/>
                            </w:tcBorders>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3</w:t>
                            </w:r>
                          </w:p>
                        </w:tc>
                      </w:tr>
                      <w:tr w:rsidR="003A37E7" w:rsidRPr="004E42AC" w:rsidTr="002D7EC8">
                        <w:trPr>
                          <w:trHeight w:val="578"/>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CHEM 101</w:t>
                            </w:r>
                          </w:p>
                        </w:tc>
                        <w:tc>
                          <w:tcPr>
                            <w:tcW w:w="4187" w:type="dxa"/>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BASIC CHEMISTRY</w:t>
                            </w:r>
                          </w:p>
                        </w:tc>
                        <w:tc>
                          <w:tcPr>
                            <w:tcW w:w="960" w:type="dxa"/>
                            <w:tcBorders>
                              <w:right w:val="double" w:sz="4" w:space="0" w:color="C0504D" w:themeColor="accent2"/>
                            </w:tcBorders>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4</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MLT 101</w:t>
                            </w:r>
                          </w:p>
                        </w:tc>
                        <w:tc>
                          <w:tcPr>
                            <w:tcW w:w="4187" w:type="dxa"/>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FUNDAMENTALS MEDICAL LAB TECH 1</w:t>
                            </w:r>
                          </w:p>
                        </w:tc>
                        <w:tc>
                          <w:tcPr>
                            <w:tcW w:w="960" w:type="dxa"/>
                            <w:tcBorders>
                              <w:right w:val="double" w:sz="4" w:space="0" w:color="C0504D" w:themeColor="accent2"/>
                            </w:tcBorders>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4</w:t>
                            </w:r>
                          </w:p>
                        </w:tc>
                      </w:tr>
                      <w:tr w:rsidR="003A37E7" w:rsidRPr="004E42AC" w:rsidTr="002D7EC8">
                        <w:trPr>
                          <w:trHeight w:val="515"/>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ENG 101</w:t>
                            </w:r>
                          </w:p>
                        </w:tc>
                        <w:tc>
                          <w:tcPr>
                            <w:tcW w:w="4187" w:type="dxa"/>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ENGLISH &amp; COMMUNICATION SKILLS</w:t>
                            </w:r>
                          </w:p>
                        </w:tc>
                        <w:tc>
                          <w:tcPr>
                            <w:tcW w:w="960" w:type="dxa"/>
                            <w:tcBorders>
                              <w:right w:val="double" w:sz="4" w:space="0" w:color="C0504D" w:themeColor="accent2"/>
                            </w:tcBorders>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3</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Height w:val="668"/>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MTH 101</w:t>
                            </w:r>
                          </w:p>
                        </w:tc>
                        <w:tc>
                          <w:tcPr>
                            <w:tcW w:w="4187" w:type="dxa"/>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GENERAL MATHEMATICS</w:t>
                            </w:r>
                          </w:p>
                        </w:tc>
                        <w:tc>
                          <w:tcPr>
                            <w:tcW w:w="960" w:type="dxa"/>
                            <w:tcBorders>
                              <w:right w:val="double" w:sz="4" w:space="0" w:color="C0504D" w:themeColor="accent2"/>
                            </w:tcBorders>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3</w:t>
                            </w:r>
                          </w:p>
                        </w:tc>
                      </w:tr>
                      <w:tr w:rsidR="003A37E7" w:rsidRPr="004E42AC" w:rsidTr="002D7EC8">
                        <w:trPr>
                          <w:trHeight w:val="668"/>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CMP 101</w:t>
                            </w:r>
                          </w:p>
                        </w:tc>
                        <w:tc>
                          <w:tcPr>
                            <w:tcW w:w="4187" w:type="dxa"/>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INTRODUCTION TO COMPUTER CONCEOT</w:t>
                            </w:r>
                          </w:p>
                        </w:tc>
                        <w:tc>
                          <w:tcPr>
                            <w:tcW w:w="960" w:type="dxa"/>
                            <w:tcBorders>
                              <w:right w:val="double" w:sz="4" w:space="0" w:color="C0504D" w:themeColor="accent2"/>
                            </w:tcBorders>
                            <w:vAlign w:val="center"/>
                          </w:tcPr>
                          <w:p w:rsidR="003A37E7" w:rsidRPr="004E42AC" w:rsidRDefault="003A37E7" w:rsidP="00865BB1">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3</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Height w:val="402"/>
                        </w:trPr>
                        <w:tc>
                          <w:tcPr>
                            <w:cnfStyle w:val="001000000000" w:firstRow="0" w:lastRow="0" w:firstColumn="1" w:lastColumn="0" w:oddVBand="0" w:evenVBand="0" w:oddHBand="0" w:evenHBand="0" w:firstRowFirstColumn="0" w:firstRowLastColumn="0" w:lastRowFirstColumn="0" w:lastRowLastColumn="0"/>
                            <w:tcW w:w="6015" w:type="dxa"/>
                            <w:gridSpan w:val="2"/>
                            <w:tcBorders>
                              <w:left w:val="double" w:sz="4" w:space="0" w:color="C0504D" w:themeColor="accent2"/>
                              <w:bottom w:val="double" w:sz="4" w:space="0" w:color="C0504D" w:themeColor="accent2"/>
                            </w:tcBorders>
                            <w:vAlign w:val="center"/>
                          </w:tcPr>
                          <w:p w:rsidR="003A37E7" w:rsidRPr="004E42AC" w:rsidRDefault="003A37E7" w:rsidP="00865BB1">
                            <w:pPr>
                              <w:jc w:val="center"/>
                              <w:rPr>
                                <w:sz w:val="20"/>
                                <w:szCs w:val="20"/>
                              </w:rPr>
                            </w:pPr>
                            <w:r w:rsidRPr="004E42AC">
                              <w:rPr>
                                <w:sz w:val="20"/>
                                <w:szCs w:val="20"/>
                              </w:rPr>
                              <w:t>TOTAL CREDIT HOURS</w:t>
                            </w:r>
                          </w:p>
                        </w:tc>
                        <w:tc>
                          <w:tcPr>
                            <w:tcW w:w="960" w:type="dxa"/>
                            <w:tcBorders>
                              <w:bottom w:val="double" w:sz="4" w:space="0" w:color="C0504D" w:themeColor="accent2"/>
                              <w:right w:val="double" w:sz="4" w:space="0" w:color="C0504D" w:themeColor="accent2"/>
                            </w:tcBorders>
                            <w:vAlign w:val="center"/>
                          </w:tcPr>
                          <w:p w:rsidR="003A37E7" w:rsidRPr="004E42AC" w:rsidRDefault="003A37E7" w:rsidP="00865BB1">
                            <w:pPr>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22</w:t>
                            </w:r>
                          </w:p>
                        </w:tc>
                      </w:tr>
                    </w:tbl>
                    <w:p w:rsidR="003A37E7" w:rsidRDefault="003A37E7"/>
                  </w:txbxContent>
                </v:textbox>
                <w10:wrap anchorx="page"/>
              </v:shape>
            </w:pict>
          </mc:Fallback>
        </mc:AlternateContent>
      </w:r>
      <w:r w:rsidR="00DF64FD">
        <w:t> Perform basic and specialized laboratory tests and microscopic examinatio</w:t>
      </w:r>
      <w:r w:rsidR="00452A04">
        <w:t>ns</w:t>
      </w:r>
    </w:p>
    <w:p w:rsidR="00452A04" w:rsidRDefault="00452A04" w:rsidP="00452A04">
      <w:pPr>
        <w:jc w:val="center"/>
      </w:pPr>
    </w:p>
    <w:p w:rsidR="008C0123" w:rsidRDefault="008C0123" w:rsidP="00452A04"/>
    <w:p w:rsidR="008C0123" w:rsidRDefault="008C0123" w:rsidP="00865BB1">
      <w:pPr>
        <w:jc w:val="center"/>
      </w:pPr>
    </w:p>
    <w:p w:rsidR="008C0123" w:rsidRDefault="008C0123" w:rsidP="00865BB1">
      <w:pPr>
        <w:jc w:val="center"/>
      </w:pPr>
    </w:p>
    <w:p w:rsidR="009740C5" w:rsidRDefault="009740C5" w:rsidP="00865BB1">
      <w:pPr>
        <w:jc w:val="center"/>
      </w:pPr>
    </w:p>
    <w:p w:rsidR="009740C5" w:rsidRDefault="009740C5" w:rsidP="00865BB1">
      <w:pPr>
        <w:jc w:val="center"/>
      </w:pPr>
    </w:p>
    <w:p w:rsidR="009740C5" w:rsidRDefault="009740C5" w:rsidP="00865BB1">
      <w:pPr>
        <w:jc w:val="center"/>
      </w:pPr>
    </w:p>
    <w:p w:rsidR="00DF64FD" w:rsidRDefault="00DF64FD" w:rsidP="00DF64FD">
      <w:pPr>
        <w:jc w:val="both"/>
      </w:pPr>
    </w:p>
    <w:p w:rsidR="00DF64FD" w:rsidRDefault="00DF64FD" w:rsidP="00DF64FD">
      <w:pPr>
        <w:jc w:val="both"/>
      </w:pPr>
    </w:p>
    <w:p w:rsidR="00DF64FD" w:rsidRDefault="001528E0" w:rsidP="00DF64FD">
      <w:pPr>
        <w:jc w:val="both"/>
      </w:pPr>
      <w:r>
        <w:rPr>
          <w:noProof/>
        </w:rPr>
        <mc:AlternateContent>
          <mc:Choice Requires="wps">
            <w:drawing>
              <wp:anchor distT="0" distB="0" distL="114300" distR="114300" simplePos="0" relativeHeight="251746304" behindDoc="0" locked="0" layoutInCell="1" allowOverlap="1" wp14:anchorId="7D9D9C17" wp14:editId="227A17E4">
                <wp:simplePos x="0" y="0"/>
                <wp:positionH relativeFrom="page">
                  <wp:posOffset>231140</wp:posOffset>
                </wp:positionH>
                <wp:positionV relativeFrom="paragraph">
                  <wp:posOffset>473075</wp:posOffset>
                </wp:positionV>
                <wp:extent cx="4681220" cy="3602990"/>
                <wp:effectExtent l="0" t="0" r="5080" b="0"/>
                <wp:wrapNone/>
                <wp:docPr id="71" name="Text Box 71"/>
                <wp:cNvGraphicFramePr/>
                <a:graphic xmlns:a="http://schemas.openxmlformats.org/drawingml/2006/main">
                  <a:graphicData uri="http://schemas.microsoft.com/office/word/2010/wordprocessingShape">
                    <wps:wsp>
                      <wps:cNvSpPr txBox="1"/>
                      <wps:spPr>
                        <a:xfrm>
                          <a:off x="0" y="0"/>
                          <a:ext cx="4681220" cy="360299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PlainTable1"/>
                              <w:tblW w:w="0" w:type="auto"/>
                              <w:tblInd w:w="-240" w:type="dxa"/>
                              <w:tblLook w:val="04A0" w:firstRow="1" w:lastRow="0" w:firstColumn="1" w:lastColumn="0" w:noHBand="0" w:noVBand="1"/>
                            </w:tblPr>
                            <w:tblGrid>
                              <w:gridCol w:w="1828"/>
                              <w:gridCol w:w="4037"/>
                              <w:gridCol w:w="1230"/>
                            </w:tblGrid>
                            <w:tr w:rsidR="003A37E7" w:rsidRPr="004E42AC" w:rsidTr="002D7E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5" w:type="dxa"/>
                                  <w:gridSpan w:val="3"/>
                                  <w:tcBorders>
                                    <w:top w:val="thickThinSmallGap" w:sz="48" w:space="0" w:color="auto"/>
                                    <w:left w:val="thickThinSmallGap" w:sz="48" w:space="0" w:color="auto"/>
                                    <w:bottom w:val="double" w:sz="4" w:space="0" w:color="C0504D" w:themeColor="accent2"/>
                                    <w:right w:val="thinThickSmallGap" w:sz="48" w:space="0" w:color="auto"/>
                                  </w:tcBorders>
                                </w:tcPr>
                                <w:p w:rsidR="003A37E7" w:rsidRPr="004E42AC" w:rsidRDefault="003A37E7" w:rsidP="00E06868">
                                  <w:pPr>
                                    <w:jc w:val="center"/>
                                    <w:rPr>
                                      <w:sz w:val="20"/>
                                      <w:szCs w:val="20"/>
                                    </w:rPr>
                                  </w:pPr>
                                  <w:r>
                                    <w:rPr>
                                      <w:sz w:val="20"/>
                                      <w:szCs w:val="20"/>
                                    </w:rPr>
                                    <w:t>FRESHME</w:t>
                                  </w:r>
                                  <w:r w:rsidRPr="004E42AC">
                                    <w:rPr>
                                      <w:sz w:val="20"/>
                                      <w:szCs w:val="20"/>
                                    </w:rPr>
                                    <w:t>N YEAR (YEAR I) – SECOND SEMESTER</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Course #</w:t>
                                  </w:r>
                                </w:p>
                              </w:tc>
                              <w:tc>
                                <w:tcPr>
                                  <w:tcW w:w="4037" w:type="dxa"/>
                                  <w:tcBorders>
                                    <w:top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COURSE TITLE</w:t>
                                  </w:r>
                                </w:p>
                              </w:tc>
                              <w:tc>
                                <w:tcPr>
                                  <w:tcW w:w="1230" w:type="dxa"/>
                                  <w:tcBorders>
                                    <w:top w:val="double" w:sz="4" w:space="0" w:color="C0504D" w:themeColor="accent2"/>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CREDIT HOUR</w:t>
                                  </w:r>
                                </w:p>
                              </w:tc>
                            </w:tr>
                            <w:tr w:rsidR="003A37E7" w:rsidRPr="004E42AC" w:rsidTr="002D7EC8">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4E42AC" w:rsidRDefault="003A37E7" w:rsidP="00591838">
                                  <w:pPr>
                                    <w:jc w:val="center"/>
                                    <w:rPr>
                                      <w:sz w:val="20"/>
                                      <w:szCs w:val="20"/>
                                    </w:rPr>
                                  </w:pPr>
                                  <w:r>
                                    <w:rPr>
                                      <w:sz w:val="20"/>
                                      <w:szCs w:val="20"/>
                                    </w:rPr>
                                    <w:t>GEN 102</w:t>
                                  </w:r>
                                </w:p>
                              </w:tc>
                              <w:tc>
                                <w:tcPr>
                                  <w:tcW w:w="4037" w:type="dxa"/>
                                  <w:tcBorders>
                                    <w:top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LIFE IN CHRIST 2</w:t>
                                  </w:r>
                                </w:p>
                              </w:tc>
                              <w:tc>
                                <w:tcPr>
                                  <w:tcW w:w="1230" w:type="dxa"/>
                                  <w:tcBorders>
                                    <w:top w:val="double" w:sz="4" w:space="0" w:color="C0504D" w:themeColor="accent2"/>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MLT 104</w:t>
                                  </w:r>
                                </w:p>
                              </w:tc>
                              <w:tc>
                                <w:tcPr>
                                  <w:tcW w:w="4037" w:type="dxa"/>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MEDICAL MICROBIOLOGY I</w:t>
                                  </w:r>
                                </w:p>
                              </w:tc>
                              <w:tc>
                                <w:tcPr>
                                  <w:tcW w:w="1230" w:type="dxa"/>
                                  <w:tcBorders>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4</w:t>
                                  </w:r>
                                </w:p>
                              </w:tc>
                            </w:tr>
                            <w:tr w:rsidR="003A37E7" w:rsidRPr="004E42AC" w:rsidTr="002D7EC8">
                              <w:trPr>
                                <w:trHeight w:val="439"/>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MLT 105</w:t>
                                  </w:r>
                                </w:p>
                              </w:tc>
                              <w:tc>
                                <w:tcPr>
                                  <w:tcW w:w="4037" w:type="dxa"/>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MEDICAL PARASITOLOGY I</w:t>
                                  </w:r>
                                </w:p>
                              </w:tc>
                              <w:tc>
                                <w:tcPr>
                                  <w:tcW w:w="1230" w:type="dxa"/>
                                  <w:tcBorders>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4</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ANA&amp; PHY 102</w:t>
                                  </w:r>
                                </w:p>
                              </w:tc>
                              <w:tc>
                                <w:tcPr>
                                  <w:tcW w:w="4037" w:type="dxa"/>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HUMAN ANATOMY &amp; PHYSIOLOGY II</w:t>
                                  </w:r>
                                </w:p>
                              </w:tc>
                              <w:tc>
                                <w:tcPr>
                                  <w:tcW w:w="1230" w:type="dxa"/>
                                  <w:tcBorders>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3</w:t>
                                  </w:r>
                                </w:p>
                              </w:tc>
                            </w:tr>
                            <w:tr w:rsidR="003A37E7" w:rsidRPr="004E42AC" w:rsidTr="002D7EC8">
                              <w:trPr>
                                <w:trHeight w:val="511"/>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MLT 106</w:t>
                                  </w:r>
                                </w:p>
                              </w:tc>
                              <w:tc>
                                <w:tcPr>
                                  <w:tcW w:w="4037" w:type="dxa"/>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PROFESSIONAL ETHICS</w:t>
                                  </w:r>
                                </w:p>
                              </w:tc>
                              <w:tc>
                                <w:tcPr>
                                  <w:tcW w:w="1230" w:type="dxa"/>
                                  <w:tcBorders>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2</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Height w:val="792"/>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MLT 102</w:t>
                                  </w:r>
                                </w:p>
                              </w:tc>
                              <w:tc>
                                <w:tcPr>
                                  <w:tcW w:w="4037" w:type="dxa"/>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FUNDAMENTAL OF MEDICAL LAB TECHNIQUES II</w:t>
                                  </w:r>
                                </w:p>
                              </w:tc>
                              <w:tc>
                                <w:tcPr>
                                  <w:tcW w:w="1230" w:type="dxa"/>
                                  <w:tcBorders>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3</w:t>
                                  </w:r>
                                </w:p>
                              </w:tc>
                            </w:tr>
                            <w:tr w:rsidR="003A37E7" w:rsidRPr="004E42AC" w:rsidTr="002D7EC8">
                              <w:trPr>
                                <w:trHeight w:val="603"/>
                              </w:trPr>
                              <w:tc>
                                <w:tcPr>
                                  <w:cnfStyle w:val="001000000000" w:firstRow="0" w:lastRow="0" w:firstColumn="1" w:lastColumn="0" w:oddVBand="0" w:evenVBand="0" w:oddHBand="0" w:evenHBand="0" w:firstRowFirstColumn="0" w:firstRowLastColumn="0" w:lastRowFirstColumn="0" w:lastRowLastColumn="0"/>
                                  <w:tcW w:w="5865" w:type="dxa"/>
                                  <w:gridSpan w:val="2"/>
                                  <w:tcBorders>
                                    <w:left w:val="double" w:sz="4" w:space="0" w:color="C0504D" w:themeColor="accent2"/>
                                    <w:bottom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TOTAL CREDIT HOURS</w:t>
                                  </w:r>
                                </w:p>
                              </w:tc>
                              <w:tc>
                                <w:tcPr>
                                  <w:tcW w:w="1230" w:type="dxa"/>
                                  <w:tcBorders>
                                    <w:bottom w:val="double" w:sz="4" w:space="0" w:color="C0504D" w:themeColor="accent2"/>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18</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9D9C17" id="Text Box 71" o:spid="_x0000_s1179" type="#_x0000_t202" style="position:absolute;left:0;text-align:left;margin-left:18.2pt;margin-top:37.25pt;width:368.6pt;height:283.7pt;z-index:251746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" fillcolor="white [3201]" stroked="f" strokeweight=".5pt">
                <v:textbox>
                  <w:txbxContent>
                    <w:tbl>
                      <w:tblPr>
                        <w:tblStyle w:val="PlainTable1"/>
                        <w:tblW w:w="0" w:type="auto"/>
                        <w:tblInd w:w="-240" w:type="dxa"/>
                        <w:tblLook w:val="04A0" w:firstRow="1" w:lastRow="0" w:firstColumn="1" w:lastColumn="0" w:noHBand="0" w:noVBand="1"/>
                      </w:tblPr>
                      <w:tblGrid>
                        <w:gridCol w:w="1828"/>
                        <w:gridCol w:w="4037"/>
                        <w:gridCol w:w="1230"/>
                      </w:tblGrid>
                      <w:tr w:rsidR="003A37E7" w:rsidRPr="004E42AC" w:rsidTr="002D7E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5" w:type="dxa"/>
                            <w:gridSpan w:val="3"/>
                            <w:tcBorders>
                              <w:top w:val="thickThinSmallGap" w:sz="48" w:space="0" w:color="auto"/>
                              <w:left w:val="thickThinSmallGap" w:sz="48" w:space="0" w:color="auto"/>
                              <w:bottom w:val="double" w:sz="4" w:space="0" w:color="C0504D" w:themeColor="accent2"/>
                              <w:right w:val="thinThickSmallGap" w:sz="48" w:space="0" w:color="auto"/>
                            </w:tcBorders>
                          </w:tcPr>
                          <w:p w:rsidR="003A37E7" w:rsidRPr="004E42AC" w:rsidRDefault="003A37E7" w:rsidP="00E06868">
                            <w:pPr>
                              <w:jc w:val="center"/>
                              <w:rPr>
                                <w:sz w:val="20"/>
                                <w:szCs w:val="20"/>
                              </w:rPr>
                            </w:pPr>
                            <w:r>
                              <w:rPr>
                                <w:sz w:val="20"/>
                                <w:szCs w:val="20"/>
                              </w:rPr>
                              <w:t>FRESHME</w:t>
                            </w:r>
                            <w:r w:rsidRPr="004E42AC">
                              <w:rPr>
                                <w:sz w:val="20"/>
                                <w:szCs w:val="20"/>
                              </w:rPr>
                              <w:t>N YEAR (YEAR I) – SECOND SEMESTER</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Course #</w:t>
                            </w:r>
                          </w:p>
                        </w:tc>
                        <w:tc>
                          <w:tcPr>
                            <w:tcW w:w="4037" w:type="dxa"/>
                            <w:tcBorders>
                              <w:top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COURSE TITLE</w:t>
                            </w:r>
                          </w:p>
                        </w:tc>
                        <w:tc>
                          <w:tcPr>
                            <w:tcW w:w="1230" w:type="dxa"/>
                            <w:tcBorders>
                              <w:top w:val="double" w:sz="4" w:space="0" w:color="C0504D" w:themeColor="accent2"/>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CREDIT HOUR</w:t>
                            </w:r>
                          </w:p>
                        </w:tc>
                      </w:tr>
                      <w:tr w:rsidR="003A37E7" w:rsidRPr="004E42AC" w:rsidTr="002D7EC8">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4E42AC" w:rsidRDefault="003A37E7" w:rsidP="00591838">
                            <w:pPr>
                              <w:jc w:val="center"/>
                              <w:rPr>
                                <w:sz w:val="20"/>
                                <w:szCs w:val="20"/>
                              </w:rPr>
                            </w:pPr>
                            <w:r>
                              <w:rPr>
                                <w:sz w:val="20"/>
                                <w:szCs w:val="20"/>
                              </w:rPr>
                              <w:t>GEN 102</w:t>
                            </w:r>
                          </w:p>
                        </w:tc>
                        <w:tc>
                          <w:tcPr>
                            <w:tcW w:w="4037" w:type="dxa"/>
                            <w:tcBorders>
                              <w:top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LIFE IN CHRIST 2</w:t>
                            </w:r>
                          </w:p>
                        </w:tc>
                        <w:tc>
                          <w:tcPr>
                            <w:tcW w:w="1230" w:type="dxa"/>
                            <w:tcBorders>
                              <w:top w:val="double" w:sz="4" w:space="0" w:color="C0504D" w:themeColor="accent2"/>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MLT 104</w:t>
                            </w:r>
                          </w:p>
                        </w:tc>
                        <w:tc>
                          <w:tcPr>
                            <w:tcW w:w="4037" w:type="dxa"/>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MEDICAL MICROBIOLOGY I</w:t>
                            </w:r>
                          </w:p>
                        </w:tc>
                        <w:tc>
                          <w:tcPr>
                            <w:tcW w:w="1230" w:type="dxa"/>
                            <w:tcBorders>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4</w:t>
                            </w:r>
                          </w:p>
                        </w:tc>
                      </w:tr>
                      <w:tr w:rsidR="003A37E7" w:rsidRPr="004E42AC" w:rsidTr="002D7EC8">
                        <w:trPr>
                          <w:trHeight w:val="439"/>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MLT 105</w:t>
                            </w:r>
                          </w:p>
                        </w:tc>
                        <w:tc>
                          <w:tcPr>
                            <w:tcW w:w="4037" w:type="dxa"/>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MEDICAL PARASITOLOGY I</w:t>
                            </w:r>
                          </w:p>
                        </w:tc>
                        <w:tc>
                          <w:tcPr>
                            <w:tcW w:w="1230" w:type="dxa"/>
                            <w:tcBorders>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4</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ANA&amp; PHY 102</w:t>
                            </w:r>
                          </w:p>
                        </w:tc>
                        <w:tc>
                          <w:tcPr>
                            <w:tcW w:w="4037" w:type="dxa"/>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HUMAN ANATOMY &amp; PHYSIOLOGY II</w:t>
                            </w:r>
                          </w:p>
                        </w:tc>
                        <w:tc>
                          <w:tcPr>
                            <w:tcW w:w="1230" w:type="dxa"/>
                            <w:tcBorders>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3</w:t>
                            </w:r>
                          </w:p>
                        </w:tc>
                      </w:tr>
                      <w:tr w:rsidR="003A37E7" w:rsidRPr="004E42AC" w:rsidTr="002D7EC8">
                        <w:trPr>
                          <w:trHeight w:val="511"/>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MLT 106</w:t>
                            </w:r>
                          </w:p>
                        </w:tc>
                        <w:tc>
                          <w:tcPr>
                            <w:tcW w:w="4037" w:type="dxa"/>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PROFESSIONAL ETHICS</w:t>
                            </w:r>
                          </w:p>
                        </w:tc>
                        <w:tc>
                          <w:tcPr>
                            <w:tcW w:w="1230" w:type="dxa"/>
                            <w:tcBorders>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2</w:t>
                            </w:r>
                          </w:p>
                        </w:tc>
                      </w:tr>
                      <w:tr w:rsidR="003A37E7" w:rsidRPr="004E42AC" w:rsidTr="002D7EC8">
                        <w:trPr>
                          <w:cnfStyle w:val="000000100000" w:firstRow="0" w:lastRow="0" w:firstColumn="0" w:lastColumn="0" w:oddVBand="0" w:evenVBand="0" w:oddHBand="1" w:evenHBand="0" w:firstRowFirstColumn="0" w:firstRowLastColumn="0" w:lastRowFirstColumn="0" w:lastRowLastColumn="0"/>
                          <w:trHeight w:val="792"/>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MLT 102</w:t>
                            </w:r>
                          </w:p>
                        </w:tc>
                        <w:tc>
                          <w:tcPr>
                            <w:tcW w:w="4037" w:type="dxa"/>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FUNDAMENTAL OF MEDICAL LAB TECHNIQUES II</w:t>
                            </w:r>
                          </w:p>
                        </w:tc>
                        <w:tc>
                          <w:tcPr>
                            <w:tcW w:w="1230" w:type="dxa"/>
                            <w:tcBorders>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3</w:t>
                            </w:r>
                          </w:p>
                        </w:tc>
                      </w:tr>
                      <w:tr w:rsidR="003A37E7" w:rsidRPr="004E42AC" w:rsidTr="002D7EC8">
                        <w:trPr>
                          <w:trHeight w:val="603"/>
                        </w:trPr>
                        <w:tc>
                          <w:tcPr>
                            <w:cnfStyle w:val="001000000000" w:firstRow="0" w:lastRow="0" w:firstColumn="1" w:lastColumn="0" w:oddVBand="0" w:evenVBand="0" w:oddHBand="0" w:evenHBand="0" w:firstRowFirstColumn="0" w:firstRowLastColumn="0" w:lastRowFirstColumn="0" w:lastRowLastColumn="0"/>
                            <w:tcW w:w="5865" w:type="dxa"/>
                            <w:gridSpan w:val="2"/>
                            <w:tcBorders>
                              <w:left w:val="double" w:sz="4" w:space="0" w:color="C0504D" w:themeColor="accent2"/>
                              <w:bottom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TOTAL CREDIT HOURS</w:t>
                            </w:r>
                          </w:p>
                        </w:tc>
                        <w:tc>
                          <w:tcPr>
                            <w:tcW w:w="1230" w:type="dxa"/>
                            <w:tcBorders>
                              <w:bottom w:val="double" w:sz="4" w:space="0" w:color="C0504D" w:themeColor="accent2"/>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18</w:t>
                            </w:r>
                          </w:p>
                        </w:tc>
                      </w:tr>
                    </w:tbl>
                    <w:p w:rsidR="003A37E7" w:rsidRDefault="003A37E7"/>
                  </w:txbxContent>
                </v:textbox>
                <w10:wrap anchorx="page"/>
              </v:shape>
            </w:pict>
          </mc:Fallback>
        </mc:AlternateContent>
      </w:r>
    </w:p>
    <w:p w:rsidR="00DF64FD" w:rsidRDefault="00DF64FD" w:rsidP="00DF64FD">
      <w:pPr>
        <w:jc w:val="both"/>
      </w:pPr>
    </w:p>
    <w:p w:rsidR="00DF64FD" w:rsidRDefault="00DF64FD" w:rsidP="00DF64FD">
      <w:pPr>
        <w:jc w:val="both"/>
      </w:pPr>
    </w:p>
    <w:p w:rsidR="00DF64FD" w:rsidRDefault="00DF64FD" w:rsidP="00DF64FD">
      <w:pPr>
        <w:jc w:val="both"/>
      </w:pPr>
    </w:p>
    <w:p w:rsidR="00DF64FD" w:rsidRDefault="00DF64FD" w:rsidP="00DF64FD">
      <w:pPr>
        <w:jc w:val="both"/>
      </w:pPr>
    </w:p>
    <w:p w:rsidR="00DF64FD" w:rsidRDefault="00DF64FD" w:rsidP="00DF64FD">
      <w:pPr>
        <w:jc w:val="both"/>
      </w:pPr>
    </w:p>
    <w:p w:rsidR="00DF64FD" w:rsidRDefault="00DF64FD" w:rsidP="00DF64FD">
      <w:pPr>
        <w:jc w:val="both"/>
      </w:pPr>
    </w:p>
    <w:p w:rsidR="0071195B" w:rsidRDefault="0071195B" w:rsidP="00412947">
      <w:pPr>
        <w:jc w:val="center"/>
      </w:pPr>
    </w:p>
    <w:p w:rsidR="0071195B" w:rsidRDefault="001528E0" w:rsidP="00412947">
      <w:pPr>
        <w:jc w:val="center"/>
      </w:pPr>
      <w:r>
        <w:rPr>
          <w:noProof/>
        </w:rPr>
        <w:lastRenderedPageBreak/>
        <mc:AlternateContent>
          <mc:Choice Requires="wps">
            <w:drawing>
              <wp:anchor distT="0" distB="0" distL="114300" distR="114300" simplePos="0" relativeHeight="251756544" behindDoc="0" locked="0" layoutInCell="1" allowOverlap="1" wp14:anchorId="6DCCF0FC" wp14:editId="6A45F818">
                <wp:simplePos x="0" y="0"/>
                <wp:positionH relativeFrom="column">
                  <wp:posOffset>-1192440</wp:posOffset>
                </wp:positionH>
                <wp:positionV relativeFrom="paragraph">
                  <wp:posOffset>-726448</wp:posOffset>
                </wp:positionV>
                <wp:extent cx="4639564" cy="3206496"/>
                <wp:effectExtent l="0" t="0" r="8890" b="0"/>
                <wp:wrapNone/>
                <wp:docPr id="94" name="Text Box 94"/>
                <wp:cNvGraphicFramePr/>
                <a:graphic xmlns:a="http://schemas.openxmlformats.org/drawingml/2006/main">
                  <a:graphicData uri="http://schemas.microsoft.com/office/word/2010/wordprocessingShape">
                    <wps:wsp>
                      <wps:cNvSpPr txBox="1"/>
                      <wps:spPr>
                        <a:xfrm rot="10800000" flipH="1" flipV="1">
                          <a:off x="0" y="0"/>
                          <a:ext cx="4639564" cy="320649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PlainTable1"/>
                              <w:tblW w:w="7095" w:type="dxa"/>
                              <w:tblInd w:w="-300" w:type="dxa"/>
                              <w:tblLook w:val="04A0" w:firstRow="1" w:lastRow="0" w:firstColumn="1" w:lastColumn="0" w:noHBand="0" w:noVBand="1"/>
                            </w:tblPr>
                            <w:tblGrid>
                              <w:gridCol w:w="1828"/>
                              <w:gridCol w:w="3887"/>
                              <w:gridCol w:w="1380"/>
                            </w:tblGrid>
                            <w:tr w:rsidR="003A37E7" w:rsidRPr="004E42AC" w:rsidTr="00BB65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5" w:type="dxa"/>
                                  <w:gridSpan w:val="3"/>
                                  <w:tcBorders>
                                    <w:top w:val="thinThickSmallGap" w:sz="48" w:space="0" w:color="auto"/>
                                    <w:left w:val="thinThickSmallGap" w:sz="48" w:space="0" w:color="auto"/>
                                    <w:bottom w:val="double" w:sz="4" w:space="0" w:color="C0504D" w:themeColor="accent2"/>
                                    <w:right w:val="thickThinSmallGap" w:sz="48" w:space="0" w:color="auto"/>
                                  </w:tcBorders>
                                  <w:vAlign w:val="center"/>
                                </w:tcPr>
                                <w:p w:rsidR="003A37E7" w:rsidRPr="004E42AC" w:rsidRDefault="003A37E7" w:rsidP="0029126A">
                                  <w:pPr>
                                    <w:jc w:val="center"/>
                                    <w:rPr>
                                      <w:sz w:val="20"/>
                                      <w:szCs w:val="20"/>
                                    </w:rPr>
                                  </w:pPr>
                                  <w:r w:rsidRPr="004E42AC">
                                    <w:rPr>
                                      <w:sz w:val="20"/>
                                      <w:szCs w:val="20"/>
                                    </w:rPr>
                                    <w:t>SOPHOMORE YEAR (YEAR I</w:t>
                                  </w:r>
                                  <w:r>
                                    <w:rPr>
                                      <w:sz w:val="20"/>
                                      <w:szCs w:val="20"/>
                                    </w:rPr>
                                    <w:t>I</w:t>
                                  </w:r>
                                  <w:r w:rsidRPr="004E42AC">
                                    <w:rPr>
                                      <w:sz w:val="20"/>
                                      <w:szCs w:val="20"/>
                                    </w:rPr>
                                    <w:t>) – FIRST SEMESTER</w:t>
                                  </w:r>
                                </w:p>
                              </w:tc>
                            </w:tr>
                            <w:tr w:rsidR="003A37E7" w:rsidRPr="004E42AC" w:rsidTr="00BB65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Course #</w:t>
                                  </w:r>
                                </w:p>
                              </w:tc>
                              <w:tc>
                                <w:tcPr>
                                  <w:tcW w:w="3887" w:type="dxa"/>
                                  <w:tcBorders>
                                    <w:top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COURSE TITLE</w:t>
                                  </w:r>
                                </w:p>
                              </w:tc>
                              <w:tc>
                                <w:tcPr>
                                  <w:tcW w:w="1380" w:type="dxa"/>
                                  <w:tcBorders>
                                    <w:top w:val="double" w:sz="4" w:space="0" w:color="C0504D" w:themeColor="accent2"/>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CREDIT HOUR</w:t>
                                  </w:r>
                                  <w:r>
                                    <w:rPr>
                                      <w:sz w:val="20"/>
                                      <w:szCs w:val="20"/>
                                    </w:rPr>
                                    <w:t>S</w:t>
                                  </w:r>
                                </w:p>
                              </w:tc>
                            </w:tr>
                            <w:tr w:rsidR="003A37E7" w:rsidRPr="004E42AC" w:rsidTr="00BB65BF">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4E42AC" w:rsidRDefault="003A37E7" w:rsidP="00591838">
                                  <w:pPr>
                                    <w:jc w:val="center"/>
                                    <w:rPr>
                                      <w:sz w:val="20"/>
                                      <w:szCs w:val="20"/>
                                    </w:rPr>
                                  </w:pPr>
                                  <w:r>
                                    <w:rPr>
                                      <w:sz w:val="20"/>
                                      <w:szCs w:val="20"/>
                                    </w:rPr>
                                    <w:t>GEN 107</w:t>
                                  </w:r>
                                </w:p>
                              </w:tc>
                              <w:tc>
                                <w:tcPr>
                                  <w:tcW w:w="3887" w:type="dxa"/>
                                  <w:tcBorders>
                                    <w:top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4E42AC">
                                    <w:t>DISCIPLESHIP  1</w:t>
                                  </w:r>
                                </w:p>
                              </w:tc>
                              <w:tc>
                                <w:tcPr>
                                  <w:tcW w:w="1380" w:type="dxa"/>
                                  <w:tcBorders>
                                    <w:top w:val="double" w:sz="4" w:space="0" w:color="C0504D" w:themeColor="accent2"/>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r>
                            <w:tr w:rsidR="003A37E7" w:rsidRPr="004E42AC" w:rsidTr="00BB65BF">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CHE 201</w:t>
                                  </w:r>
                                </w:p>
                              </w:tc>
                              <w:tc>
                                <w:tcPr>
                                  <w:tcW w:w="3887" w:type="dxa"/>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CLINICAL CHEMISTRY</w:t>
                                  </w:r>
                                </w:p>
                              </w:tc>
                              <w:tc>
                                <w:tcPr>
                                  <w:tcW w:w="1380" w:type="dxa"/>
                                  <w:tcBorders>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4</w:t>
                                  </w:r>
                                </w:p>
                              </w:tc>
                            </w:tr>
                            <w:tr w:rsidR="003A37E7" w:rsidRPr="004E42AC" w:rsidTr="00BB65BF">
                              <w:trPr>
                                <w:trHeight w:val="578"/>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MLT 203</w:t>
                                  </w:r>
                                </w:p>
                              </w:tc>
                              <w:tc>
                                <w:tcPr>
                                  <w:tcW w:w="3887" w:type="dxa"/>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HEMATOLOGY/ COAGULATION</w:t>
                                  </w:r>
                                </w:p>
                              </w:tc>
                              <w:tc>
                                <w:tcPr>
                                  <w:tcW w:w="1380" w:type="dxa"/>
                                  <w:tcBorders>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4</w:t>
                                  </w:r>
                                </w:p>
                              </w:tc>
                            </w:tr>
                            <w:tr w:rsidR="003A37E7" w:rsidRPr="004E42AC" w:rsidTr="00BB65BF">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MLT 204</w:t>
                                  </w:r>
                                </w:p>
                              </w:tc>
                              <w:tc>
                                <w:tcPr>
                                  <w:tcW w:w="3887" w:type="dxa"/>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MEDICAL MICROBIOLOGY II</w:t>
                                  </w:r>
                                </w:p>
                              </w:tc>
                              <w:tc>
                                <w:tcPr>
                                  <w:tcW w:w="1380" w:type="dxa"/>
                                  <w:tcBorders>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4</w:t>
                                  </w:r>
                                </w:p>
                              </w:tc>
                            </w:tr>
                            <w:tr w:rsidR="003A37E7" w:rsidRPr="004E42AC" w:rsidTr="00BB65BF">
                              <w:trPr>
                                <w:trHeight w:val="693"/>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MLT 205</w:t>
                                  </w:r>
                                </w:p>
                              </w:tc>
                              <w:tc>
                                <w:tcPr>
                                  <w:tcW w:w="3887" w:type="dxa"/>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MEDICAL PARASITOLOGY</w:t>
                                  </w:r>
                                </w:p>
                              </w:tc>
                              <w:tc>
                                <w:tcPr>
                                  <w:tcW w:w="1380" w:type="dxa"/>
                                  <w:tcBorders>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4</w:t>
                                  </w:r>
                                </w:p>
                              </w:tc>
                            </w:tr>
                            <w:tr w:rsidR="003A37E7" w:rsidRPr="004E42AC" w:rsidTr="00BB65BF">
                              <w:trPr>
                                <w:cnfStyle w:val="000000100000" w:firstRow="0" w:lastRow="0" w:firstColumn="0" w:lastColumn="0" w:oddVBand="0" w:evenVBand="0" w:oddHBand="1" w:evenHBand="0" w:firstRowFirstColumn="0" w:firstRowLastColumn="0" w:lastRowFirstColumn="0" w:lastRowLastColumn="0"/>
                                <w:trHeight w:val="792"/>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EDU 203</w:t>
                                  </w:r>
                                </w:p>
                              </w:tc>
                              <w:tc>
                                <w:tcPr>
                                  <w:tcW w:w="3887" w:type="dxa"/>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GUIDANCE &amp; COUNSELING</w:t>
                                  </w:r>
                                </w:p>
                              </w:tc>
                              <w:tc>
                                <w:tcPr>
                                  <w:tcW w:w="1380" w:type="dxa"/>
                                  <w:tcBorders>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3</w:t>
                                  </w:r>
                                </w:p>
                              </w:tc>
                            </w:tr>
                            <w:tr w:rsidR="003A37E7" w:rsidRPr="004E42AC" w:rsidTr="00BB65BF">
                              <w:trPr>
                                <w:trHeight w:val="363"/>
                              </w:trPr>
                              <w:tc>
                                <w:tcPr>
                                  <w:cnfStyle w:val="001000000000" w:firstRow="0" w:lastRow="0" w:firstColumn="1" w:lastColumn="0" w:oddVBand="0" w:evenVBand="0" w:oddHBand="0" w:evenHBand="0" w:firstRowFirstColumn="0" w:firstRowLastColumn="0" w:lastRowFirstColumn="0" w:lastRowLastColumn="0"/>
                                  <w:tcW w:w="5715" w:type="dxa"/>
                                  <w:gridSpan w:val="2"/>
                                  <w:tcBorders>
                                    <w:left w:val="double" w:sz="4" w:space="0" w:color="C0504D" w:themeColor="accent2"/>
                                    <w:bottom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TOTAL CREDIT HOURS</w:t>
                                  </w:r>
                                </w:p>
                              </w:tc>
                              <w:tc>
                                <w:tcPr>
                                  <w:tcW w:w="1380" w:type="dxa"/>
                                  <w:tcBorders>
                                    <w:bottom w:val="double" w:sz="4" w:space="0" w:color="C0504D" w:themeColor="accent2"/>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21</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CCF0FC" id="Text Box 94" o:spid="_x0000_s1180" type="#_x0000_t202" style="position:absolute;left:0;text-align:left;margin-left:-93.9pt;margin-top:-57.2pt;width:365.3pt;height:252.5pt;rotation:180;flip:x y;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" fillcolor="white [3201]" stroked="f" strokeweight=".5pt">
                <v:textbox>
                  <w:txbxContent>
                    <w:tbl>
                      <w:tblPr>
                        <w:tblStyle w:val="PlainTable1"/>
                        <w:tblW w:w="7095" w:type="dxa"/>
                        <w:tblInd w:w="-300" w:type="dxa"/>
                        <w:tblLook w:val="04A0" w:firstRow="1" w:lastRow="0" w:firstColumn="1" w:lastColumn="0" w:noHBand="0" w:noVBand="1"/>
                      </w:tblPr>
                      <w:tblGrid>
                        <w:gridCol w:w="1828"/>
                        <w:gridCol w:w="3887"/>
                        <w:gridCol w:w="1380"/>
                      </w:tblGrid>
                      <w:tr w:rsidR="003A37E7" w:rsidRPr="004E42AC" w:rsidTr="00BB65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5" w:type="dxa"/>
                            <w:gridSpan w:val="3"/>
                            <w:tcBorders>
                              <w:top w:val="thinThickSmallGap" w:sz="48" w:space="0" w:color="auto"/>
                              <w:left w:val="thinThickSmallGap" w:sz="48" w:space="0" w:color="auto"/>
                              <w:bottom w:val="double" w:sz="4" w:space="0" w:color="C0504D" w:themeColor="accent2"/>
                              <w:right w:val="thickThinSmallGap" w:sz="48" w:space="0" w:color="auto"/>
                            </w:tcBorders>
                            <w:vAlign w:val="center"/>
                          </w:tcPr>
                          <w:p w:rsidR="003A37E7" w:rsidRPr="004E42AC" w:rsidRDefault="003A37E7" w:rsidP="0029126A">
                            <w:pPr>
                              <w:jc w:val="center"/>
                              <w:rPr>
                                <w:sz w:val="20"/>
                                <w:szCs w:val="20"/>
                              </w:rPr>
                            </w:pPr>
                            <w:r w:rsidRPr="004E42AC">
                              <w:rPr>
                                <w:sz w:val="20"/>
                                <w:szCs w:val="20"/>
                              </w:rPr>
                              <w:t>SOPHOMORE YEAR (YEAR I</w:t>
                            </w:r>
                            <w:r>
                              <w:rPr>
                                <w:sz w:val="20"/>
                                <w:szCs w:val="20"/>
                              </w:rPr>
                              <w:t>I</w:t>
                            </w:r>
                            <w:r w:rsidRPr="004E42AC">
                              <w:rPr>
                                <w:sz w:val="20"/>
                                <w:szCs w:val="20"/>
                              </w:rPr>
                              <w:t>) – FIRST SEMESTER</w:t>
                            </w:r>
                          </w:p>
                        </w:tc>
                      </w:tr>
                      <w:tr w:rsidR="003A37E7" w:rsidRPr="004E42AC" w:rsidTr="00BB65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Course #</w:t>
                            </w:r>
                          </w:p>
                        </w:tc>
                        <w:tc>
                          <w:tcPr>
                            <w:tcW w:w="3887" w:type="dxa"/>
                            <w:tcBorders>
                              <w:top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COURSE TITLE</w:t>
                            </w:r>
                          </w:p>
                        </w:tc>
                        <w:tc>
                          <w:tcPr>
                            <w:tcW w:w="1380" w:type="dxa"/>
                            <w:tcBorders>
                              <w:top w:val="double" w:sz="4" w:space="0" w:color="C0504D" w:themeColor="accent2"/>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CREDIT HOUR</w:t>
                            </w:r>
                            <w:r>
                              <w:rPr>
                                <w:sz w:val="20"/>
                                <w:szCs w:val="20"/>
                              </w:rPr>
                              <w:t>S</w:t>
                            </w:r>
                          </w:p>
                        </w:tc>
                      </w:tr>
                      <w:tr w:rsidR="003A37E7" w:rsidRPr="004E42AC" w:rsidTr="00BB65BF">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4E42AC" w:rsidRDefault="003A37E7" w:rsidP="00591838">
                            <w:pPr>
                              <w:jc w:val="center"/>
                              <w:rPr>
                                <w:sz w:val="20"/>
                                <w:szCs w:val="20"/>
                              </w:rPr>
                            </w:pPr>
                            <w:r>
                              <w:rPr>
                                <w:sz w:val="20"/>
                                <w:szCs w:val="20"/>
                              </w:rPr>
                              <w:t>GEN 107</w:t>
                            </w:r>
                          </w:p>
                        </w:tc>
                        <w:tc>
                          <w:tcPr>
                            <w:tcW w:w="3887" w:type="dxa"/>
                            <w:tcBorders>
                              <w:top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4E42AC">
                              <w:t>DISCIPLESHIP  1</w:t>
                            </w:r>
                          </w:p>
                        </w:tc>
                        <w:tc>
                          <w:tcPr>
                            <w:tcW w:w="1380" w:type="dxa"/>
                            <w:tcBorders>
                              <w:top w:val="double" w:sz="4" w:space="0" w:color="C0504D" w:themeColor="accent2"/>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w:t>
                            </w:r>
                          </w:p>
                        </w:tc>
                      </w:tr>
                      <w:tr w:rsidR="003A37E7" w:rsidRPr="004E42AC" w:rsidTr="00BB65BF">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CHE 201</w:t>
                            </w:r>
                          </w:p>
                        </w:tc>
                        <w:tc>
                          <w:tcPr>
                            <w:tcW w:w="3887" w:type="dxa"/>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CLINICAL CHEMISTRY</w:t>
                            </w:r>
                          </w:p>
                        </w:tc>
                        <w:tc>
                          <w:tcPr>
                            <w:tcW w:w="1380" w:type="dxa"/>
                            <w:tcBorders>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4</w:t>
                            </w:r>
                          </w:p>
                        </w:tc>
                      </w:tr>
                      <w:tr w:rsidR="003A37E7" w:rsidRPr="004E42AC" w:rsidTr="00BB65BF">
                        <w:trPr>
                          <w:trHeight w:val="578"/>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MLT 203</w:t>
                            </w:r>
                          </w:p>
                        </w:tc>
                        <w:tc>
                          <w:tcPr>
                            <w:tcW w:w="3887" w:type="dxa"/>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HEMATOLOGY/ COAGULATION</w:t>
                            </w:r>
                          </w:p>
                        </w:tc>
                        <w:tc>
                          <w:tcPr>
                            <w:tcW w:w="1380" w:type="dxa"/>
                            <w:tcBorders>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4</w:t>
                            </w:r>
                          </w:p>
                        </w:tc>
                      </w:tr>
                      <w:tr w:rsidR="003A37E7" w:rsidRPr="004E42AC" w:rsidTr="00BB65BF">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MLT 204</w:t>
                            </w:r>
                          </w:p>
                        </w:tc>
                        <w:tc>
                          <w:tcPr>
                            <w:tcW w:w="3887" w:type="dxa"/>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MEDICAL MICROBIOLOGY II</w:t>
                            </w:r>
                          </w:p>
                        </w:tc>
                        <w:tc>
                          <w:tcPr>
                            <w:tcW w:w="1380" w:type="dxa"/>
                            <w:tcBorders>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4</w:t>
                            </w:r>
                          </w:p>
                        </w:tc>
                      </w:tr>
                      <w:tr w:rsidR="003A37E7" w:rsidRPr="004E42AC" w:rsidTr="00BB65BF">
                        <w:trPr>
                          <w:trHeight w:val="693"/>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MLT 205</w:t>
                            </w:r>
                          </w:p>
                        </w:tc>
                        <w:tc>
                          <w:tcPr>
                            <w:tcW w:w="3887" w:type="dxa"/>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MEDICAL PARASITOLOGY</w:t>
                            </w:r>
                          </w:p>
                        </w:tc>
                        <w:tc>
                          <w:tcPr>
                            <w:tcW w:w="1380" w:type="dxa"/>
                            <w:tcBorders>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sidRPr="004E42AC">
                              <w:rPr>
                                <w:sz w:val="20"/>
                                <w:szCs w:val="20"/>
                              </w:rPr>
                              <w:t>4</w:t>
                            </w:r>
                          </w:p>
                        </w:tc>
                      </w:tr>
                      <w:tr w:rsidR="003A37E7" w:rsidRPr="004E42AC" w:rsidTr="00BB65BF">
                        <w:trPr>
                          <w:cnfStyle w:val="000000100000" w:firstRow="0" w:lastRow="0" w:firstColumn="0" w:lastColumn="0" w:oddVBand="0" w:evenVBand="0" w:oddHBand="1" w:evenHBand="0" w:firstRowFirstColumn="0" w:firstRowLastColumn="0" w:lastRowFirstColumn="0" w:lastRowLastColumn="0"/>
                          <w:trHeight w:val="792"/>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EDU 203</w:t>
                            </w:r>
                          </w:p>
                        </w:tc>
                        <w:tc>
                          <w:tcPr>
                            <w:tcW w:w="3887" w:type="dxa"/>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GUIDANCE &amp; COUNSELING</w:t>
                            </w:r>
                          </w:p>
                        </w:tc>
                        <w:tc>
                          <w:tcPr>
                            <w:tcW w:w="1380" w:type="dxa"/>
                            <w:tcBorders>
                              <w:right w:val="double" w:sz="4" w:space="0" w:color="C0504D" w:themeColor="accent2"/>
                            </w:tcBorders>
                            <w:vAlign w:val="center"/>
                          </w:tcPr>
                          <w:p w:rsidR="003A37E7" w:rsidRPr="004E42AC" w:rsidRDefault="003A37E7" w:rsidP="00591838">
                            <w:pPr>
                              <w:jc w:val="center"/>
                              <w:cnfStyle w:val="000000100000" w:firstRow="0" w:lastRow="0" w:firstColumn="0" w:lastColumn="0" w:oddVBand="0" w:evenVBand="0" w:oddHBand="1" w:evenHBand="0" w:firstRowFirstColumn="0" w:firstRowLastColumn="0" w:lastRowFirstColumn="0" w:lastRowLastColumn="0"/>
                              <w:rPr>
                                <w:sz w:val="20"/>
                                <w:szCs w:val="20"/>
                              </w:rPr>
                            </w:pPr>
                            <w:r w:rsidRPr="004E42AC">
                              <w:rPr>
                                <w:sz w:val="20"/>
                                <w:szCs w:val="20"/>
                              </w:rPr>
                              <w:t>3</w:t>
                            </w:r>
                          </w:p>
                        </w:tc>
                      </w:tr>
                      <w:tr w:rsidR="003A37E7" w:rsidRPr="004E42AC" w:rsidTr="00BB65BF">
                        <w:trPr>
                          <w:trHeight w:val="363"/>
                        </w:trPr>
                        <w:tc>
                          <w:tcPr>
                            <w:cnfStyle w:val="001000000000" w:firstRow="0" w:lastRow="0" w:firstColumn="1" w:lastColumn="0" w:oddVBand="0" w:evenVBand="0" w:oddHBand="0" w:evenHBand="0" w:firstRowFirstColumn="0" w:firstRowLastColumn="0" w:lastRowFirstColumn="0" w:lastRowLastColumn="0"/>
                            <w:tcW w:w="5715" w:type="dxa"/>
                            <w:gridSpan w:val="2"/>
                            <w:tcBorders>
                              <w:left w:val="double" w:sz="4" w:space="0" w:color="C0504D" w:themeColor="accent2"/>
                              <w:bottom w:val="double" w:sz="4" w:space="0" w:color="C0504D" w:themeColor="accent2"/>
                            </w:tcBorders>
                            <w:vAlign w:val="center"/>
                          </w:tcPr>
                          <w:p w:rsidR="003A37E7" w:rsidRPr="004E42AC" w:rsidRDefault="003A37E7" w:rsidP="00591838">
                            <w:pPr>
                              <w:jc w:val="center"/>
                              <w:rPr>
                                <w:sz w:val="20"/>
                                <w:szCs w:val="20"/>
                              </w:rPr>
                            </w:pPr>
                            <w:r w:rsidRPr="004E42AC">
                              <w:rPr>
                                <w:sz w:val="20"/>
                                <w:szCs w:val="20"/>
                              </w:rPr>
                              <w:t>TOTAL CREDIT HOURS</w:t>
                            </w:r>
                          </w:p>
                        </w:tc>
                        <w:tc>
                          <w:tcPr>
                            <w:tcW w:w="1380" w:type="dxa"/>
                            <w:tcBorders>
                              <w:bottom w:val="double" w:sz="4" w:space="0" w:color="C0504D" w:themeColor="accent2"/>
                              <w:right w:val="double" w:sz="4" w:space="0" w:color="C0504D" w:themeColor="accent2"/>
                            </w:tcBorders>
                            <w:vAlign w:val="center"/>
                          </w:tcPr>
                          <w:p w:rsidR="003A37E7" w:rsidRPr="004E42AC" w:rsidRDefault="003A37E7" w:rsidP="00591838">
                            <w:pPr>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21</w:t>
                            </w:r>
                          </w:p>
                        </w:tc>
                      </w:tr>
                    </w:tbl>
                    <w:p w:rsidR="003A37E7" w:rsidRDefault="003A37E7"/>
                  </w:txbxContent>
                </v:textbox>
              </v:shape>
            </w:pict>
          </mc:Fallback>
        </mc:AlternateContent>
      </w:r>
    </w:p>
    <w:p w:rsidR="0071195B" w:rsidRDefault="0071195B" w:rsidP="00412947">
      <w:pPr>
        <w:jc w:val="center"/>
      </w:pPr>
    </w:p>
    <w:p w:rsidR="0071195B" w:rsidRDefault="0071195B" w:rsidP="00412947">
      <w:pPr>
        <w:jc w:val="center"/>
      </w:pPr>
    </w:p>
    <w:p w:rsidR="0071195B" w:rsidRDefault="0071195B" w:rsidP="00412947">
      <w:pPr>
        <w:jc w:val="center"/>
      </w:pPr>
    </w:p>
    <w:p w:rsidR="0071195B" w:rsidRDefault="0071195B" w:rsidP="00412947">
      <w:pPr>
        <w:jc w:val="center"/>
      </w:pPr>
    </w:p>
    <w:p w:rsidR="0071195B" w:rsidRDefault="0071195B" w:rsidP="00412947">
      <w:pPr>
        <w:jc w:val="center"/>
      </w:pPr>
    </w:p>
    <w:p w:rsidR="0071195B" w:rsidRDefault="0071195B" w:rsidP="00412947">
      <w:pPr>
        <w:jc w:val="center"/>
      </w:pPr>
    </w:p>
    <w:p w:rsidR="0071195B" w:rsidRDefault="001528E0" w:rsidP="00412947">
      <w:pPr>
        <w:jc w:val="center"/>
      </w:pPr>
      <w:r>
        <w:rPr>
          <w:noProof/>
        </w:rPr>
        <mc:AlternateContent>
          <mc:Choice Requires="wps">
            <w:drawing>
              <wp:anchor distT="0" distB="0" distL="114300" distR="114300" simplePos="0" relativeHeight="251757568" behindDoc="0" locked="0" layoutInCell="1" allowOverlap="1" wp14:anchorId="7233F50E" wp14:editId="4E4D047C">
                <wp:simplePos x="0" y="0"/>
                <wp:positionH relativeFrom="page">
                  <wp:posOffset>207010</wp:posOffset>
                </wp:positionH>
                <wp:positionV relativeFrom="paragraph">
                  <wp:posOffset>389255</wp:posOffset>
                </wp:positionV>
                <wp:extent cx="4639310" cy="3291840"/>
                <wp:effectExtent l="0" t="0" r="8890" b="3810"/>
                <wp:wrapNone/>
                <wp:docPr id="96" name="Text Box 96"/>
                <wp:cNvGraphicFramePr/>
                <a:graphic xmlns:a="http://schemas.openxmlformats.org/drawingml/2006/main">
                  <a:graphicData uri="http://schemas.microsoft.com/office/word/2010/wordprocessingShape">
                    <wps:wsp>
                      <wps:cNvSpPr txBox="1"/>
                      <wps:spPr>
                        <a:xfrm>
                          <a:off x="0" y="0"/>
                          <a:ext cx="4639310" cy="32918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PlainTable1"/>
                              <w:tblW w:w="0" w:type="auto"/>
                              <w:tblInd w:w="-15" w:type="dxa"/>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Look w:val="04A0" w:firstRow="1" w:lastRow="0" w:firstColumn="1" w:lastColumn="0" w:noHBand="0" w:noVBand="1"/>
                            </w:tblPr>
                            <w:tblGrid>
                              <w:gridCol w:w="1843"/>
                              <w:gridCol w:w="3647"/>
                              <w:gridCol w:w="1350"/>
                            </w:tblGrid>
                            <w:tr w:rsidR="003A37E7" w:rsidRPr="004E42AC" w:rsidTr="00BB65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40" w:type="dxa"/>
                                  <w:gridSpan w:val="3"/>
                                  <w:vAlign w:val="center"/>
                                </w:tcPr>
                                <w:p w:rsidR="003A37E7" w:rsidRPr="004E42AC" w:rsidRDefault="003A37E7" w:rsidP="00EE5D4A">
                                  <w:pPr>
                                    <w:jc w:val="center"/>
                                    <w:rPr>
                                      <w:sz w:val="20"/>
                                      <w:szCs w:val="20"/>
                                    </w:rPr>
                                  </w:pPr>
                                  <w:r>
                                    <w:rPr>
                                      <w:sz w:val="20"/>
                                      <w:szCs w:val="20"/>
                                    </w:rPr>
                                    <w:t>SOPHOMORE YEAR (YEAR II) – SECOND</w:t>
                                  </w:r>
                                  <w:r w:rsidRPr="004E42AC">
                                    <w:rPr>
                                      <w:sz w:val="20"/>
                                      <w:szCs w:val="20"/>
                                    </w:rPr>
                                    <w:t xml:space="preserve"> SEMESTER</w:t>
                                  </w:r>
                                </w:p>
                              </w:tc>
                            </w:tr>
                            <w:tr w:rsidR="003A37E7" w:rsidRPr="004E42AC" w:rsidTr="00BB65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vAlign w:val="center"/>
                                </w:tcPr>
                                <w:p w:rsidR="003A37E7" w:rsidRPr="004E42AC" w:rsidRDefault="003A37E7" w:rsidP="0029126A">
                                  <w:pPr>
                                    <w:jc w:val="center"/>
                                  </w:pPr>
                                  <w:r w:rsidRPr="004E42AC">
                                    <w:t>Course #</w:t>
                                  </w:r>
                                </w:p>
                              </w:tc>
                              <w:tc>
                                <w:tcPr>
                                  <w:tcW w:w="3647"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r w:rsidRPr="004E42AC">
                                    <w:t>COURSE TITLE</w:t>
                                  </w:r>
                                </w:p>
                              </w:tc>
                              <w:tc>
                                <w:tcPr>
                                  <w:tcW w:w="1350"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r w:rsidRPr="004E42AC">
                                    <w:t>CREDIT HOUR</w:t>
                                  </w:r>
                                </w:p>
                              </w:tc>
                            </w:tr>
                            <w:tr w:rsidR="003A37E7" w:rsidRPr="004E42AC" w:rsidTr="00BB65BF">
                              <w:tc>
                                <w:tcPr>
                                  <w:cnfStyle w:val="001000000000" w:firstRow="0" w:lastRow="0" w:firstColumn="1" w:lastColumn="0" w:oddVBand="0" w:evenVBand="0" w:oddHBand="0" w:evenHBand="0" w:firstRowFirstColumn="0" w:firstRowLastColumn="0" w:lastRowFirstColumn="0" w:lastRowLastColumn="0"/>
                                  <w:tcW w:w="1843" w:type="dxa"/>
                                  <w:vAlign w:val="center"/>
                                </w:tcPr>
                                <w:p w:rsidR="003A37E7" w:rsidRPr="004E42AC" w:rsidRDefault="003A37E7" w:rsidP="0029126A">
                                  <w:pPr>
                                    <w:jc w:val="center"/>
                                  </w:pPr>
                                  <w:r>
                                    <w:t>GEN 108</w:t>
                                  </w:r>
                                </w:p>
                              </w:tc>
                              <w:tc>
                                <w:tcPr>
                                  <w:tcW w:w="3647" w:type="dxa"/>
                                  <w:vAlign w:val="center"/>
                                </w:tcPr>
                                <w:p w:rsidR="003A37E7" w:rsidRPr="004E42AC" w:rsidRDefault="003A37E7" w:rsidP="0029126A">
                                  <w:pPr>
                                    <w:jc w:val="center"/>
                                    <w:cnfStyle w:val="000000000000" w:firstRow="0" w:lastRow="0" w:firstColumn="0" w:lastColumn="0" w:oddVBand="0" w:evenVBand="0" w:oddHBand="0" w:evenHBand="0" w:firstRowFirstColumn="0" w:firstRowLastColumn="0" w:lastRowFirstColumn="0" w:lastRowLastColumn="0"/>
                                  </w:pPr>
                                  <w:r>
                                    <w:t>DISCIPLESHIP  2</w:t>
                                  </w:r>
                                </w:p>
                              </w:tc>
                              <w:tc>
                                <w:tcPr>
                                  <w:tcW w:w="1350" w:type="dxa"/>
                                  <w:vAlign w:val="center"/>
                                </w:tcPr>
                                <w:p w:rsidR="003A37E7" w:rsidRPr="004E42AC" w:rsidRDefault="003A37E7" w:rsidP="0029126A">
                                  <w:pPr>
                                    <w:jc w:val="center"/>
                                    <w:cnfStyle w:val="000000000000" w:firstRow="0" w:lastRow="0" w:firstColumn="0" w:lastColumn="0" w:oddVBand="0" w:evenVBand="0" w:oddHBand="0" w:evenHBand="0" w:firstRowFirstColumn="0" w:firstRowLastColumn="0" w:lastRowFirstColumn="0" w:lastRowLastColumn="0"/>
                                  </w:pPr>
                                  <w:r>
                                    <w:t>2</w:t>
                                  </w:r>
                                </w:p>
                              </w:tc>
                            </w:tr>
                            <w:tr w:rsidR="003A37E7" w:rsidRPr="004E42AC" w:rsidTr="00BB65BF">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1843" w:type="dxa"/>
                                  <w:vAlign w:val="center"/>
                                </w:tcPr>
                                <w:p w:rsidR="003A37E7" w:rsidRPr="004E42AC" w:rsidRDefault="003A37E7" w:rsidP="0029126A">
                                  <w:pPr>
                                    <w:jc w:val="center"/>
                                  </w:pPr>
                                </w:p>
                              </w:tc>
                              <w:tc>
                                <w:tcPr>
                                  <w:tcW w:w="3647"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r w:rsidRPr="004E42AC">
                                    <w:t>BLOOD BANKING/ TRANSFUSION</w:t>
                                  </w:r>
                                </w:p>
                              </w:tc>
                              <w:tc>
                                <w:tcPr>
                                  <w:tcW w:w="1350"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p>
                              </w:tc>
                            </w:tr>
                            <w:tr w:rsidR="003A37E7" w:rsidRPr="004E42AC" w:rsidTr="00BB65BF">
                              <w:trPr>
                                <w:trHeight w:val="578"/>
                              </w:trPr>
                              <w:tc>
                                <w:tcPr>
                                  <w:cnfStyle w:val="001000000000" w:firstRow="0" w:lastRow="0" w:firstColumn="1" w:lastColumn="0" w:oddVBand="0" w:evenVBand="0" w:oddHBand="0" w:evenHBand="0" w:firstRowFirstColumn="0" w:firstRowLastColumn="0" w:lastRowFirstColumn="0" w:lastRowLastColumn="0"/>
                                  <w:tcW w:w="1843" w:type="dxa"/>
                                  <w:vAlign w:val="center"/>
                                </w:tcPr>
                                <w:p w:rsidR="003A37E7" w:rsidRPr="004E42AC" w:rsidRDefault="003A37E7" w:rsidP="0029126A">
                                  <w:pPr>
                                    <w:jc w:val="center"/>
                                  </w:pPr>
                                </w:p>
                              </w:tc>
                              <w:tc>
                                <w:tcPr>
                                  <w:tcW w:w="3647" w:type="dxa"/>
                                  <w:vAlign w:val="center"/>
                                </w:tcPr>
                                <w:p w:rsidR="003A37E7" w:rsidRPr="004E42AC" w:rsidRDefault="003A37E7" w:rsidP="0029126A">
                                  <w:pPr>
                                    <w:jc w:val="center"/>
                                    <w:cnfStyle w:val="000000000000" w:firstRow="0" w:lastRow="0" w:firstColumn="0" w:lastColumn="0" w:oddVBand="0" w:evenVBand="0" w:oddHBand="0" w:evenHBand="0" w:firstRowFirstColumn="0" w:firstRowLastColumn="0" w:lastRowFirstColumn="0" w:lastRowLastColumn="0"/>
                                  </w:pPr>
                                  <w:r w:rsidRPr="004E42AC">
                                    <w:t>URINALYSIS</w:t>
                                  </w:r>
                                </w:p>
                              </w:tc>
                              <w:tc>
                                <w:tcPr>
                                  <w:tcW w:w="1350" w:type="dxa"/>
                                  <w:vAlign w:val="center"/>
                                </w:tcPr>
                                <w:p w:rsidR="003A37E7" w:rsidRPr="004E42AC" w:rsidRDefault="003A37E7" w:rsidP="0029126A">
                                  <w:pPr>
                                    <w:jc w:val="center"/>
                                    <w:cnfStyle w:val="000000000000" w:firstRow="0" w:lastRow="0" w:firstColumn="0" w:lastColumn="0" w:oddVBand="0" w:evenVBand="0" w:oddHBand="0" w:evenHBand="0" w:firstRowFirstColumn="0" w:firstRowLastColumn="0" w:lastRowFirstColumn="0" w:lastRowLastColumn="0"/>
                                  </w:pPr>
                                </w:p>
                              </w:tc>
                            </w:tr>
                            <w:tr w:rsidR="003A37E7" w:rsidRPr="004E42AC" w:rsidTr="00BB65BF">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843" w:type="dxa"/>
                                  <w:vAlign w:val="center"/>
                                </w:tcPr>
                                <w:p w:rsidR="003A37E7" w:rsidRPr="004E42AC" w:rsidRDefault="003A37E7" w:rsidP="0029126A">
                                  <w:pPr>
                                    <w:jc w:val="center"/>
                                  </w:pPr>
                                </w:p>
                              </w:tc>
                              <w:tc>
                                <w:tcPr>
                                  <w:tcW w:w="3647"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r w:rsidRPr="004E42AC">
                                    <w:t>SEROLOGY/ IMMUNOLOGY</w:t>
                                  </w:r>
                                </w:p>
                              </w:tc>
                              <w:tc>
                                <w:tcPr>
                                  <w:tcW w:w="1350"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p>
                              </w:tc>
                            </w:tr>
                            <w:tr w:rsidR="003A37E7" w:rsidRPr="004E42AC" w:rsidTr="00BB65BF">
                              <w:trPr>
                                <w:trHeight w:val="693"/>
                              </w:trPr>
                              <w:tc>
                                <w:tcPr>
                                  <w:cnfStyle w:val="001000000000" w:firstRow="0" w:lastRow="0" w:firstColumn="1" w:lastColumn="0" w:oddVBand="0" w:evenVBand="0" w:oddHBand="0" w:evenHBand="0" w:firstRowFirstColumn="0" w:firstRowLastColumn="0" w:lastRowFirstColumn="0" w:lastRowLastColumn="0"/>
                                  <w:tcW w:w="1843" w:type="dxa"/>
                                  <w:vAlign w:val="center"/>
                                </w:tcPr>
                                <w:p w:rsidR="003A37E7" w:rsidRPr="004E42AC" w:rsidRDefault="003A37E7" w:rsidP="0029126A">
                                  <w:pPr>
                                    <w:jc w:val="center"/>
                                  </w:pPr>
                                </w:p>
                              </w:tc>
                              <w:tc>
                                <w:tcPr>
                                  <w:tcW w:w="3647" w:type="dxa"/>
                                  <w:vAlign w:val="center"/>
                                </w:tcPr>
                                <w:p w:rsidR="003A37E7" w:rsidRPr="004E42AC" w:rsidRDefault="003A37E7" w:rsidP="0029126A">
                                  <w:pPr>
                                    <w:jc w:val="center"/>
                                    <w:cnfStyle w:val="000000000000" w:firstRow="0" w:lastRow="0" w:firstColumn="0" w:lastColumn="0" w:oddVBand="0" w:evenVBand="0" w:oddHBand="0" w:evenHBand="0" w:firstRowFirstColumn="0" w:firstRowLastColumn="0" w:lastRowFirstColumn="0" w:lastRowLastColumn="0"/>
                                  </w:pPr>
                                  <w:r w:rsidRPr="004E42AC">
                                    <w:t>HEMATOLOGY/ COAGULATION</w:t>
                                  </w:r>
                                </w:p>
                              </w:tc>
                              <w:tc>
                                <w:tcPr>
                                  <w:tcW w:w="1350" w:type="dxa"/>
                                  <w:vAlign w:val="center"/>
                                </w:tcPr>
                                <w:p w:rsidR="003A37E7" w:rsidRPr="004E42AC" w:rsidRDefault="003A37E7" w:rsidP="0029126A">
                                  <w:pPr>
                                    <w:jc w:val="center"/>
                                    <w:cnfStyle w:val="000000000000" w:firstRow="0" w:lastRow="0" w:firstColumn="0" w:lastColumn="0" w:oddVBand="0" w:evenVBand="0" w:oddHBand="0" w:evenHBand="0" w:firstRowFirstColumn="0" w:firstRowLastColumn="0" w:lastRowFirstColumn="0" w:lastRowLastColumn="0"/>
                                  </w:pPr>
                                </w:p>
                              </w:tc>
                            </w:tr>
                            <w:tr w:rsidR="003A37E7" w:rsidRPr="004E42AC" w:rsidTr="00BB65BF">
                              <w:trPr>
                                <w:cnfStyle w:val="000000100000" w:firstRow="0" w:lastRow="0" w:firstColumn="0" w:lastColumn="0" w:oddVBand="0" w:evenVBand="0" w:oddHBand="1" w:evenHBand="0" w:firstRowFirstColumn="0" w:firstRowLastColumn="0" w:lastRowFirstColumn="0" w:lastRowLastColumn="0"/>
                                <w:trHeight w:val="792"/>
                              </w:trPr>
                              <w:tc>
                                <w:tcPr>
                                  <w:cnfStyle w:val="001000000000" w:firstRow="0" w:lastRow="0" w:firstColumn="1" w:lastColumn="0" w:oddVBand="0" w:evenVBand="0" w:oddHBand="0" w:evenHBand="0" w:firstRowFirstColumn="0" w:firstRowLastColumn="0" w:lastRowFirstColumn="0" w:lastRowLastColumn="0"/>
                                  <w:tcW w:w="1843" w:type="dxa"/>
                                  <w:vAlign w:val="center"/>
                                </w:tcPr>
                                <w:p w:rsidR="003A37E7" w:rsidRPr="004E42AC" w:rsidRDefault="003A37E7" w:rsidP="0029126A">
                                  <w:pPr>
                                    <w:jc w:val="center"/>
                                  </w:pPr>
                                </w:p>
                              </w:tc>
                              <w:tc>
                                <w:tcPr>
                                  <w:tcW w:w="3647"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r w:rsidRPr="004E42AC">
                                    <w:t>DISCIPLINESHIP</w:t>
                                  </w:r>
                                </w:p>
                              </w:tc>
                              <w:tc>
                                <w:tcPr>
                                  <w:tcW w:w="1350"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p>
                              </w:tc>
                            </w:tr>
                            <w:tr w:rsidR="003A37E7" w:rsidRPr="004E42AC" w:rsidTr="00BB65BF">
                              <w:trPr>
                                <w:trHeight w:val="363"/>
                              </w:trPr>
                              <w:tc>
                                <w:tcPr>
                                  <w:cnfStyle w:val="001000000000" w:firstRow="0" w:lastRow="0" w:firstColumn="1" w:lastColumn="0" w:oddVBand="0" w:evenVBand="0" w:oddHBand="0" w:evenHBand="0" w:firstRowFirstColumn="0" w:firstRowLastColumn="0" w:lastRowFirstColumn="0" w:lastRowLastColumn="0"/>
                                  <w:tcW w:w="5490" w:type="dxa"/>
                                  <w:gridSpan w:val="2"/>
                                  <w:vAlign w:val="center"/>
                                </w:tcPr>
                                <w:p w:rsidR="003A37E7" w:rsidRPr="004E42AC" w:rsidRDefault="003A37E7" w:rsidP="0029126A">
                                  <w:pPr>
                                    <w:jc w:val="center"/>
                                  </w:pPr>
                                  <w:r w:rsidRPr="004E42AC">
                                    <w:t>TOTAL CREDIT HOURS</w:t>
                                  </w:r>
                                </w:p>
                              </w:tc>
                              <w:tc>
                                <w:tcPr>
                                  <w:tcW w:w="1350" w:type="dxa"/>
                                  <w:vAlign w:val="center"/>
                                </w:tcPr>
                                <w:p w:rsidR="003A37E7" w:rsidRPr="004E42AC" w:rsidRDefault="003A37E7" w:rsidP="0029126A">
                                  <w:pPr>
                                    <w:jc w:val="center"/>
                                    <w:cnfStyle w:val="000000000000" w:firstRow="0" w:lastRow="0" w:firstColumn="0" w:lastColumn="0" w:oddVBand="0" w:evenVBand="0" w:oddHBand="0" w:evenHBand="0" w:firstRowFirstColumn="0" w:firstRowLastColumn="0" w:lastRowFirstColumn="0" w:lastRowLastColumn="0"/>
                                  </w:pPr>
                                  <w:r w:rsidRPr="004E42AC">
                                    <w:t>15</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33F50E" id="Text Box 96" o:spid="_x0000_s1181" type="#_x0000_t202" style="position:absolute;left:0;text-align:left;margin-left:16.3pt;margin-top:30.65pt;width:365.3pt;height:259.2pt;z-index:251757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" fillcolor="white [3201]" stroked="f" strokeweight=".5pt">
                <v:textbox>
                  <w:txbxContent>
                    <w:tbl>
                      <w:tblPr>
                        <w:tblStyle w:val="PlainTable1"/>
                        <w:tblW w:w="0" w:type="auto"/>
                        <w:tblInd w:w="-15" w:type="dxa"/>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Look w:val="04A0" w:firstRow="1" w:lastRow="0" w:firstColumn="1" w:lastColumn="0" w:noHBand="0" w:noVBand="1"/>
                      </w:tblPr>
                      <w:tblGrid>
                        <w:gridCol w:w="1843"/>
                        <w:gridCol w:w="3647"/>
                        <w:gridCol w:w="1350"/>
                      </w:tblGrid>
                      <w:tr w:rsidR="003A37E7" w:rsidRPr="004E42AC" w:rsidTr="00BB65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40" w:type="dxa"/>
                            <w:gridSpan w:val="3"/>
                            <w:vAlign w:val="center"/>
                          </w:tcPr>
                          <w:p w:rsidR="003A37E7" w:rsidRPr="004E42AC" w:rsidRDefault="003A37E7" w:rsidP="00EE5D4A">
                            <w:pPr>
                              <w:jc w:val="center"/>
                              <w:rPr>
                                <w:sz w:val="20"/>
                                <w:szCs w:val="20"/>
                              </w:rPr>
                            </w:pPr>
                            <w:r>
                              <w:rPr>
                                <w:sz w:val="20"/>
                                <w:szCs w:val="20"/>
                              </w:rPr>
                              <w:t>SOPHOMORE YEAR (YEAR II) – SECOND</w:t>
                            </w:r>
                            <w:r w:rsidRPr="004E42AC">
                              <w:rPr>
                                <w:sz w:val="20"/>
                                <w:szCs w:val="20"/>
                              </w:rPr>
                              <w:t xml:space="preserve"> SEMESTER</w:t>
                            </w:r>
                          </w:p>
                        </w:tc>
                      </w:tr>
                      <w:tr w:rsidR="003A37E7" w:rsidRPr="004E42AC" w:rsidTr="00BB65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vAlign w:val="center"/>
                          </w:tcPr>
                          <w:p w:rsidR="003A37E7" w:rsidRPr="004E42AC" w:rsidRDefault="003A37E7" w:rsidP="0029126A">
                            <w:pPr>
                              <w:jc w:val="center"/>
                            </w:pPr>
                            <w:r w:rsidRPr="004E42AC">
                              <w:t>Course #</w:t>
                            </w:r>
                          </w:p>
                        </w:tc>
                        <w:tc>
                          <w:tcPr>
                            <w:tcW w:w="3647"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r w:rsidRPr="004E42AC">
                              <w:t>COURSE TITLE</w:t>
                            </w:r>
                          </w:p>
                        </w:tc>
                        <w:tc>
                          <w:tcPr>
                            <w:tcW w:w="1350"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r w:rsidRPr="004E42AC">
                              <w:t>CREDIT HOUR</w:t>
                            </w:r>
                          </w:p>
                        </w:tc>
                      </w:tr>
                      <w:tr w:rsidR="003A37E7" w:rsidRPr="004E42AC" w:rsidTr="00BB65BF">
                        <w:tc>
                          <w:tcPr>
                            <w:cnfStyle w:val="001000000000" w:firstRow="0" w:lastRow="0" w:firstColumn="1" w:lastColumn="0" w:oddVBand="0" w:evenVBand="0" w:oddHBand="0" w:evenHBand="0" w:firstRowFirstColumn="0" w:firstRowLastColumn="0" w:lastRowFirstColumn="0" w:lastRowLastColumn="0"/>
                            <w:tcW w:w="1843" w:type="dxa"/>
                            <w:vAlign w:val="center"/>
                          </w:tcPr>
                          <w:p w:rsidR="003A37E7" w:rsidRPr="004E42AC" w:rsidRDefault="003A37E7" w:rsidP="0029126A">
                            <w:pPr>
                              <w:jc w:val="center"/>
                            </w:pPr>
                            <w:r>
                              <w:t>GEN 108</w:t>
                            </w:r>
                          </w:p>
                        </w:tc>
                        <w:tc>
                          <w:tcPr>
                            <w:tcW w:w="3647" w:type="dxa"/>
                            <w:vAlign w:val="center"/>
                          </w:tcPr>
                          <w:p w:rsidR="003A37E7" w:rsidRPr="004E42AC" w:rsidRDefault="003A37E7" w:rsidP="0029126A">
                            <w:pPr>
                              <w:jc w:val="center"/>
                              <w:cnfStyle w:val="000000000000" w:firstRow="0" w:lastRow="0" w:firstColumn="0" w:lastColumn="0" w:oddVBand="0" w:evenVBand="0" w:oddHBand="0" w:evenHBand="0" w:firstRowFirstColumn="0" w:firstRowLastColumn="0" w:lastRowFirstColumn="0" w:lastRowLastColumn="0"/>
                            </w:pPr>
                            <w:r>
                              <w:t>DISCIPLESHIP  2</w:t>
                            </w:r>
                          </w:p>
                        </w:tc>
                        <w:tc>
                          <w:tcPr>
                            <w:tcW w:w="1350" w:type="dxa"/>
                            <w:vAlign w:val="center"/>
                          </w:tcPr>
                          <w:p w:rsidR="003A37E7" w:rsidRPr="004E42AC" w:rsidRDefault="003A37E7" w:rsidP="0029126A">
                            <w:pPr>
                              <w:jc w:val="center"/>
                              <w:cnfStyle w:val="000000000000" w:firstRow="0" w:lastRow="0" w:firstColumn="0" w:lastColumn="0" w:oddVBand="0" w:evenVBand="0" w:oddHBand="0" w:evenHBand="0" w:firstRowFirstColumn="0" w:firstRowLastColumn="0" w:lastRowFirstColumn="0" w:lastRowLastColumn="0"/>
                            </w:pPr>
                            <w:r>
                              <w:t>2</w:t>
                            </w:r>
                          </w:p>
                        </w:tc>
                      </w:tr>
                      <w:tr w:rsidR="003A37E7" w:rsidRPr="004E42AC" w:rsidTr="00BB65BF">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1843" w:type="dxa"/>
                            <w:vAlign w:val="center"/>
                          </w:tcPr>
                          <w:p w:rsidR="003A37E7" w:rsidRPr="004E42AC" w:rsidRDefault="003A37E7" w:rsidP="0029126A">
                            <w:pPr>
                              <w:jc w:val="center"/>
                            </w:pPr>
                          </w:p>
                        </w:tc>
                        <w:tc>
                          <w:tcPr>
                            <w:tcW w:w="3647"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r w:rsidRPr="004E42AC">
                              <w:t>BLOOD BANKING/ TRANSFUSION</w:t>
                            </w:r>
                          </w:p>
                        </w:tc>
                        <w:tc>
                          <w:tcPr>
                            <w:tcW w:w="1350"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p>
                        </w:tc>
                      </w:tr>
                      <w:tr w:rsidR="003A37E7" w:rsidRPr="004E42AC" w:rsidTr="00BB65BF">
                        <w:trPr>
                          <w:trHeight w:val="578"/>
                        </w:trPr>
                        <w:tc>
                          <w:tcPr>
                            <w:cnfStyle w:val="001000000000" w:firstRow="0" w:lastRow="0" w:firstColumn="1" w:lastColumn="0" w:oddVBand="0" w:evenVBand="0" w:oddHBand="0" w:evenHBand="0" w:firstRowFirstColumn="0" w:firstRowLastColumn="0" w:lastRowFirstColumn="0" w:lastRowLastColumn="0"/>
                            <w:tcW w:w="1843" w:type="dxa"/>
                            <w:vAlign w:val="center"/>
                          </w:tcPr>
                          <w:p w:rsidR="003A37E7" w:rsidRPr="004E42AC" w:rsidRDefault="003A37E7" w:rsidP="0029126A">
                            <w:pPr>
                              <w:jc w:val="center"/>
                            </w:pPr>
                          </w:p>
                        </w:tc>
                        <w:tc>
                          <w:tcPr>
                            <w:tcW w:w="3647" w:type="dxa"/>
                            <w:vAlign w:val="center"/>
                          </w:tcPr>
                          <w:p w:rsidR="003A37E7" w:rsidRPr="004E42AC" w:rsidRDefault="003A37E7" w:rsidP="0029126A">
                            <w:pPr>
                              <w:jc w:val="center"/>
                              <w:cnfStyle w:val="000000000000" w:firstRow="0" w:lastRow="0" w:firstColumn="0" w:lastColumn="0" w:oddVBand="0" w:evenVBand="0" w:oddHBand="0" w:evenHBand="0" w:firstRowFirstColumn="0" w:firstRowLastColumn="0" w:lastRowFirstColumn="0" w:lastRowLastColumn="0"/>
                            </w:pPr>
                            <w:r w:rsidRPr="004E42AC">
                              <w:t>URINALYSIS</w:t>
                            </w:r>
                          </w:p>
                        </w:tc>
                        <w:tc>
                          <w:tcPr>
                            <w:tcW w:w="1350" w:type="dxa"/>
                            <w:vAlign w:val="center"/>
                          </w:tcPr>
                          <w:p w:rsidR="003A37E7" w:rsidRPr="004E42AC" w:rsidRDefault="003A37E7" w:rsidP="0029126A">
                            <w:pPr>
                              <w:jc w:val="center"/>
                              <w:cnfStyle w:val="000000000000" w:firstRow="0" w:lastRow="0" w:firstColumn="0" w:lastColumn="0" w:oddVBand="0" w:evenVBand="0" w:oddHBand="0" w:evenHBand="0" w:firstRowFirstColumn="0" w:firstRowLastColumn="0" w:lastRowFirstColumn="0" w:lastRowLastColumn="0"/>
                            </w:pPr>
                          </w:p>
                        </w:tc>
                      </w:tr>
                      <w:tr w:rsidR="003A37E7" w:rsidRPr="004E42AC" w:rsidTr="00BB65BF">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843" w:type="dxa"/>
                            <w:vAlign w:val="center"/>
                          </w:tcPr>
                          <w:p w:rsidR="003A37E7" w:rsidRPr="004E42AC" w:rsidRDefault="003A37E7" w:rsidP="0029126A">
                            <w:pPr>
                              <w:jc w:val="center"/>
                            </w:pPr>
                          </w:p>
                        </w:tc>
                        <w:tc>
                          <w:tcPr>
                            <w:tcW w:w="3647"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r w:rsidRPr="004E42AC">
                              <w:t>SEROLOGY/ IMMUNOLOGY</w:t>
                            </w:r>
                          </w:p>
                        </w:tc>
                        <w:tc>
                          <w:tcPr>
                            <w:tcW w:w="1350"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p>
                        </w:tc>
                      </w:tr>
                      <w:tr w:rsidR="003A37E7" w:rsidRPr="004E42AC" w:rsidTr="00BB65BF">
                        <w:trPr>
                          <w:trHeight w:val="693"/>
                        </w:trPr>
                        <w:tc>
                          <w:tcPr>
                            <w:cnfStyle w:val="001000000000" w:firstRow="0" w:lastRow="0" w:firstColumn="1" w:lastColumn="0" w:oddVBand="0" w:evenVBand="0" w:oddHBand="0" w:evenHBand="0" w:firstRowFirstColumn="0" w:firstRowLastColumn="0" w:lastRowFirstColumn="0" w:lastRowLastColumn="0"/>
                            <w:tcW w:w="1843" w:type="dxa"/>
                            <w:vAlign w:val="center"/>
                          </w:tcPr>
                          <w:p w:rsidR="003A37E7" w:rsidRPr="004E42AC" w:rsidRDefault="003A37E7" w:rsidP="0029126A">
                            <w:pPr>
                              <w:jc w:val="center"/>
                            </w:pPr>
                          </w:p>
                        </w:tc>
                        <w:tc>
                          <w:tcPr>
                            <w:tcW w:w="3647" w:type="dxa"/>
                            <w:vAlign w:val="center"/>
                          </w:tcPr>
                          <w:p w:rsidR="003A37E7" w:rsidRPr="004E42AC" w:rsidRDefault="003A37E7" w:rsidP="0029126A">
                            <w:pPr>
                              <w:jc w:val="center"/>
                              <w:cnfStyle w:val="000000000000" w:firstRow="0" w:lastRow="0" w:firstColumn="0" w:lastColumn="0" w:oddVBand="0" w:evenVBand="0" w:oddHBand="0" w:evenHBand="0" w:firstRowFirstColumn="0" w:firstRowLastColumn="0" w:lastRowFirstColumn="0" w:lastRowLastColumn="0"/>
                            </w:pPr>
                            <w:r w:rsidRPr="004E42AC">
                              <w:t>HEMATOLOGY/ COAGULATION</w:t>
                            </w:r>
                          </w:p>
                        </w:tc>
                        <w:tc>
                          <w:tcPr>
                            <w:tcW w:w="1350" w:type="dxa"/>
                            <w:vAlign w:val="center"/>
                          </w:tcPr>
                          <w:p w:rsidR="003A37E7" w:rsidRPr="004E42AC" w:rsidRDefault="003A37E7" w:rsidP="0029126A">
                            <w:pPr>
                              <w:jc w:val="center"/>
                              <w:cnfStyle w:val="000000000000" w:firstRow="0" w:lastRow="0" w:firstColumn="0" w:lastColumn="0" w:oddVBand="0" w:evenVBand="0" w:oddHBand="0" w:evenHBand="0" w:firstRowFirstColumn="0" w:firstRowLastColumn="0" w:lastRowFirstColumn="0" w:lastRowLastColumn="0"/>
                            </w:pPr>
                          </w:p>
                        </w:tc>
                      </w:tr>
                      <w:tr w:rsidR="003A37E7" w:rsidRPr="004E42AC" w:rsidTr="00BB65BF">
                        <w:trPr>
                          <w:cnfStyle w:val="000000100000" w:firstRow="0" w:lastRow="0" w:firstColumn="0" w:lastColumn="0" w:oddVBand="0" w:evenVBand="0" w:oddHBand="1" w:evenHBand="0" w:firstRowFirstColumn="0" w:firstRowLastColumn="0" w:lastRowFirstColumn="0" w:lastRowLastColumn="0"/>
                          <w:trHeight w:val="792"/>
                        </w:trPr>
                        <w:tc>
                          <w:tcPr>
                            <w:cnfStyle w:val="001000000000" w:firstRow="0" w:lastRow="0" w:firstColumn="1" w:lastColumn="0" w:oddVBand="0" w:evenVBand="0" w:oddHBand="0" w:evenHBand="0" w:firstRowFirstColumn="0" w:firstRowLastColumn="0" w:lastRowFirstColumn="0" w:lastRowLastColumn="0"/>
                            <w:tcW w:w="1843" w:type="dxa"/>
                            <w:vAlign w:val="center"/>
                          </w:tcPr>
                          <w:p w:rsidR="003A37E7" w:rsidRPr="004E42AC" w:rsidRDefault="003A37E7" w:rsidP="0029126A">
                            <w:pPr>
                              <w:jc w:val="center"/>
                            </w:pPr>
                          </w:p>
                        </w:tc>
                        <w:tc>
                          <w:tcPr>
                            <w:tcW w:w="3647"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r w:rsidRPr="004E42AC">
                              <w:t>DISCIPLINESHIP</w:t>
                            </w:r>
                          </w:p>
                        </w:tc>
                        <w:tc>
                          <w:tcPr>
                            <w:tcW w:w="1350" w:type="dxa"/>
                            <w:vAlign w:val="center"/>
                          </w:tcPr>
                          <w:p w:rsidR="003A37E7" w:rsidRPr="004E42AC" w:rsidRDefault="003A37E7" w:rsidP="0029126A">
                            <w:pPr>
                              <w:jc w:val="center"/>
                              <w:cnfStyle w:val="000000100000" w:firstRow="0" w:lastRow="0" w:firstColumn="0" w:lastColumn="0" w:oddVBand="0" w:evenVBand="0" w:oddHBand="1" w:evenHBand="0" w:firstRowFirstColumn="0" w:firstRowLastColumn="0" w:lastRowFirstColumn="0" w:lastRowLastColumn="0"/>
                            </w:pPr>
                          </w:p>
                        </w:tc>
                      </w:tr>
                      <w:tr w:rsidR="003A37E7" w:rsidRPr="004E42AC" w:rsidTr="00BB65BF">
                        <w:trPr>
                          <w:trHeight w:val="363"/>
                        </w:trPr>
                        <w:tc>
                          <w:tcPr>
                            <w:cnfStyle w:val="001000000000" w:firstRow="0" w:lastRow="0" w:firstColumn="1" w:lastColumn="0" w:oddVBand="0" w:evenVBand="0" w:oddHBand="0" w:evenHBand="0" w:firstRowFirstColumn="0" w:firstRowLastColumn="0" w:lastRowFirstColumn="0" w:lastRowLastColumn="0"/>
                            <w:tcW w:w="5490" w:type="dxa"/>
                            <w:gridSpan w:val="2"/>
                            <w:vAlign w:val="center"/>
                          </w:tcPr>
                          <w:p w:rsidR="003A37E7" w:rsidRPr="004E42AC" w:rsidRDefault="003A37E7" w:rsidP="0029126A">
                            <w:pPr>
                              <w:jc w:val="center"/>
                            </w:pPr>
                            <w:r w:rsidRPr="004E42AC">
                              <w:t>TOTAL CREDIT HOURS</w:t>
                            </w:r>
                          </w:p>
                        </w:tc>
                        <w:tc>
                          <w:tcPr>
                            <w:tcW w:w="1350" w:type="dxa"/>
                            <w:vAlign w:val="center"/>
                          </w:tcPr>
                          <w:p w:rsidR="003A37E7" w:rsidRPr="004E42AC" w:rsidRDefault="003A37E7" w:rsidP="0029126A">
                            <w:pPr>
                              <w:jc w:val="center"/>
                              <w:cnfStyle w:val="000000000000" w:firstRow="0" w:lastRow="0" w:firstColumn="0" w:lastColumn="0" w:oddVBand="0" w:evenVBand="0" w:oddHBand="0" w:evenHBand="0" w:firstRowFirstColumn="0" w:firstRowLastColumn="0" w:lastRowFirstColumn="0" w:lastRowLastColumn="0"/>
                            </w:pPr>
                            <w:r w:rsidRPr="004E42AC">
                              <w:t>15</w:t>
                            </w:r>
                          </w:p>
                        </w:tc>
                      </w:tr>
                    </w:tbl>
                    <w:p w:rsidR="003A37E7" w:rsidRDefault="003A37E7"/>
                  </w:txbxContent>
                </v:textbox>
                <w10:wrap anchorx="page"/>
              </v:shape>
            </w:pict>
          </mc:Fallback>
        </mc:AlternateContent>
      </w:r>
    </w:p>
    <w:p w:rsidR="0071195B" w:rsidRDefault="0071195B" w:rsidP="00412947">
      <w:pPr>
        <w:jc w:val="center"/>
      </w:pPr>
    </w:p>
    <w:p w:rsidR="0071195B" w:rsidRDefault="0071195B" w:rsidP="00412947">
      <w:pPr>
        <w:jc w:val="center"/>
      </w:pPr>
    </w:p>
    <w:p w:rsidR="0071195B" w:rsidRDefault="0071195B" w:rsidP="00412947">
      <w:pPr>
        <w:jc w:val="center"/>
      </w:pPr>
    </w:p>
    <w:p w:rsidR="0071195B" w:rsidRDefault="0071195B" w:rsidP="00412947">
      <w:pPr>
        <w:jc w:val="center"/>
      </w:pPr>
    </w:p>
    <w:p w:rsidR="0071195B" w:rsidRDefault="0071195B" w:rsidP="00412947">
      <w:pPr>
        <w:jc w:val="center"/>
      </w:pPr>
    </w:p>
    <w:p w:rsidR="0071195B" w:rsidRDefault="0071195B" w:rsidP="00412947">
      <w:pPr>
        <w:jc w:val="center"/>
      </w:pPr>
    </w:p>
    <w:p w:rsidR="0071195B" w:rsidRDefault="0071195B" w:rsidP="00412947">
      <w:pPr>
        <w:jc w:val="center"/>
      </w:pPr>
    </w:p>
    <w:p w:rsidR="00623046" w:rsidRDefault="00623046" w:rsidP="00412947">
      <w:pPr>
        <w:jc w:val="center"/>
      </w:pPr>
    </w:p>
    <w:p w:rsidR="00A24081" w:rsidRDefault="00A24081" w:rsidP="00412947">
      <w:pPr>
        <w:jc w:val="center"/>
      </w:pPr>
    </w:p>
    <w:p w:rsidR="00C77E6C" w:rsidRDefault="00C77E6C" w:rsidP="00412947">
      <w:pPr>
        <w:pStyle w:val="Heading3"/>
        <w:jc w:val="center"/>
      </w:pPr>
      <w:r>
        <w:rPr>
          <w:noProof/>
        </w:rPr>
        <w:lastRenderedPageBreak/>
        <mc:AlternateContent>
          <mc:Choice Requires="wps">
            <w:drawing>
              <wp:anchor distT="0" distB="0" distL="114300" distR="114300" simplePos="0" relativeHeight="251747328" behindDoc="0" locked="0" layoutInCell="1" allowOverlap="1" wp14:anchorId="474F9B07" wp14:editId="53FB2C04">
                <wp:simplePos x="0" y="0"/>
                <wp:positionH relativeFrom="margin">
                  <wp:posOffset>-618853</wp:posOffset>
                </wp:positionH>
                <wp:positionV relativeFrom="paragraph">
                  <wp:posOffset>-771896</wp:posOffset>
                </wp:positionV>
                <wp:extent cx="4572000" cy="3950208"/>
                <wp:effectExtent l="0" t="0" r="0" b="0"/>
                <wp:wrapNone/>
                <wp:docPr id="72" name="Text Box 72"/>
                <wp:cNvGraphicFramePr/>
                <a:graphic xmlns:a="http://schemas.openxmlformats.org/drawingml/2006/main">
                  <a:graphicData uri="http://schemas.microsoft.com/office/word/2010/wordprocessingShape">
                    <wps:wsp>
                      <wps:cNvSpPr txBox="1"/>
                      <wps:spPr>
                        <a:xfrm>
                          <a:off x="0" y="0"/>
                          <a:ext cx="4572000" cy="395020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PlainTable1"/>
                              <w:tblW w:w="6795" w:type="dxa"/>
                              <w:tblInd w:w="-180" w:type="dxa"/>
                              <w:tblLook w:val="04A0" w:firstRow="1" w:lastRow="0" w:firstColumn="1" w:lastColumn="0" w:noHBand="0" w:noVBand="1"/>
                            </w:tblPr>
                            <w:tblGrid>
                              <w:gridCol w:w="1525"/>
                              <w:gridCol w:w="4160"/>
                              <w:gridCol w:w="1110"/>
                            </w:tblGrid>
                            <w:tr w:rsidR="003A37E7" w:rsidRPr="005762C2" w:rsidTr="0097372A">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6795" w:type="dxa"/>
                                  <w:gridSpan w:val="3"/>
                                  <w:tcBorders>
                                    <w:top w:val="thickThinSmallGap" w:sz="48" w:space="0" w:color="auto"/>
                                    <w:left w:val="thickThinSmallGap" w:sz="48" w:space="0" w:color="auto"/>
                                    <w:bottom w:val="double" w:sz="4" w:space="0" w:color="C0504D" w:themeColor="accent2"/>
                                    <w:right w:val="thinThickSmallGap" w:sz="48" w:space="0" w:color="auto"/>
                                  </w:tcBorders>
                                  <w:vAlign w:val="center"/>
                                </w:tcPr>
                                <w:p w:rsidR="003A37E7" w:rsidRPr="004E42AC" w:rsidRDefault="003A37E7" w:rsidP="00EE5D4A">
                                  <w:pPr>
                                    <w:jc w:val="center"/>
                                    <w:rPr>
                                      <w:sz w:val="20"/>
                                      <w:szCs w:val="20"/>
                                    </w:rPr>
                                  </w:pPr>
                                  <w:r>
                                    <w:rPr>
                                      <w:sz w:val="20"/>
                                      <w:szCs w:val="20"/>
                                    </w:rPr>
                                    <w:t>JUNIOR YEAR (YEAR III) – FIRST</w:t>
                                  </w:r>
                                  <w:r w:rsidRPr="004E42AC">
                                    <w:rPr>
                                      <w:sz w:val="20"/>
                                      <w:szCs w:val="20"/>
                                    </w:rPr>
                                    <w:t xml:space="preserve"> SEMESTER</w:t>
                                  </w:r>
                                </w:p>
                              </w:tc>
                            </w:tr>
                            <w:tr w:rsidR="003A37E7" w:rsidRPr="005762C2" w:rsidTr="009737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5" w:type="dxa"/>
                                  <w:tcBorders>
                                    <w:top w:val="double" w:sz="4" w:space="0" w:color="C0504D" w:themeColor="accent2"/>
                                    <w:left w:val="double" w:sz="4" w:space="0" w:color="C0504D" w:themeColor="accent2"/>
                                  </w:tcBorders>
                                  <w:vAlign w:val="center"/>
                                </w:tcPr>
                                <w:p w:rsidR="003A37E7" w:rsidRPr="005762C2" w:rsidRDefault="003A37E7" w:rsidP="00591838">
                                  <w:pPr>
                                    <w:jc w:val="center"/>
                                  </w:pPr>
                                  <w:r w:rsidRPr="005762C2">
                                    <w:t>COURSE #</w:t>
                                  </w:r>
                                </w:p>
                              </w:tc>
                              <w:tc>
                                <w:tcPr>
                                  <w:tcW w:w="4160" w:type="dxa"/>
                                  <w:tcBorders>
                                    <w:top w:val="double" w:sz="4" w:space="0" w:color="C0504D" w:themeColor="accent2"/>
                                  </w:tcBorders>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COURSE TITLE</w:t>
                                  </w:r>
                                </w:p>
                              </w:tc>
                              <w:tc>
                                <w:tcPr>
                                  <w:tcW w:w="1110" w:type="dxa"/>
                                  <w:tcBorders>
                                    <w:top w:val="double" w:sz="4" w:space="0" w:color="C0504D" w:themeColor="accent2"/>
                                    <w:right w:val="double" w:sz="4" w:space="0" w:color="C0504D" w:themeColor="accent2"/>
                                  </w:tcBorders>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CREDIT HOUR</w:t>
                                  </w:r>
                                </w:p>
                              </w:tc>
                            </w:tr>
                            <w:tr w:rsidR="003A37E7" w:rsidRPr="005762C2" w:rsidTr="0097372A">
                              <w:tc>
                                <w:tcPr>
                                  <w:cnfStyle w:val="001000000000" w:firstRow="0" w:lastRow="0" w:firstColumn="1" w:lastColumn="0" w:oddVBand="0" w:evenVBand="0" w:oddHBand="0" w:evenHBand="0" w:firstRowFirstColumn="0" w:firstRowLastColumn="0" w:lastRowFirstColumn="0" w:lastRowLastColumn="0"/>
                                  <w:tcW w:w="1525" w:type="dxa"/>
                                  <w:tcBorders>
                                    <w:top w:val="double" w:sz="4" w:space="0" w:color="C0504D" w:themeColor="accent2"/>
                                    <w:left w:val="double" w:sz="4" w:space="0" w:color="C0504D" w:themeColor="accent2"/>
                                  </w:tcBorders>
                                  <w:vAlign w:val="center"/>
                                </w:tcPr>
                                <w:p w:rsidR="003A37E7" w:rsidRPr="005762C2" w:rsidRDefault="003A37E7" w:rsidP="00591838">
                                  <w:pPr>
                                    <w:jc w:val="center"/>
                                  </w:pPr>
                                  <w:r w:rsidRPr="005762C2">
                                    <w:t>GEN 107</w:t>
                                  </w:r>
                                </w:p>
                              </w:tc>
                              <w:tc>
                                <w:tcPr>
                                  <w:tcW w:w="4160" w:type="dxa"/>
                                  <w:tcBorders>
                                    <w:top w:val="double" w:sz="4" w:space="0" w:color="C0504D" w:themeColor="accent2"/>
                                  </w:tcBorders>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DYNAMIC OF FAITH 1</w:t>
                                  </w:r>
                                </w:p>
                              </w:tc>
                              <w:tc>
                                <w:tcPr>
                                  <w:tcW w:w="1110" w:type="dxa"/>
                                  <w:tcBorders>
                                    <w:top w:val="double" w:sz="4" w:space="0" w:color="C0504D" w:themeColor="accent2"/>
                                    <w:right w:val="double" w:sz="4" w:space="0" w:color="C0504D" w:themeColor="accent2"/>
                                  </w:tcBorders>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2</w:t>
                                  </w:r>
                                </w:p>
                              </w:tc>
                            </w:tr>
                            <w:tr w:rsidR="003A37E7" w:rsidRPr="005762C2" w:rsidTr="0097372A">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1525" w:type="dxa"/>
                                  <w:tcBorders>
                                    <w:left w:val="double" w:sz="4" w:space="0" w:color="C0504D" w:themeColor="accent2"/>
                                  </w:tcBorders>
                                  <w:vAlign w:val="center"/>
                                </w:tcPr>
                                <w:p w:rsidR="003A37E7" w:rsidRPr="005762C2" w:rsidRDefault="003A37E7" w:rsidP="00591838">
                                  <w:pPr>
                                    <w:jc w:val="center"/>
                                  </w:pPr>
                                  <w:r w:rsidRPr="005762C2">
                                    <w:t>BIO 372</w:t>
                                  </w:r>
                                </w:p>
                              </w:tc>
                              <w:tc>
                                <w:tcPr>
                                  <w:tcW w:w="4160" w:type="dxa"/>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HEMATOLOGY</w:t>
                                  </w:r>
                                </w:p>
                              </w:tc>
                              <w:tc>
                                <w:tcPr>
                                  <w:tcW w:w="1110" w:type="dxa"/>
                                  <w:tcBorders>
                                    <w:right w:val="double" w:sz="4" w:space="0" w:color="C0504D" w:themeColor="accent2"/>
                                  </w:tcBorders>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4</w:t>
                                  </w:r>
                                </w:p>
                              </w:tc>
                            </w:tr>
                            <w:tr w:rsidR="003A37E7" w:rsidRPr="005762C2" w:rsidTr="0097372A">
                              <w:trPr>
                                <w:trHeight w:val="578"/>
                              </w:trPr>
                              <w:tc>
                                <w:tcPr>
                                  <w:cnfStyle w:val="001000000000" w:firstRow="0" w:lastRow="0" w:firstColumn="1" w:lastColumn="0" w:oddVBand="0" w:evenVBand="0" w:oddHBand="0" w:evenHBand="0" w:firstRowFirstColumn="0" w:firstRowLastColumn="0" w:lastRowFirstColumn="0" w:lastRowLastColumn="0"/>
                                  <w:tcW w:w="1525" w:type="dxa"/>
                                  <w:tcBorders>
                                    <w:left w:val="double" w:sz="4" w:space="0" w:color="C0504D" w:themeColor="accent2"/>
                                  </w:tcBorders>
                                  <w:vAlign w:val="center"/>
                                </w:tcPr>
                                <w:p w:rsidR="003A37E7" w:rsidRPr="005762C2" w:rsidRDefault="003A37E7" w:rsidP="00591838">
                                  <w:pPr>
                                    <w:jc w:val="center"/>
                                  </w:pPr>
                                  <w:r w:rsidRPr="005762C2">
                                    <w:t>BIO 341</w:t>
                                  </w:r>
                                </w:p>
                              </w:tc>
                              <w:tc>
                                <w:tcPr>
                                  <w:tcW w:w="4160" w:type="dxa"/>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PARASITOLOGY</w:t>
                                  </w:r>
                                </w:p>
                              </w:tc>
                              <w:tc>
                                <w:tcPr>
                                  <w:tcW w:w="1110" w:type="dxa"/>
                                  <w:tcBorders>
                                    <w:right w:val="double" w:sz="4" w:space="0" w:color="C0504D" w:themeColor="accent2"/>
                                  </w:tcBorders>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4</w:t>
                                  </w:r>
                                </w:p>
                              </w:tc>
                            </w:tr>
                            <w:tr w:rsidR="003A37E7" w:rsidRPr="005762C2" w:rsidTr="0097372A">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525" w:type="dxa"/>
                                  <w:tcBorders>
                                    <w:left w:val="double" w:sz="4" w:space="0" w:color="C0504D" w:themeColor="accent2"/>
                                  </w:tcBorders>
                                  <w:vAlign w:val="center"/>
                                </w:tcPr>
                                <w:p w:rsidR="003A37E7" w:rsidRPr="005762C2" w:rsidRDefault="003A37E7" w:rsidP="00591838">
                                  <w:pPr>
                                    <w:jc w:val="center"/>
                                  </w:pPr>
                                  <w:r w:rsidRPr="005762C2">
                                    <w:t>CHS 206</w:t>
                                  </w:r>
                                </w:p>
                              </w:tc>
                              <w:tc>
                                <w:tcPr>
                                  <w:tcW w:w="4160" w:type="dxa"/>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CLINICAL PHARMACOLOGY</w:t>
                                  </w:r>
                                </w:p>
                              </w:tc>
                              <w:tc>
                                <w:tcPr>
                                  <w:tcW w:w="1110" w:type="dxa"/>
                                  <w:tcBorders>
                                    <w:right w:val="double" w:sz="4" w:space="0" w:color="C0504D" w:themeColor="accent2"/>
                                  </w:tcBorders>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2</w:t>
                                  </w:r>
                                </w:p>
                              </w:tc>
                            </w:tr>
                            <w:tr w:rsidR="003A37E7" w:rsidRPr="005762C2" w:rsidTr="0097372A">
                              <w:trPr>
                                <w:trHeight w:val="413"/>
                              </w:trPr>
                              <w:tc>
                                <w:tcPr>
                                  <w:cnfStyle w:val="001000000000" w:firstRow="0" w:lastRow="0" w:firstColumn="1" w:lastColumn="0" w:oddVBand="0" w:evenVBand="0" w:oddHBand="0" w:evenHBand="0" w:firstRowFirstColumn="0" w:firstRowLastColumn="0" w:lastRowFirstColumn="0" w:lastRowLastColumn="0"/>
                                  <w:tcW w:w="1525" w:type="dxa"/>
                                  <w:tcBorders>
                                    <w:left w:val="double" w:sz="4" w:space="0" w:color="C0504D" w:themeColor="accent2"/>
                                  </w:tcBorders>
                                  <w:vAlign w:val="center"/>
                                </w:tcPr>
                                <w:p w:rsidR="003A37E7" w:rsidRPr="005762C2" w:rsidRDefault="003A37E7" w:rsidP="00591838">
                                  <w:pPr>
                                    <w:jc w:val="center"/>
                                  </w:pPr>
                                  <w:r w:rsidRPr="005762C2">
                                    <w:t>CHS 207</w:t>
                                  </w:r>
                                </w:p>
                              </w:tc>
                              <w:tc>
                                <w:tcPr>
                                  <w:tcW w:w="4160" w:type="dxa"/>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p>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IDSR</w:t>
                                  </w:r>
                                </w:p>
                              </w:tc>
                              <w:tc>
                                <w:tcPr>
                                  <w:tcW w:w="1110" w:type="dxa"/>
                                  <w:tcBorders>
                                    <w:right w:val="double" w:sz="4" w:space="0" w:color="C0504D" w:themeColor="accent2"/>
                                  </w:tcBorders>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2</w:t>
                                  </w:r>
                                </w:p>
                              </w:tc>
                            </w:tr>
                            <w:tr w:rsidR="003A37E7" w:rsidRPr="005762C2" w:rsidTr="0097372A">
                              <w:trPr>
                                <w:cnfStyle w:val="000000100000" w:firstRow="0" w:lastRow="0" w:firstColumn="0" w:lastColumn="0" w:oddVBand="0" w:evenVBand="0" w:oddHBand="1" w:evenHBand="0" w:firstRowFirstColumn="0" w:firstRowLastColumn="0" w:lastRowFirstColumn="0" w:lastRowLastColumn="0"/>
                                <w:trHeight w:val="792"/>
                              </w:trPr>
                              <w:tc>
                                <w:tcPr>
                                  <w:cnfStyle w:val="001000000000" w:firstRow="0" w:lastRow="0" w:firstColumn="1" w:lastColumn="0" w:oddVBand="0" w:evenVBand="0" w:oddHBand="0" w:evenHBand="0" w:firstRowFirstColumn="0" w:firstRowLastColumn="0" w:lastRowFirstColumn="0" w:lastRowLastColumn="0"/>
                                  <w:tcW w:w="1525" w:type="dxa"/>
                                  <w:tcBorders>
                                    <w:left w:val="double" w:sz="4" w:space="0" w:color="C0504D" w:themeColor="accent2"/>
                                  </w:tcBorders>
                                  <w:vAlign w:val="center"/>
                                </w:tcPr>
                                <w:p w:rsidR="003A37E7" w:rsidRPr="005762C2" w:rsidRDefault="003A37E7" w:rsidP="00591838">
                                  <w:pPr>
                                    <w:jc w:val="center"/>
                                  </w:pPr>
                                  <w:r w:rsidRPr="005762C2">
                                    <w:t>CHS 301</w:t>
                                  </w:r>
                                </w:p>
                              </w:tc>
                              <w:tc>
                                <w:tcPr>
                                  <w:tcW w:w="4160" w:type="dxa"/>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PSYCHIATRIC MENTAL</w:t>
                                  </w:r>
                                </w:p>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HEALTH I</w:t>
                                  </w:r>
                                </w:p>
                              </w:tc>
                              <w:tc>
                                <w:tcPr>
                                  <w:tcW w:w="1110" w:type="dxa"/>
                                  <w:tcBorders>
                                    <w:right w:val="double" w:sz="4" w:space="0" w:color="C0504D" w:themeColor="accent2"/>
                                  </w:tcBorders>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3</w:t>
                                  </w:r>
                                </w:p>
                              </w:tc>
                            </w:tr>
                            <w:tr w:rsidR="003A37E7" w:rsidRPr="005762C2" w:rsidTr="0097372A">
                              <w:trPr>
                                <w:trHeight w:val="792"/>
                              </w:trPr>
                              <w:tc>
                                <w:tcPr>
                                  <w:cnfStyle w:val="001000000000" w:firstRow="0" w:lastRow="0" w:firstColumn="1" w:lastColumn="0" w:oddVBand="0" w:evenVBand="0" w:oddHBand="0" w:evenHBand="0" w:firstRowFirstColumn="0" w:firstRowLastColumn="0" w:lastRowFirstColumn="0" w:lastRowLastColumn="0"/>
                                  <w:tcW w:w="1525" w:type="dxa"/>
                                  <w:tcBorders>
                                    <w:left w:val="double" w:sz="4" w:space="0" w:color="C0504D" w:themeColor="accent2"/>
                                  </w:tcBorders>
                                  <w:vAlign w:val="center"/>
                                </w:tcPr>
                                <w:p w:rsidR="003A37E7" w:rsidRPr="005762C2" w:rsidRDefault="003A37E7" w:rsidP="00591838">
                                  <w:pPr>
                                    <w:jc w:val="center"/>
                                  </w:pPr>
                                  <w:r w:rsidRPr="005762C2">
                                    <w:t>CHS 107</w:t>
                                  </w:r>
                                </w:p>
                              </w:tc>
                              <w:tc>
                                <w:tcPr>
                                  <w:tcW w:w="4160" w:type="dxa"/>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ICT/RESEARCH</w:t>
                                  </w:r>
                                </w:p>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METHODOLOGY</w:t>
                                  </w:r>
                                </w:p>
                              </w:tc>
                              <w:tc>
                                <w:tcPr>
                                  <w:tcW w:w="1110" w:type="dxa"/>
                                  <w:tcBorders>
                                    <w:right w:val="double" w:sz="4" w:space="0" w:color="C0504D" w:themeColor="accent2"/>
                                  </w:tcBorders>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3</w:t>
                                  </w:r>
                                </w:p>
                              </w:tc>
                            </w:tr>
                            <w:tr w:rsidR="003A37E7" w:rsidRPr="005762C2" w:rsidTr="0097372A">
                              <w:trPr>
                                <w:cnfStyle w:val="000000100000" w:firstRow="0" w:lastRow="0" w:firstColumn="0" w:lastColumn="0" w:oddVBand="0" w:evenVBand="0" w:oddHBand="1" w:evenHBand="0" w:firstRowFirstColumn="0" w:firstRowLastColumn="0" w:lastRowFirstColumn="0" w:lastRowLastColumn="0"/>
                                <w:trHeight w:val="603"/>
                              </w:trPr>
                              <w:tc>
                                <w:tcPr>
                                  <w:cnfStyle w:val="001000000000" w:firstRow="0" w:lastRow="0" w:firstColumn="1" w:lastColumn="0" w:oddVBand="0" w:evenVBand="0" w:oddHBand="0" w:evenHBand="0" w:firstRowFirstColumn="0" w:firstRowLastColumn="0" w:lastRowFirstColumn="0" w:lastRowLastColumn="0"/>
                                  <w:tcW w:w="5685" w:type="dxa"/>
                                  <w:gridSpan w:val="2"/>
                                  <w:tcBorders>
                                    <w:left w:val="double" w:sz="4" w:space="0" w:color="C0504D" w:themeColor="accent2"/>
                                    <w:bottom w:val="double" w:sz="4" w:space="0" w:color="C0504D" w:themeColor="accent2"/>
                                  </w:tcBorders>
                                  <w:vAlign w:val="center"/>
                                </w:tcPr>
                                <w:p w:rsidR="003A37E7" w:rsidRPr="005762C2" w:rsidRDefault="003A37E7" w:rsidP="00591838">
                                  <w:pPr>
                                    <w:jc w:val="center"/>
                                  </w:pPr>
                                  <w:r w:rsidRPr="005762C2">
                                    <w:t>TOTAL CREDIT HOURS</w:t>
                                  </w:r>
                                </w:p>
                              </w:tc>
                              <w:tc>
                                <w:tcPr>
                                  <w:tcW w:w="1110" w:type="dxa"/>
                                  <w:tcBorders>
                                    <w:bottom w:val="double" w:sz="4" w:space="0" w:color="C0504D" w:themeColor="accent2"/>
                                    <w:right w:val="double" w:sz="4" w:space="0" w:color="C0504D" w:themeColor="accent2"/>
                                  </w:tcBorders>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4F9B07" id="Text Box 72" o:spid="_x0000_s1182" type="#_x0000_t202" style="position:absolute;left:0;text-align:left;margin-left:-48.75pt;margin-top:-60.8pt;width:5in;height:311.05pt;z-index:251747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" fillcolor="white [3201]" stroked="f" strokeweight=".5pt">
                <v:textbox>
                  <w:txbxContent>
                    <w:tbl>
                      <w:tblPr>
                        <w:tblStyle w:val="PlainTable1"/>
                        <w:tblW w:w="6795" w:type="dxa"/>
                        <w:tblInd w:w="-180" w:type="dxa"/>
                        <w:tblLook w:val="04A0" w:firstRow="1" w:lastRow="0" w:firstColumn="1" w:lastColumn="0" w:noHBand="0" w:noVBand="1"/>
                      </w:tblPr>
                      <w:tblGrid>
                        <w:gridCol w:w="1525"/>
                        <w:gridCol w:w="4160"/>
                        <w:gridCol w:w="1110"/>
                      </w:tblGrid>
                      <w:tr w:rsidR="003A37E7" w:rsidRPr="005762C2" w:rsidTr="0097372A">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6795" w:type="dxa"/>
                            <w:gridSpan w:val="3"/>
                            <w:tcBorders>
                              <w:top w:val="thickThinSmallGap" w:sz="48" w:space="0" w:color="auto"/>
                              <w:left w:val="thickThinSmallGap" w:sz="48" w:space="0" w:color="auto"/>
                              <w:bottom w:val="double" w:sz="4" w:space="0" w:color="C0504D" w:themeColor="accent2"/>
                              <w:right w:val="thinThickSmallGap" w:sz="48" w:space="0" w:color="auto"/>
                            </w:tcBorders>
                            <w:vAlign w:val="center"/>
                          </w:tcPr>
                          <w:p w:rsidR="003A37E7" w:rsidRPr="004E42AC" w:rsidRDefault="003A37E7" w:rsidP="00EE5D4A">
                            <w:pPr>
                              <w:jc w:val="center"/>
                              <w:rPr>
                                <w:sz w:val="20"/>
                                <w:szCs w:val="20"/>
                              </w:rPr>
                            </w:pPr>
                            <w:r>
                              <w:rPr>
                                <w:sz w:val="20"/>
                                <w:szCs w:val="20"/>
                              </w:rPr>
                              <w:t>JUNIOR YEAR (YEAR III) – FIRST</w:t>
                            </w:r>
                            <w:r w:rsidRPr="004E42AC">
                              <w:rPr>
                                <w:sz w:val="20"/>
                                <w:szCs w:val="20"/>
                              </w:rPr>
                              <w:t xml:space="preserve"> SEMESTER</w:t>
                            </w:r>
                          </w:p>
                        </w:tc>
                      </w:tr>
                      <w:tr w:rsidR="003A37E7" w:rsidRPr="005762C2" w:rsidTr="009737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5" w:type="dxa"/>
                            <w:tcBorders>
                              <w:top w:val="double" w:sz="4" w:space="0" w:color="C0504D" w:themeColor="accent2"/>
                              <w:left w:val="double" w:sz="4" w:space="0" w:color="C0504D" w:themeColor="accent2"/>
                            </w:tcBorders>
                            <w:vAlign w:val="center"/>
                          </w:tcPr>
                          <w:p w:rsidR="003A37E7" w:rsidRPr="005762C2" w:rsidRDefault="003A37E7" w:rsidP="00591838">
                            <w:pPr>
                              <w:jc w:val="center"/>
                            </w:pPr>
                            <w:r w:rsidRPr="005762C2">
                              <w:t>COURSE #</w:t>
                            </w:r>
                          </w:p>
                        </w:tc>
                        <w:tc>
                          <w:tcPr>
                            <w:tcW w:w="4160" w:type="dxa"/>
                            <w:tcBorders>
                              <w:top w:val="double" w:sz="4" w:space="0" w:color="C0504D" w:themeColor="accent2"/>
                            </w:tcBorders>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COURSE TITLE</w:t>
                            </w:r>
                          </w:p>
                        </w:tc>
                        <w:tc>
                          <w:tcPr>
                            <w:tcW w:w="1110" w:type="dxa"/>
                            <w:tcBorders>
                              <w:top w:val="double" w:sz="4" w:space="0" w:color="C0504D" w:themeColor="accent2"/>
                              <w:right w:val="double" w:sz="4" w:space="0" w:color="C0504D" w:themeColor="accent2"/>
                            </w:tcBorders>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CREDIT HOUR</w:t>
                            </w:r>
                          </w:p>
                        </w:tc>
                      </w:tr>
                      <w:tr w:rsidR="003A37E7" w:rsidRPr="005762C2" w:rsidTr="0097372A">
                        <w:tc>
                          <w:tcPr>
                            <w:cnfStyle w:val="001000000000" w:firstRow="0" w:lastRow="0" w:firstColumn="1" w:lastColumn="0" w:oddVBand="0" w:evenVBand="0" w:oddHBand="0" w:evenHBand="0" w:firstRowFirstColumn="0" w:firstRowLastColumn="0" w:lastRowFirstColumn="0" w:lastRowLastColumn="0"/>
                            <w:tcW w:w="1525" w:type="dxa"/>
                            <w:tcBorders>
                              <w:top w:val="double" w:sz="4" w:space="0" w:color="C0504D" w:themeColor="accent2"/>
                              <w:left w:val="double" w:sz="4" w:space="0" w:color="C0504D" w:themeColor="accent2"/>
                            </w:tcBorders>
                            <w:vAlign w:val="center"/>
                          </w:tcPr>
                          <w:p w:rsidR="003A37E7" w:rsidRPr="005762C2" w:rsidRDefault="003A37E7" w:rsidP="00591838">
                            <w:pPr>
                              <w:jc w:val="center"/>
                            </w:pPr>
                            <w:r w:rsidRPr="005762C2">
                              <w:t>GEN 107</w:t>
                            </w:r>
                          </w:p>
                        </w:tc>
                        <w:tc>
                          <w:tcPr>
                            <w:tcW w:w="4160" w:type="dxa"/>
                            <w:tcBorders>
                              <w:top w:val="double" w:sz="4" w:space="0" w:color="C0504D" w:themeColor="accent2"/>
                            </w:tcBorders>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DYNAMIC OF FAITH 1</w:t>
                            </w:r>
                          </w:p>
                        </w:tc>
                        <w:tc>
                          <w:tcPr>
                            <w:tcW w:w="1110" w:type="dxa"/>
                            <w:tcBorders>
                              <w:top w:val="double" w:sz="4" w:space="0" w:color="C0504D" w:themeColor="accent2"/>
                              <w:right w:val="double" w:sz="4" w:space="0" w:color="C0504D" w:themeColor="accent2"/>
                            </w:tcBorders>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2</w:t>
                            </w:r>
                          </w:p>
                        </w:tc>
                      </w:tr>
                      <w:tr w:rsidR="003A37E7" w:rsidRPr="005762C2" w:rsidTr="0097372A">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1525" w:type="dxa"/>
                            <w:tcBorders>
                              <w:left w:val="double" w:sz="4" w:space="0" w:color="C0504D" w:themeColor="accent2"/>
                            </w:tcBorders>
                            <w:vAlign w:val="center"/>
                          </w:tcPr>
                          <w:p w:rsidR="003A37E7" w:rsidRPr="005762C2" w:rsidRDefault="003A37E7" w:rsidP="00591838">
                            <w:pPr>
                              <w:jc w:val="center"/>
                            </w:pPr>
                            <w:r w:rsidRPr="005762C2">
                              <w:t>BIO 372</w:t>
                            </w:r>
                          </w:p>
                        </w:tc>
                        <w:tc>
                          <w:tcPr>
                            <w:tcW w:w="4160" w:type="dxa"/>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HEMATOLOGY</w:t>
                            </w:r>
                          </w:p>
                        </w:tc>
                        <w:tc>
                          <w:tcPr>
                            <w:tcW w:w="1110" w:type="dxa"/>
                            <w:tcBorders>
                              <w:right w:val="double" w:sz="4" w:space="0" w:color="C0504D" w:themeColor="accent2"/>
                            </w:tcBorders>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4</w:t>
                            </w:r>
                          </w:p>
                        </w:tc>
                      </w:tr>
                      <w:tr w:rsidR="003A37E7" w:rsidRPr="005762C2" w:rsidTr="0097372A">
                        <w:trPr>
                          <w:trHeight w:val="578"/>
                        </w:trPr>
                        <w:tc>
                          <w:tcPr>
                            <w:cnfStyle w:val="001000000000" w:firstRow="0" w:lastRow="0" w:firstColumn="1" w:lastColumn="0" w:oddVBand="0" w:evenVBand="0" w:oddHBand="0" w:evenHBand="0" w:firstRowFirstColumn="0" w:firstRowLastColumn="0" w:lastRowFirstColumn="0" w:lastRowLastColumn="0"/>
                            <w:tcW w:w="1525" w:type="dxa"/>
                            <w:tcBorders>
                              <w:left w:val="double" w:sz="4" w:space="0" w:color="C0504D" w:themeColor="accent2"/>
                            </w:tcBorders>
                            <w:vAlign w:val="center"/>
                          </w:tcPr>
                          <w:p w:rsidR="003A37E7" w:rsidRPr="005762C2" w:rsidRDefault="003A37E7" w:rsidP="00591838">
                            <w:pPr>
                              <w:jc w:val="center"/>
                            </w:pPr>
                            <w:r w:rsidRPr="005762C2">
                              <w:t>BIO 341</w:t>
                            </w:r>
                          </w:p>
                        </w:tc>
                        <w:tc>
                          <w:tcPr>
                            <w:tcW w:w="4160" w:type="dxa"/>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PARASITOLOGY</w:t>
                            </w:r>
                          </w:p>
                        </w:tc>
                        <w:tc>
                          <w:tcPr>
                            <w:tcW w:w="1110" w:type="dxa"/>
                            <w:tcBorders>
                              <w:right w:val="double" w:sz="4" w:space="0" w:color="C0504D" w:themeColor="accent2"/>
                            </w:tcBorders>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4</w:t>
                            </w:r>
                          </w:p>
                        </w:tc>
                      </w:tr>
                      <w:tr w:rsidR="003A37E7" w:rsidRPr="005762C2" w:rsidTr="0097372A">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525" w:type="dxa"/>
                            <w:tcBorders>
                              <w:left w:val="double" w:sz="4" w:space="0" w:color="C0504D" w:themeColor="accent2"/>
                            </w:tcBorders>
                            <w:vAlign w:val="center"/>
                          </w:tcPr>
                          <w:p w:rsidR="003A37E7" w:rsidRPr="005762C2" w:rsidRDefault="003A37E7" w:rsidP="00591838">
                            <w:pPr>
                              <w:jc w:val="center"/>
                            </w:pPr>
                            <w:r w:rsidRPr="005762C2">
                              <w:t>CHS 206</w:t>
                            </w:r>
                          </w:p>
                        </w:tc>
                        <w:tc>
                          <w:tcPr>
                            <w:tcW w:w="4160" w:type="dxa"/>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CLINICAL PHARMACOLOGY</w:t>
                            </w:r>
                          </w:p>
                        </w:tc>
                        <w:tc>
                          <w:tcPr>
                            <w:tcW w:w="1110" w:type="dxa"/>
                            <w:tcBorders>
                              <w:right w:val="double" w:sz="4" w:space="0" w:color="C0504D" w:themeColor="accent2"/>
                            </w:tcBorders>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2</w:t>
                            </w:r>
                          </w:p>
                        </w:tc>
                      </w:tr>
                      <w:tr w:rsidR="003A37E7" w:rsidRPr="005762C2" w:rsidTr="0097372A">
                        <w:trPr>
                          <w:trHeight w:val="413"/>
                        </w:trPr>
                        <w:tc>
                          <w:tcPr>
                            <w:cnfStyle w:val="001000000000" w:firstRow="0" w:lastRow="0" w:firstColumn="1" w:lastColumn="0" w:oddVBand="0" w:evenVBand="0" w:oddHBand="0" w:evenHBand="0" w:firstRowFirstColumn="0" w:firstRowLastColumn="0" w:lastRowFirstColumn="0" w:lastRowLastColumn="0"/>
                            <w:tcW w:w="1525" w:type="dxa"/>
                            <w:tcBorders>
                              <w:left w:val="double" w:sz="4" w:space="0" w:color="C0504D" w:themeColor="accent2"/>
                            </w:tcBorders>
                            <w:vAlign w:val="center"/>
                          </w:tcPr>
                          <w:p w:rsidR="003A37E7" w:rsidRPr="005762C2" w:rsidRDefault="003A37E7" w:rsidP="00591838">
                            <w:pPr>
                              <w:jc w:val="center"/>
                            </w:pPr>
                            <w:r w:rsidRPr="005762C2">
                              <w:t>CHS 207</w:t>
                            </w:r>
                          </w:p>
                        </w:tc>
                        <w:tc>
                          <w:tcPr>
                            <w:tcW w:w="4160" w:type="dxa"/>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p>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IDSR</w:t>
                            </w:r>
                          </w:p>
                        </w:tc>
                        <w:tc>
                          <w:tcPr>
                            <w:tcW w:w="1110" w:type="dxa"/>
                            <w:tcBorders>
                              <w:right w:val="double" w:sz="4" w:space="0" w:color="C0504D" w:themeColor="accent2"/>
                            </w:tcBorders>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2</w:t>
                            </w:r>
                          </w:p>
                        </w:tc>
                      </w:tr>
                      <w:tr w:rsidR="003A37E7" w:rsidRPr="005762C2" w:rsidTr="0097372A">
                        <w:trPr>
                          <w:cnfStyle w:val="000000100000" w:firstRow="0" w:lastRow="0" w:firstColumn="0" w:lastColumn="0" w:oddVBand="0" w:evenVBand="0" w:oddHBand="1" w:evenHBand="0" w:firstRowFirstColumn="0" w:firstRowLastColumn="0" w:lastRowFirstColumn="0" w:lastRowLastColumn="0"/>
                          <w:trHeight w:val="792"/>
                        </w:trPr>
                        <w:tc>
                          <w:tcPr>
                            <w:cnfStyle w:val="001000000000" w:firstRow="0" w:lastRow="0" w:firstColumn="1" w:lastColumn="0" w:oddVBand="0" w:evenVBand="0" w:oddHBand="0" w:evenHBand="0" w:firstRowFirstColumn="0" w:firstRowLastColumn="0" w:lastRowFirstColumn="0" w:lastRowLastColumn="0"/>
                            <w:tcW w:w="1525" w:type="dxa"/>
                            <w:tcBorders>
                              <w:left w:val="double" w:sz="4" w:space="0" w:color="C0504D" w:themeColor="accent2"/>
                            </w:tcBorders>
                            <w:vAlign w:val="center"/>
                          </w:tcPr>
                          <w:p w:rsidR="003A37E7" w:rsidRPr="005762C2" w:rsidRDefault="003A37E7" w:rsidP="00591838">
                            <w:pPr>
                              <w:jc w:val="center"/>
                            </w:pPr>
                            <w:r w:rsidRPr="005762C2">
                              <w:t>CHS 301</w:t>
                            </w:r>
                          </w:p>
                        </w:tc>
                        <w:tc>
                          <w:tcPr>
                            <w:tcW w:w="4160" w:type="dxa"/>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PSYCHIATRIC MENTAL</w:t>
                            </w:r>
                          </w:p>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HEALTH I</w:t>
                            </w:r>
                          </w:p>
                        </w:tc>
                        <w:tc>
                          <w:tcPr>
                            <w:tcW w:w="1110" w:type="dxa"/>
                            <w:tcBorders>
                              <w:right w:val="double" w:sz="4" w:space="0" w:color="C0504D" w:themeColor="accent2"/>
                            </w:tcBorders>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3</w:t>
                            </w:r>
                          </w:p>
                        </w:tc>
                      </w:tr>
                      <w:tr w:rsidR="003A37E7" w:rsidRPr="005762C2" w:rsidTr="0097372A">
                        <w:trPr>
                          <w:trHeight w:val="792"/>
                        </w:trPr>
                        <w:tc>
                          <w:tcPr>
                            <w:cnfStyle w:val="001000000000" w:firstRow="0" w:lastRow="0" w:firstColumn="1" w:lastColumn="0" w:oddVBand="0" w:evenVBand="0" w:oddHBand="0" w:evenHBand="0" w:firstRowFirstColumn="0" w:firstRowLastColumn="0" w:lastRowFirstColumn="0" w:lastRowLastColumn="0"/>
                            <w:tcW w:w="1525" w:type="dxa"/>
                            <w:tcBorders>
                              <w:left w:val="double" w:sz="4" w:space="0" w:color="C0504D" w:themeColor="accent2"/>
                            </w:tcBorders>
                            <w:vAlign w:val="center"/>
                          </w:tcPr>
                          <w:p w:rsidR="003A37E7" w:rsidRPr="005762C2" w:rsidRDefault="003A37E7" w:rsidP="00591838">
                            <w:pPr>
                              <w:jc w:val="center"/>
                            </w:pPr>
                            <w:r w:rsidRPr="005762C2">
                              <w:t>CHS 107</w:t>
                            </w:r>
                          </w:p>
                        </w:tc>
                        <w:tc>
                          <w:tcPr>
                            <w:tcW w:w="4160" w:type="dxa"/>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ICT/RESEARCH</w:t>
                            </w:r>
                          </w:p>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METHODOLOGY</w:t>
                            </w:r>
                          </w:p>
                        </w:tc>
                        <w:tc>
                          <w:tcPr>
                            <w:tcW w:w="1110" w:type="dxa"/>
                            <w:tcBorders>
                              <w:right w:val="double" w:sz="4" w:space="0" w:color="C0504D" w:themeColor="accent2"/>
                            </w:tcBorders>
                            <w:vAlign w:val="center"/>
                          </w:tcPr>
                          <w:p w:rsidR="003A37E7" w:rsidRPr="005762C2"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5762C2">
                              <w:t>3</w:t>
                            </w:r>
                          </w:p>
                        </w:tc>
                      </w:tr>
                      <w:tr w:rsidR="003A37E7" w:rsidRPr="005762C2" w:rsidTr="0097372A">
                        <w:trPr>
                          <w:cnfStyle w:val="000000100000" w:firstRow="0" w:lastRow="0" w:firstColumn="0" w:lastColumn="0" w:oddVBand="0" w:evenVBand="0" w:oddHBand="1" w:evenHBand="0" w:firstRowFirstColumn="0" w:firstRowLastColumn="0" w:lastRowFirstColumn="0" w:lastRowLastColumn="0"/>
                          <w:trHeight w:val="603"/>
                        </w:trPr>
                        <w:tc>
                          <w:tcPr>
                            <w:cnfStyle w:val="001000000000" w:firstRow="0" w:lastRow="0" w:firstColumn="1" w:lastColumn="0" w:oddVBand="0" w:evenVBand="0" w:oddHBand="0" w:evenHBand="0" w:firstRowFirstColumn="0" w:firstRowLastColumn="0" w:lastRowFirstColumn="0" w:lastRowLastColumn="0"/>
                            <w:tcW w:w="5685" w:type="dxa"/>
                            <w:gridSpan w:val="2"/>
                            <w:tcBorders>
                              <w:left w:val="double" w:sz="4" w:space="0" w:color="C0504D" w:themeColor="accent2"/>
                              <w:bottom w:val="double" w:sz="4" w:space="0" w:color="C0504D" w:themeColor="accent2"/>
                            </w:tcBorders>
                            <w:vAlign w:val="center"/>
                          </w:tcPr>
                          <w:p w:rsidR="003A37E7" w:rsidRPr="005762C2" w:rsidRDefault="003A37E7" w:rsidP="00591838">
                            <w:pPr>
                              <w:jc w:val="center"/>
                            </w:pPr>
                            <w:r w:rsidRPr="005762C2">
                              <w:t>TOTAL CREDIT HOURS</w:t>
                            </w:r>
                          </w:p>
                        </w:tc>
                        <w:tc>
                          <w:tcPr>
                            <w:tcW w:w="1110" w:type="dxa"/>
                            <w:tcBorders>
                              <w:bottom w:val="double" w:sz="4" w:space="0" w:color="C0504D" w:themeColor="accent2"/>
                              <w:right w:val="double" w:sz="4" w:space="0" w:color="C0504D" w:themeColor="accent2"/>
                            </w:tcBorders>
                            <w:vAlign w:val="center"/>
                          </w:tcPr>
                          <w:p w:rsidR="003A37E7" w:rsidRPr="005762C2"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5762C2">
                              <w:t>20</w:t>
                            </w:r>
                          </w:p>
                        </w:tc>
                      </w:tr>
                    </w:tbl>
                    <w:p w:rsidR="003A37E7" w:rsidRDefault="003A37E7"/>
                  </w:txbxContent>
                </v:textbox>
                <w10:wrap anchorx="margin"/>
              </v:shape>
            </w:pict>
          </mc:Fallback>
        </mc:AlternateContent>
      </w:r>
    </w:p>
    <w:p w:rsidR="00C77E6C" w:rsidRDefault="00C77E6C" w:rsidP="00412947">
      <w:pPr>
        <w:pStyle w:val="Heading3"/>
        <w:jc w:val="center"/>
      </w:pPr>
    </w:p>
    <w:p w:rsidR="00C77E6C" w:rsidRDefault="00C77E6C" w:rsidP="00412947">
      <w:pPr>
        <w:pStyle w:val="Heading3"/>
        <w:jc w:val="center"/>
      </w:pPr>
    </w:p>
    <w:p w:rsidR="00C77E6C" w:rsidRDefault="00C77E6C" w:rsidP="00412947">
      <w:pPr>
        <w:pStyle w:val="Heading3"/>
        <w:jc w:val="center"/>
      </w:pPr>
    </w:p>
    <w:p w:rsidR="00C77E6C" w:rsidRDefault="00C77E6C" w:rsidP="00412947">
      <w:pPr>
        <w:pStyle w:val="Heading3"/>
        <w:jc w:val="center"/>
      </w:pPr>
    </w:p>
    <w:p w:rsidR="00C77E6C" w:rsidRDefault="00C77E6C" w:rsidP="00412947">
      <w:pPr>
        <w:pStyle w:val="Heading3"/>
        <w:jc w:val="center"/>
      </w:pPr>
    </w:p>
    <w:p w:rsidR="00C77E6C" w:rsidRDefault="00C77E6C" w:rsidP="00412947">
      <w:pPr>
        <w:pStyle w:val="Heading3"/>
        <w:jc w:val="center"/>
      </w:pPr>
    </w:p>
    <w:p w:rsidR="00C77E6C" w:rsidRDefault="00C77E6C" w:rsidP="00412947">
      <w:pPr>
        <w:pStyle w:val="Heading3"/>
        <w:jc w:val="center"/>
      </w:pPr>
    </w:p>
    <w:p w:rsidR="00C77E6C" w:rsidRDefault="005762C2" w:rsidP="00412947">
      <w:pPr>
        <w:pStyle w:val="Heading3"/>
        <w:jc w:val="center"/>
      </w:pPr>
      <w:r>
        <w:rPr>
          <w:noProof/>
        </w:rPr>
        <mc:AlternateContent>
          <mc:Choice Requires="wps">
            <w:drawing>
              <wp:anchor distT="0" distB="0" distL="114300" distR="114300" simplePos="0" relativeHeight="251758592" behindDoc="0" locked="0" layoutInCell="1" allowOverlap="1" wp14:anchorId="4E0BEBD6" wp14:editId="3A6352E6">
                <wp:simplePos x="0" y="0"/>
                <wp:positionH relativeFrom="column">
                  <wp:posOffset>-737029</wp:posOffset>
                </wp:positionH>
                <wp:positionV relativeFrom="paragraph">
                  <wp:posOffset>155575</wp:posOffset>
                </wp:positionV>
                <wp:extent cx="4916384" cy="3608832"/>
                <wp:effectExtent l="0" t="0" r="0" b="0"/>
                <wp:wrapNone/>
                <wp:docPr id="97" name="Text Box 97"/>
                <wp:cNvGraphicFramePr/>
                <a:graphic xmlns:a="http://schemas.openxmlformats.org/drawingml/2006/main">
                  <a:graphicData uri="http://schemas.microsoft.com/office/word/2010/wordprocessingShape">
                    <wps:wsp>
                      <wps:cNvSpPr txBox="1"/>
                      <wps:spPr>
                        <a:xfrm>
                          <a:off x="0" y="0"/>
                          <a:ext cx="4916384" cy="360883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PlainTable1"/>
                              <w:tblW w:w="0" w:type="auto"/>
                              <w:tblInd w:w="-180" w:type="dxa"/>
                              <w:tblLook w:val="04A0" w:firstRow="1" w:lastRow="0" w:firstColumn="1" w:lastColumn="0" w:noHBand="0" w:noVBand="1"/>
                            </w:tblPr>
                            <w:tblGrid>
                              <w:gridCol w:w="1828"/>
                              <w:gridCol w:w="3947"/>
                              <w:gridCol w:w="1110"/>
                            </w:tblGrid>
                            <w:tr w:rsidR="003A37E7" w:rsidTr="0097372A">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6885" w:type="dxa"/>
                                  <w:gridSpan w:val="3"/>
                                  <w:tcBorders>
                                    <w:top w:val="thinThickSmallGap" w:sz="48" w:space="0" w:color="auto"/>
                                    <w:left w:val="thinThickSmallGap" w:sz="48" w:space="0" w:color="auto"/>
                                    <w:bottom w:val="double" w:sz="4" w:space="0" w:color="C0504D" w:themeColor="accent2"/>
                                    <w:right w:val="thickThinSmallGap" w:sz="48" w:space="0" w:color="auto"/>
                                  </w:tcBorders>
                                  <w:vAlign w:val="center"/>
                                </w:tcPr>
                                <w:p w:rsidR="003A37E7" w:rsidRDefault="003A37E7" w:rsidP="00591838">
                                  <w:pPr>
                                    <w:jc w:val="center"/>
                                  </w:pPr>
                                  <w:r>
                                    <w:rPr>
                                      <w:sz w:val="20"/>
                                      <w:szCs w:val="20"/>
                                    </w:rPr>
                                    <w:t>JUNIOR YEAR (YEAR III) – SECOND</w:t>
                                  </w:r>
                                  <w:r w:rsidRPr="004E42AC">
                                    <w:rPr>
                                      <w:sz w:val="20"/>
                                      <w:szCs w:val="20"/>
                                    </w:rPr>
                                    <w:t xml:space="preserve"> SEMESTER</w:t>
                                  </w:r>
                                </w:p>
                              </w:tc>
                            </w:tr>
                            <w:tr w:rsidR="003A37E7" w:rsidTr="009737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Default="003A37E7" w:rsidP="00591838">
                                  <w:pPr>
                                    <w:jc w:val="center"/>
                                  </w:pPr>
                                  <w:r w:rsidRPr="0071195B">
                                    <w:t>COURSE #</w:t>
                                  </w:r>
                                </w:p>
                              </w:tc>
                              <w:tc>
                                <w:tcPr>
                                  <w:tcW w:w="3947" w:type="dxa"/>
                                  <w:tcBorders>
                                    <w:top w:val="double" w:sz="4" w:space="0" w:color="C0504D" w:themeColor="accent2"/>
                                  </w:tcBorders>
                                  <w:vAlign w:val="center"/>
                                </w:tcPr>
                                <w:p w:rsidR="003A37E7" w:rsidRDefault="003A37E7" w:rsidP="00591838">
                                  <w:pPr>
                                    <w:jc w:val="center"/>
                                    <w:cnfStyle w:val="000000100000" w:firstRow="0" w:lastRow="0" w:firstColumn="0" w:lastColumn="0" w:oddVBand="0" w:evenVBand="0" w:oddHBand="1" w:evenHBand="0" w:firstRowFirstColumn="0" w:firstRowLastColumn="0" w:lastRowFirstColumn="0" w:lastRowLastColumn="0"/>
                                  </w:pPr>
                                  <w:r>
                                    <w:t>COURSE TITLE</w:t>
                                  </w:r>
                                </w:p>
                              </w:tc>
                              <w:tc>
                                <w:tcPr>
                                  <w:tcW w:w="1110" w:type="dxa"/>
                                  <w:tcBorders>
                                    <w:top w:val="double" w:sz="4" w:space="0" w:color="C0504D" w:themeColor="accent2"/>
                                    <w:right w:val="double" w:sz="4" w:space="0" w:color="C0504D" w:themeColor="accent2"/>
                                  </w:tcBorders>
                                  <w:vAlign w:val="center"/>
                                </w:tcPr>
                                <w:p w:rsidR="003A37E7" w:rsidRDefault="003A37E7" w:rsidP="00591838">
                                  <w:pPr>
                                    <w:jc w:val="center"/>
                                    <w:cnfStyle w:val="000000100000" w:firstRow="0" w:lastRow="0" w:firstColumn="0" w:lastColumn="0" w:oddVBand="0" w:evenVBand="0" w:oddHBand="1" w:evenHBand="0" w:firstRowFirstColumn="0" w:firstRowLastColumn="0" w:lastRowFirstColumn="0" w:lastRowLastColumn="0"/>
                                  </w:pPr>
                                  <w:r>
                                    <w:t>CREDIT HOUR</w:t>
                                  </w:r>
                                </w:p>
                              </w:tc>
                            </w:tr>
                            <w:tr w:rsidR="003A37E7" w:rsidTr="0097372A">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71195B" w:rsidRDefault="003A37E7" w:rsidP="00591838">
                                  <w:pPr>
                                    <w:jc w:val="center"/>
                                  </w:pPr>
                                  <w:r>
                                    <w:t>GEN 108</w:t>
                                  </w:r>
                                </w:p>
                              </w:tc>
                              <w:tc>
                                <w:tcPr>
                                  <w:tcW w:w="3947" w:type="dxa"/>
                                  <w:tcBorders>
                                    <w:top w:val="double" w:sz="4" w:space="0" w:color="C0504D" w:themeColor="accent2"/>
                                  </w:tcBorders>
                                  <w:vAlign w:val="center"/>
                                </w:tcPr>
                                <w:p w:rsidR="003A37E7" w:rsidRDefault="003A37E7" w:rsidP="00591838">
                                  <w:pPr>
                                    <w:jc w:val="center"/>
                                    <w:cnfStyle w:val="000000000000" w:firstRow="0" w:lastRow="0" w:firstColumn="0" w:lastColumn="0" w:oddVBand="0" w:evenVBand="0" w:oddHBand="0" w:evenHBand="0" w:firstRowFirstColumn="0" w:firstRowLastColumn="0" w:lastRowFirstColumn="0" w:lastRowLastColumn="0"/>
                                  </w:pPr>
                                  <w:r>
                                    <w:t>DYNAMIC OF FAITH 2</w:t>
                                  </w:r>
                                </w:p>
                              </w:tc>
                              <w:tc>
                                <w:tcPr>
                                  <w:tcW w:w="1110" w:type="dxa"/>
                                  <w:tcBorders>
                                    <w:top w:val="double" w:sz="4" w:space="0" w:color="C0504D" w:themeColor="accent2"/>
                                    <w:right w:val="double" w:sz="4" w:space="0" w:color="C0504D" w:themeColor="accent2"/>
                                  </w:tcBorders>
                                  <w:vAlign w:val="center"/>
                                </w:tcPr>
                                <w:p w:rsidR="003A37E7" w:rsidRDefault="003A37E7" w:rsidP="00591838">
                                  <w:pPr>
                                    <w:jc w:val="center"/>
                                    <w:cnfStyle w:val="000000000000" w:firstRow="0" w:lastRow="0" w:firstColumn="0" w:lastColumn="0" w:oddVBand="0" w:evenVBand="0" w:oddHBand="0" w:evenHBand="0" w:firstRowFirstColumn="0" w:firstRowLastColumn="0" w:lastRowFirstColumn="0" w:lastRowLastColumn="0"/>
                                  </w:pPr>
                                  <w:r>
                                    <w:t>2</w:t>
                                  </w:r>
                                </w:p>
                              </w:tc>
                            </w:tr>
                            <w:tr w:rsidR="003A37E7" w:rsidTr="0097372A">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Default="003A37E7" w:rsidP="00591838">
                                  <w:pPr>
                                    <w:jc w:val="center"/>
                                  </w:pPr>
                                  <w:r w:rsidRPr="00481C34">
                                    <w:t>MLT 105</w:t>
                                  </w:r>
                                </w:p>
                              </w:tc>
                              <w:tc>
                                <w:tcPr>
                                  <w:tcW w:w="3947" w:type="dxa"/>
                                  <w:vAlign w:val="center"/>
                                </w:tcPr>
                                <w:p w:rsidR="003A37E7"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481C34">
                                    <w:t>URINALYSIS</w:t>
                                  </w:r>
                                </w:p>
                              </w:tc>
                              <w:tc>
                                <w:tcPr>
                                  <w:tcW w:w="1110" w:type="dxa"/>
                                  <w:tcBorders>
                                    <w:right w:val="double" w:sz="4" w:space="0" w:color="C0504D" w:themeColor="accent2"/>
                                  </w:tcBorders>
                                  <w:vAlign w:val="center"/>
                                </w:tcPr>
                                <w:p w:rsidR="003A37E7" w:rsidRDefault="003A37E7" w:rsidP="00591838">
                                  <w:pPr>
                                    <w:jc w:val="center"/>
                                    <w:cnfStyle w:val="000000100000" w:firstRow="0" w:lastRow="0" w:firstColumn="0" w:lastColumn="0" w:oddVBand="0" w:evenVBand="0" w:oddHBand="1" w:evenHBand="0" w:firstRowFirstColumn="0" w:firstRowLastColumn="0" w:lastRowFirstColumn="0" w:lastRowLastColumn="0"/>
                                  </w:pPr>
                                  <w:r>
                                    <w:t>4</w:t>
                                  </w:r>
                                </w:p>
                              </w:tc>
                            </w:tr>
                            <w:tr w:rsidR="003A37E7" w:rsidTr="0097372A">
                              <w:trPr>
                                <w:trHeight w:val="578"/>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Default="003A37E7" w:rsidP="00591838">
                                  <w:pPr>
                                    <w:jc w:val="center"/>
                                  </w:pPr>
                                  <w:r w:rsidRPr="00481C34">
                                    <w:t>BIO 342</w:t>
                                  </w:r>
                                </w:p>
                              </w:tc>
                              <w:tc>
                                <w:tcPr>
                                  <w:tcW w:w="3947" w:type="dxa"/>
                                  <w:vAlign w:val="center"/>
                                </w:tcPr>
                                <w:p w:rsidR="003A37E7"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481C34">
                                    <w:t>IMMUNOLOGY</w:t>
                                  </w:r>
                                </w:p>
                              </w:tc>
                              <w:tc>
                                <w:tcPr>
                                  <w:tcW w:w="1110" w:type="dxa"/>
                                  <w:tcBorders>
                                    <w:right w:val="double" w:sz="4" w:space="0" w:color="C0504D" w:themeColor="accent2"/>
                                  </w:tcBorders>
                                  <w:vAlign w:val="center"/>
                                </w:tcPr>
                                <w:p w:rsidR="003A37E7" w:rsidRDefault="003A37E7" w:rsidP="00591838">
                                  <w:pPr>
                                    <w:jc w:val="center"/>
                                    <w:cnfStyle w:val="000000000000" w:firstRow="0" w:lastRow="0" w:firstColumn="0" w:lastColumn="0" w:oddVBand="0" w:evenVBand="0" w:oddHBand="0" w:evenHBand="0" w:firstRowFirstColumn="0" w:firstRowLastColumn="0" w:lastRowFirstColumn="0" w:lastRowLastColumn="0"/>
                                  </w:pPr>
                                  <w:r>
                                    <w:t>4</w:t>
                                  </w:r>
                                </w:p>
                              </w:tc>
                            </w:tr>
                            <w:tr w:rsidR="003A37E7" w:rsidTr="0097372A">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71195B" w:rsidRDefault="003A37E7" w:rsidP="00591838">
                                  <w:pPr>
                                    <w:jc w:val="center"/>
                                  </w:pPr>
                                  <w:r w:rsidRPr="00481C34">
                                    <w:t>BIO 411</w:t>
                                  </w:r>
                                </w:p>
                              </w:tc>
                              <w:tc>
                                <w:tcPr>
                                  <w:tcW w:w="3947" w:type="dxa"/>
                                  <w:vAlign w:val="center"/>
                                </w:tcPr>
                                <w:p w:rsidR="003A37E7" w:rsidRPr="0071195B"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481C34">
                                    <w:t>HISTOLOGY/CYTOLOGY</w:t>
                                  </w:r>
                                </w:p>
                              </w:tc>
                              <w:tc>
                                <w:tcPr>
                                  <w:tcW w:w="1110" w:type="dxa"/>
                                  <w:tcBorders>
                                    <w:right w:val="double" w:sz="4" w:space="0" w:color="C0504D" w:themeColor="accent2"/>
                                  </w:tcBorders>
                                  <w:vAlign w:val="center"/>
                                </w:tcPr>
                                <w:p w:rsidR="003A37E7" w:rsidRDefault="003A37E7" w:rsidP="00591838">
                                  <w:pPr>
                                    <w:jc w:val="center"/>
                                    <w:cnfStyle w:val="000000100000" w:firstRow="0" w:lastRow="0" w:firstColumn="0" w:lastColumn="0" w:oddVBand="0" w:evenVBand="0" w:oddHBand="1" w:evenHBand="0" w:firstRowFirstColumn="0" w:firstRowLastColumn="0" w:lastRowFirstColumn="0" w:lastRowLastColumn="0"/>
                                  </w:pPr>
                                  <w:r>
                                    <w:t>4</w:t>
                                  </w:r>
                                </w:p>
                              </w:tc>
                            </w:tr>
                            <w:tr w:rsidR="003A37E7" w:rsidTr="0097372A">
                              <w:trPr>
                                <w:trHeight w:val="693"/>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71195B" w:rsidRDefault="003A37E7" w:rsidP="00591838">
                                  <w:pPr>
                                    <w:jc w:val="center"/>
                                  </w:pPr>
                                  <w:r w:rsidRPr="00481C34">
                                    <w:t>MLT 106</w:t>
                                  </w:r>
                                </w:p>
                              </w:tc>
                              <w:tc>
                                <w:tcPr>
                                  <w:tcW w:w="3947" w:type="dxa"/>
                                  <w:vAlign w:val="center"/>
                                </w:tcPr>
                                <w:p w:rsidR="003A37E7"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481C34">
                                    <w:t>LABORATORY MANAGEMENT</w:t>
                                  </w:r>
                                </w:p>
                                <w:p w:rsidR="003A37E7" w:rsidRPr="0071195B" w:rsidRDefault="003A37E7" w:rsidP="00591838">
                                  <w:pPr>
                                    <w:jc w:val="center"/>
                                    <w:cnfStyle w:val="000000000000" w:firstRow="0" w:lastRow="0" w:firstColumn="0" w:lastColumn="0" w:oddVBand="0" w:evenVBand="0" w:oddHBand="0" w:evenHBand="0" w:firstRowFirstColumn="0" w:firstRowLastColumn="0" w:lastRowFirstColumn="0" w:lastRowLastColumn="0"/>
                                  </w:pPr>
                                </w:p>
                              </w:tc>
                              <w:tc>
                                <w:tcPr>
                                  <w:tcW w:w="1110" w:type="dxa"/>
                                  <w:tcBorders>
                                    <w:right w:val="double" w:sz="4" w:space="0" w:color="C0504D" w:themeColor="accent2"/>
                                  </w:tcBorders>
                                  <w:vAlign w:val="center"/>
                                </w:tcPr>
                                <w:p w:rsidR="003A37E7" w:rsidRDefault="003A37E7" w:rsidP="00591838">
                                  <w:pPr>
                                    <w:jc w:val="center"/>
                                    <w:cnfStyle w:val="000000000000" w:firstRow="0" w:lastRow="0" w:firstColumn="0" w:lastColumn="0" w:oddVBand="0" w:evenVBand="0" w:oddHBand="0" w:evenHBand="0" w:firstRowFirstColumn="0" w:firstRowLastColumn="0" w:lastRowFirstColumn="0" w:lastRowLastColumn="0"/>
                                  </w:pPr>
                                  <w:r>
                                    <w:t>3</w:t>
                                  </w:r>
                                </w:p>
                              </w:tc>
                            </w:tr>
                            <w:tr w:rsidR="003A37E7" w:rsidTr="0097372A">
                              <w:trPr>
                                <w:cnfStyle w:val="000000100000" w:firstRow="0" w:lastRow="0" w:firstColumn="0" w:lastColumn="0" w:oddVBand="0" w:evenVBand="0" w:oddHBand="1" w:evenHBand="0" w:firstRowFirstColumn="0" w:firstRowLastColumn="0" w:lastRowFirstColumn="0" w:lastRowLastColumn="0"/>
                                <w:trHeight w:val="792"/>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Default="003A37E7" w:rsidP="00591838">
                                  <w:pPr>
                                    <w:jc w:val="center"/>
                                  </w:pPr>
                                  <w:r>
                                    <w:t>ENTR</w:t>
                                  </w:r>
                                </w:p>
                                <w:p w:rsidR="003A37E7" w:rsidRPr="0071195B" w:rsidRDefault="003A37E7" w:rsidP="00591838">
                                  <w:pPr>
                                    <w:jc w:val="center"/>
                                  </w:pPr>
                                  <w:r>
                                    <w:t>401</w:t>
                                  </w:r>
                                </w:p>
                              </w:tc>
                              <w:tc>
                                <w:tcPr>
                                  <w:tcW w:w="3947" w:type="dxa"/>
                                  <w:vAlign w:val="center"/>
                                </w:tcPr>
                                <w:p w:rsidR="003A37E7" w:rsidRDefault="003A37E7" w:rsidP="00591838">
                                  <w:pPr>
                                    <w:jc w:val="center"/>
                                    <w:cnfStyle w:val="000000100000" w:firstRow="0" w:lastRow="0" w:firstColumn="0" w:lastColumn="0" w:oddVBand="0" w:evenVBand="0" w:oddHBand="1" w:evenHBand="0" w:firstRowFirstColumn="0" w:firstRowLastColumn="0" w:lastRowFirstColumn="0" w:lastRowLastColumn="0"/>
                                  </w:pPr>
                                  <w:r>
                                    <w:t>ENTREPRENEURSHIP IN</w:t>
                                  </w:r>
                                </w:p>
                                <w:p w:rsidR="003A37E7" w:rsidRPr="0071195B" w:rsidRDefault="003A37E7" w:rsidP="00591838">
                                  <w:pPr>
                                    <w:jc w:val="center"/>
                                    <w:cnfStyle w:val="000000100000" w:firstRow="0" w:lastRow="0" w:firstColumn="0" w:lastColumn="0" w:oddVBand="0" w:evenVBand="0" w:oddHBand="1" w:evenHBand="0" w:firstRowFirstColumn="0" w:firstRowLastColumn="0" w:lastRowFirstColumn="0" w:lastRowLastColumn="0"/>
                                  </w:pPr>
                                  <w:r>
                                    <w:t>EDUCATION I</w:t>
                                  </w:r>
                                </w:p>
                              </w:tc>
                              <w:tc>
                                <w:tcPr>
                                  <w:tcW w:w="1110" w:type="dxa"/>
                                  <w:tcBorders>
                                    <w:right w:val="double" w:sz="4" w:space="0" w:color="C0504D" w:themeColor="accent2"/>
                                  </w:tcBorders>
                                  <w:vAlign w:val="center"/>
                                </w:tcPr>
                                <w:p w:rsidR="003A37E7" w:rsidRDefault="003A37E7" w:rsidP="00591838">
                                  <w:pPr>
                                    <w:jc w:val="center"/>
                                    <w:cnfStyle w:val="000000100000" w:firstRow="0" w:lastRow="0" w:firstColumn="0" w:lastColumn="0" w:oddVBand="0" w:evenVBand="0" w:oddHBand="1" w:evenHBand="0" w:firstRowFirstColumn="0" w:firstRowLastColumn="0" w:lastRowFirstColumn="0" w:lastRowLastColumn="0"/>
                                  </w:pPr>
                                  <w:r>
                                    <w:t>I</w:t>
                                  </w:r>
                                </w:p>
                              </w:tc>
                            </w:tr>
                            <w:tr w:rsidR="003A37E7" w:rsidTr="0097372A">
                              <w:trPr>
                                <w:trHeight w:val="603"/>
                              </w:trPr>
                              <w:tc>
                                <w:tcPr>
                                  <w:cnfStyle w:val="001000000000" w:firstRow="0" w:lastRow="0" w:firstColumn="1" w:lastColumn="0" w:oddVBand="0" w:evenVBand="0" w:oddHBand="0" w:evenHBand="0" w:firstRowFirstColumn="0" w:firstRowLastColumn="0" w:lastRowFirstColumn="0" w:lastRowLastColumn="0"/>
                                  <w:tcW w:w="5775" w:type="dxa"/>
                                  <w:gridSpan w:val="2"/>
                                  <w:tcBorders>
                                    <w:left w:val="double" w:sz="4" w:space="0" w:color="C0504D" w:themeColor="accent2"/>
                                    <w:bottom w:val="double" w:sz="4" w:space="0" w:color="C0504D" w:themeColor="accent2"/>
                                  </w:tcBorders>
                                  <w:vAlign w:val="center"/>
                                </w:tcPr>
                                <w:p w:rsidR="003A37E7" w:rsidRPr="0071195B" w:rsidRDefault="003A37E7" w:rsidP="00591838">
                                  <w:pPr>
                                    <w:jc w:val="center"/>
                                  </w:pPr>
                                  <w:r>
                                    <w:t>TOTAL CREDIT HOURS</w:t>
                                  </w:r>
                                </w:p>
                              </w:tc>
                              <w:tc>
                                <w:tcPr>
                                  <w:tcW w:w="1110" w:type="dxa"/>
                                  <w:tcBorders>
                                    <w:bottom w:val="double" w:sz="4" w:space="0" w:color="C0504D" w:themeColor="accent2"/>
                                    <w:right w:val="double" w:sz="4" w:space="0" w:color="C0504D" w:themeColor="accent2"/>
                                  </w:tcBorders>
                                  <w:vAlign w:val="center"/>
                                </w:tcPr>
                                <w:p w:rsidR="003A37E7" w:rsidRDefault="003A37E7" w:rsidP="00591838">
                                  <w:pPr>
                                    <w:jc w:val="center"/>
                                    <w:cnfStyle w:val="000000000000" w:firstRow="0" w:lastRow="0" w:firstColumn="0" w:lastColumn="0" w:oddVBand="0" w:evenVBand="0" w:oddHBand="0" w:evenHBand="0" w:firstRowFirstColumn="0" w:firstRowLastColumn="0" w:lastRowFirstColumn="0" w:lastRowLastColumn="0"/>
                                  </w:pPr>
                                  <w:r>
                                    <w:t>18</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0BEBD6" id="Text Box 97" o:spid="_x0000_s1183" type="#_x0000_t202" style="position:absolute;left:0;text-align:left;margin-left:-58.05pt;margin-top:12.25pt;width:387.1pt;height:284.1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" fillcolor="white [3201]" stroked="f" strokeweight=".5pt">
                <v:textbox>
                  <w:txbxContent>
                    <w:tbl>
                      <w:tblPr>
                        <w:tblStyle w:val="PlainTable1"/>
                        <w:tblW w:w="0" w:type="auto"/>
                        <w:tblInd w:w="-180" w:type="dxa"/>
                        <w:tblLook w:val="04A0" w:firstRow="1" w:lastRow="0" w:firstColumn="1" w:lastColumn="0" w:noHBand="0" w:noVBand="1"/>
                      </w:tblPr>
                      <w:tblGrid>
                        <w:gridCol w:w="1828"/>
                        <w:gridCol w:w="3947"/>
                        <w:gridCol w:w="1110"/>
                      </w:tblGrid>
                      <w:tr w:rsidR="003A37E7" w:rsidTr="0097372A">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6885" w:type="dxa"/>
                            <w:gridSpan w:val="3"/>
                            <w:tcBorders>
                              <w:top w:val="thinThickSmallGap" w:sz="48" w:space="0" w:color="auto"/>
                              <w:left w:val="thinThickSmallGap" w:sz="48" w:space="0" w:color="auto"/>
                              <w:bottom w:val="double" w:sz="4" w:space="0" w:color="C0504D" w:themeColor="accent2"/>
                              <w:right w:val="thickThinSmallGap" w:sz="48" w:space="0" w:color="auto"/>
                            </w:tcBorders>
                            <w:vAlign w:val="center"/>
                          </w:tcPr>
                          <w:p w:rsidR="003A37E7" w:rsidRDefault="003A37E7" w:rsidP="00591838">
                            <w:pPr>
                              <w:jc w:val="center"/>
                            </w:pPr>
                            <w:r>
                              <w:rPr>
                                <w:sz w:val="20"/>
                                <w:szCs w:val="20"/>
                              </w:rPr>
                              <w:t>JUNIOR YEAR (YEAR III) – SECOND</w:t>
                            </w:r>
                            <w:r w:rsidRPr="004E42AC">
                              <w:rPr>
                                <w:sz w:val="20"/>
                                <w:szCs w:val="20"/>
                              </w:rPr>
                              <w:t xml:space="preserve"> SEMESTER</w:t>
                            </w:r>
                          </w:p>
                        </w:tc>
                      </w:tr>
                      <w:tr w:rsidR="003A37E7" w:rsidTr="009737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Default="003A37E7" w:rsidP="00591838">
                            <w:pPr>
                              <w:jc w:val="center"/>
                            </w:pPr>
                            <w:r w:rsidRPr="0071195B">
                              <w:t>COURSE #</w:t>
                            </w:r>
                          </w:p>
                        </w:tc>
                        <w:tc>
                          <w:tcPr>
                            <w:tcW w:w="3947" w:type="dxa"/>
                            <w:tcBorders>
                              <w:top w:val="double" w:sz="4" w:space="0" w:color="C0504D" w:themeColor="accent2"/>
                            </w:tcBorders>
                            <w:vAlign w:val="center"/>
                          </w:tcPr>
                          <w:p w:rsidR="003A37E7" w:rsidRDefault="003A37E7" w:rsidP="00591838">
                            <w:pPr>
                              <w:jc w:val="center"/>
                              <w:cnfStyle w:val="000000100000" w:firstRow="0" w:lastRow="0" w:firstColumn="0" w:lastColumn="0" w:oddVBand="0" w:evenVBand="0" w:oddHBand="1" w:evenHBand="0" w:firstRowFirstColumn="0" w:firstRowLastColumn="0" w:lastRowFirstColumn="0" w:lastRowLastColumn="0"/>
                            </w:pPr>
                            <w:r>
                              <w:t>COURSE TITLE</w:t>
                            </w:r>
                          </w:p>
                        </w:tc>
                        <w:tc>
                          <w:tcPr>
                            <w:tcW w:w="1110" w:type="dxa"/>
                            <w:tcBorders>
                              <w:top w:val="double" w:sz="4" w:space="0" w:color="C0504D" w:themeColor="accent2"/>
                              <w:right w:val="double" w:sz="4" w:space="0" w:color="C0504D" w:themeColor="accent2"/>
                            </w:tcBorders>
                            <w:vAlign w:val="center"/>
                          </w:tcPr>
                          <w:p w:rsidR="003A37E7" w:rsidRDefault="003A37E7" w:rsidP="00591838">
                            <w:pPr>
                              <w:jc w:val="center"/>
                              <w:cnfStyle w:val="000000100000" w:firstRow="0" w:lastRow="0" w:firstColumn="0" w:lastColumn="0" w:oddVBand="0" w:evenVBand="0" w:oddHBand="1" w:evenHBand="0" w:firstRowFirstColumn="0" w:firstRowLastColumn="0" w:lastRowFirstColumn="0" w:lastRowLastColumn="0"/>
                            </w:pPr>
                            <w:r>
                              <w:t>CREDIT HOUR</w:t>
                            </w:r>
                          </w:p>
                        </w:tc>
                      </w:tr>
                      <w:tr w:rsidR="003A37E7" w:rsidTr="0097372A">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71195B" w:rsidRDefault="003A37E7" w:rsidP="00591838">
                            <w:pPr>
                              <w:jc w:val="center"/>
                            </w:pPr>
                            <w:r>
                              <w:t>GEN 108</w:t>
                            </w:r>
                          </w:p>
                        </w:tc>
                        <w:tc>
                          <w:tcPr>
                            <w:tcW w:w="3947" w:type="dxa"/>
                            <w:tcBorders>
                              <w:top w:val="double" w:sz="4" w:space="0" w:color="C0504D" w:themeColor="accent2"/>
                            </w:tcBorders>
                            <w:vAlign w:val="center"/>
                          </w:tcPr>
                          <w:p w:rsidR="003A37E7" w:rsidRDefault="003A37E7" w:rsidP="00591838">
                            <w:pPr>
                              <w:jc w:val="center"/>
                              <w:cnfStyle w:val="000000000000" w:firstRow="0" w:lastRow="0" w:firstColumn="0" w:lastColumn="0" w:oddVBand="0" w:evenVBand="0" w:oddHBand="0" w:evenHBand="0" w:firstRowFirstColumn="0" w:firstRowLastColumn="0" w:lastRowFirstColumn="0" w:lastRowLastColumn="0"/>
                            </w:pPr>
                            <w:r>
                              <w:t>DYNAMIC OF FAITH 2</w:t>
                            </w:r>
                          </w:p>
                        </w:tc>
                        <w:tc>
                          <w:tcPr>
                            <w:tcW w:w="1110" w:type="dxa"/>
                            <w:tcBorders>
                              <w:top w:val="double" w:sz="4" w:space="0" w:color="C0504D" w:themeColor="accent2"/>
                              <w:right w:val="double" w:sz="4" w:space="0" w:color="C0504D" w:themeColor="accent2"/>
                            </w:tcBorders>
                            <w:vAlign w:val="center"/>
                          </w:tcPr>
                          <w:p w:rsidR="003A37E7" w:rsidRDefault="003A37E7" w:rsidP="00591838">
                            <w:pPr>
                              <w:jc w:val="center"/>
                              <w:cnfStyle w:val="000000000000" w:firstRow="0" w:lastRow="0" w:firstColumn="0" w:lastColumn="0" w:oddVBand="0" w:evenVBand="0" w:oddHBand="0" w:evenHBand="0" w:firstRowFirstColumn="0" w:firstRowLastColumn="0" w:lastRowFirstColumn="0" w:lastRowLastColumn="0"/>
                            </w:pPr>
                            <w:r>
                              <w:t>2</w:t>
                            </w:r>
                          </w:p>
                        </w:tc>
                      </w:tr>
                      <w:tr w:rsidR="003A37E7" w:rsidTr="0097372A">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Default="003A37E7" w:rsidP="00591838">
                            <w:pPr>
                              <w:jc w:val="center"/>
                            </w:pPr>
                            <w:r w:rsidRPr="00481C34">
                              <w:t>MLT 105</w:t>
                            </w:r>
                          </w:p>
                        </w:tc>
                        <w:tc>
                          <w:tcPr>
                            <w:tcW w:w="3947" w:type="dxa"/>
                            <w:vAlign w:val="center"/>
                          </w:tcPr>
                          <w:p w:rsidR="003A37E7"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481C34">
                              <w:t>URINALYSIS</w:t>
                            </w:r>
                          </w:p>
                        </w:tc>
                        <w:tc>
                          <w:tcPr>
                            <w:tcW w:w="1110" w:type="dxa"/>
                            <w:tcBorders>
                              <w:right w:val="double" w:sz="4" w:space="0" w:color="C0504D" w:themeColor="accent2"/>
                            </w:tcBorders>
                            <w:vAlign w:val="center"/>
                          </w:tcPr>
                          <w:p w:rsidR="003A37E7" w:rsidRDefault="003A37E7" w:rsidP="00591838">
                            <w:pPr>
                              <w:jc w:val="center"/>
                              <w:cnfStyle w:val="000000100000" w:firstRow="0" w:lastRow="0" w:firstColumn="0" w:lastColumn="0" w:oddVBand="0" w:evenVBand="0" w:oddHBand="1" w:evenHBand="0" w:firstRowFirstColumn="0" w:firstRowLastColumn="0" w:lastRowFirstColumn="0" w:lastRowLastColumn="0"/>
                            </w:pPr>
                            <w:r>
                              <w:t>4</w:t>
                            </w:r>
                          </w:p>
                        </w:tc>
                      </w:tr>
                      <w:tr w:rsidR="003A37E7" w:rsidTr="0097372A">
                        <w:trPr>
                          <w:trHeight w:val="578"/>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Default="003A37E7" w:rsidP="00591838">
                            <w:pPr>
                              <w:jc w:val="center"/>
                            </w:pPr>
                            <w:r w:rsidRPr="00481C34">
                              <w:t>BIO 342</w:t>
                            </w:r>
                          </w:p>
                        </w:tc>
                        <w:tc>
                          <w:tcPr>
                            <w:tcW w:w="3947" w:type="dxa"/>
                            <w:vAlign w:val="center"/>
                          </w:tcPr>
                          <w:p w:rsidR="003A37E7"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481C34">
                              <w:t>IMMUNOLOGY</w:t>
                            </w:r>
                          </w:p>
                        </w:tc>
                        <w:tc>
                          <w:tcPr>
                            <w:tcW w:w="1110" w:type="dxa"/>
                            <w:tcBorders>
                              <w:right w:val="double" w:sz="4" w:space="0" w:color="C0504D" w:themeColor="accent2"/>
                            </w:tcBorders>
                            <w:vAlign w:val="center"/>
                          </w:tcPr>
                          <w:p w:rsidR="003A37E7" w:rsidRDefault="003A37E7" w:rsidP="00591838">
                            <w:pPr>
                              <w:jc w:val="center"/>
                              <w:cnfStyle w:val="000000000000" w:firstRow="0" w:lastRow="0" w:firstColumn="0" w:lastColumn="0" w:oddVBand="0" w:evenVBand="0" w:oddHBand="0" w:evenHBand="0" w:firstRowFirstColumn="0" w:firstRowLastColumn="0" w:lastRowFirstColumn="0" w:lastRowLastColumn="0"/>
                            </w:pPr>
                            <w:r>
                              <w:t>4</w:t>
                            </w:r>
                          </w:p>
                        </w:tc>
                      </w:tr>
                      <w:tr w:rsidR="003A37E7" w:rsidTr="0097372A">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71195B" w:rsidRDefault="003A37E7" w:rsidP="00591838">
                            <w:pPr>
                              <w:jc w:val="center"/>
                            </w:pPr>
                            <w:r w:rsidRPr="00481C34">
                              <w:t>BIO 411</w:t>
                            </w:r>
                          </w:p>
                        </w:tc>
                        <w:tc>
                          <w:tcPr>
                            <w:tcW w:w="3947" w:type="dxa"/>
                            <w:vAlign w:val="center"/>
                          </w:tcPr>
                          <w:p w:rsidR="003A37E7" w:rsidRPr="0071195B" w:rsidRDefault="003A37E7" w:rsidP="00591838">
                            <w:pPr>
                              <w:jc w:val="center"/>
                              <w:cnfStyle w:val="000000100000" w:firstRow="0" w:lastRow="0" w:firstColumn="0" w:lastColumn="0" w:oddVBand="0" w:evenVBand="0" w:oddHBand="1" w:evenHBand="0" w:firstRowFirstColumn="0" w:firstRowLastColumn="0" w:lastRowFirstColumn="0" w:lastRowLastColumn="0"/>
                            </w:pPr>
                            <w:r w:rsidRPr="00481C34">
                              <w:t>HISTOLOGY/CYTOLOGY</w:t>
                            </w:r>
                          </w:p>
                        </w:tc>
                        <w:tc>
                          <w:tcPr>
                            <w:tcW w:w="1110" w:type="dxa"/>
                            <w:tcBorders>
                              <w:right w:val="double" w:sz="4" w:space="0" w:color="C0504D" w:themeColor="accent2"/>
                            </w:tcBorders>
                            <w:vAlign w:val="center"/>
                          </w:tcPr>
                          <w:p w:rsidR="003A37E7" w:rsidRDefault="003A37E7" w:rsidP="00591838">
                            <w:pPr>
                              <w:jc w:val="center"/>
                              <w:cnfStyle w:val="000000100000" w:firstRow="0" w:lastRow="0" w:firstColumn="0" w:lastColumn="0" w:oddVBand="0" w:evenVBand="0" w:oddHBand="1" w:evenHBand="0" w:firstRowFirstColumn="0" w:firstRowLastColumn="0" w:lastRowFirstColumn="0" w:lastRowLastColumn="0"/>
                            </w:pPr>
                            <w:r>
                              <w:t>4</w:t>
                            </w:r>
                          </w:p>
                        </w:tc>
                      </w:tr>
                      <w:tr w:rsidR="003A37E7" w:rsidTr="0097372A">
                        <w:trPr>
                          <w:trHeight w:val="693"/>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71195B" w:rsidRDefault="003A37E7" w:rsidP="00591838">
                            <w:pPr>
                              <w:jc w:val="center"/>
                            </w:pPr>
                            <w:r w:rsidRPr="00481C34">
                              <w:t>MLT 106</w:t>
                            </w:r>
                          </w:p>
                        </w:tc>
                        <w:tc>
                          <w:tcPr>
                            <w:tcW w:w="3947" w:type="dxa"/>
                            <w:vAlign w:val="center"/>
                          </w:tcPr>
                          <w:p w:rsidR="003A37E7" w:rsidRDefault="003A37E7" w:rsidP="00591838">
                            <w:pPr>
                              <w:jc w:val="center"/>
                              <w:cnfStyle w:val="000000000000" w:firstRow="0" w:lastRow="0" w:firstColumn="0" w:lastColumn="0" w:oddVBand="0" w:evenVBand="0" w:oddHBand="0" w:evenHBand="0" w:firstRowFirstColumn="0" w:firstRowLastColumn="0" w:lastRowFirstColumn="0" w:lastRowLastColumn="0"/>
                            </w:pPr>
                            <w:r w:rsidRPr="00481C34">
                              <w:t>LABORATORY MANAGEMENT</w:t>
                            </w:r>
                          </w:p>
                          <w:p w:rsidR="003A37E7" w:rsidRPr="0071195B" w:rsidRDefault="003A37E7" w:rsidP="00591838">
                            <w:pPr>
                              <w:jc w:val="center"/>
                              <w:cnfStyle w:val="000000000000" w:firstRow="0" w:lastRow="0" w:firstColumn="0" w:lastColumn="0" w:oddVBand="0" w:evenVBand="0" w:oddHBand="0" w:evenHBand="0" w:firstRowFirstColumn="0" w:firstRowLastColumn="0" w:lastRowFirstColumn="0" w:lastRowLastColumn="0"/>
                            </w:pPr>
                          </w:p>
                        </w:tc>
                        <w:tc>
                          <w:tcPr>
                            <w:tcW w:w="1110" w:type="dxa"/>
                            <w:tcBorders>
                              <w:right w:val="double" w:sz="4" w:space="0" w:color="C0504D" w:themeColor="accent2"/>
                            </w:tcBorders>
                            <w:vAlign w:val="center"/>
                          </w:tcPr>
                          <w:p w:rsidR="003A37E7" w:rsidRDefault="003A37E7" w:rsidP="00591838">
                            <w:pPr>
                              <w:jc w:val="center"/>
                              <w:cnfStyle w:val="000000000000" w:firstRow="0" w:lastRow="0" w:firstColumn="0" w:lastColumn="0" w:oddVBand="0" w:evenVBand="0" w:oddHBand="0" w:evenHBand="0" w:firstRowFirstColumn="0" w:firstRowLastColumn="0" w:lastRowFirstColumn="0" w:lastRowLastColumn="0"/>
                            </w:pPr>
                            <w:r>
                              <w:t>3</w:t>
                            </w:r>
                          </w:p>
                        </w:tc>
                      </w:tr>
                      <w:tr w:rsidR="003A37E7" w:rsidTr="0097372A">
                        <w:trPr>
                          <w:cnfStyle w:val="000000100000" w:firstRow="0" w:lastRow="0" w:firstColumn="0" w:lastColumn="0" w:oddVBand="0" w:evenVBand="0" w:oddHBand="1" w:evenHBand="0" w:firstRowFirstColumn="0" w:firstRowLastColumn="0" w:lastRowFirstColumn="0" w:lastRowLastColumn="0"/>
                          <w:trHeight w:val="792"/>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Default="003A37E7" w:rsidP="00591838">
                            <w:pPr>
                              <w:jc w:val="center"/>
                            </w:pPr>
                            <w:r>
                              <w:t>ENTR</w:t>
                            </w:r>
                          </w:p>
                          <w:p w:rsidR="003A37E7" w:rsidRPr="0071195B" w:rsidRDefault="003A37E7" w:rsidP="00591838">
                            <w:pPr>
                              <w:jc w:val="center"/>
                            </w:pPr>
                            <w:r>
                              <w:t>401</w:t>
                            </w:r>
                          </w:p>
                        </w:tc>
                        <w:tc>
                          <w:tcPr>
                            <w:tcW w:w="3947" w:type="dxa"/>
                            <w:vAlign w:val="center"/>
                          </w:tcPr>
                          <w:p w:rsidR="003A37E7" w:rsidRDefault="003A37E7" w:rsidP="00591838">
                            <w:pPr>
                              <w:jc w:val="center"/>
                              <w:cnfStyle w:val="000000100000" w:firstRow="0" w:lastRow="0" w:firstColumn="0" w:lastColumn="0" w:oddVBand="0" w:evenVBand="0" w:oddHBand="1" w:evenHBand="0" w:firstRowFirstColumn="0" w:firstRowLastColumn="0" w:lastRowFirstColumn="0" w:lastRowLastColumn="0"/>
                            </w:pPr>
                            <w:r>
                              <w:t>ENTREPRENEURSHIP IN</w:t>
                            </w:r>
                          </w:p>
                          <w:p w:rsidR="003A37E7" w:rsidRPr="0071195B" w:rsidRDefault="003A37E7" w:rsidP="00591838">
                            <w:pPr>
                              <w:jc w:val="center"/>
                              <w:cnfStyle w:val="000000100000" w:firstRow="0" w:lastRow="0" w:firstColumn="0" w:lastColumn="0" w:oddVBand="0" w:evenVBand="0" w:oddHBand="1" w:evenHBand="0" w:firstRowFirstColumn="0" w:firstRowLastColumn="0" w:lastRowFirstColumn="0" w:lastRowLastColumn="0"/>
                            </w:pPr>
                            <w:r>
                              <w:t>EDUCATION I</w:t>
                            </w:r>
                          </w:p>
                        </w:tc>
                        <w:tc>
                          <w:tcPr>
                            <w:tcW w:w="1110" w:type="dxa"/>
                            <w:tcBorders>
                              <w:right w:val="double" w:sz="4" w:space="0" w:color="C0504D" w:themeColor="accent2"/>
                            </w:tcBorders>
                            <w:vAlign w:val="center"/>
                          </w:tcPr>
                          <w:p w:rsidR="003A37E7" w:rsidRDefault="003A37E7" w:rsidP="00591838">
                            <w:pPr>
                              <w:jc w:val="center"/>
                              <w:cnfStyle w:val="000000100000" w:firstRow="0" w:lastRow="0" w:firstColumn="0" w:lastColumn="0" w:oddVBand="0" w:evenVBand="0" w:oddHBand="1" w:evenHBand="0" w:firstRowFirstColumn="0" w:firstRowLastColumn="0" w:lastRowFirstColumn="0" w:lastRowLastColumn="0"/>
                            </w:pPr>
                            <w:r>
                              <w:t>I</w:t>
                            </w:r>
                          </w:p>
                        </w:tc>
                      </w:tr>
                      <w:tr w:rsidR="003A37E7" w:rsidTr="0097372A">
                        <w:trPr>
                          <w:trHeight w:val="603"/>
                        </w:trPr>
                        <w:tc>
                          <w:tcPr>
                            <w:cnfStyle w:val="001000000000" w:firstRow="0" w:lastRow="0" w:firstColumn="1" w:lastColumn="0" w:oddVBand="0" w:evenVBand="0" w:oddHBand="0" w:evenHBand="0" w:firstRowFirstColumn="0" w:firstRowLastColumn="0" w:lastRowFirstColumn="0" w:lastRowLastColumn="0"/>
                            <w:tcW w:w="5775" w:type="dxa"/>
                            <w:gridSpan w:val="2"/>
                            <w:tcBorders>
                              <w:left w:val="double" w:sz="4" w:space="0" w:color="C0504D" w:themeColor="accent2"/>
                              <w:bottom w:val="double" w:sz="4" w:space="0" w:color="C0504D" w:themeColor="accent2"/>
                            </w:tcBorders>
                            <w:vAlign w:val="center"/>
                          </w:tcPr>
                          <w:p w:rsidR="003A37E7" w:rsidRPr="0071195B" w:rsidRDefault="003A37E7" w:rsidP="00591838">
                            <w:pPr>
                              <w:jc w:val="center"/>
                            </w:pPr>
                            <w:r>
                              <w:t>TOTAL CREDIT HOURS</w:t>
                            </w:r>
                          </w:p>
                        </w:tc>
                        <w:tc>
                          <w:tcPr>
                            <w:tcW w:w="1110" w:type="dxa"/>
                            <w:tcBorders>
                              <w:bottom w:val="double" w:sz="4" w:space="0" w:color="C0504D" w:themeColor="accent2"/>
                              <w:right w:val="double" w:sz="4" w:space="0" w:color="C0504D" w:themeColor="accent2"/>
                            </w:tcBorders>
                            <w:vAlign w:val="center"/>
                          </w:tcPr>
                          <w:p w:rsidR="003A37E7" w:rsidRDefault="003A37E7" w:rsidP="00591838">
                            <w:pPr>
                              <w:jc w:val="center"/>
                              <w:cnfStyle w:val="000000000000" w:firstRow="0" w:lastRow="0" w:firstColumn="0" w:lastColumn="0" w:oddVBand="0" w:evenVBand="0" w:oddHBand="0" w:evenHBand="0" w:firstRowFirstColumn="0" w:firstRowLastColumn="0" w:lastRowFirstColumn="0" w:lastRowLastColumn="0"/>
                            </w:pPr>
                            <w:r>
                              <w:t>18</w:t>
                            </w:r>
                          </w:p>
                        </w:tc>
                      </w:tr>
                    </w:tbl>
                    <w:p w:rsidR="003A37E7" w:rsidRDefault="003A37E7"/>
                  </w:txbxContent>
                </v:textbox>
              </v:shape>
            </w:pict>
          </mc:Fallback>
        </mc:AlternateContent>
      </w:r>
    </w:p>
    <w:p w:rsidR="00C77E6C" w:rsidRDefault="00C77E6C" w:rsidP="00412947">
      <w:pPr>
        <w:pStyle w:val="Heading3"/>
        <w:jc w:val="center"/>
      </w:pPr>
    </w:p>
    <w:p w:rsidR="00C77E6C" w:rsidRDefault="00C77E6C" w:rsidP="00412947">
      <w:pPr>
        <w:pStyle w:val="Heading3"/>
        <w:jc w:val="center"/>
      </w:pPr>
    </w:p>
    <w:p w:rsidR="00C77E6C" w:rsidRDefault="00C77E6C" w:rsidP="00412947">
      <w:pPr>
        <w:pStyle w:val="Heading3"/>
        <w:jc w:val="center"/>
      </w:pPr>
    </w:p>
    <w:p w:rsidR="00C77E6C" w:rsidRDefault="00C77E6C" w:rsidP="00412947">
      <w:pPr>
        <w:pStyle w:val="Heading3"/>
        <w:jc w:val="center"/>
      </w:pPr>
    </w:p>
    <w:p w:rsidR="00C77E6C" w:rsidRDefault="00C77E6C" w:rsidP="00412947">
      <w:pPr>
        <w:pStyle w:val="Heading3"/>
        <w:jc w:val="center"/>
      </w:pPr>
    </w:p>
    <w:p w:rsidR="00C77E6C" w:rsidRDefault="00C77E6C" w:rsidP="00412947">
      <w:pPr>
        <w:pStyle w:val="Heading3"/>
        <w:jc w:val="center"/>
      </w:pPr>
    </w:p>
    <w:p w:rsidR="00C77E6C" w:rsidRDefault="00530E31" w:rsidP="00412947">
      <w:pPr>
        <w:pStyle w:val="Heading3"/>
        <w:jc w:val="center"/>
      </w:pPr>
      <w:r>
        <w:rPr>
          <w:noProof/>
        </w:rPr>
        <w:lastRenderedPageBreak/>
        <mc:AlternateContent>
          <mc:Choice Requires="wps">
            <w:drawing>
              <wp:anchor distT="0" distB="0" distL="114300" distR="114300" simplePos="0" relativeHeight="251759616" behindDoc="0" locked="0" layoutInCell="1" allowOverlap="1" wp14:anchorId="25BAF361" wp14:editId="1017A61C">
                <wp:simplePos x="0" y="0"/>
                <wp:positionH relativeFrom="column">
                  <wp:posOffset>-1235768</wp:posOffset>
                </wp:positionH>
                <wp:positionV relativeFrom="paragraph">
                  <wp:posOffset>-731520</wp:posOffset>
                </wp:positionV>
                <wp:extent cx="4486402" cy="2877312"/>
                <wp:effectExtent l="0" t="0" r="9525" b="0"/>
                <wp:wrapNone/>
                <wp:docPr id="98" name="Text Box 98"/>
                <wp:cNvGraphicFramePr/>
                <a:graphic xmlns:a="http://schemas.openxmlformats.org/drawingml/2006/main">
                  <a:graphicData uri="http://schemas.microsoft.com/office/word/2010/wordprocessingShape">
                    <wps:wsp>
                      <wps:cNvSpPr txBox="1"/>
                      <wps:spPr>
                        <a:xfrm>
                          <a:off x="0" y="0"/>
                          <a:ext cx="4486402" cy="287731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PlainTable1"/>
                              <w:tblW w:w="0" w:type="auto"/>
                              <w:tblInd w:w="-120" w:type="dxa"/>
                              <w:tblLook w:val="04A0" w:firstRow="1" w:lastRow="0" w:firstColumn="1" w:lastColumn="0" w:noHBand="0" w:noVBand="1"/>
                            </w:tblPr>
                            <w:tblGrid>
                              <w:gridCol w:w="1828"/>
                              <w:gridCol w:w="3207"/>
                              <w:gridCol w:w="1490"/>
                            </w:tblGrid>
                            <w:tr w:rsidR="003A37E7" w:rsidRPr="001528E0" w:rsidTr="0098496E">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6525" w:type="dxa"/>
                                  <w:gridSpan w:val="3"/>
                                  <w:tcBorders>
                                    <w:top w:val="thickThinSmallGap" w:sz="48" w:space="0" w:color="auto"/>
                                    <w:left w:val="thickThinSmallGap" w:sz="48" w:space="0" w:color="auto"/>
                                    <w:bottom w:val="double" w:sz="4" w:space="0" w:color="C0504D" w:themeColor="accent2"/>
                                    <w:right w:val="thinThickSmallGap" w:sz="48" w:space="0" w:color="auto"/>
                                  </w:tcBorders>
                                  <w:vAlign w:val="center"/>
                                </w:tcPr>
                                <w:p w:rsidR="003A37E7" w:rsidRPr="001528E0" w:rsidRDefault="003A37E7" w:rsidP="00591838">
                                  <w:pPr>
                                    <w:jc w:val="center"/>
                                    <w:rPr>
                                      <w:sz w:val="28"/>
                                      <w:szCs w:val="28"/>
                                    </w:rPr>
                                  </w:pPr>
                                  <w:r w:rsidRPr="001528E0">
                                    <w:rPr>
                                      <w:sz w:val="28"/>
                                      <w:szCs w:val="28"/>
                                    </w:rPr>
                                    <w:t>SENIOR YEAR (YEAR IV) – FIRST SEMESTER</w:t>
                                  </w:r>
                                </w:p>
                              </w:tc>
                            </w:tr>
                            <w:tr w:rsidR="003A37E7" w:rsidRPr="001528E0" w:rsidTr="009849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Course #</w:t>
                                  </w:r>
                                </w:p>
                              </w:tc>
                              <w:tc>
                                <w:tcPr>
                                  <w:tcW w:w="3207" w:type="dxa"/>
                                  <w:tcBorders>
                                    <w:top w:val="double" w:sz="4" w:space="0" w:color="C0504D" w:themeColor="accent2"/>
                                  </w:tcBorders>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COURSE TITLE</w:t>
                                  </w:r>
                                </w:p>
                              </w:tc>
                              <w:tc>
                                <w:tcPr>
                                  <w:tcW w:w="1490" w:type="dxa"/>
                                  <w:tcBorders>
                                    <w:top w:val="double" w:sz="4" w:space="0" w:color="C0504D" w:themeColor="accent2"/>
                                    <w:right w:val="double" w:sz="4" w:space="0" w:color="C0504D" w:themeColor="accent2"/>
                                  </w:tcBorders>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CREDIT HOUR</w:t>
                                  </w:r>
                                </w:p>
                              </w:tc>
                            </w:tr>
                            <w:tr w:rsidR="003A37E7" w:rsidRPr="001528E0" w:rsidTr="0098496E">
                              <w:trPr>
                                <w:trHeight w:val="659"/>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MLT</w:t>
                                  </w:r>
                                </w:p>
                                <w:p w:rsidR="003A37E7" w:rsidRPr="001528E0" w:rsidRDefault="003A37E7" w:rsidP="00591838">
                                  <w:pPr>
                                    <w:jc w:val="center"/>
                                    <w:rPr>
                                      <w:sz w:val="28"/>
                                      <w:szCs w:val="28"/>
                                    </w:rPr>
                                  </w:pPr>
                                  <w:r w:rsidRPr="001528E0">
                                    <w:rPr>
                                      <w:sz w:val="28"/>
                                      <w:szCs w:val="28"/>
                                    </w:rPr>
                                    <w:t>107</w:t>
                                  </w:r>
                                </w:p>
                              </w:tc>
                              <w:tc>
                                <w:tcPr>
                                  <w:tcW w:w="3207" w:type="dxa"/>
                                  <w:vAlign w:val="center"/>
                                </w:tcPr>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Clinical Affiliation I</w:t>
                                  </w:r>
                                </w:p>
                              </w:tc>
                              <w:tc>
                                <w:tcPr>
                                  <w:tcW w:w="1490" w:type="dxa"/>
                                  <w:tcBorders>
                                    <w:right w:val="double" w:sz="4" w:space="0" w:color="C0504D" w:themeColor="accent2"/>
                                  </w:tcBorders>
                                  <w:vAlign w:val="center"/>
                                </w:tcPr>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6</w:t>
                                  </w:r>
                                </w:p>
                              </w:tc>
                            </w:tr>
                            <w:tr w:rsidR="003A37E7" w:rsidRPr="001528E0" w:rsidTr="0098496E">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ENTR</w:t>
                                  </w:r>
                                </w:p>
                                <w:p w:rsidR="003A37E7" w:rsidRPr="001528E0" w:rsidRDefault="003A37E7" w:rsidP="00591838">
                                  <w:pPr>
                                    <w:jc w:val="center"/>
                                    <w:rPr>
                                      <w:sz w:val="28"/>
                                      <w:szCs w:val="28"/>
                                    </w:rPr>
                                  </w:pPr>
                                  <w:r w:rsidRPr="001528E0">
                                    <w:rPr>
                                      <w:sz w:val="28"/>
                                      <w:szCs w:val="28"/>
                                    </w:rPr>
                                    <w:t>402</w:t>
                                  </w:r>
                                </w:p>
                              </w:tc>
                              <w:tc>
                                <w:tcPr>
                                  <w:tcW w:w="3207" w:type="dxa"/>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Entrepreneurship in</w:t>
                                  </w:r>
                                </w:p>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Education II</w:t>
                                  </w:r>
                                </w:p>
                              </w:tc>
                              <w:tc>
                                <w:tcPr>
                                  <w:tcW w:w="1490" w:type="dxa"/>
                                  <w:tcBorders>
                                    <w:right w:val="double" w:sz="4" w:space="0" w:color="C0504D" w:themeColor="accent2"/>
                                  </w:tcBorders>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1</w:t>
                                  </w:r>
                                </w:p>
                              </w:tc>
                            </w:tr>
                            <w:tr w:rsidR="003A37E7" w:rsidRPr="001528E0" w:rsidTr="0098496E">
                              <w:trPr>
                                <w:trHeight w:val="839"/>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MLT</w:t>
                                  </w:r>
                                </w:p>
                                <w:p w:rsidR="003A37E7" w:rsidRPr="001528E0" w:rsidRDefault="003A37E7" w:rsidP="00591838">
                                  <w:pPr>
                                    <w:jc w:val="center"/>
                                    <w:rPr>
                                      <w:sz w:val="28"/>
                                      <w:szCs w:val="28"/>
                                    </w:rPr>
                                  </w:pPr>
                                  <w:r w:rsidRPr="001528E0">
                                    <w:rPr>
                                      <w:sz w:val="28"/>
                                      <w:szCs w:val="28"/>
                                    </w:rPr>
                                    <w:t>108</w:t>
                                  </w:r>
                                </w:p>
                              </w:tc>
                              <w:tc>
                                <w:tcPr>
                                  <w:tcW w:w="3207" w:type="dxa"/>
                                  <w:vAlign w:val="center"/>
                                </w:tcPr>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p>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Medical Laboratory</w:t>
                                  </w:r>
                                </w:p>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Research Project</w:t>
                                  </w:r>
                                </w:p>
                              </w:tc>
                              <w:tc>
                                <w:tcPr>
                                  <w:tcW w:w="1490" w:type="dxa"/>
                                  <w:tcBorders>
                                    <w:right w:val="double" w:sz="4" w:space="0" w:color="C0504D" w:themeColor="accent2"/>
                                  </w:tcBorders>
                                  <w:vAlign w:val="center"/>
                                </w:tcPr>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3</w:t>
                                  </w:r>
                                </w:p>
                              </w:tc>
                            </w:tr>
                            <w:tr w:rsidR="003A37E7" w:rsidRPr="001528E0" w:rsidTr="0098496E">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5035" w:type="dxa"/>
                                  <w:gridSpan w:val="2"/>
                                  <w:tcBorders>
                                    <w:left w:val="double" w:sz="4" w:space="0" w:color="C0504D" w:themeColor="accent2"/>
                                    <w:bottom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TOTAL CREDIT HOURS</w:t>
                                  </w:r>
                                </w:p>
                              </w:tc>
                              <w:tc>
                                <w:tcPr>
                                  <w:tcW w:w="1490" w:type="dxa"/>
                                  <w:tcBorders>
                                    <w:bottom w:val="double" w:sz="4" w:space="0" w:color="C0504D" w:themeColor="accent2"/>
                                    <w:right w:val="double" w:sz="4" w:space="0" w:color="C0504D" w:themeColor="accent2"/>
                                  </w:tcBorders>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10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BAF361" id="Text Box 98" o:spid="_x0000_s1184" type="#_x0000_t202" style="position:absolute;left:0;text-align:left;margin-left:-97.3pt;margin-top:-57.6pt;width:353.25pt;height:226.5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" fillcolor="white [3201]" stroked="f" strokeweight=".5pt">
                <v:textbox>
                  <w:txbxContent>
                    <w:tbl>
                      <w:tblPr>
                        <w:tblStyle w:val="PlainTable1"/>
                        <w:tblW w:w="0" w:type="auto"/>
                        <w:tblInd w:w="-120" w:type="dxa"/>
                        <w:tblLook w:val="04A0" w:firstRow="1" w:lastRow="0" w:firstColumn="1" w:lastColumn="0" w:noHBand="0" w:noVBand="1"/>
                      </w:tblPr>
                      <w:tblGrid>
                        <w:gridCol w:w="1828"/>
                        <w:gridCol w:w="3207"/>
                        <w:gridCol w:w="1490"/>
                      </w:tblGrid>
                      <w:tr w:rsidR="003A37E7" w:rsidRPr="001528E0" w:rsidTr="0098496E">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6525" w:type="dxa"/>
                            <w:gridSpan w:val="3"/>
                            <w:tcBorders>
                              <w:top w:val="thickThinSmallGap" w:sz="48" w:space="0" w:color="auto"/>
                              <w:left w:val="thickThinSmallGap" w:sz="48" w:space="0" w:color="auto"/>
                              <w:bottom w:val="double" w:sz="4" w:space="0" w:color="C0504D" w:themeColor="accent2"/>
                              <w:right w:val="thinThickSmallGap" w:sz="48" w:space="0" w:color="auto"/>
                            </w:tcBorders>
                            <w:vAlign w:val="center"/>
                          </w:tcPr>
                          <w:p w:rsidR="003A37E7" w:rsidRPr="001528E0" w:rsidRDefault="003A37E7" w:rsidP="00591838">
                            <w:pPr>
                              <w:jc w:val="center"/>
                              <w:rPr>
                                <w:sz w:val="28"/>
                                <w:szCs w:val="28"/>
                              </w:rPr>
                            </w:pPr>
                            <w:r w:rsidRPr="001528E0">
                              <w:rPr>
                                <w:sz w:val="28"/>
                                <w:szCs w:val="28"/>
                              </w:rPr>
                              <w:t>SENIOR YEAR (YEAR IV) – FIRST SEMESTER</w:t>
                            </w:r>
                          </w:p>
                        </w:tc>
                      </w:tr>
                      <w:tr w:rsidR="003A37E7" w:rsidRPr="001528E0" w:rsidTr="009849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Course #</w:t>
                            </w:r>
                          </w:p>
                        </w:tc>
                        <w:tc>
                          <w:tcPr>
                            <w:tcW w:w="3207" w:type="dxa"/>
                            <w:tcBorders>
                              <w:top w:val="double" w:sz="4" w:space="0" w:color="C0504D" w:themeColor="accent2"/>
                            </w:tcBorders>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COURSE TITLE</w:t>
                            </w:r>
                          </w:p>
                        </w:tc>
                        <w:tc>
                          <w:tcPr>
                            <w:tcW w:w="1490" w:type="dxa"/>
                            <w:tcBorders>
                              <w:top w:val="double" w:sz="4" w:space="0" w:color="C0504D" w:themeColor="accent2"/>
                              <w:right w:val="double" w:sz="4" w:space="0" w:color="C0504D" w:themeColor="accent2"/>
                            </w:tcBorders>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CREDIT HOUR</w:t>
                            </w:r>
                          </w:p>
                        </w:tc>
                      </w:tr>
                      <w:tr w:rsidR="003A37E7" w:rsidRPr="001528E0" w:rsidTr="0098496E">
                        <w:trPr>
                          <w:trHeight w:val="659"/>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MLT</w:t>
                            </w:r>
                          </w:p>
                          <w:p w:rsidR="003A37E7" w:rsidRPr="001528E0" w:rsidRDefault="003A37E7" w:rsidP="00591838">
                            <w:pPr>
                              <w:jc w:val="center"/>
                              <w:rPr>
                                <w:sz w:val="28"/>
                                <w:szCs w:val="28"/>
                              </w:rPr>
                            </w:pPr>
                            <w:r w:rsidRPr="001528E0">
                              <w:rPr>
                                <w:sz w:val="28"/>
                                <w:szCs w:val="28"/>
                              </w:rPr>
                              <w:t>107</w:t>
                            </w:r>
                          </w:p>
                        </w:tc>
                        <w:tc>
                          <w:tcPr>
                            <w:tcW w:w="3207" w:type="dxa"/>
                            <w:vAlign w:val="center"/>
                          </w:tcPr>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Clinical Affiliation I</w:t>
                            </w:r>
                          </w:p>
                        </w:tc>
                        <w:tc>
                          <w:tcPr>
                            <w:tcW w:w="1490" w:type="dxa"/>
                            <w:tcBorders>
                              <w:right w:val="double" w:sz="4" w:space="0" w:color="C0504D" w:themeColor="accent2"/>
                            </w:tcBorders>
                            <w:vAlign w:val="center"/>
                          </w:tcPr>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6</w:t>
                            </w:r>
                          </w:p>
                        </w:tc>
                      </w:tr>
                      <w:tr w:rsidR="003A37E7" w:rsidRPr="001528E0" w:rsidTr="0098496E">
                        <w:trPr>
                          <w:cnfStyle w:val="000000100000" w:firstRow="0" w:lastRow="0" w:firstColumn="0" w:lastColumn="0" w:oddVBand="0" w:evenVBand="0" w:oddHBand="1" w:evenHBand="0" w:firstRowFirstColumn="0" w:firstRowLastColumn="0" w:lastRowFirstColumn="0" w:lastRowLastColumn="0"/>
                          <w:trHeight w:val="497"/>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ENTR</w:t>
                            </w:r>
                          </w:p>
                          <w:p w:rsidR="003A37E7" w:rsidRPr="001528E0" w:rsidRDefault="003A37E7" w:rsidP="00591838">
                            <w:pPr>
                              <w:jc w:val="center"/>
                              <w:rPr>
                                <w:sz w:val="28"/>
                                <w:szCs w:val="28"/>
                              </w:rPr>
                            </w:pPr>
                            <w:r w:rsidRPr="001528E0">
                              <w:rPr>
                                <w:sz w:val="28"/>
                                <w:szCs w:val="28"/>
                              </w:rPr>
                              <w:t>402</w:t>
                            </w:r>
                          </w:p>
                        </w:tc>
                        <w:tc>
                          <w:tcPr>
                            <w:tcW w:w="3207" w:type="dxa"/>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Entrepreneurship in</w:t>
                            </w:r>
                          </w:p>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Education II</w:t>
                            </w:r>
                          </w:p>
                        </w:tc>
                        <w:tc>
                          <w:tcPr>
                            <w:tcW w:w="1490" w:type="dxa"/>
                            <w:tcBorders>
                              <w:right w:val="double" w:sz="4" w:space="0" w:color="C0504D" w:themeColor="accent2"/>
                            </w:tcBorders>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1</w:t>
                            </w:r>
                          </w:p>
                        </w:tc>
                      </w:tr>
                      <w:tr w:rsidR="003A37E7" w:rsidRPr="001528E0" w:rsidTr="0098496E">
                        <w:trPr>
                          <w:trHeight w:val="839"/>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MLT</w:t>
                            </w:r>
                          </w:p>
                          <w:p w:rsidR="003A37E7" w:rsidRPr="001528E0" w:rsidRDefault="003A37E7" w:rsidP="00591838">
                            <w:pPr>
                              <w:jc w:val="center"/>
                              <w:rPr>
                                <w:sz w:val="28"/>
                                <w:szCs w:val="28"/>
                              </w:rPr>
                            </w:pPr>
                            <w:r w:rsidRPr="001528E0">
                              <w:rPr>
                                <w:sz w:val="28"/>
                                <w:szCs w:val="28"/>
                              </w:rPr>
                              <w:t>108</w:t>
                            </w:r>
                          </w:p>
                        </w:tc>
                        <w:tc>
                          <w:tcPr>
                            <w:tcW w:w="3207" w:type="dxa"/>
                            <w:vAlign w:val="center"/>
                          </w:tcPr>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p>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Medical Laboratory</w:t>
                            </w:r>
                          </w:p>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Research Project</w:t>
                            </w:r>
                          </w:p>
                        </w:tc>
                        <w:tc>
                          <w:tcPr>
                            <w:tcW w:w="1490" w:type="dxa"/>
                            <w:tcBorders>
                              <w:right w:val="double" w:sz="4" w:space="0" w:color="C0504D" w:themeColor="accent2"/>
                            </w:tcBorders>
                            <w:vAlign w:val="center"/>
                          </w:tcPr>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3</w:t>
                            </w:r>
                          </w:p>
                        </w:tc>
                      </w:tr>
                      <w:tr w:rsidR="003A37E7" w:rsidRPr="001528E0" w:rsidTr="0098496E">
                        <w:trPr>
                          <w:cnfStyle w:val="000000100000" w:firstRow="0" w:lastRow="0" w:firstColumn="0" w:lastColumn="0" w:oddVBand="0" w:evenVBand="0" w:oddHBand="1" w:evenHBand="0" w:firstRowFirstColumn="0" w:firstRowLastColumn="0" w:lastRowFirstColumn="0" w:lastRowLastColumn="0"/>
                          <w:trHeight w:val="785"/>
                        </w:trPr>
                        <w:tc>
                          <w:tcPr>
                            <w:cnfStyle w:val="001000000000" w:firstRow="0" w:lastRow="0" w:firstColumn="1" w:lastColumn="0" w:oddVBand="0" w:evenVBand="0" w:oddHBand="0" w:evenHBand="0" w:firstRowFirstColumn="0" w:firstRowLastColumn="0" w:lastRowFirstColumn="0" w:lastRowLastColumn="0"/>
                            <w:tcW w:w="5035" w:type="dxa"/>
                            <w:gridSpan w:val="2"/>
                            <w:tcBorders>
                              <w:left w:val="double" w:sz="4" w:space="0" w:color="C0504D" w:themeColor="accent2"/>
                              <w:bottom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TOTAL CREDIT HOURS</w:t>
                            </w:r>
                          </w:p>
                        </w:tc>
                        <w:tc>
                          <w:tcPr>
                            <w:tcW w:w="1490" w:type="dxa"/>
                            <w:tcBorders>
                              <w:bottom w:val="double" w:sz="4" w:space="0" w:color="C0504D" w:themeColor="accent2"/>
                              <w:right w:val="double" w:sz="4" w:space="0" w:color="C0504D" w:themeColor="accent2"/>
                            </w:tcBorders>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10</w:t>
                            </w:r>
                          </w:p>
                        </w:tc>
                      </w:tr>
                    </w:tbl>
                    <w:p w:rsidR="003A37E7" w:rsidRDefault="003A37E7"/>
                  </w:txbxContent>
                </v:textbox>
              </v:shape>
            </w:pict>
          </mc:Fallback>
        </mc:AlternateContent>
      </w:r>
    </w:p>
    <w:p w:rsidR="00C77E6C" w:rsidRDefault="00C77E6C" w:rsidP="00412947">
      <w:pPr>
        <w:pStyle w:val="Heading3"/>
        <w:jc w:val="center"/>
      </w:pPr>
    </w:p>
    <w:p w:rsidR="00481C34" w:rsidRDefault="00481C34" w:rsidP="00412947">
      <w:pPr>
        <w:pStyle w:val="Heading3"/>
        <w:jc w:val="center"/>
      </w:pPr>
    </w:p>
    <w:p w:rsidR="00481C34" w:rsidRDefault="00481C34" w:rsidP="00412947">
      <w:pPr>
        <w:pStyle w:val="Heading3"/>
        <w:jc w:val="center"/>
      </w:pPr>
    </w:p>
    <w:p w:rsidR="00481C34" w:rsidRDefault="00481C34" w:rsidP="00412947">
      <w:pPr>
        <w:pStyle w:val="Heading3"/>
        <w:jc w:val="center"/>
      </w:pPr>
    </w:p>
    <w:p w:rsidR="00481C34" w:rsidRDefault="00E45AE6" w:rsidP="00412947">
      <w:pPr>
        <w:pStyle w:val="Heading3"/>
        <w:jc w:val="center"/>
      </w:pPr>
      <w:r>
        <w:rPr>
          <w:noProof/>
        </w:rPr>
        <mc:AlternateContent>
          <mc:Choice Requires="wps">
            <w:drawing>
              <wp:anchor distT="0" distB="0" distL="114300" distR="114300" simplePos="0" relativeHeight="251760640" behindDoc="0" locked="0" layoutInCell="1" allowOverlap="1" wp14:anchorId="5F8C9B56" wp14:editId="30302D80">
                <wp:simplePos x="0" y="0"/>
                <wp:positionH relativeFrom="column">
                  <wp:posOffset>-1308660</wp:posOffset>
                </wp:positionH>
                <wp:positionV relativeFrom="paragraph">
                  <wp:posOffset>412593</wp:posOffset>
                </wp:positionV>
                <wp:extent cx="4634750" cy="2462784"/>
                <wp:effectExtent l="0" t="0" r="0" b="0"/>
                <wp:wrapNone/>
                <wp:docPr id="100" name="Text Box 100"/>
                <wp:cNvGraphicFramePr/>
                <a:graphic xmlns:a="http://schemas.openxmlformats.org/drawingml/2006/main">
                  <a:graphicData uri="http://schemas.microsoft.com/office/word/2010/wordprocessingShape">
                    <wps:wsp>
                      <wps:cNvSpPr txBox="1"/>
                      <wps:spPr>
                        <a:xfrm>
                          <a:off x="0" y="0"/>
                          <a:ext cx="4634750" cy="246278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PlainTable1"/>
                              <w:tblW w:w="0" w:type="auto"/>
                              <w:tblInd w:w="-120" w:type="dxa"/>
                              <w:tblLook w:val="04A0" w:firstRow="1" w:lastRow="0" w:firstColumn="1" w:lastColumn="0" w:noHBand="0" w:noVBand="1"/>
                            </w:tblPr>
                            <w:tblGrid>
                              <w:gridCol w:w="1828"/>
                              <w:gridCol w:w="3499"/>
                              <w:gridCol w:w="1228"/>
                            </w:tblGrid>
                            <w:tr w:rsidR="003A37E7" w:rsidRPr="001528E0" w:rsidTr="008F2D11">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6555" w:type="dxa"/>
                                  <w:gridSpan w:val="3"/>
                                  <w:tcBorders>
                                    <w:top w:val="thinThickSmallGap" w:sz="48" w:space="0" w:color="auto"/>
                                    <w:left w:val="thinThickSmallGap" w:sz="48" w:space="0" w:color="auto"/>
                                    <w:bottom w:val="double" w:sz="4" w:space="0" w:color="C0504D" w:themeColor="accent2"/>
                                    <w:right w:val="thickThinSmallGap" w:sz="48" w:space="0" w:color="auto"/>
                                  </w:tcBorders>
                                </w:tcPr>
                                <w:p w:rsidR="003A37E7" w:rsidRPr="001528E0" w:rsidRDefault="003A37E7" w:rsidP="00481C34">
                                  <w:pPr>
                                    <w:jc w:val="center"/>
                                    <w:rPr>
                                      <w:sz w:val="28"/>
                                      <w:szCs w:val="28"/>
                                    </w:rPr>
                                  </w:pPr>
                                  <w:r w:rsidRPr="001528E0">
                                    <w:rPr>
                                      <w:sz w:val="28"/>
                                      <w:szCs w:val="28"/>
                                    </w:rPr>
                                    <w:t>SENIOR YEAR (YEAR IV) – SECOND SEMESTER</w:t>
                                  </w:r>
                                </w:p>
                              </w:tc>
                            </w:tr>
                            <w:tr w:rsidR="003A37E7" w:rsidRPr="001528E0" w:rsidTr="008F2D11">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Course #</w:t>
                                  </w:r>
                                </w:p>
                              </w:tc>
                              <w:tc>
                                <w:tcPr>
                                  <w:tcW w:w="3499" w:type="dxa"/>
                                  <w:tcBorders>
                                    <w:top w:val="double" w:sz="4" w:space="0" w:color="C0504D" w:themeColor="accent2"/>
                                  </w:tcBorders>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COURSE TITLE</w:t>
                                  </w:r>
                                </w:p>
                              </w:tc>
                              <w:tc>
                                <w:tcPr>
                                  <w:tcW w:w="1228" w:type="dxa"/>
                                  <w:tcBorders>
                                    <w:top w:val="double" w:sz="4" w:space="0" w:color="C0504D" w:themeColor="accent2"/>
                                    <w:right w:val="double" w:sz="4" w:space="0" w:color="C0504D" w:themeColor="accent2"/>
                                  </w:tcBorders>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CREDIT HOUR</w:t>
                                  </w:r>
                                </w:p>
                              </w:tc>
                            </w:tr>
                            <w:tr w:rsidR="003A37E7" w:rsidRPr="001528E0" w:rsidTr="008F2D11">
                              <w:trPr>
                                <w:trHeight w:val="720"/>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MLT</w:t>
                                  </w:r>
                                </w:p>
                                <w:p w:rsidR="003A37E7" w:rsidRPr="001528E0" w:rsidRDefault="003A37E7" w:rsidP="00591838">
                                  <w:pPr>
                                    <w:jc w:val="center"/>
                                    <w:rPr>
                                      <w:sz w:val="28"/>
                                      <w:szCs w:val="28"/>
                                    </w:rPr>
                                  </w:pPr>
                                  <w:r w:rsidRPr="001528E0">
                                    <w:rPr>
                                      <w:sz w:val="28"/>
                                      <w:szCs w:val="28"/>
                                    </w:rPr>
                                    <w:t>109</w:t>
                                  </w:r>
                                </w:p>
                              </w:tc>
                              <w:tc>
                                <w:tcPr>
                                  <w:tcW w:w="3499" w:type="dxa"/>
                                  <w:vAlign w:val="center"/>
                                </w:tcPr>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Clinical Affiliation II</w:t>
                                  </w:r>
                                </w:p>
                              </w:tc>
                              <w:tc>
                                <w:tcPr>
                                  <w:tcW w:w="1228" w:type="dxa"/>
                                  <w:tcBorders>
                                    <w:right w:val="double" w:sz="4" w:space="0" w:color="C0504D" w:themeColor="accent2"/>
                                  </w:tcBorders>
                                  <w:vAlign w:val="center"/>
                                </w:tcPr>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6</w:t>
                                  </w:r>
                                </w:p>
                              </w:tc>
                            </w:tr>
                            <w:tr w:rsidR="003A37E7" w:rsidRPr="001528E0" w:rsidTr="008F2D11">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MLT 110</w:t>
                                  </w:r>
                                </w:p>
                              </w:tc>
                              <w:tc>
                                <w:tcPr>
                                  <w:tcW w:w="3499" w:type="dxa"/>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Lab Tech Seminars</w:t>
                                  </w:r>
                                </w:p>
                              </w:tc>
                              <w:tc>
                                <w:tcPr>
                                  <w:tcW w:w="1228" w:type="dxa"/>
                                  <w:tcBorders>
                                    <w:right w:val="double" w:sz="4" w:space="0" w:color="C0504D" w:themeColor="accent2"/>
                                  </w:tcBorders>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3</w:t>
                                  </w:r>
                                </w:p>
                              </w:tc>
                            </w:tr>
                            <w:tr w:rsidR="003A37E7" w:rsidRPr="001528E0" w:rsidTr="008F2D11">
                              <w:trPr>
                                <w:trHeight w:val="720"/>
                              </w:trPr>
                              <w:tc>
                                <w:tcPr>
                                  <w:cnfStyle w:val="001000000000" w:firstRow="0" w:lastRow="0" w:firstColumn="1" w:lastColumn="0" w:oddVBand="0" w:evenVBand="0" w:oddHBand="0" w:evenHBand="0" w:firstRowFirstColumn="0" w:firstRowLastColumn="0" w:lastRowFirstColumn="0" w:lastRowLastColumn="0"/>
                                  <w:tcW w:w="5327" w:type="dxa"/>
                                  <w:gridSpan w:val="2"/>
                                  <w:tcBorders>
                                    <w:left w:val="double" w:sz="4" w:space="0" w:color="C0504D" w:themeColor="accent2"/>
                                    <w:bottom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TOTAL CREDIT HOURS</w:t>
                                  </w:r>
                                </w:p>
                              </w:tc>
                              <w:tc>
                                <w:tcPr>
                                  <w:tcW w:w="1228" w:type="dxa"/>
                                  <w:tcBorders>
                                    <w:bottom w:val="double" w:sz="4" w:space="0" w:color="C0504D" w:themeColor="accent2"/>
                                    <w:right w:val="double" w:sz="4" w:space="0" w:color="C0504D" w:themeColor="accent2"/>
                                  </w:tcBorders>
                                  <w:vAlign w:val="center"/>
                                </w:tcPr>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9</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8C9B56" id="Text Box 100" o:spid="_x0000_s1185" type="#_x0000_t202" style="position:absolute;left:0;text-align:left;margin-left:-103.05pt;margin-top:32.5pt;width:364.95pt;height:193.9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" fillcolor="white [3201]" stroked="f" strokeweight=".5pt">
                <v:textbox>
                  <w:txbxContent>
                    <w:tbl>
                      <w:tblPr>
                        <w:tblStyle w:val="PlainTable1"/>
                        <w:tblW w:w="0" w:type="auto"/>
                        <w:tblInd w:w="-120" w:type="dxa"/>
                        <w:tblLook w:val="04A0" w:firstRow="1" w:lastRow="0" w:firstColumn="1" w:lastColumn="0" w:noHBand="0" w:noVBand="1"/>
                      </w:tblPr>
                      <w:tblGrid>
                        <w:gridCol w:w="1828"/>
                        <w:gridCol w:w="3499"/>
                        <w:gridCol w:w="1228"/>
                      </w:tblGrid>
                      <w:tr w:rsidR="003A37E7" w:rsidRPr="001528E0" w:rsidTr="008F2D11">
                        <w:trPr>
                          <w:cnfStyle w:val="100000000000" w:firstRow="1" w:lastRow="0" w:firstColumn="0" w:lastColumn="0" w:oddVBand="0" w:evenVBand="0" w:oddHBand="0"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6555" w:type="dxa"/>
                            <w:gridSpan w:val="3"/>
                            <w:tcBorders>
                              <w:top w:val="thinThickSmallGap" w:sz="48" w:space="0" w:color="auto"/>
                              <w:left w:val="thinThickSmallGap" w:sz="48" w:space="0" w:color="auto"/>
                              <w:bottom w:val="double" w:sz="4" w:space="0" w:color="C0504D" w:themeColor="accent2"/>
                              <w:right w:val="thickThinSmallGap" w:sz="48" w:space="0" w:color="auto"/>
                            </w:tcBorders>
                          </w:tcPr>
                          <w:p w:rsidR="003A37E7" w:rsidRPr="001528E0" w:rsidRDefault="003A37E7" w:rsidP="00481C34">
                            <w:pPr>
                              <w:jc w:val="center"/>
                              <w:rPr>
                                <w:sz w:val="28"/>
                                <w:szCs w:val="28"/>
                              </w:rPr>
                            </w:pPr>
                            <w:r w:rsidRPr="001528E0">
                              <w:rPr>
                                <w:sz w:val="28"/>
                                <w:szCs w:val="28"/>
                              </w:rPr>
                              <w:t>SENIOR YEAR (YEAR IV) – SECOND SEMESTER</w:t>
                            </w:r>
                          </w:p>
                        </w:tc>
                      </w:tr>
                      <w:tr w:rsidR="003A37E7" w:rsidRPr="001528E0" w:rsidTr="008F2D11">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828" w:type="dxa"/>
                            <w:tcBorders>
                              <w:top w:val="double" w:sz="4" w:space="0" w:color="C0504D" w:themeColor="accent2"/>
                              <w:left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Course #</w:t>
                            </w:r>
                          </w:p>
                        </w:tc>
                        <w:tc>
                          <w:tcPr>
                            <w:tcW w:w="3499" w:type="dxa"/>
                            <w:tcBorders>
                              <w:top w:val="double" w:sz="4" w:space="0" w:color="C0504D" w:themeColor="accent2"/>
                            </w:tcBorders>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COURSE TITLE</w:t>
                            </w:r>
                          </w:p>
                        </w:tc>
                        <w:tc>
                          <w:tcPr>
                            <w:tcW w:w="1228" w:type="dxa"/>
                            <w:tcBorders>
                              <w:top w:val="double" w:sz="4" w:space="0" w:color="C0504D" w:themeColor="accent2"/>
                              <w:right w:val="double" w:sz="4" w:space="0" w:color="C0504D" w:themeColor="accent2"/>
                            </w:tcBorders>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CREDIT HOUR</w:t>
                            </w:r>
                          </w:p>
                        </w:tc>
                      </w:tr>
                      <w:tr w:rsidR="003A37E7" w:rsidRPr="001528E0" w:rsidTr="008F2D11">
                        <w:trPr>
                          <w:trHeight w:val="720"/>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MLT</w:t>
                            </w:r>
                          </w:p>
                          <w:p w:rsidR="003A37E7" w:rsidRPr="001528E0" w:rsidRDefault="003A37E7" w:rsidP="00591838">
                            <w:pPr>
                              <w:jc w:val="center"/>
                              <w:rPr>
                                <w:sz w:val="28"/>
                                <w:szCs w:val="28"/>
                              </w:rPr>
                            </w:pPr>
                            <w:r w:rsidRPr="001528E0">
                              <w:rPr>
                                <w:sz w:val="28"/>
                                <w:szCs w:val="28"/>
                              </w:rPr>
                              <w:t>109</w:t>
                            </w:r>
                          </w:p>
                        </w:tc>
                        <w:tc>
                          <w:tcPr>
                            <w:tcW w:w="3499" w:type="dxa"/>
                            <w:vAlign w:val="center"/>
                          </w:tcPr>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Clinical Affiliation II</w:t>
                            </w:r>
                          </w:p>
                        </w:tc>
                        <w:tc>
                          <w:tcPr>
                            <w:tcW w:w="1228" w:type="dxa"/>
                            <w:tcBorders>
                              <w:right w:val="double" w:sz="4" w:space="0" w:color="C0504D" w:themeColor="accent2"/>
                            </w:tcBorders>
                            <w:vAlign w:val="center"/>
                          </w:tcPr>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6</w:t>
                            </w:r>
                          </w:p>
                        </w:tc>
                      </w:tr>
                      <w:tr w:rsidR="003A37E7" w:rsidRPr="001528E0" w:rsidTr="008F2D11">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828" w:type="dxa"/>
                            <w:tcBorders>
                              <w:left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MLT 110</w:t>
                            </w:r>
                          </w:p>
                        </w:tc>
                        <w:tc>
                          <w:tcPr>
                            <w:tcW w:w="3499" w:type="dxa"/>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Lab Tech Seminars</w:t>
                            </w:r>
                          </w:p>
                        </w:tc>
                        <w:tc>
                          <w:tcPr>
                            <w:tcW w:w="1228" w:type="dxa"/>
                            <w:tcBorders>
                              <w:right w:val="double" w:sz="4" w:space="0" w:color="C0504D" w:themeColor="accent2"/>
                            </w:tcBorders>
                            <w:vAlign w:val="center"/>
                          </w:tcPr>
                          <w:p w:rsidR="003A37E7" w:rsidRPr="001528E0" w:rsidRDefault="003A37E7" w:rsidP="00591838">
                            <w:pPr>
                              <w:jc w:val="center"/>
                              <w:cnfStyle w:val="000000100000" w:firstRow="0" w:lastRow="0" w:firstColumn="0" w:lastColumn="0" w:oddVBand="0" w:evenVBand="0" w:oddHBand="1" w:evenHBand="0" w:firstRowFirstColumn="0" w:firstRowLastColumn="0" w:lastRowFirstColumn="0" w:lastRowLastColumn="0"/>
                              <w:rPr>
                                <w:sz w:val="28"/>
                                <w:szCs w:val="28"/>
                              </w:rPr>
                            </w:pPr>
                            <w:r w:rsidRPr="001528E0">
                              <w:rPr>
                                <w:sz w:val="28"/>
                                <w:szCs w:val="28"/>
                              </w:rPr>
                              <w:t>3</w:t>
                            </w:r>
                          </w:p>
                        </w:tc>
                      </w:tr>
                      <w:tr w:rsidR="003A37E7" w:rsidRPr="001528E0" w:rsidTr="008F2D11">
                        <w:trPr>
                          <w:trHeight w:val="720"/>
                        </w:trPr>
                        <w:tc>
                          <w:tcPr>
                            <w:cnfStyle w:val="001000000000" w:firstRow="0" w:lastRow="0" w:firstColumn="1" w:lastColumn="0" w:oddVBand="0" w:evenVBand="0" w:oddHBand="0" w:evenHBand="0" w:firstRowFirstColumn="0" w:firstRowLastColumn="0" w:lastRowFirstColumn="0" w:lastRowLastColumn="0"/>
                            <w:tcW w:w="5327" w:type="dxa"/>
                            <w:gridSpan w:val="2"/>
                            <w:tcBorders>
                              <w:left w:val="double" w:sz="4" w:space="0" w:color="C0504D" w:themeColor="accent2"/>
                              <w:bottom w:val="double" w:sz="4" w:space="0" w:color="C0504D" w:themeColor="accent2"/>
                            </w:tcBorders>
                            <w:vAlign w:val="center"/>
                          </w:tcPr>
                          <w:p w:rsidR="003A37E7" w:rsidRPr="001528E0" w:rsidRDefault="003A37E7" w:rsidP="00591838">
                            <w:pPr>
                              <w:jc w:val="center"/>
                              <w:rPr>
                                <w:sz w:val="28"/>
                                <w:szCs w:val="28"/>
                              </w:rPr>
                            </w:pPr>
                            <w:r w:rsidRPr="001528E0">
                              <w:rPr>
                                <w:sz w:val="28"/>
                                <w:szCs w:val="28"/>
                              </w:rPr>
                              <w:t>TOTAL CREDIT HOURS</w:t>
                            </w:r>
                          </w:p>
                        </w:tc>
                        <w:tc>
                          <w:tcPr>
                            <w:tcW w:w="1228" w:type="dxa"/>
                            <w:tcBorders>
                              <w:bottom w:val="double" w:sz="4" w:space="0" w:color="C0504D" w:themeColor="accent2"/>
                              <w:right w:val="double" w:sz="4" w:space="0" w:color="C0504D" w:themeColor="accent2"/>
                            </w:tcBorders>
                            <w:vAlign w:val="center"/>
                          </w:tcPr>
                          <w:p w:rsidR="003A37E7" w:rsidRPr="001528E0" w:rsidRDefault="003A37E7" w:rsidP="00591838">
                            <w:pPr>
                              <w:jc w:val="center"/>
                              <w:cnfStyle w:val="000000000000" w:firstRow="0" w:lastRow="0" w:firstColumn="0" w:lastColumn="0" w:oddVBand="0" w:evenVBand="0" w:oddHBand="0" w:evenHBand="0" w:firstRowFirstColumn="0" w:firstRowLastColumn="0" w:lastRowFirstColumn="0" w:lastRowLastColumn="0"/>
                              <w:rPr>
                                <w:sz w:val="28"/>
                                <w:szCs w:val="28"/>
                              </w:rPr>
                            </w:pPr>
                            <w:r w:rsidRPr="001528E0">
                              <w:rPr>
                                <w:sz w:val="28"/>
                                <w:szCs w:val="28"/>
                              </w:rPr>
                              <w:t>9</w:t>
                            </w:r>
                          </w:p>
                        </w:tc>
                      </w:tr>
                    </w:tbl>
                    <w:p w:rsidR="003A37E7" w:rsidRDefault="003A37E7"/>
                  </w:txbxContent>
                </v:textbox>
              </v:shape>
            </w:pict>
          </mc:Fallback>
        </mc:AlternateContent>
      </w:r>
    </w:p>
    <w:p w:rsidR="00481C34" w:rsidRDefault="00481C34" w:rsidP="00412947">
      <w:pPr>
        <w:pStyle w:val="Heading3"/>
        <w:jc w:val="center"/>
      </w:pPr>
    </w:p>
    <w:p w:rsidR="00481C34" w:rsidRDefault="00481C34" w:rsidP="00412947">
      <w:pPr>
        <w:pStyle w:val="Heading3"/>
        <w:jc w:val="center"/>
      </w:pPr>
    </w:p>
    <w:p w:rsidR="00481C34" w:rsidRDefault="00481C34" w:rsidP="00412947">
      <w:pPr>
        <w:pStyle w:val="Heading3"/>
        <w:jc w:val="center"/>
      </w:pPr>
    </w:p>
    <w:p w:rsidR="00481C34" w:rsidRDefault="00481C34" w:rsidP="00412947">
      <w:pPr>
        <w:pStyle w:val="Heading3"/>
        <w:jc w:val="center"/>
      </w:pPr>
    </w:p>
    <w:p w:rsidR="00481C34" w:rsidRDefault="00481C34" w:rsidP="00412947">
      <w:pPr>
        <w:pStyle w:val="Heading3"/>
        <w:jc w:val="center"/>
      </w:pPr>
    </w:p>
    <w:p w:rsidR="00481C34" w:rsidRDefault="00481C34" w:rsidP="00412947">
      <w:pPr>
        <w:pStyle w:val="Heading3"/>
        <w:jc w:val="center"/>
      </w:pPr>
    </w:p>
    <w:p w:rsidR="00481C34" w:rsidRDefault="00615576" w:rsidP="00412947">
      <w:pPr>
        <w:pStyle w:val="Heading3"/>
        <w:jc w:val="center"/>
      </w:pPr>
      <w:r>
        <w:rPr>
          <w:noProof/>
        </w:rPr>
        <mc:AlternateContent>
          <mc:Choice Requires="wps">
            <w:drawing>
              <wp:anchor distT="0" distB="0" distL="114300" distR="114300" simplePos="0" relativeHeight="251761664" behindDoc="0" locked="0" layoutInCell="1" allowOverlap="1" wp14:anchorId="4EE2456C" wp14:editId="598E0FF5">
                <wp:simplePos x="0" y="0"/>
                <wp:positionH relativeFrom="column">
                  <wp:posOffset>-1063370</wp:posOffset>
                </wp:positionH>
                <wp:positionV relativeFrom="paragraph">
                  <wp:posOffset>337820</wp:posOffset>
                </wp:positionV>
                <wp:extent cx="3767328" cy="560832"/>
                <wp:effectExtent l="57150" t="38100" r="81280" b="86995"/>
                <wp:wrapNone/>
                <wp:docPr id="101" name="Text Box 101"/>
                <wp:cNvGraphicFramePr/>
                <a:graphic xmlns:a="http://schemas.openxmlformats.org/drawingml/2006/main">
                  <a:graphicData uri="http://schemas.microsoft.com/office/word/2010/wordprocessingShape">
                    <wps:wsp>
                      <wps:cNvSpPr txBox="1"/>
                      <wps:spPr>
                        <a:xfrm>
                          <a:off x="0" y="0"/>
                          <a:ext cx="3767328" cy="560832"/>
                        </a:xfrm>
                        <a:prstGeom prst="rect">
                          <a:avLst/>
                        </a:prstGeom>
                        <a:ln/>
                      </wps:spPr>
                      <wps:style>
                        <a:lnRef idx="1">
                          <a:schemeClr val="accent1"/>
                        </a:lnRef>
                        <a:fillRef idx="2">
                          <a:schemeClr val="accent1"/>
                        </a:fillRef>
                        <a:effectRef idx="1">
                          <a:schemeClr val="accent1"/>
                        </a:effectRef>
                        <a:fontRef idx="minor">
                          <a:schemeClr val="dk1"/>
                        </a:fontRef>
                      </wps:style>
                      <wps:txbx>
                        <w:txbxContent>
                          <w:tbl>
                            <w:tblPr>
                              <w:tblStyle w:val="TableGrid"/>
                              <w:tblW w:w="0" w:type="auto"/>
                              <w:tblBorders>
                                <w:top w:val="thinThickSmallGap" w:sz="48" w:space="0" w:color="auto"/>
                                <w:left w:val="thinThickSmallGap" w:sz="48" w:space="0" w:color="auto"/>
                                <w:bottom w:val="thinThickSmallGap" w:sz="48" w:space="0" w:color="auto"/>
                                <w:right w:val="thinThickSmallGap" w:sz="48" w:space="0" w:color="auto"/>
                                <w:insideH w:val="thinThickSmallGap" w:sz="48" w:space="0" w:color="auto"/>
                                <w:insideV w:val="thinThickSmallGap" w:sz="48" w:space="0" w:color="auto"/>
                              </w:tblBorders>
                              <w:tblLook w:val="04A0" w:firstRow="1" w:lastRow="0" w:firstColumn="1" w:lastColumn="0" w:noHBand="0" w:noVBand="1"/>
                            </w:tblPr>
                            <w:tblGrid>
                              <w:gridCol w:w="2783"/>
                              <w:gridCol w:w="2697"/>
                            </w:tblGrid>
                            <w:tr w:rsidR="003A37E7" w:rsidTr="009C3C77">
                              <w:trPr>
                                <w:trHeight w:val="534"/>
                              </w:trPr>
                              <w:tc>
                                <w:tcPr>
                                  <w:tcW w:w="2999" w:type="dxa"/>
                                  <w:vAlign w:val="center"/>
                                </w:tcPr>
                                <w:p w:rsidR="003A37E7" w:rsidRDefault="003A37E7" w:rsidP="00615576">
                                  <w:pPr>
                                    <w:jc w:val="center"/>
                                  </w:pPr>
                                  <w:r>
                                    <w:t>TOTAL CREDIT HOURS</w:t>
                                  </w:r>
                                </w:p>
                              </w:tc>
                              <w:tc>
                                <w:tcPr>
                                  <w:tcW w:w="2999" w:type="dxa"/>
                                  <w:vAlign w:val="center"/>
                                </w:tcPr>
                                <w:p w:rsidR="003A37E7" w:rsidRDefault="003A37E7" w:rsidP="00615576">
                                  <w:pPr>
                                    <w:jc w:val="center"/>
                                  </w:pP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E2456C" id="Text Box 101" o:spid="_x0000_s1186" type="#_x0000_t202" style="position:absolute;left:0;text-align:left;margin-left:-83.75pt;margin-top:26.6pt;width:296.65pt;height:44.1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" fillcolor="#a7bfde [1620]" strokecolor="#4579b8 [3044]">
                <v:fill color2="#e4ecf5 [500]" rotate="t" angle="180" colors="0 #a3c4ff;22938f #bfd5ff;1 #e5eeff" focus="100%" type="gradient"/>
                <v:shadow on="t" color="black" opacity="24903f" origin=",.5" offset="0,.55556mm"/>
                <v:textbox>
                  <w:txbxContent>
                    <w:tbl>
                      <w:tblPr>
                        <w:tblStyle w:val="TableGrid"/>
                        <w:tblW w:w="0" w:type="auto"/>
                        <w:tblBorders>
                          <w:top w:val="thinThickSmallGap" w:sz="48" w:space="0" w:color="auto"/>
                          <w:left w:val="thinThickSmallGap" w:sz="48" w:space="0" w:color="auto"/>
                          <w:bottom w:val="thinThickSmallGap" w:sz="48" w:space="0" w:color="auto"/>
                          <w:right w:val="thinThickSmallGap" w:sz="48" w:space="0" w:color="auto"/>
                          <w:insideH w:val="thinThickSmallGap" w:sz="48" w:space="0" w:color="auto"/>
                          <w:insideV w:val="thinThickSmallGap" w:sz="48" w:space="0" w:color="auto"/>
                        </w:tblBorders>
                        <w:tblLook w:val="04A0" w:firstRow="1" w:lastRow="0" w:firstColumn="1" w:lastColumn="0" w:noHBand="0" w:noVBand="1"/>
                      </w:tblPr>
                      <w:tblGrid>
                        <w:gridCol w:w="2783"/>
                        <w:gridCol w:w="2697"/>
                      </w:tblGrid>
                      <w:tr w:rsidR="003A37E7" w:rsidTr="009C3C77">
                        <w:trPr>
                          <w:trHeight w:val="534"/>
                        </w:trPr>
                        <w:tc>
                          <w:tcPr>
                            <w:tcW w:w="2999" w:type="dxa"/>
                            <w:vAlign w:val="center"/>
                          </w:tcPr>
                          <w:p w:rsidR="003A37E7" w:rsidRDefault="003A37E7" w:rsidP="00615576">
                            <w:pPr>
                              <w:jc w:val="center"/>
                            </w:pPr>
                            <w:r>
                              <w:t>TOTAL CREDIT HOURS</w:t>
                            </w:r>
                          </w:p>
                        </w:tc>
                        <w:tc>
                          <w:tcPr>
                            <w:tcW w:w="2999" w:type="dxa"/>
                            <w:vAlign w:val="center"/>
                          </w:tcPr>
                          <w:p w:rsidR="003A37E7" w:rsidRDefault="003A37E7" w:rsidP="00615576">
                            <w:pPr>
                              <w:jc w:val="center"/>
                            </w:pPr>
                          </w:p>
                        </w:tc>
                      </w:tr>
                    </w:tbl>
                    <w:p w:rsidR="003A37E7" w:rsidRDefault="003A37E7"/>
                  </w:txbxContent>
                </v:textbox>
              </v:shape>
            </w:pict>
          </mc:Fallback>
        </mc:AlternateContent>
      </w:r>
    </w:p>
    <w:p w:rsidR="00481C34" w:rsidRDefault="00481C34" w:rsidP="00412947">
      <w:pPr>
        <w:pStyle w:val="Heading3"/>
        <w:jc w:val="center"/>
      </w:pPr>
    </w:p>
    <w:p w:rsidR="00481C34" w:rsidRDefault="00481C34" w:rsidP="00412947">
      <w:pPr>
        <w:pStyle w:val="Heading3"/>
        <w:jc w:val="center"/>
      </w:pPr>
    </w:p>
    <w:p w:rsidR="00481C34" w:rsidRDefault="00241364" w:rsidP="00412947">
      <w:pPr>
        <w:pStyle w:val="Heading3"/>
        <w:jc w:val="center"/>
      </w:pPr>
      <w:r>
        <w:rPr>
          <w:noProof/>
        </w:rPr>
        <w:lastRenderedPageBreak/>
        <mc:AlternateContent>
          <mc:Choice Requires="wps">
            <w:drawing>
              <wp:anchor distT="0" distB="0" distL="114300" distR="114300" simplePos="0" relativeHeight="251795456" behindDoc="0" locked="0" layoutInCell="1" allowOverlap="1" wp14:anchorId="507B649A" wp14:editId="28CF5B56">
                <wp:simplePos x="0" y="0"/>
                <wp:positionH relativeFrom="column">
                  <wp:posOffset>-523347</wp:posOffset>
                </wp:positionH>
                <wp:positionV relativeFrom="paragraph">
                  <wp:posOffset>96586</wp:posOffset>
                </wp:positionV>
                <wp:extent cx="4515378" cy="3011170"/>
                <wp:effectExtent l="0" t="0" r="0" b="0"/>
                <wp:wrapNone/>
                <wp:docPr id="114" name="Text Box 114"/>
                <wp:cNvGraphicFramePr/>
                <a:graphic xmlns:a="http://schemas.openxmlformats.org/drawingml/2006/main">
                  <a:graphicData uri="http://schemas.microsoft.com/office/word/2010/wordprocessingShape">
                    <wps:wsp>
                      <wps:cNvSpPr txBox="1"/>
                      <wps:spPr>
                        <a:xfrm>
                          <a:off x="0" y="0"/>
                          <a:ext cx="4515378" cy="30111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905" w:type="dxa"/>
                              <w:tblInd w:w="-350" w:type="dxa"/>
                              <w:tblLook w:val="04A0" w:firstRow="1" w:lastRow="0" w:firstColumn="1" w:lastColumn="0" w:noHBand="0" w:noVBand="1"/>
                            </w:tblPr>
                            <w:tblGrid>
                              <w:gridCol w:w="1163"/>
                              <w:gridCol w:w="4512"/>
                              <w:gridCol w:w="1230"/>
                            </w:tblGrid>
                            <w:tr w:rsidR="003A37E7" w:rsidRPr="007A74AE" w:rsidTr="00333342">
                              <w:tc>
                                <w:tcPr>
                                  <w:tcW w:w="690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5A00DE" w:rsidRDefault="003A37E7" w:rsidP="0041186D">
                                  <w:pPr>
                                    <w:jc w:val="center"/>
                                    <w:rPr>
                                      <w:sz w:val="28"/>
                                      <w:szCs w:val="28"/>
                                    </w:rPr>
                                  </w:pPr>
                                  <w:r w:rsidRPr="005A00D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BSC PUBLIC HEALTH</w:t>
                                  </w:r>
                                </w:p>
                              </w:tc>
                            </w:tr>
                            <w:tr w:rsidR="003A37E7" w:rsidRPr="007A74AE" w:rsidTr="00333342">
                              <w:tc>
                                <w:tcPr>
                                  <w:tcW w:w="6905" w:type="dxa"/>
                                  <w:gridSpan w:val="3"/>
                                  <w:tcBorders>
                                    <w:top w:val="thinThickSmallGap" w:sz="24" w:space="0" w:color="auto"/>
                                    <w:left w:val="thinThickSmallGap" w:sz="24" w:space="0" w:color="auto"/>
                                    <w:bottom w:val="double" w:sz="4" w:space="0" w:color="C0504D" w:themeColor="accent2"/>
                                    <w:right w:val="thickThinSmallGap" w:sz="24" w:space="0" w:color="auto"/>
                                  </w:tcBorders>
                                </w:tcPr>
                                <w:p w:rsidR="003A37E7" w:rsidRPr="004E42AC" w:rsidRDefault="003A37E7" w:rsidP="00333342">
                                  <w:pPr>
                                    <w:jc w:val="center"/>
                                    <w:rPr>
                                      <w:sz w:val="20"/>
                                      <w:szCs w:val="20"/>
                                    </w:rPr>
                                  </w:pPr>
                                  <w:r w:rsidRPr="004E42AC">
                                    <w:rPr>
                                      <w:sz w:val="20"/>
                                      <w:szCs w:val="20"/>
                                    </w:rPr>
                                    <w:t>FRESHMAN YEAR (YEAR I) - FIRST SEMESTER</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COURSE CODE</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COURSE TITLE</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CREDIT HOURS</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t>GEN 101</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t>L</w:t>
                                  </w:r>
                                  <w:r w:rsidRPr="007A74AE">
                                    <w:t>IFE IN CHRIST 1</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t>2</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PUH 103</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ENVIRONMENTAL HEALTH SCIENCE</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3</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BIO 101</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GENERAL BIOLOGY</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3</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PUH 101</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INTRODUCTION TO PUBLIC HEALTH</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3</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ENG 101</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ENGLISH AND COMMUINICATION SKILLS</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3</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SOS 101</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INTRODUCTION TO SOCIAL SCIENCE</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3</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MTH 101</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GENERAL MATHEMATICS</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3</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CMP 101</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INTRODUCTION TO COMPUTER CONCEPT</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3</w:t>
                                  </w:r>
                                </w:p>
                              </w:tc>
                            </w:tr>
                            <w:tr w:rsidR="003A37E7" w:rsidRPr="007A74AE" w:rsidTr="00333342">
                              <w:tc>
                                <w:tcPr>
                                  <w:tcW w:w="56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TOTAL CREDIT HOURS</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t>23</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7B649A" id="Text Box 114" o:spid="_x0000_s1187" type="#_x0000_t202" style="position:absolute;left:0;text-align:left;margin-left:-41.2pt;margin-top:7.6pt;width:355.55pt;height:237.1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" fillcolor="white [3201]" stroked="f" strokeweight=".5pt">
                <v:textbox>
                  <w:txbxContent>
                    <w:tbl>
                      <w:tblPr>
                        <w:tblStyle w:val="TableGrid"/>
                        <w:tblW w:w="6905" w:type="dxa"/>
                        <w:tblInd w:w="-350" w:type="dxa"/>
                        <w:tblLook w:val="04A0" w:firstRow="1" w:lastRow="0" w:firstColumn="1" w:lastColumn="0" w:noHBand="0" w:noVBand="1"/>
                      </w:tblPr>
                      <w:tblGrid>
                        <w:gridCol w:w="1163"/>
                        <w:gridCol w:w="4512"/>
                        <w:gridCol w:w="1230"/>
                      </w:tblGrid>
                      <w:tr w:rsidR="003A37E7" w:rsidRPr="007A74AE" w:rsidTr="00333342">
                        <w:tc>
                          <w:tcPr>
                            <w:tcW w:w="690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5A00DE" w:rsidRDefault="003A37E7" w:rsidP="0041186D">
                            <w:pPr>
                              <w:jc w:val="center"/>
                              <w:rPr>
                                <w:sz w:val="28"/>
                                <w:szCs w:val="28"/>
                              </w:rPr>
                            </w:pPr>
                            <w:r w:rsidRPr="005A00D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BSC PUBLIC HEALTH</w:t>
                            </w:r>
                          </w:p>
                        </w:tc>
                      </w:tr>
                      <w:tr w:rsidR="003A37E7" w:rsidRPr="007A74AE" w:rsidTr="00333342">
                        <w:tc>
                          <w:tcPr>
                            <w:tcW w:w="6905" w:type="dxa"/>
                            <w:gridSpan w:val="3"/>
                            <w:tcBorders>
                              <w:top w:val="thinThickSmallGap" w:sz="24" w:space="0" w:color="auto"/>
                              <w:left w:val="thinThickSmallGap" w:sz="24" w:space="0" w:color="auto"/>
                              <w:bottom w:val="double" w:sz="4" w:space="0" w:color="C0504D" w:themeColor="accent2"/>
                              <w:right w:val="thickThinSmallGap" w:sz="24" w:space="0" w:color="auto"/>
                            </w:tcBorders>
                          </w:tcPr>
                          <w:p w:rsidR="003A37E7" w:rsidRPr="004E42AC" w:rsidRDefault="003A37E7" w:rsidP="00333342">
                            <w:pPr>
                              <w:jc w:val="center"/>
                              <w:rPr>
                                <w:sz w:val="20"/>
                                <w:szCs w:val="20"/>
                              </w:rPr>
                            </w:pPr>
                            <w:r w:rsidRPr="004E42AC">
                              <w:rPr>
                                <w:sz w:val="20"/>
                                <w:szCs w:val="20"/>
                              </w:rPr>
                              <w:t>FRESHMAN YEAR (YEAR I) - FIRST SEMESTER</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COURSE CODE</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COURSE TITLE</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CREDIT HOURS</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t>GEN 101</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t>L</w:t>
                            </w:r>
                            <w:r w:rsidRPr="007A74AE">
                              <w:t>IFE IN CHRIST 1</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t>2</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PUH 103</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ENVIRONMENTAL HEALTH SCIENCE</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3</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BIO 101</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GENERAL BIOLOGY</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3</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PUH 101</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INTRODUCTION TO PUBLIC HEALTH</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3</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ENG 101</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ENGLISH AND COMMUINICATION SKILLS</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3</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SOS 101</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INTRODUCTION TO SOCIAL SCIENCE</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3</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MTH 101</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GENERAL MATHEMATICS</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3</w:t>
                            </w:r>
                          </w:p>
                        </w:tc>
                      </w:tr>
                      <w:tr w:rsidR="003A37E7" w:rsidRPr="007A74AE" w:rsidTr="00333342">
                        <w:tc>
                          <w:tcPr>
                            <w:tcW w:w="11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CMP 101</w:t>
                            </w:r>
                          </w:p>
                        </w:tc>
                        <w:tc>
                          <w:tcPr>
                            <w:tcW w:w="451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INTRODUCTION TO COMPUTER CONCEPT</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3</w:t>
                            </w:r>
                          </w:p>
                        </w:tc>
                      </w:tr>
                      <w:tr w:rsidR="003A37E7" w:rsidRPr="007A74AE" w:rsidTr="00333342">
                        <w:tc>
                          <w:tcPr>
                            <w:tcW w:w="56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rsidRPr="007A74AE">
                              <w:t>TOTAL CREDIT HOURS</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7A74AE" w:rsidRDefault="003A37E7" w:rsidP="00333342">
                            <w:pPr>
                              <w:jc w:val="center"/>
                            </w:pPr>
                            <w:r>
                              <w:t>23</w:t>
                            </w:r>
                          </w:p>
                        </w:tc>
                      </w:tr>
                    </w:tbl>
                    <w:p w:rsidR="003A37E7" w:rsidRDefault="003A37E7"/>
                  </w:txbxContent>
                </v:textbox>
              </v:shape>
            </w:pict>
          </mc:Fallback>
        </mc:AlternateContent>
      </w:r>
      <w:r w:rsidR="00E70A6D">
        <w:rPr>
          <w:noProof/>
        </w:rPr>
        <mc:AlternateContent>
          <mc:Choice Requires="wps">
            <w:drawing>
              <wp:anchor distT="0" distB="0" distL="114300" distR="114300" simplePos="0" relativeHeight="251794432" behindDoc="0" locked="0" layoutInCell="1" allowOverlap="1" wp14:anchorId="09AE2535" wp14:editId="78D62683">
                <wp:simplePos x="0" y="0"/>
                <wp:positionH relativeFrom="column">
                  <wp:posOffset>-531413</wp:posOffset>
                </wp:positionH>
                <wp:positionV relativeFrom="paragraph">
                  <wp:posOffset>-877570</wp:posOffset>
                </wp:positionV>
                <wp:extent cx="4230624" cy="975360"/>
                <wp:effectExtent l="57150" t="38100" r="74930" b="91440"/>
                <wp:wrapNone/>
                <wp:docPr id="90" name="Text Box 90"/>
                <wp:cNvGraphicFramePr/>
                <a:graphic xmlns:a="http://schemas.openxmlformats.org/drawingml/2006/main">
                  <a:graphicData uri="http://schemas.microsoft.com/office/word/2010/wordprocessingShape">
                    <wps:wsp>
                      <wps:cNvSpPr txBox="1"/>
                      <wps:spPr>
                        <a:xfrm>
                          <a:off x="0" y="0"/>
                          <a:ext cx="4230624" cy="975360"/>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655A6C" w:rsidRDefault="003A37E7" w:rsidP="00655A6C">
                            <w:pPr>
                              <w:pStyle w:val="NoSpacing"/>
                              <w:jc w:val="center"/>
                              <w:rPr>
                                <w:rFonts w:ascii="Times New Roman" w:hAnsi="Times New Roman" w:cs="Times New Roman"/>
                                <w:sz w:val="34"/>
                                <w:szCs w:val="34"/>
                              </w:rPr>
                            </w:pPr>
                            <w:r w:rsidRPr="00655A6C">
                              <w:rPr>
                                <w:rFonts w:ascii="Times New Roman" w:hAnsi="Times New Roman" w:cs="Times New Roman"/>
                                <w:sz w:val="34"/>
                                <w:szCs w:val="34"/>
                              </w:rPr>
                              <w:t>COLLEGE OF ALLIED HEALTH SCIENCES (CAHS)</w:t>
                            </w:r>
                          </w:p>
                          <w:p w:rsidR="003A37E7" w:rsidRPr="00655A6C" w:rsidRDefault="003A37E7" w:rsidP="00655A6C">
                            <w:pPr>
                              <w:pStyle w:val="NoSpacing"/>
                              <w:jc w:val="center"/>
                              <w:rPr>
                                <w:rFonts w:ascii="Times New Roman" w:hAnsi="Times New Roman" w:cs="Times New Roman"/>
                                <w:color w:val="FF0000"/>
                                <w:sz w:val="34"/>
                                <w:szCs w:val="34"/>
                              </w:rPr>
                            </w:pPr>
                            <w:r w:rsidRPr="00655A6C">
                              <w:rPr>
                                <w:rFonts w:ascii="Times New Roman" w:hAnsi="Times New Roman" w:cs="Times New Roman"/>
                                <w:color w:val="FF0000"/>
                                <w:sz w:val="34"/>
                                <w:szCs w:val="34"/>
                              </w:rPr>
                              <w:t>DEPA</w:t>
                            </w:r>
                            <w:r>
                              <w:rPr>
                                <w:rFonts w:ascii="Times New Roman" w:hAnsi="Times New Roman" w:cs="Times New Roman"/>
                                <w:color w:val="FF0000"/>
                                <w:sz w:val="34"/>
                                <w:szCs w:val="34"/>
                              </w:rPr>
                              <w:t>R</w:t>
                            </w:r>
                            <w:r w:rsidRPr="00655A6C">
                              <w:rPr>
                                <w:rFonts w:ascii="Times New Roman" w:hAnsi="Times New Roman" w:cs="Times New Roman"/>
                                <w:color w:val="FF0000"/>
                                <w:sz w:val="34"/>
                                <w:szCs w:val="34"/>
                              </w:rPr>
                              <w:t>TMENT OF PUBLIC HEALTH</w:t>
                            </w:r>
                          </w:p>
                          <w:p w:rsidR="003A37E7" w:rsidRDefault="003A37E7" w:rsidP="0041186D">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A37E7" w:rsidRPr="005A00DE" w:rsidRDefault="003A37E7" w:rsidP="0041186D">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PUBLIC HEALTH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AE2535" id="Text Box 90" o:spid="_x0000_s1188" type="#_x0000_t202" style="position:absolute;left:0;text-align:left;margin-left:-41.85pt;margin-top:-69.1pt;width:333.1pt;height:76.8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" fillcolor="#a7bfde [1620]" strokecolor="#4579b8 [3044]">
                <v:fill color2="#e4ecf5 [500]" rotate="t" angle="180" colors="0 #a3c4ff;22938f #bfd5ff;1 #e5eeff" focus="100%" type="gradient"/>
                <v:shadow on="t" color="black" opacity="24903f" origin=",.5" offset="0,.55556mm"/>
                <v:textbox>
                  <w:txbxContent>
                    <w:p w:rsidR="003A37E7" w:rsidRPr="00655A6C" w:rsidRDefault="003A37E7" w:rsidP="00655A6C">
                      <w:pPr>
                        <w:pStyle w:val="NoSpacing"/>
                        <w:jc w:val="center"/>
                        <w:rPr>
                          <w:rFonts w:ascii="Times New Roman" w:hAnsi="Times New Roman" w:cs="Times New Roman"/>
                          <w:sz w:val="34"/>
                          <w:szCs w:val="34"/>
                        </w:rPr>
                      </w:pPr>
                      <w:r w:rsidRPr="00655A6C">
                        <w:rPr>
                          <w:rFonts w:ascii="Times New Roman" w:hAnsi="Times New Roman" w:cs="Times New Roman"/>
                          <w:sz w:val="34"/>
                          <w:szCs w:val="34"/>
                        </w:rPr>
                        <w:t>COLLEGE OF ALLIED HEALTH SCIENCES (CAHS)</w:t>
                      </w:r>
                    </w:p>
                    <w:p w:rsidR="003A37E7" w:rsidRPr="00655A6C" w:rsidRDefault="003A37E7" w:rsidP="00655A6C">
                      <w:pPr>
                        <w:pStyle w:val="NoSpacing"/>
                        <w:jc w:val="center"/>
                        <w:rPr>
                          <w:rFonts w:ascii="Times New Roman" w:hAnsi="Times New Roman" w:cs="Times New Roman"/>
                          <w:color w:val="FF0000"/>
                          <w:sz w:val="34"/>
                          <w:szCs w:val="34"/>
                        </w:rPr>
                      </w:pPr>
                      <w:r w:rsidRPr="00655A6C">
                        <w:rPr>
                          <w:rFonts w:ascii="Times New Roman" w:hAnsi="Times New Roman" w:cs="Times New Roman"/>
                          <w:color w:val="FF0000"/>
                          <w:sz w:val="34"/>
                          <w:szCs w:val="34"/>
                        </w:rPr>
                        <w:t>DEPA</w:t>
                      </w:r>
                      <w:r>
                        <w:rPr>
                          <w:rFonts w:ascii="Times New Roman" w:hAnsi="Times New Roman" w:cs="Times New Roman"/>
                          <w:color w:val="FF0000"/>
                          <w:sz w:val="34"/>
                          <w:szCs w:val="34"/>
                        </w:rPr>
                        <w:t>R</w:t>
                      </w:r>
                      <w:r w:rsidRPr="00655A6C">
                        <w:rPr>
                          <w:rFonts w:ascii="Times New Roman" w:hAnsi="Times New Roman" w:cs="Times New Roman"/>
                          <w:color w:val="FF0000"/>
                          <w:sz w:val="34"/>
                          <w:szCs w:val="34"/>
                        </w:rPr>
                        <w:t>TMENT OF PUBLIC HEALTH</w:t>
                      </w:r>
                    </w:p>
                    <w:p w:rsidR="003A37E7" w:rsidRDefault="003A37E7" w:rsidP="0041186D">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A37E7" w:rsidRPr="005A00DE" w:rsidRDefault="003A37E7" w:rsidP="0041186D">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PUBLIC HEALTH</w:t>
                      </w:r>
                    </w:p>
                  </w:txbxContent>
                </v:textbox>
              </v:shape>
            </w:pict>
          </mc:Fallback>
        </mc:AlternateContent>
      </w:r>
    </w:p>
    <w:p w:rsidR="00481C34" w:rsidRDefault="00481C34" w:rsidP="00412947">
      <w:pPr>
        <w:pStyle w:val="Heading3"/>
        <w:jc w:val="center"/>
      </w:pPr>
    </w:p>
    <w:p w:rsidR="00530E31" w:rsidRDefault="00530E31" w:rsidP="00530E31"/>
    <w:p w:rsidR="00530E31" w:rsidRDefault="00530E31" w:rsidP="00530E31"/>
    <w:p w:rsidR="00530E31" w:rsidRDefault="00530E31" w:rsidP="00530E31"/>
    <w:p w:rsidR="00530E31" w:rsidRDefault="00530E31" w:rsidP="00530E31"/>
    <w:p w:rsidR="00530E31" w:rsidRDefault="00530E31" w:rsidP="00530E31"/>
    <w:p w:rsidR="00530E31" w:rsidRDefault="00530E31" w:rsidP="00530E31"/>
    <w:p w:rsidR="00530E31" w:rsidRDefault="00241364" w:rsidP="00530E31">
      <w:r>
        <w:rPr>
          <w:noProof/>
        </w:rPr>
        <mc:AlternateContent>
          <mc:Choice Requires="wps">
            <w:drawing>
              <wp:anchor distT="0" distB="0" distL="114300" distR="114300" simplePos="0" relativeHeight="251796480" behindDoc="0" locked="0" layoutInCell="1" allowOverlap="1" wp14:anchorId="40353D8E" wp14:editId="5587348B">
                <wp:simplePos x="0" y="0"/>
                <wp:positionH relativeFrom="column">
                  <wp:posOffset>-595292</wp:posOffset>
                </wp:positionH>
                <wp:positionV relativeFrom="paragraph">
                  <wp:posOffset>422275</wp:posOffset>
                </wp:positionV>
                <wp:extent cx="4436745" cy="3510915"/>
                <wp:effectExtent l="0" t="0" r="1905" b="0"/>
                <wp:wrapNone/>
                <wp:docPr id="115" name="Text Box 115"/>
                <wp:cNvGraphicFramePr/>
                <a:graphic xmlns:a="http://schemas.openxmlformats.org/drawingml/2006/main">
                  <a:graphicData uri="http://schemas.microsoft.com/office/word/2010/wordprocessingShape">
                    <wps:wsp>
                      <wps:cNvSpPr txBox="1"/>
                      <wps:spPr>
                        <a:xfrm>
                          <a:off x="0" y="0"/>
                          <a:ext cx="4436745" cy="351091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965" w:type="dxa"/>
                              <w:tblInd w:w="-320" w:type="dxa"/>
                              <w:tblLook w:val="04A0" w:firstRow="1" w:lastRow="0" w:firstColumn="1" w:lastColumn="0" w:noHBand="0" w:noVBand="1"/>
                            </w:tblPr>
                            <w:tblGrid>
                              <w:gridCol w:w="1403"/>
                              <w:gridCol w:w="4332"/>
                              <w:gridCol w:w="1230"/>
                            </w:tblGrid>
                            <w:tr w:rsidR="003A37E7" w:rsidRPr="00BC630B" w:rsidTr="00EE5D4A">
                              <w:tc>
                                <w:tcPr>
                                  <w:tcW w:w="696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5A00DE" w:rsidRDefault="003A37E7" w:rsidP="00D86711">
                                  <w:pPr>
                                    <w:jc w:val="center"/>
                                    <w:rPr>
                                      <w:sz w:val="28"/>
                                      <w:szCs w:val="28"/>
                                    </w:rPr>
                                  </w:pPr>
                                  <w:r w:rsidRPr="005A00D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BSC PUBLIC HEALTH</w:t>
                                  </w:r>
                                </w:p>
                              </w:tc>
                            </w:tr>
                            <w:tr w:rsidR="003A37E7" w:rsidRPr="00BC630B" w:rsidTr="00EE5D4A">
                              <w:tc>
                                <w:tcPr>
                                  <w:tcW w:w="6965" w:type="dxa"/>
                                  <w:gridSpan w:val="3"/>
                                  <w:tcBorders>
                                    <w:top w:val="thinThickSmallGap" w:sz="24" w:space="0" w:color="auto"/>
                                    <w:left w:val="thinThickSmallGap" w:sz="24" w:space="0" w:color="auto"/>
                                    <w:bottom w:val="double" w:sz="4" w:space="0" w:color="C0504D" w:themeColor="accent2"/>
                                    <w:right w:val="thickThinSmallGap" w:sz="24" w:space="0" w:color="auto"/>
                                  </w:tcBorders>
                                </w:tcPr>
                                <w:p w:rsidR="003A37E7" w:rsidRPr="004E42AC" w:rsidRDefault="003A37E7" w:rsidP="00EE5D4A">
                                  <w:pPr>
                                    <w:jc w:val="center"/>
                                    <w:rPr>
                                      <w:sz w:val="20"/>
                                      <w:szCs w:val="20"/>
                                    </w:rPr>
                                  </w:pPr>
                                  <w:r w:rsidRPr="004E42AC">
                                    <w:rPr>
                                      <w:sz w:val="20"/>
                                      <w:szCs w:val="20"/>
                                    </w:rPr>
                                    <w:t>FRESHMAN YEAR (YEAR I) – SECOND SEMESTER</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COURSE CODE</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COURSE TITLE</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CREDIT HOURS</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E5D4A">
                                  <w:pPr>
                                    <w:jc w:val="center"/>
                                    <w:rPr>
                                      <w:sz w:val="24"/>
                                      <w:szCs w:val="24"/>
                                    </w:rPr>
                                  </w:pPr>
                                  <w:r>
                                    <w:rPr>
                                      <w:sz w:val="24"/>
                                      <w:szCs w:val="24"/>
                                    </w:rPr>
                                    <w:t>GEN 102</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E5D4A">
                                  <w:pPr>
                                    <w:jc w:val="center"/>
                                    <w:rPr>
                                      <w:sz w:val="24"/>
                                      <w:szCs w:val="24"/>
                                    </w:rPr>
                                  </w:pPr>
                                  <w:r>
                                    <w:t>LIFE IN CHRIST 2</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2</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ANA&amp;PHY</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ANATOMY &amp; PHYSIOLOGY</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3</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PUH 107</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WASTE MANAGEMENT</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3</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PUH 105</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SOCIAL BEHAVIOR SCIENCE</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3</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ENGL. 102</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ENGLISH &amp; COMMUNICATION SKILLS</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3</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MTH 102</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MATHEMATICS FOR DECISION MAKING</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3</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PUH 102</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HEALTH SEMINAR II</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3</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E5D4A">
                                  <w:pPr>
                                    <w:jc w:val="center"/>
                                    <w:rPr>
                                      <w:sz w:val="24"/>
                                      <w:szCs w:val="24"/>
                                    </w:rPr>
                                  </w:pPr>
                                  <w:r>
                                    <w:rPr>
                                      <w:sz w:val="24"/>
                                      <w:szCs w:val="24"/>
                                    </w:rPr>
                                    <w:t xml:space="preserve">CHEM </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E5D4A">
                                  <w:pPr>
                                    <w:jc w:val="center"/>
                                    <w:rPr>
                                      <w:sz w:val="24"/>
                                      <w:szCs w:val="24"/>
                                    </w:rPr>
                                  </w:pPr>
                                  <w:r>
                                    <w:rPr>
                                      <w:sz w:val="24"/>
                                      <w:szCs w:val="24"/>
                                    </w:rPr>
                                    <w:t>BASIC CHEMISTRY</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3</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GEN 107</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CHRISTIAN ETHICS / MORAL VALUES</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2</w:t>
                                  </w:r>
                                </w:p>
                              </w:tc>
                            </w:tr>
                            <w:tr w:rsidR="003A37E7" w:rsidRPr="00BC630B" w:rsidTr="00EE5D4A">
                              <w:tc>
                                <w:tcPr>
                                  <w:tcW w:w="573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TOTAL CREDIT HOURS</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25</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353D8E" id="Text Box 115" o:spid="_x0000_s1189" type="#_x0000_t202" style="position:absolute;margin-left:-46.85pt;margin-top:33.25pt;width:349.35pt;height:276.4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" fillcolor="white [3201]" stroked="f" strokeweight=".5pt">
                <v:textbox>
                  <w:txbxContent>
                    <w:tbl>
                      <w:tblPr>
                        <w:tblStyle w:val="TableGrid"/>
                        <w:tblW w:w="6965" w:type="dxa"/>
                        <w:tblInd w:w="-320" w:type="dxa"/>
                        <w:tblLook w:val="04A0" w:firstRow="1" w:lastRow="0" w:firstColumn="1" w:lastColumn="0" w:noHBand="0" w:noVBand="1"/>
                      </w:tblPr>
                      <w:tblGrid>
                        <w:gridCol w:w="1403"/>
                        <w:gridCol w:w="4332"/>
                        <w:gridCol w:w="1230"/>
                      </w:tblGrid>
                      <w:tr w:rsidR="003A37E7" w:rsidRPr="00BC630B" w:rsidTr="00EE5D4A">
                        <w:tc>
                          <w:tcPr>
                            <w:tcW w:w="696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5A00DE" w:rsidRDefault="003A37E7" w:rsidP="00D86711">
                            <w:pPr>
                              <w:jc w:val="center"/>
                              <w:rPr>
                                <w:sz w:val="28"/>
                                <w:szCs w:val="28"/>
                              </w:rPr>
                            </w:pPr>
                            <w:r w:rsidRPr="005A00DE">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BSC PUBLIC HEALTH</w:t>
                            </w:r>
                          </w:p>
                        </w:tc>
                      </w:tr>
                      <w:tr w:rsidR="003A37E7" w:rsidRPr="00BC630B" w:rsidTr="00EE5D4A">
                        <w:tc>
                          <w:tcPr>
                            <w:tcW w:w="6965" w:type="dxa"/>
                            <w:gridSpan w:val="3"/>
                            <w:tcBorders>
                              <w:top w:val="thinThickSmallGap" w:sz="24" w:space="0" w:color="auto"/>
                              <w:left w:val="thinThickSmallGap" w:sz="24" w:space="0" w:color="auto"/>
                              <w:bottom w:val="double" w:sz="4" w:space="0" w:color="C0504D" w:themeColor="accent2"/>
                              <w:right w:val="thickThinSmallGap" w:sz="24" w:space="0" w:color="auto"/>
                            </w:tcBorders>
                          </w:tcPr>
                          <w:p w:rsidR="003A37E7" w:rsidRPr="004E42AC" w:rsidRDefault="003A37E7" w:rsidP="00EE5D4A">
                            <w:pPr>
                              <w:jc w:val="center"/>
                              <w:rPr>
                                <w:sz w:val="20"/>
                                <w:szCs w:val="20"/>
                              </w:rPr>
                            </w:pPr>
                            <w:r w:rsidRPr="004E42AC">
                              <w:rPr>
                                <w:sz w:val="20"/>
                                <w:szCs w:val="20"/>
                              </w:rPr>
                              <w:t>FRESHMAN YEAR (YEAR I) – SECOND SEMESTER</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COURSE CODE</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COURSE TITLE</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CREDIT HOURS</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E5D4A">
                            <w:pPr>
                              <w:jc w:val="center"/>
                              <w:rPr>
                                <w:sz w:val="24"/>
                                <w:szCs w:val="24"/>
                              </w:rPr>
                            </w:pPr>
                            <w:r>
                              <w:rPr>
                                <w:sz w:val="24"/>
                                <w:szCs w:val="24"/>
                              </w:rPr>
                              <w:t>GEN 102</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E5D4A">
                            <w:pPr>
                              <w:jc w:val="center"/>
                              <w:rPr>
                                <w:sz w:val="24"/>
                                <w:szCs w:val="24"/>
                              </w:rPr>
                            </w:pPr>
                            <w:r>
                              <w:t>LIFE IN CHRIST 2</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2</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ANA&amp;PHY</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ANATOMY &amp; PHYSIOLOGY</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3</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PUH 107</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WASTE MANAGEMENT</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3</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PUH 105</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SOCIAL BEHAVIOR SCIENCE</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3</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ENGL. 102</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ENGLISH &amp; COMMUNICATION SKILLS</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3</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MTH 102</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MATHEMATICS FOR DECISION MAKING</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3</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PUH 102</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HEALTH SEMINAR II</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3</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E5D4A">
                            <w:pPr>
                              <w:jc w:val="center"/>
                              <w:rPr>
                                <w:sz w:val="24"/>
                                <w:szCs w:val="24"/>
                              </w:rPr>
                            </w:pPr>
                            <w:r>
                              <w:rPr>
                                <w:sz w:val="24"/>
                                <w:szCs w:val="24"/>
                              </w:rPr>
                              <w:t xml:space="preserve">CHEM </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E5D4A">
                            <w:pPr>
                              <w:jc w:val="center"/>
                              <w:rPr>
                                <w:sz w:val="24"/>
                                <w:szCs w:val="24"/>
                              </w:rPr>
                            </w:pPr>
                            <w:r>
                              <w:rPr>
                                <w:sz w:val="24"/>
                                <w:szCs w:val="24"/>
                              </w:rPr>
                              <w:t>BASIC CHEMISTRY</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3</w:t>
                            </w:r>
                          </w:p>
                        </w:tc>
                      </w:tr>
                      <w:tr w:rsidR="003A37E7" w:rsidRPr="00BC630B" w:rsidTr="00EE5D4A">
                        <w:tc>
                          <w:tcPr>
                            <w:tcW w:w="140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GEN 107</w:t>
                            </w:r>
                          </w:p>
                        </w:tc>
                        <w:tc>
                          <w:tcPr>
                            <w:tcW w:w="4332"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CHRISTIAN ETHICS / MORAL VALUES</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2</w:t>
                            </w:r>
                          </w:p>
                        </w:tc>
                      </w:tr>
                      <w:tr w:rsidR="003A37E7" w:rsidRPr="00BC630B" w:rsidTr="00EE5D4A">
                        <w:tc>
                          <w:tcPr>
                            <w:tcW w:w="573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sidRPr="00BC630B">
                              <w:rPr>
                                <w:sz w:val="24"/>
                                <w:szCs w:val="24"/>
                              </w:rPr>
                              <w:t>TOTAL CREDIT HOURS</w:t>
                            </w:r>
                          </w:p>
                        </w:tc>
                        <w:tc>
                          <w:tcPr>
                            <w:tcW w:w="12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BC630B" w:rsidRDefault="003A37E7" w:rsidP="00EE5D4A">
                            <w:pPr>
                              <w:jc w:val="center"/>
                              <w:rPr>
                                <w:sz w:val="24"/>
                                <w:szCs w:val="24"/>
                              </w:rPr>
                            </w:pPr>
                            <w:r>
                              <w:rPr>
                                <w:sz w:val="24"/>
                                <w:szCs w:val="24"/>
                              </w:rPr>
                              <w:t>25</w:t>
                            </w:r>
                          </w:p>
                        </w:tc>
                      </w:tr>
                    </w:tbl>
                    <w:p w:rsidR="003A37E7" w:rsidRDefault="003A37E7"/>
                  </w:txbxContent>
                </v:textbox>
              </v:shape>
            </w:pict>
          </mc:Fallback>
        </mc:AlternateContent>
      </w:r>
    </w:p>
    <w:p w:rsidR="00530E31" w:rsidRDefault="00530E31" w:rsidP="00530E31"/>
    <w:p w:rsidR="00530E31" w:rsidRDefault="00530E31" w:rsidP="00530E31"/>
    <w:p w:rsidR="00530E31" w:rsidRDefault="00530E31" w:rsidP="00530E31"/>
    <w:p w:rsidR="00530E31" w:rsidRDefault="00530E31" w:rsidP="00530E31"/>
    <w:p w:rsidR="00530E31" w:rsidRDefault="00530E31" w:rsidP="00530E31"/>
    <w:p w:rsidR="00530E31" w:rsidRDefault="00530E31" w:rsidP="00530E31"/>
    <w:p w:rsidR="00530E31" w:rsidRDefault="00530E31" w:rsidP="00530E31"/>
    <w:p w:rsidR="00530E31" w:rsidRDefault="00530E31" w:rsidP="00530E31"/>
    <w:p w:rsidR="00530E31" w:rsidRDefault="00530E31" w:rsidP="00530E31"/>
    <w:p w:rsidR="00530E31" w:rsidRDefault="00530E31" w:rsidP="00530E31"/>
    <w:p w:rsidR="00530E31" w:rsidRDefault="00241364" w:rsidP="00530E31">
      <w:r>
        <w:rPr>
          <w:noProof/>
        </w:rPr>
        <w:lastRenderedPageBreak/>
        <mc:AlternateContent>
          <mc:Choice Requires="wps">
            <w:drawing>
              <wp:anchor distT="0" distB="0" distL="114300" distR="114300" simplePos="0" relativeHeight="251798528" behindDoc="0" locked="0" layoutInCell="1" allowOverlap="1" wp14:anchorId="72E197D5" wp14:editId="538AA90F">
                <wp:simplePos x="0" y="0"/>
                <wp:positionH relativeFrom="column">
                  <wp:posOffset>-1141582</wp:posOffset>
                </wp:positionH>
                <wp:positionV relativeFrom="paragraph">
                  <wp:posOffset>-44871</wp:posOffset>
                </wp:positionV>
                <wp:extent cx="4450080" cy="3023616"/>
                <wp:effectExtent l="0" t="0" r="7620" b="5715"/>
                <wp:wrapNone/>
                <wp:docPr id="127" name="Text Box 127"/>
                <wp:cNvGraphicFramePr/>
                <a:graphic xmlns:a="http://schemas.openxmlformats.org/drawingml/2006/main">
                  <a:graphicData uri="http://schemas.microsoft.com/office/word/2010/wordprocessingShape">
                    <wps:wsp>
                      <wps:cNvSpPr txBox="1"/>
                      <wps:spPr>
                        <a:xfrm>
                          <a:off x="0" y="0"/>
                          <a:ext cx="4450080" cy="302361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725" w:type="dxa"/>
                              <w:tblInd w:w="-170" w:type="dxa"/>
                              <w:tblLook w:val="04A0" w:firstRow="1" w:lastRow="0" w:firstColumn="1" w:lastColumn="0" w:noHBand="0" w:noVBand="1"/>
                            </w:tblPr>
                            <w:tblGrid>
                              <w:gridCol w:w="1344"/>
                              <w:gridCol w:w="4241"/>
                              <w:gridCol w:w="1140"/>
                            </w:tblGrid>
                            <w:tr w:rsidR="003A37E7" w:rsidRPr="005762C2" w:rsidTr="00EE5D4A">
                              <w:tc>
                                <w:tcPr>
                                  <w:tcW w:w="672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4E42AC" w:rsidRDefault="003A37E7" w:rsidP="00EE5D4A">
                                  <w:pPr>
                                    <w:jc w:val="center"/>
                                    <w:rPr>
                                      <w:sz w:val="20"/>
                                      <w:szCs w:val="20"/>
                                    </w:rPr>
                                  </w:pPr>
                                  <w:r w:rsidRPr="004E42AC">
                                    <w:rPr>
                                      <w:sz w:val="20"/>
                                      <w:szCs w:val="20"/>
                                    </w:rPr>
                                    <w:t>SOPHOMORE YEAR (YEAR I</w:t>
                                  </w:r>
                                  <w:r>
                                    <w:rPr>
                                      <w:sz w:val="20"/>
                                      <w:szCs w:val="20"/>
                                    </w:rPr>
                                    <w:t>I</w:t>
                                  </w:r>
                                  <w:r w:rsidRPr="004E42AC">
                                    <w:rPr>
                                      <w:sz w:val="20"/>
                                      <w:szCs w:val="20"/>
                                    </w:rPr>
                                    <w:t>) – FIRST SEMESTER</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COURSE CODE</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COURSE TITLE</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CREDIT HOURS</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GEN 107</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DISCIPLESHIP  1</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2</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PUB 203</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HEALTH CARE SYSTEM IN LIBERIA</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3</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PUH 201</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BIOSTATISTICS</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3</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EDUC 206</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PRIMARY HEALTH CARE SYSTEM</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3</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EDUC 203</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GUIDING AND COUNSELING</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3</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PUB 202</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FUNDAMENTAL OF PUBLIC HEALTH SURVEILLANCE</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3</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PUB 205</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FUNDAMENTAL OF EPIDEMOLOGY</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3</w:t>
                                  </w:r>
                                </w:p>
                              </w:tc>
                            </w:tr>
                            <w:tr w:rsidR="003A37E7" w:rsidRPr="005762C2" w:rsidTr="00EE5D4A">
                              <w:trPr>
                                <w:trHeight w:val="427"/>
                              </w:trPr>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ENGL. 201</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SOPHOMORE ENGLISH</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3</w:t>
                                  </w:r>
                                </w:p>
                              </w:tc>
                            </w:tr>
                            <w:tr w:rsidR="003A37E7" w:rsidRPr="005762C2" w:rsidTr="00EE5D4A">
                              <w:trPr>
                                <w:trHeight w:val="661"/>
                              </w:trPr>
                              <w:tc>
                                <w:tcPr>
                                  <w:tcW w:w="558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TOTAL CREDIT HOURS</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23</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197D5" id="Text Box 127" o:spid="_x0000_s1190" type="#_x0000_t202" style="position:absolute;margin-left:-89.9pt;margin-top:-3.55pt;width:350.4pt;height:238.1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" fillcolor="white [3201]" stroked="f" strokeweight=".5pt">
                <v:textbox>
                  <w:txbxContent>
                    <w:tbl>
                      <w:tblPr>
                        <w:tblStyle w:val="TableGrid"/>
                        <w:tblW w:w="6725" w:type="dxa"/>
                        <w:tblInd w:w="-170" w:type="dxa"/>
                        <w:tblLook w:val="04A0" w:firstRow="1" w:lastRow="0" w:firstColumn="1" w:lastColumn="0" w:noHBand="0" w:noVBand="1"/>
                      </w:tblPr>
                      <w:tblGrid>
                        <w:gridCol w:w="1344"/>
                        <w:gridCol w:w="4241"/>
                        <w:gridCol w:w="1140"/>
                      </w:tblGrid>
                      <w:tr w:rsidR="003A37E7" w:rsidRPr="005762C2" w:rsidTr="00EE5D4A">
                        <w:tc>
                          <w:tcPr>
                            <w:tcW w:w="672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4E42AC" w:rsidRDefault="003A37E7" w:rsidP="00EE5D4A">
                            <w:pPr>
                              <w:jc w:val="center"/>
                              <w:rPr>
                                <w:sz w:val="20"/>
                                <w:szCs w:val="20"/>
                              </w:rPr>
                            </w:pPr>
                            <w:r w:rsidRPr="004E42AC">
                              <w:rPr>
                                <w:sz w:val="20"/>
                                <w:szCs w:val="20"/>
                              </w:rPr>
                              <w:t>SOPHOMORE YEAR (YEAR I</w:t>
                            </w:r>
                            <w:r>
                              <w:rPr>
                                <w:sz w:val="20"/>
                                <w:szCs w:val="20"/>
                              </w:rPr>
                              <w:t>I</w:t>
                            </w:r>
                            <w:r w:rsidRPr="004E42AC">
                              <w:rPr>
                                <w:sz w:val="20"/>
                                <w:szCs w:val="20"/>
                              </w:rPr>
                              <w:t>) – FIRST SEMESTER</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COURSE CODE</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COURSE TITLE</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CREDIT HOURS</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GEN 107</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DISCIPLESHIP  1</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2</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PUB 203</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HEALTH CARE SYSTEM IN LIBERIA</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3</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PUH 201</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BIOSTATISTICS</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3</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EDUC 206</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PRIMARY HEALTH CARE SYSTEM</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3</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EDUC 203</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GUIDING AND COUNSELING</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3</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PUB 202</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FUNDAMENTAL OF PUBLIC HEALTH SURVEILLANCE</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3</w:t>
                            </w:r>
                          </w:p>
                        </w:tc>
                      </w:tr>
                      <w:tr w:rsidR="003A37E7" w:rsidRPr="005762C2"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PUB 205</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FUNDAMENTAL OF EPIDEMOLOGY</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3</w:t>
                            </w:r>
                          </w:p>
                        </w:tc>
                      </w:tr>
                      <w:tr w:rsidR="003A37E7" w:rsidRPr="005762C2" w:rsidTr="00EE5D4A">
                        <w:trPr>
                          <w:trHeight w:val="427"/>
                        </w:trPr>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ENGL. 201</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SOPHOMORE ENGLISH</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3</w:t>
                            </w:r>
                          </w:p>
                        </w:tc>
                      </w:tr>
                      <w:tr w:rsidR="003A37E7" w:rsidRPr="005762C2" w:rsidTr="00EE5D4A">
                        <w:trPr>
                          <w:trHeight w:val="661"/>
                        </w:trPr>
                        <w:tc>
                          <w:tcPr>
                            <w:tcW w:w="558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TOTAL CREDIT HOURS</w:t>
                            </w:r>
                          </w:p>
                        </w:tc>
                        <w:tc>
                          <w:tcPr>
                            <w:tcW w:w="114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5762C2" w:rsidRDefault="003A37E7" w:rsidP="0027606A">
                            <w:pPr>
                              <w:jc w:val="center"/>
                            </w:pPr>
                            <w:r w:rsidRPr="005762C2">
                              <w:t>23</w:t>
                            </w:r>
                          </w:p>
                        </w:tc>
                      </w:tr>
                    </w:tbl>
                    <w:p w:rsidR="003A37E7" w:rsidRDefault="003A37E7"/>
                  </w:txbxContent>
                </v:textbox>
              </v:shape>
            </w:pict>
          </mc:Fallback>
        </mc:AlternateContent>
      </w:r>
      <w:r w:rsidR="00E70A6D">
        <w:rPr>
          <w:noProof/>
        </w:rPr>
        <mc:AlternateContent>
          <mc:Choice Requires="wps">
            <w:drawing>
              <wp:anchor distT="0" distB="0" distL="114300" distR="114300" simplePos="0" relativeHeight="251797504" behindDoc="0" locked="0" layoutInCell="1" allowOverlap="1" wp14:anchorId="3F4478EF" wp14:editId="40E04416">
                <wp:simplePos x="0" y="0"/>
                <wp:positionH relativeFrom="column">
                  <wp:posOffset>-932741</wp:posOffset>
                </wp:positionH>
                <wp:positionV relativeFrom="paragraph">
                  <wp:posOffset>-816610</wp:posOffset>
                </wp:positionV>
                <wp:extent cx="3474720" cy="621665"/>
                <wp:effectExtent l="57150" t="38100" r="68580" b="102235"/>
                <wp:wrapNone/>
                <wp:docPr id="123" name="Text Box 123"/>
                <wp:cNvGraphicFramePr/>
                <a:graphic xmlns:a="http://schemas.openxmlformats.org/drawingml/2006/main">
                  <a:graphicData uri="http://schemas.microsoft.com/office/word/2010/wordprocessingShape">
                    <wps:wsp>
                      <wps:cNvSpPr txBox="1"/>
                      <wps:spPr>
                        <a:xfrm>
                          <a:off x="0" y="0"/>
                          <a:ext cx="3474720" cy="621665"/>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27606A" w:rsidRDefault="003A37E7" w:rsidP="0027606A">
                            <w:pPr>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606A">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BSC PUBLIC HEALTH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4478EF" id="Text Box 123" o:spid="_x0000_s1191" type="#_x0000_t202" style="position:absolute;margin-left:-73.45pt;margin-top:-64.3pt;width:273.6pt;height:48.9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" fillcolor="#a7bfde [1620]" strokecolor="#4579b8 [3044]">
                <v:fill color2="#e4ecf5 [500]" rotate="t" angle="180" colors="0 #a3c4ff;22938f #bfd5ff;1 #e5eeff" focus="100%" type="gradient"/>
                <v:shadow on="t" color="black" opacity="24903f" origin=",.5" offset="0,.55556mm"/>
                <v:textbox>
                  <w:txbxContent>
                    <w:p w:rsidR="003A37E7" w:rsidRPr="0027606A" w:rsidRDefault="003A37E7" w:rsidP="0027606A">
                      <w:pPr>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606A">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BSC PUBLIC HEALTH</w:t>
                      </w:r>
                    </w:p>
                  </w:txbxContent>
                </v:textbox>
              </v:shape>
            </w:pict>
          </mc:Fallback>
        </mc:AlternateContent>
      </w:r>
    </w:p>
    <w:p w:rsidR="00D9340B" w:rsidRDefault="00D9340B" w:rsidP="00530E31"/>
    <w:p w:rsidR="00D9340B" w:rsidRDefault="00D9340B" w:rsidP="00530E31"/>
    <w:p w:rsidR="00D9340B" w:rsidRDefault="00D9340B" w:rsidP="00530E31"/>
    <w:p w:rsidR="00D9340B" w:rsidRDefault="00D9340B" w:rsidP="00530E31"/>
    <w:p w:rsidR="00D9340B" w:rsidRDefault="00D9340B" w:rsidP="00530E31"/>
    <w:p w:rsidR="00D9340B" w:rsidRDefault="00D9340B" w:rsidP="00530E31"/>
    <w:p w:rsidR="00D9340B" w:rsidRDefault="00D9340B" w:rsidP="00530E31"/>
    <w:p w:rsidR="00D9340B" w:rsidRDefault="00241364" w:rsidP="00530E31">
      <w:r>
        <w:rPr>
          <w:noProof/>
        </w:rPr>
        <mc:AlternateContent>
          <mc:Choice Requires="wps">
            <w:drawing>
              <wp:anchor distT="0" distB="0" distL="114300" distR="114300" simplePos="0" relativeHeight="251799552" behindDoc="0" locked="0" layoutInCell="1" allowOverlap="1" wp14:anchorId="1CAA5D4F" wp14:editId="4ECA6E26">
                <wp:simplePos x="0" y="0"/>
                <wp:positionH relativeFrom="column">
                  <wp:posOffset>-1144435</wp:posOffset>
                </wp:positionH>
                <wp:positionV relativeFrom="paragraph">
                  <wp:posOffset>448310</wp:posOffset>
                </wp:positionV>
                <wp:extent cx="4450080" cy="3657600"/>
                <wp:effectExtent l="0" t="0" r="7620" b="0"/>
                <wp:wrapNone/>
                <wp:docPr id="128" name="Text Box 128"/>
                <wp:cNvGraphicFramePr/>
                <a:graphic xmlns:a="http://schemas.openxmlformats.org/drawingml/2006/main">
                  <a:graphicData uri="http://schemas.microsoft.com/office/word/2010/wordprocessingShape">
                    <wps:wsp>
                      <wps:cNvSpPr txBox="1"/>
                      <wps:spPr>
                        <a:xfrm>
                          <a:off x="0" y="0"/>
                          <a:ext cx="4450080" cy="3657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875" w:type="dxa"/>
                              <w:tblInd w:w="-200" w:type="dxa"/>
                              <w:tblLook w:val="04A0" w:firstRow="1" w:lastRow="0" w:firstColumn="1" w:lastColumn="0" w:noHBand="0" w:noVBand="1"/>
                            </w:tblPr>
                            <w:tblGrid>
                              <w:gridCol w:w="1344"/>
                              <w:gridCol w:w="4241"/>
                              <w:gridCol w:w="1290"/>
                            </w:tblGrid>
                            <w:tr w:rsidR="003A37E7" w:rsidTr="00EE5D4A">
                              <w:tc>
                                <w:tcPr>
                                  <w:tcW w:w="687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4E42AC" w:rsidRDefault="003A37E7" w:rsidP="00EE5D4A">
                                  <w:pPr>
                                    <w:jc w:val="center"/>
                                  </w:pPr>
                                  <w:r w:rsidRPr="004E42AC">
                                    <w:rPr>
                                      <w:sz w:val="20"/>
                                      <w:szCs w:val="20"/>
                                    </w:rPr>
                                    <w:t>SOPHOMORE YEAR (YEAR I</w:t>
                                  </w:r>
                                  <w:r>
                                    <w:rPr>
                                      <w:sz w:val="20"/>
                                      <w:szCs w:val="20"/>
                                    </w:rPr>
                                    <w:t>I</w:t>
                                  </w:r>
                                  <w:r w:rsidRPr="004E42AC">
                                    <w:rPr>
                                      <w:sz w:val="20"/>
                                      <w:szCs w:val="20"/>
                                    </w:rPr>
                                    <w:t xml:space="preserve">) </w:t>
                                  </w:r>
                                  <w:r w:rsidRPr="004E42AC">
                                    <w:t xml:space="preserve"> – SECOND SEMESTER</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COURSE CODE</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COURSE TITLE</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CREDIT HOURS</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GEN 108</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DISCIPLESHIP  2</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2</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PUH 212</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SOPHMORE PUBLIC HEALTH SEMINAR</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2</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PUH 210</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ADVANCED EPIDEMOLOGY</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3</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PUH 208</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BIOSTATISTICS</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3</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PUH 207</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GIS APLLICATION IN PUBLIC HEALTH</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2</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BUS 102</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ENTERPRENEURSHIP I</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3</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PUH 211</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PRIMARY HEALTH CARE SYSTEM II</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3</w:t>
                                  </w:r>
                                </w:p>
                              </w:tc>
                            </w:tr>
                            <w:tr w:rsidR="003A37E7" w:rsidTr="00EE5D4A">
                              <w:trPr>
                                <w:trHeight w:val="427"/>
                              </w:trPr>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TCM 11</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TOTAL MEANS CONCEPT</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1</w:t>
                                  </w:r>
                                </w:p>
                              </w:tc>
                            </w:tr>
                            <w:tr w:rsidR="003A37E7" w:rsidTr="00EE5D4A">
                              <w:trPr>
                                <w:trHeight w:val="661"/>
                              </w:trPr>
                              <w:tc>
                                <w:tcPr>
                                  <w:tcW w:w="558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TOTAL CREDIT HOURS</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19</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AA5D4F" id="Text Box 128" o:spid="_x0000_s1192" type="#_x0000_t202" style="position:absolute;margin-left:-90.1pt;margin-top:35.3pt;width:350.4pt;height:4in;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" fillcolor="white [3201]" stroked="f" strokeweight=".5pt">
                <v:textbox>
                  <w:txbxContent>
                    <w:tbl>
                      <w:tblPr>
                        <w:tblStyle w:val="TableGrid"/>
                        <w:tblW w:w="6875" w:type="dxa"/>
                        <w:tblInd w:w="-200" w:type="dxa"/>
                        <w:tblLook w:val="04A0" w:firstRow="1" w:lastRow="0" w:firstColumn="1" w:lastColumn="0" w:noHBand="0" w:noVBand="1"/>
                      </w:tblPr>
                      <w:tblGrid>
                        <w:gridCol w:w="1344"/>
                        <w:gridCol w:w="4241"/>
                        <w:gridCol w:w="1290"/>
                      </w:tblGrid>
                      <w:tr w:rsidR="003A37E7" w:rsidTr="00EE5D4A">
                        <w:tc>
                          <w:tcPr>
                            <w:tcW w:w="687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4E42AC" w:rsidRDefault="003A37E7" w:rsidP="00EE5D4A">
                            <w:pPr>
                              <w:jc w:val="center"/>
                            </w:pPr>
                            <w:r w:rsidRPr="004E42AC">
                              <w:rPr>
                                <w:sz w:val="20"/>
                                <w:szCs w:val="20"/>
                              </w:rPr>
                              <w:t>SOPHOMORE YEAR (YEAR I</w:t>
                            </w:r>
                            <w:r>
                              <w:rPr>
                                <w:sz w:val="20"/>
                                <w:szCs w:val="20"/>
                              </w:rPr>
                              <w:t>I</w:t>
                            </w:r>
                            <w:r w:rsidRPr="004E42AC">
                              <w:rPr>
                                <w:sz w:val="20"/>
                                <w:szCs w:val="20"/>
                              </w:rPr>
                              <w:t xml:space="preserve">) </w:t>
                            </w:r>
                            <w:r w:rsidRPr="004E42AC">
                              <w:t xml:space="preserve"> – SECOND SEMESTER</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COURSE CODE</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COURSE TITLE</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CREDIT HOURS</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GEN 108</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DISCIPLESHIP  2</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2</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PUH 212</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SOPHMORE PUBLIC HEALTH SEMINAR</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2</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PUH 210</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ADVANCED EPIDEMOLOGY</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3</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PUH 208</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BIOSTATISTICS</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3</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PUH 207</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GIS APLLICATION IN PUBLIC HEALTH</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2</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BUS 102</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ENTERPRENEURSHIP I</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3</w:t>
                            </w:r>
                          </w:p>
                        </w:tc>
                      </w:tr>
                      <w:tr w:rsidR="003A37E7" w:rsidTr="00EE5D4A">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PUH 211</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PRIMARY HEALTH CARE SYSTEM II</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3</w:t>
                            </w:r>
                          </w:p>
                        </w:tc>
                      </w:tr>
                      <w:tr w:rsidR="003A37E7" w:rsidTr="00EE5D4A">
                        <w:trPr>
                          <w:trHeight w:val="427"/>
                        </w:trPr>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TCM 11</w:t>
                            </w:r>
                          </w:p>
                        </w:tc>
                        <w:tc>
                          <w:tcPr>
                            <w:tcW w:w="424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TOTAL MEANS CONCEPT</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1</w:t>
                            </w:r>
                          </w:p>
                        </w:tc>
                      </w:tr>
                      <w:tr w:rsidR="003A37E7" w:rsidTr="00EE5D4A">
                        <w:trPr>
                          <w:trHeight w:val="661"/>
                        </w:trPr>
                        <w:tc>
                          <w:tcPr>
                            <w:tcW w:w="558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sidRPr="002502B7">
                              <w:rPr>
                                <w:sz w:val="24"/>
                                <w:szCs w:val="24"/>
                              </w:rPr>
                              <w:t>TOTAL CREDIT HOURS</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502B7">
                            <w:pPr>
                              <w:jc w:val="center"/>
                              <w:rPr>
                                <w:sz w:val="24"/>
                                <w:szCs w:val="24"/>
                              </w:rPr>
                            </w:pPr>
                            <w:r>
                              <w:rPr>
                                <w:sz w:val="24"/>
                                <w:szCs w:val="24"/>
                              </w:rPr>
                              <w:t>19</w:t>
                            </w:r>
                          </w:p>
                        </w:tc>
                      </w:tr>
                    </w:tbl>
                    <w:p w:rsidR="003A37E7" w:rsidRDefault="003A37E7"/>
                  </w:txbxContent>
                </v:textbox>
              </v:shape>
            </w:pict>
          </mc:Fallback>
        </mc:AlternateContent>
      </w:r>
    </w:p>
    <w:p w:rsidR="00D9340B" w:rsidRDefault="00D9340B" w:rsidP="00530E31"/>
    <w:p w:rsidR="00D9340B" w:rsidRDefault="00D9340B" w:rsidP="00530E31"/>
    <w:p w:rsidR="00D9340B" w:rsidRDefault="00D9340B" w:rsidP="00530E31"/>
    <w:p w:rsidR="00D9340B" w:rsidRDefault="00D9340B" w:rsidP="00530E31"/>
    <w:p w:rsidR="00D9340B" w:rsidRDefault="00D9340B" w:rsidP="00530E31"/>
    <w:p w:rsidR="00D9340B" w:rsidRDefault="00D9340B" w:rsidP="00530E31"/>
    <w:p w:rsidR="00D9340B" w:rsidRDefault="00D9340B" w:rsidP="00530E31"/>
    <w:p w:rsidR="00D9340B" w:rsidRDefault="00D9340B" w:rsidP="00530E31"/>
    <w:p w:rsidR="00D9340B" w:rsidRDefault="00D9340B" w:rsidP="00530E31"/>
    <w:p w:rsidR="00D9340B" w:rsidRDefault="00D9340B" w:rsidP="00530E31"/>
    <w:p w:rsidR="00D9340B" w:rsidRDefault="00241364" w:rsidP="00530E31">
      <w:r>
        <w:rPr>
          <w:noProof/>
        </w:rPr>
        <w:lastRenderedPageBreak/>
        <mc:AlternateContent>
          <mc:Choice Requires="wps">
            <w:drawing>
              <wp:anchor distT="0" distB="0" distL="114300" distR="114300" simplePos="0" relativeHeight="251802624" behindDoc="0" locked="0" layoutInCell="1" allowOverlap="1" wp14:anchorId="647BC73D" wp14:editId="7B97695D">
                <wp:simplePos x="0" y="0"/>
                <wp:positionH relativeFrom="column">
                  <wp:posOffset>-712454</wp:posOffset>
                </wp:positionH>
                <wp:positionV relativeFrom="paragraph">
                  <wp:posOffset>-202103</wp:posOffset>
                </wp:positionV>
                <wp:extent cx="4437380" cy="3206496"/>
                <wp:effectExtent l="0" t="0" r="1270" b="0"/>
                <wp:wrapNone/>
                <wp:docPr id="130" name="Text Box 130"/>
                <wp:cNvGraphicFramePr/>
                <a:graphic xmlns:a="http://schemas.openxmlformats.org/drawingml/2006/main">
                  <a:graphicData uri="http://schemas.microsoft.com/office/word/2010/wordprocessingShape">
                    <wps:wsp>
                      <wps:cNvSpPr txBox="1"/>
                      <wps:spPr>
                        <a:xfrm>
                          <a:off x="0" y="0"/>
                          <a:ext cx="4437380" cy="320649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875" w:type="dxa"/>
                              <w:tblInd w:w="-230" w:type="dxa"/>
                              <w:tblLook w:val="04A0" w:firstRow="1" w:lastRow="0" w:firstColumn="1" w:lastColumn="0" w:noHBand="0" w:noVBand="1"/>
                            </w:tblPr>
                            <w:tblGrid>
                              <w:gridCol w:w="1344"/>
                              <w:gridCol w:w="4331"/>
                              <w:gridCol w:w="1200"/>
                            </w:tblGrid>
                            <w:tr w:rsidR="003A37E7" w:rsidTr="00292047">
                              <w:tc>
                                <w:tcPr>
                                  <w:tcW w:w="687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Default="003A37E7" w:rsidP="00AE12DB">
                                  <w:pPr>
                                    <w:jc w:val="center"/>
                                  </w:pPr>
                                  <w:r>
                                    <w:rPr>
                                      <w:sz w:val="20"/>
                                      <w:szCs w:val="20"/>
                                    </w:rPr>
                                    <w:t>JUNIOR</w:t>
                                  </w:r>
                                  <w:r w:rsidRPr="004E42AC">
                                    <w:rPr>
                                      <w:sz w:val="20"/>
                                      <w:szCs w:val="20"/>
                                    </w:rPr>
                                    <w:t xml:space="preserve"> YEAR (YEAR I</w:t>
                                  </w:r>
                                  <w:r>
                                    <w:rPr>
                                      <w:sz w:val="20"/>
                                      <w:szCs w:val="20"/>
                                    </w:rPr>
                                    <w:t>II</w:t>
                                  </w:r>
                                  <w:r w:rsidRPr="004E42AC">
                                    <w:rPr>
                                      <w:sz w:val="20"/>
                                      <w:szCs w:val="20"/>
                                    </w:rPr>
                                    <w:t xml:space="preserve">) </w:t>
                                  </w:r>
                                  <w:r>
                                    <w:t xml:space="preserve"> – FIRST</w:t>
                                  </w:r>
                                  <w:r w:rsidRPr="004E42AC">
                                    <w:t xml:space="preserve"> SEMESTER</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sidRPr="002502B7">
                                    <w:rPr>
                                      <w:sz w:val="24"/>
                                      <w:szCs w:val="24"/>
                                    </w:rPr>
                                    <w:t>COURSE CODE</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sidRPr="002502B7">
                                    <w:rPr>
                                      <w:sz w:val="24"/>
                                      <w:szCs w:val="24"/>
                                    </w:rPr>
                                    <w:t>COURSE TITLE</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sidRPr="002502B7">
                                    <w:rPr>
                                      <w:sz w:val="24"/>
                                      <w:szCs w:val="24"/>
                                    </w:rPr>
                                    <w:t>CREDIT HOURS</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AE12DB">
                                  <w:pPr>
                                    <w:jc w:val="center"/>
                                    <w:rPr>
                                      <w:sz w:val="24"/>
                                      <w:szCs w:val="24"/>
                                    </w:rPr>
                                  </w:pPr>
                                  <w:r>
                                    <w:rPr>
                                      <w:sz w:val="24"/>
                                      <w:szCs w:val="24"/>
                                    </w:rPr>
                                    <w:t>GEN 107</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AE12DB">
                                  <w:pPr>
                                    <w:jc w:val="center"/>
                                    <w:rPr>
                                      <w:sz w:val="24"/>
                                      <w:szCs w:val="24"/>
                                    </w:rPr>
                                  </w:pPr>
                                  <w:r w:rsidRPr="007A46BA">
                                    <w:rPr>
                                      <w:sz w:val="24"/>
                                      <w:szCs w:val="24"/>
                                    </w:rPr>
                                    <w:t>DYNAMIC OF FAITH 1</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AE12DB">
                                  <w:pPr>
                                    <w:jc w:val="center"/>
                                    <w:rPr>
                                      <w:sz w:val="24"/>
                                      <w:szCs w:val="24"/>
                                    </w:rPr>
                                  </w:pPr>
                                  <w:r>
                                    <w:rPr>
                                      <w:sz w:val="24"/>
                                      <w:szCs w:val="24"/>
                                    </w:rPr>
                                    <w:t>2</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PUH 301</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PUBLIC HEALTH POLICY AND MANAGEMENT</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3</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PUH 302</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INTRODUCTION TO PUBLIC HEALTH LAB 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3</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PUB 303</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 xml:space="preserve">OUTBREAK INVESTIGATION AND RESPONSE </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3</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PUB 304</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PUBLIC HEALTH PRACTICUM ROTATION 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3</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MCB 301</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MICROBIOLOGY 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sidRPr="002502B7">
                                    <w:rPr>
                                      <w:sz w:val="24"/>
                                      <w:szCs w:val="24"/>
                                    </w:rPr>
                                    <w:t>3</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PUB 305</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JUNIOR PUBLIC HEALTH SEMINAR 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3</w:t>
                                  </w:r>
                                </w:p>
                              </w:tc>
                            </w:tr>
                            <w:tr w:rsidR="003A37E7" w:rsidTr="00292047">
                              <w:trPr>
                                <w:trHeight w:val="661"/>
                              </w:trPr>
                              <w:tc>
                                <w:tcPr>
                                  <w:tcW w:w="56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sidRPr="002502B7">
                                    <w:rPr>
                                      <w:sz w:val="24"/>
                                      <w:szCs w:val="24"/>
                                    </w:rPr>
                                    <w:t>TOTAL CREDIT HOURS</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7BC73D" id="Text Box 130" o:spid="_x0000_s1193" type="#_x0000_t202" style="position:absolute;margin-left:-56.1pt;margin-top:-15.9pt;width:349.4pt;height:252.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" fillcolor="white [3201]" stroked="f" strokeweight=".5pt">
                <v:textbox>
                  <w:txbxContent>
                    <w:tbl>
                      <w:tblPr>
                        <w:tblStyle w:val="TableGrid"/>
                        <w:tblW w:w="6875" w:type="dxa"/>
                        <w:tblInd w:w="-230" w:type="dxa"/>
                        <w:tblLook w:val="04A0" w:firstRow="1" w:lastRow="0" w:firstColumn="1" w:lastColumn="0" w:noHBand="0" w:noVBand="1"/>
                      </w:tblPr>
                      <w:tblGrid>
                        <w:gridCol w:w="1344"/>
                        <w:gridCol w:w="4331"/>
                        <w:gridCol w:w="1200"/>
                      </w:tblGrid>
                      <w:tr w:rsidR="003A37E7" w:rsidTr="00292047">
                        <w:tc>
                          <w:tcPr>
                            <w:tcW w:w="687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Default="003A37E7" w:rsidP="00AE12DB">
                            <w:pPr>
                              <w:jc w:val="center"/>
                            </w:pPr>
                            <w:r>
                              <w:rPr>
                                <w:sz w:val="20"/>
                                <w:szCs w:val="20"/>
                              </w:rPr>
                              <w:t>JUNIOR</w:t>
                            </w:r>
                            <w:r w:rsidRPr="004E42AC">
                              <w:rPr>
                                <w:sz w:val="20"/>
                                <w:szCs w:val="20"/>
                              </w:rPr>
                              <w:t xml:space="preserve"> YEAR (YEAR I</w:t>
                            </w:r>
                            <w:r>
                              <w:rPr>
                                <w:sz w:val="20"/>
                                <w:szCs w:val="20"/>
                              </w:rPr>
                              <w:t>II</w:t>
                            </w:r>
                            <w:r w:rsidRPr="004E42AC">
                              <w:rPr>
                                <w:sz w:val="20"/>
                                <w:szCs w:val="20"/>
                              </w:rPr>
                              <w:t xml:space="preserve">) </w:t>
                            </w:r>
                            <w:r>
                              <w:t xml:space="preserve"> – FIRST</w:t>
                            </w:r>
                            <w:r w:rsidRPr="004E42AC">
                              <w:t xml:space="preserve"> SEMESTER</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sidRPr="002502B7">
                              <w:rPr>
                                <w:sz w:val="24"/>
                                <w:szCs w:val="24"/>
                              </w:rPr>
                              <w:t>COURSE CODE</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sidRPr="002502B7">
                              <w:rPr>
                                <w:sz w:val="24"/>
                                <w:szCs w:val="24"/>
                              </w:rPr>
                              <w:t>COURSE TITLE</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sidRPr="002502B7">
                              <w:rPr>
                                <w:sz w:val="24"/>
                                <w:szCs w:val="24"/>
                              </w:rPr>
                              <w:t>CREDIT HOURS</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AE12DB">
                            <w:pPr>
                              <w:jc w:val="center"/>
                              <w:rPr>
                                <w:sz w:val="24"/>
                                <w:szCs w:val="24"/>
                              </w:rPr>
                            </w:pPr>
                            <w:r>
                              <w:rPr>
                                <w:sz w:val="24"/>
                                <w:szCs w:val="24"/>
                              </w:rPr>
                              <w:t>GEN 107</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AE12DB">
                            <w:pPr>
                              <w:jc w:val="center"/>
                              <w:rPr>
                                <w:sz w:val="24"/>
                                <w:szCs w:val="24"/>
                              </w:rPr>
                            </w:pPr>
                            <w:r w:rsidRPr="007A46BA">
                              <w:rPr>
                                <w:sz w:val="24"/>
                                <w:szCs w:val="24"/>
                              </w:rPr>
                              <w:t>DYNAMIC OF FAITH 1</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AE12DB">
                            <w:pPr>
                              <w:jc w:val="center"/>
                              <w:rPr>
                                <w:sz w:val="24"/>
                                <w:szCs w:val="24"/>
                              </w:rPr>
                            </w:pPr>
                            <w:r>
                              <w:rPr>
                                <w:sz w:val="24"/>
                                <w:szCs w:val="24"/>
                              </w:rPr>
                              <w:t>2</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PUH 301</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PUBLIC HEALTH POLICY AND MANAGEMENT</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3</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PUH 302</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INTRODUCTION TO PUBLIC HEALTH LAB 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3</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PUB 303</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 xml:space="preserve">OUTBREAK INVESTIGATION AND RESPONSE </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3</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PUB 304</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PUBLIC HEALTH PRACTICUM ROTATION 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3</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MCB 301</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MICROBIOLOGY 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sidRPr="002502B7">
                              <w:rPr>
                                <w:sz w:val="24"/>
                                <w:szCs w:val="24"/>
                              </w:rPr>
                              <w:t>3</w:t>
                            </w:r>
                          </w:p>
                        </w:tc>
                      </w:tr>
                      <w:tr w:rsidR="003A37E7" w:rsidTr="00292047">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PUB 305</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JUNIOR PUBLIC HEALTH SEMINAR 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3</w:t>
                            </w:r>
                          </w:p>
                        </w:tc>
                      </w:tr>
                      <w:tr w:rsidR="003A37E7" w:rsidTr="00292047">
                        <w:trPr>
                          <w:trHeight w:val="661"/>
                        </w:trPr>
                        <w:tc>
                          <w:tcPr>
                            <w:tcW w:w="56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sidRPr="002502B7">
                              <w:rPr>
                                <w:sz w:val="24"/>
                                <w:szCs w:val="24"/>
                              </w:rPr>
                              <w:t>TOTAL CREDIT HOURS</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AE12DB">
                            <w:pPr>
                              <w:jc w:val="center"/>
                              <w:rPr>
                                <w:sz w:val="24"/>
                                <w:szCs w:val="24"/>
                              </w:rPr>
                            </w:pPr>
                            <w:r>
                              <w:rPr>
                                <w:sz w:val="24"/>
                                <w:szCs w:val="24"/>
                              </w:rPr>
                              <w:t>20</w:t>
                            </w:r>
                          </w:p>
                        </w:tc>
                      </w:tr>
                    </w:tbl>
                    <w:p w:rsidR="003A37E7" w:rsidRDefault="003A37E7"/>
                  </w:txbxContent>
                </v:textbox>
              </v:shape>
            </w:pict>
          </mc:Fallback>
        </mc:AlternateContent>
      </w:r>
      <w:r w:rsidR="00E70A6D">
        <w:rPr>
          <w:noProof/>
        </w:rPr>
        <mc:AlternateContent>
          <mc:Choice Requires="wps">
            <w:drawing>
              <wp:anchor distT="0" distB="0" distL="114300" distR="114300" simplePos="0" relativeHeight="251801600" behindDoc="0" locked="0" layoutInCell="1" allowOverlap="1" wp14:anchorId="2888BDE1" wp14:editId="20E936E8">
                <wp:simplePos x="0" y="0"/>
                <wp:positionH relativeFrom="column">
                  <wp:posOffset>-405534</wp:posOffset>
                </wp:positionH>
                <wp:positionV relativeFrom="paragraph">
                  <wp:posOffset>-816610</wp:posOffset>
                </wp:positionV>
                <wp:extent cx="3754882" cy="621665"/>
                <wp:effectExtent l="57150" t="38100" r="74295" b="102235"/>
                <wp:wrapNone/>
                <wp:docPr id="129" name="Text Box 129"/>
                <wp:cNvGraphicFramePr/>
                <a:graphic xmlns:a="http://schemas.openxmlformats.org/drawingml/2006/main">
                  <a:graphicData uri="http://schemas.microsoft.com/office/word/2010/wordprocessingShape">
                    <wps:wsp>
                      <wps:cNvSpPr txBox="1"/>
                      <wps:spPr>
                        <a:xfrm>
                          <a:off x="0" y="0"/>
                          <a:ext cx="3754882" cy="621665"/>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27606A" w:rsidRDefault="003A37E7" w:rsidP="00AE12DB">
                            <w:pPr>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606A">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BSC PUBLIC HEALTH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88BDE1" id="Text Box 129" o:spid="_x0000_s1194" type="#_x0000_t202" style="position:absolute;margin-left:-31.95pt;margin-top:-64.3pt;width:295.65pt;height:48.9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" fillcolor="#a7bfde [1620]" strokecolor="#4579b8 [3044]">
                <v:fill color2="#e4ecf5 [500]" rotate="t" angle="180" colors="0 #a3c4ff;22938f #bfd5ff;1 #e5eeff" focus="100%" type="gradient"/>
                <v:shadow on="t" color="black" opacity="24903f" origin=",.5" offset="0,.55556mm"/>
                <v:textbox>
                  <w:txbxContent>
                    <w:p w:rsidR="003A37E7" w:rsidRPr="0027606A" w:rsidRDefault="003A37E7" w:rsidP="00AE12DB">
                      <w:pPr>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606A">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BSC PUBLIC HEALTH</w:t>
                      </w:r>
                    </w:p>
                  </w:txbxContent>
                </v:textbox>
              </v:shape>
            </w:pict>
          </mc:Fallback>
        </mc:AlternateContent>
      </w:r>
    </w:p>
    <w:p w:rsidR="00AE12DB" w:rsidRDefault="00AE12DB" w:rsidP="00530E31"/>
    <w:p w:rsidR="00AE12DB" w:rsidRDefault="00AE12DB" w:rsidP="00530E31"/>
    <w:p w:rsidR="00AE12DB" w:rsidRDefault="00AE12DB" w:rsidP="00530E31"/>
    <w:p w:rsidR="00AE12DB" w:rsidRDefault="00AE12DB" w:rsidP="00530E31"/>
    <w:p w:rsidR="00AE12DB" w:rsidRDefault="00AE12DB" w:rsidP="00530E31"/>
    <w:p w:rsidR="00AE12DB" w:rsidRDefault="00AE12DB" w:rsidP="00530E31"/>
    <w:p w:rsidR="00AE12DB" w:rsidRDefault="00AE12DB" w:rsidP="00530E31"/>
    <w:p w:rsidR="00AE12DB" w:rsidRDefault="00AE12DB" w:rsidP="00530E31"/>
    <w:p w:rsidR="00AE12DB" w:rsidRDefault="007A46BA" w:rsidP="00530E31">
      <w:r>
        <w:rPr>
          <w:noProof/>
        </w:rPr>
        <mc:AlternateContent>
          <mc:Choice Requires="wps">
            <w:drawing>
              <wp:anchor distT="0" distB="0" distL="114300" distR="114300" simplePos="0" relativeHeight="251803648" behindDoc="0" locked="0" layoutInCell="1" allowOverlap="1" wp14:anchorId="0D3E620A" wp14:editId="2D43C0E6">
                <wp:simplePos x="0" y="0"/>
                <wp:positionH relativeFrom="column">
                  <wp:posOffset>-713344</wp:posOffset>
                </wp:positionH>
                <wp:positionV relativeFrom="paragraph">
                  <wp:posOffset>254635</wp:posOffset>
                </wp:positionV>
                <wp:extent cx="4376420" cy="3499104"/>
                <wp:effectExtent l="0" t="0" r="5080" b="6350"/>
                <wp:wrapNone/>
                <wp:docPr id="131" name="Text Box 131"/>
                <wp:cNvGraphicFramePr/>
                <a:graphic xmlns:a="http://schemas.openxmlformats.org/drawingml/2006/main">
                  <a:graphicData uri="http://schemas.microsoft.com/office/word/2010/wordprocessingShape">
                    <wps:wsp>
                      <wps:cNvSpPr txBox="1"/>
                      <wps:spPr>
                        <a:xfrm>
                          <a:off x="0" y="0"/>
                          <a:ext cx="4376420" cy="349910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875" w:type="dxa"/>
                              <w:tblInd w:w="-230" w:type="dxa"/>
                              <w:tblLook w:val="04A0" w:firstRow="1" w:lastRow="0" w:firstColumn="1" w:lastColumn="0" w:noHBand="0" w:noVBand="1"/>
                            </w:tblPr>
                            <w:tblGrid>
                              <w:gridCol w:w="1344"/>
                              <w:gridCol w:w="4331"/>
                              <w:gridCol w:w="1200"/>
                            </w:tblGrid>
                            <w:tr w:rsidR="003A37E7" w:rsidTr="005F2E85">
                              <w:tc>
                                <w:tcPr>
                                  <w:tcW w:w="687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Default="003A37E7" w:rsidP="00292047">
                                  <w:pPr>
                                    <w:jc w:val="center"/>
                                  </w:pPr>
                                  <w:r>
                                    <w:rPr>
                                      <w:sz w:val="20"/>
                                      <w:szCs w:val="20"/>
                                    </w:rPr>
                                    <w:t>JUNIOR</w:t>
                                  </w:r>
                                  <w:r w:rsidRPr="004E42AC">
                                    <w:rPr>
                                      <w:sz w:val="20"/>
                                      <w:szCs w:val="20"/>
                                    </w:rPr>
                                    <w:t xml:space="preserve"> YEAR (YEAR I</w:t>
                                  </w:r>
                                  <w:r>
                                    <w:rPr>
                                      <w:sz w:val="20"/>
                                      <w:szCs w:val="20"/>
                                    </w:rPr>
                                    <w:t>II</w:t>
                                  </w:r>
                                  <w:r w:rsidRPr="004E42AC">
                                    <w:rPr>
                                      <w:sz w:val="20"/>
                                      <w:szCs w:val="20"/>
                                    </w:rPr>
                                    <w:t xml:space="preserve">) </w:t>
                                  </w:r>
                                  <w:r>
                                    <w:t xml:space="preserve"> – SECOND</w:t>
                                  </w:r>
                                  <w:r w:rsidRPr="004E42AC">
                                    <w:t xml:space="preserve"> SEMESTER</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sidRPr="002502B7">
                                    <w:rPr>
                                      <w:sz w:val="24"/>
                                      <w:szCs w:val="24"/>
                                    </w:rPr>
                                    <w:t>COURSE CODE</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sidRPr="002502B7">
                                    <w:rPr>
                                      <w:sz w:val="24"/>
                                      <w:szCs w:val="24"/>
                                    </w:rPr>
                                    <w:t>COURSE TITLE</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sidRPr="002502B7">
                                    <w:rPr>
                                      <w:sz w:val="24"/>
                                      <w:szCs w:val="24"/>
                                    </w:rPr>
                                    <w:t>CREDIT HOURS</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292047">
                                  <w:pPr>
                                    <w:jc w:val="center"/>
                                    <w:rPr>
                                      <w:sz w:val="24"/>
                                      <w:szCs w:val="24"/>
                                    </w:rPr>
                                  </w:pPr>
                                  <w:r>
                                    <w:rPr>
                                      <w:sz w:val="24"/>
                                      <w:szCs w:val="24"/>
                                    </w:rPr>
                                    <w:t>GEN 108</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292047">
                                  <w:pPr>
                                    <w:jc w:val="center"/>
                                    <w:rPr>
                                      <w:sz w:val="24"/>
                                      <w:szCs w:val="24"/>
                                    </w:rPr>
                                  </w:pPr>
                                  <w:r>
                                    <w:rPr>
                                      <w:sz w:val="24"/>
                                      <w:szCs w:val="24"/>
                                    </w:rPr>
                                    <w:t>DYNAMIC OF FAITH 2</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292047">
                                  <w:pPr>
                                    <w:jc w:val="center"/>
                                    <w:rPr>
                                      <w:sz w:val="24"/>
                                      <w:szCs w:val="24"/>
                                    </w:rPr>
                                  </w:pPr>
                                  <w:r>
                                    <w:rPr>
                                      <w:sz w:val="24"/>
                                      <w:szCs w:val="24"/>
                                    </w:rPr>
                                    <w:t>2</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PUB 306</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EXPOSURE ASSESSMENT AND CONTROL</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3</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PUB 307</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INTRODUCTION TO PUBLIC HEALTH LAB II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3</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PUB 300</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INFECTIOUS DISEASE EPIDEMIOLOGY</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3</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PUB 309</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PUBIC HEALTH PRACTICUM ROTATION II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3</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MCB 302</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MICROBIOLOGY II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sidRPr="002502B7">
                                    <w:rPr>
                                      <w:sz w:val="24"/>
                                      <w:szCs w:val="24"/>
                                    </w:rPr>
                                    <w:t>3</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PUB 308</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JUNIOR PUBLIC HEALTH SEMINAR II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3</w:t>
                                  </w:r>
                                </w:p>
                              </w:tc>
                            </w:tr>
                            <w:tr w:rsidR="003A37E7" w:rsidTr="005F2E85">
                              <w:trPr>
                                <w:trHeight w:val="661"/>
                              </w:trPr>
                              <w:tc>
                                <w:tcPr>
                                  <w:tcW w:w="56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sidRPr="002502B7">
                                    <w:rPr>
                                      <w:sz w:val="24"/>
                                      <w:szCs w:val="24"/>
                                    </w:rPr>
                                    <w:t>TOTAL CREDIT HOURS</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3E620A" id="Text Box 131" o:spid="_x0000_s1195" type="#_x0000_t202" style="position:absolute;margin-left:-56.15pt;margin-top:20.05pt;width:344.6pt;height:275.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" fillcolor="white [3201]" stroked="f" strokeweight=".5pt">
                <v:textbox>
                  <w:txbxContent>
                    <w:tbl>
                      <w:tblPr>
                        <w:tblStyle w:val="TableGrid"/>
                        <w:tblW w:w="6875" w:type="dxa"/>
                        <w:tblInd w:w="-230" w:type="dxa"/>
                        <w:tblLook w:val="04A0" w:firstRow="1" w:lastRow="0" w:firstColumn="1" w:lastColumn="0" w:noHBand="0" w:noVBand="1"/>
                      </w:tblPr>
                      <w:tblGrid>
                        <w:gridCol w:w="1344"/>
                        <w:gridCol w:w="4331"/>
                        <w:gridCol w:w="1200"/>
                      </w:tblGrid>
                      <w:tr w:rsidR="003A37E7" w:rsidTr="005F2E85">
                        <w:tc>
                          <w:tcPr>
                            <w:tcW w:w="687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Default="003A37E7" w:rsidP="00292047">
                            <w:pPr>
                              <w:jc w:val="center"/>
                            </w:pPr>
                            <w:r>
                              <w:rPr>
                                <w:sz w:val="20"/>
                                <w:szCs w:val="20"/>
                              </w:rPr>
                              <w:t>JUNIOR</w:t>
                            </w:r>
                            <w:r w:rsidRPr="004E42AC">
                              <w:rPr>
                                <w:sz w:val="20"/>
                                <w:szCs w:val="20"/>
                              </w:rPr>
                              <w:t xml:space="preserve"> YEAR (YEAR I</w:t>
                            </w:r>
                            <w:r>
                              <w:rPr>
                                <w:sz w:val="20"/>
                                <w:szCs w:val="20"/>
                              </w:rPr>
                              <w:t>II</w:t>
                            </w:r>
                            <w:r w:rsidRPr="004E42AC">
                              <w:rPr>
                                <w:sz w:val="20"/>
                                <w:szCs w:val="20"/>
                              </w:rPr>
                              <w:t xml:space="preserve">) </w:t>
                            </w:r>
                            <w:r>
                              <w:t xml:space="preserve"> – SECOND</w:t>
                            </w:r>
                            <w:r w:rsidRPr="004E42AC">
                              <w:t xml:space="preserve"> SEMESTER</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sidRPr="002502B7">
                              <w:rPr>
                                <w:sz w:val="24"/>
                                <w:szCs w:val="24"/>
                              </w:rPr>
                              <w:t>COURSE CODE</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sidRPr="002502B7">
                              <w:rPr>
                                <w:sz w:val="24"/>
                                <w:szCs w:val="24"/>
                              </w:rPr>
                              <w:t>COURSE TITLE</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sidRPr="002502B7">
                              <w:rPr>
                                <w:sz w:val="24"/>
                                <w:szCs w:val="24"/>
                              </w:rPr>
                              <w:t>CREDIT HOURS</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292047">
                            <w:pPr>
                              <w:jc w:val="center"/>
                              <w:rPr>
                                <w:sz w:val="24"/>
                                <w:szCs w:val="24"/>
                              </w:rPr>
                            </w:pPr>
                            <w:r>
                              <w:rPr>
                                <w:sz w:val="24"/>
                                <w:szCs w:val="24"/>
                              </w:rPr>
                              <w:t>GEN 108</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292047">
                            <w:pPr>
                              <w:jc w:val="center"/>
                              <w:rPr>
                                <w:sz w:val="24"/>
                                <w:szCs w:val="24"/>
                              </w:rPr>
                            </w:pPr>
                            <w:r>
                              <w:rPr>
                                <w:sz w:val="24"/>
                                <w:szCs w:val="24"/>
                              </w:rPr>
                              <w:t>DYNAMIC OF FAITH 2</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292047">
                            <w:pPr>
                              <w:jc w:val="center"/>
                              <w:rPr>
                                <w:sz w:val="24"/>
                                <w:szCs w:val="24"/>
                              </w:rPr>
                            </w:pPr>
                            <w:r>
                              <w:rPr>
                                <w:sz w:val="24"/>
                                <w:szCs w:val="24"/>
                              </w:rPr>
                              <w:t>2</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PUB 306</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EXPOSURE ASSESSMENT AND CONTROL</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3</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PUB 307</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INTRODUCTION TO PUBLIC HEALTH LAB II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3</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PUB 300</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INFECTIOUS DISEASE EPIDEMIOLOGY</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3</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PUB 309</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PUBIC HEALTH PRACTICUM ROTATION II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3</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MCB 302</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MICROBIOLOGY II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sidRPr="002502B7">
                              <w:rPr>
                                <w:sz w:val="24"/>
                                <w:szCs w:val="24"/>
                              </w:rPr>
                              <w:t>3</w:t>
                            </w:r>
                          </w:p>
                        </w:tc>
                      </w:tr>
                      <w:tr w:rsidR="003A37E7" w:rsidTr="005F2E85">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PUB 308</w:t>
                            </w:r>
                          </w:p>
                        </w:tc>
                        <w:tc>
                          <w:tcPr>
                            <w:tcW w:w="4331"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JUNIOR PUBLIC HEALTH SEMINAR II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3</w:t>
                            </w:r>
                          </w:p>
                        </w:tc>
                      </w:tr>
                      <w:tr w:rsidR="003A37E7" w:rsidTr="005F2E85">
                        <w:trPr>
                          <w:trHeight w:val="661"/>
                        </w:trPr>
                        <w:tc>
                          <w:tcPr>
                            <w:tcW w:w="56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sidRPr="002502B7">
                              <w:rPr>
                                <w:sz w:val="24"/>
                                <w:szCs w:val="24"/>
                              </w:rPr>
                              <w:t>TOTAL CREDIT HOURS</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292047">
                            <w:pPr>
                              <w:jc w:val="center"/>
                              <w:rPr>
                                <w:sz w:val="24"/>
                                <w:szCs w:val="24"/>
                              </w:rPr>
                            </w:pPr>
                            <w:r>
                              <w:rPr>
                                <w:sz w:val="24"/>
                                <w:szCs w:val="24"/>
                              </w:rPr>
                              <w:t>20</w:t>
                            </w:r>
                          </w:p>
                        </w:tc>
                      </w:tr>
                    </w:tbl>
                    <w:p w:rsidR="003A37E7" w:rsidRDefault="003A37E7"/>
                  </w:txbxContent>
                </v:textbox>
              </v:shape>
            </w:pict>
          </mc:Fallback>
        </mc:AlternateContent>
      </w:r>
    </w:p>
    <w:p w:rsidR="00AE12DB" w:rsidRDefault="00AE12DB" w:rsidP="00530E31"/>
    <w:p w:rsidR="00AE12DB" w:rsidRDefault="00AE12DB" w:rsidP="00530E31"/>
    <w:p w:rsidR="00AE12DB" w:rsidRDefault="00AE12DB" w:rsidP="00530E31"/>
    <w:p w:rsidR="00AE12DB" w:rsidRDefault="00AE12DB" w:rsidP="00530E31"/>
    <w:p w:rsidR="00AE12DB" w:rsidRDefault="00AE12DB" w:rsidP="00530E31"/>
    <w:p w:rsidR="00AE12DB" w:rsidRDefault="00AE12DB" w:rsidP="00530E31"/>
    <w:p w:rsidR="00AE12DB" w:rsidRDefault="00AE12DB" w:rsidP="00530E31"/>
    <w:p w:rsidR="00AE12DB" w:rsidRDefault="00AE12DB" w:rsidP="00530E31"/>
    <w:p w:rsidR="00AE12DB" w:rsidRDefault="00AE12DB" w:rsidP="00530E31"/>
    <w:p w:rsidR="00AE12DB" w:rsidRDefault="00241364" w:rsidP="00530E31">
      <w:r>
        <w:rPr>
          <w:noProof/>
        </w:rPr>
        <w:lastRenderedPageBreak/>
        <mc:AlternateContent>
          <mc:Choice Requires="wps">
            <w:drawing>
              <wp:anchor distT="0" distB="0" distL="114300" distR="114300" simplePos="0" relativeHeight="251805696" behindDoc="0" locked="0" layoutInCell="1" allowOverlap="1" wp14:anchorId="1E00E893" wp14:editId="23E70787">
                <wp:simplePos x="0" y="0"/>
                <wp:positionH relativeFrom="column">
                  <wp:posOffset>-1059007</wp:posOffset>
                </wp:positionH>
                <wp:positionV relativeFrom="paragraph">
                  <wp:posOffset>-763187</wp:posOffset>
                </wp:positionV>
                <wp:extent cx="3937635" cy="621665"/>
                <wp:effectExtent l="57150" t="38100" r="81915" b="102235"/>
                <wp:wrapNone/>
                <wp:docPr id="132" name="Text Box 132"/>
                <wp:cNvGraphicFramePr/>
                <a:graphic xmlns:a="http://schemas.openxmlformats.org/drawingml/2006/main">
                  <a:graphicData uri="http://schemas.microsoft.com/office/word/2010/wordprocessingShape">
                    <wps:wsp>
                      <wps:cNvSpPr txBox="1"/>
                      <wps:spPr>
                        <a:xfrm>
                          <a:off x="0" y="0"/>
                          <a:ext cx="3937635" cy="621665"/>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27606A" w:rsidRDefault="003A37E7" w:rsidP="005F2E85">
                            <w:pPr>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606A">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BSC PUBLIC HEALTH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00E893" id="Text Box 132" o:spid="_x0000_s1196" type="#_x0000_t202" style="position:absolute;margin-left:-83.4pt;margin-top:-60.1pt;width:310.05pt;height:48.9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" fillcolor="#a7bfde [1620]" strokecolor="#4579b8 [3044]">
                <v:fill color2="#e4ecf5 [500]" rotate="t" angle="180" colors="0 #a3c4ff;22938f #bfd5ff;1 #e5eeff" focus="100%" type="gradient"/>
                <v:shadow on="t" color="black" opacity="24903f" origin=",.5" offset="0,.55556mm"/>
                <v:textbox>
                  <w:txbxContent>
                    <w:p w:rsidR="003A37E7" w:rsidRPr="0027606A" w:rsidRDefault="003A37E7" w:rsidP="005F2E85">
                      <w:pPr>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606A">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BSC PUBLIC HEALTH</w:t>
                      </w:r>
                    </w:p>
                  </w:txbxContent>
                </v:textbox>
              </v:shape>
            </w:pict>
          </mc:Fallback>
        </mc:AlternateContent>
      </w:r>
      <w:r>
        <w:rPr>
          <w:noProof/>
        </w:rPr>
        <mc:AlternateContent>
          <mc:Choice Requires="wps">
            <w:drawing>
              <wp:anchor distT="0" distB="0" distL="114300" distR="114300" simplePos="0" relativeHeight="251806720" behindDoc="0" locked="0" layoutInCell="1" allowOverlap="1" wp14:anchorId="625A06EF" wp14:editId="32C8D9B7">
                <wp:simplePos x="0" y="0"/>
                <wp:positionH relativeFrom="column">
                  <wp:posOffset>-1184489</wp:posOffset>
                </wp:positionH>
                <wp:positionV relativeFrom="paragraph">
                  <wp:posOffset>56020</wp:posOffset>
                </wp:positionV>
                <wp:extent cx="4644390" cy="2865120"/>
                <wp:effectExtent l="0" t="0" r="3810" b="0"/>
                <wp:wrapNone/>
                <wp:docPr id="133" name="Text Box 133"/>
                <wp:cNvGraphicFramePr/>
                <a:graphic xmlns:a="http://schemas.openxmlformats.org/drawingml/2006/main">
                  <a:graphicData uri="http://schemas.microsoft.com/office/word/2010/wordprocessingShape">
                    <wps:wsp>
                      <wps:cNvSpPr txBox="1"/>
                      <wps:spPr>
                        <a:xfrm>
                          <a:off x="0" y="0"/>
                          <a:ext cx="4644390" cy="28651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7445" w:type="dxa"/>
                              <w:tblInd w:w="-320" w:type="dxa"/>
                              <w:tblLook w:val="04A0" w:firstRow="1" w:lastRow="0" w:firstColumn="1" w:lastColumn="0" w:noHBand="0" w:noVBand="1"/>
                            </w:tblPr>
                            <w:tblGrid>
                              <w:gridCol w:w="1363"/>
                              <w:gridCol w:w="4999"/>
                              <w:gridCol w:w="1083"/>
                            </w:tblGrid>
                            <w:tr w:rsidR="003A37E7" w:rsidTr="00615576">
                              <w:tc>
                                <w:tcPr>
                                  <w:tcW w:w="744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Default="003A37E7" w:rsidP="005F2E85">
                                  <w:pPr>
                                    <w:jc w:val="center"/>
                                  </w:pPr>
                                  <w:r>
                                    <w:rPr>
                                      <w:sz w:val="20"/>
                                      <w:szCs w:val="20"/>
                                    </w:rPr>
                                    <w:t>SENIOR</w:t>
                                  </w:r>
                                  <w:r w:rsidRPr="004E42AC">
                                    <w:rPr>
                                      <w:sz w:val="20"/>
                                      <w:szCs w:val="20"/>
                                    </w:rPr>
                                    <w:t xml:space="preserve"> YEAR (YEAR I</w:t>
                                  </w:r>
                                  <w:r>
                                    <w:rPr>
                                      <w:sz w:val="20"/>
                                      <w:szCs w:val="20"/>
                                    </w:rPr>
                                    <w:t>V</w:t>
                                  </w:r>
                                  <w:r w:rsidRPr="004E42AC">
                                    <w:rPr>
                                      <w:sz w:val="20"/>
                                      <w:szCs w:val="20"/>
                                    </w:rPr>
                                    <w:t xml:space="preserve">) </w:t>
                                  </w:r>
                                  <w:r>
                                    <w:t xml:space="preserve"> – FIRST</w:t>
                                  </w:r>
                                  <w:r w:rsidRPr="004E42AC">
                                    <w:t xml:space="preserve"> SEMESTER</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sidRPr="002502B7">
                                    <w:rPr>
                                      <w:sz w:val="24"/>
                                      <w:szCs w:val="24"/>
                                    </w:rPr>
                                    <w:t>COURSE CODE</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sidRPr="002502B7">
                                    <w:rPr>
                                      <w:sz w:val="24"/>
                                      <w:szCs w:val="24"/>
                                    </w:rPr>
                                    <w:t>COURSE TITLE</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sidRPr="002502B7">
                                    <w:rPr>
                                      <w:sz w:val="24"/>
                                      <w:szCs w:val="24"/>
                                    </w:rPr>
                                    <w:t>CREDIT HOURS</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07145F">
                                  <w:pPr>
                                    <w:jc w:val="center"/>
                                    <w:rPr>
                                      <w:sz w:val="24"/>
                                      <w:szCs w:val="24"/>
                                    </w:rPr>
                                  </w:pPr>
                                  <w:r w:rsidRPr="00063F18">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ELECTIVE</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07145F">
                                  <w:pPr>
                                    <w:jc w:val="center"/>
                                    <w:rPr>
                                      <w:sz w:val="24"/>
                                      <w:szCs w:val="24"/>
                                    </w:rPr>
                                  </w:pPr>
                                  <w:r w:rsidRPr="00251FAE">
                                    <w:rPr>
                                      <w:sz w:val="24"/>
                                      <w:szCs w:val="24"/>
                                    </w:rPr>
                                    <w:t>CHRONIC DISEASE EPIDEMOLOGY</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07145F">
                                  <w:pPr>
                                    <w:jc w:val="center"/>
                                    <w:rPr>
                                      <w:sz w:val="24"/>
                                      <w:szCs w:val="24"/>
                                    </w:rPr>
                                  </w:pPr>
                                  <w:r>
                                    <w:rPr>
                                      <w:sz w:val="24"/>
                                      <w:szCs w:val="24"/>
                                    </w:rPr>
                                    <w:t>3</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 403</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PUBLIC HEALTH LAW</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2</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CHEM 101</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CHEMISTRY I</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3</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 405</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PUBLIC HEALTH INTERVENTION FOR WATER SUPPLY AND TREATMENT</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4</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 401</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PUBLIC HEALTH PRACTICUM ROTATION II</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3</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 405</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PUBLIC HEALTH POPULATION DYNAMICS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sidRPr="002502B7">
                                    <w:rPr>
                                      <w:sz w:val="24"/>
                                      <w:szCs w:val="24"/>
                                    </w:rPr>
                                    <w:t>3</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 409</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PUBLIC HEALTH RESEARCH I</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2</w:t>
                                  </w:r>
                                </w:p>
                              </w:tc>
                            </w:tr>
                            <w:tr w:rsidR="003A37E7" w:rsidTr="00615576">
                              <w:trPr>
                                <w:trHeight w:val="661"/>
                              </w:trPr>
                              <w:tc>
                                <w:tcPr>
                                  <w:tcW w:w="636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sidRPr="002502B7">
                                    <w:rPr>
                                      <w:sz w:val="24"/>
                                      <w:szCs w:val="24"/>
                                    </w:rPr>
                                    <w:t>TOTAL CREDIT HOURS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5A06EF" id="Text Box 133" o:spid="_x0000_s1197" type="#_x0000_t202" style="position:absolute;margin-left:-93.25pt;margin-top:4.4pt;width:365.7pt;height:225.6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" fillcolor="white [3201]" stroked="f" strokeweight=".5pt">
                <v:textbox>
                  <w:txbxContent>
                    <w:tbl>
                      <w:tblPr>
                        <w:tblStyle w:val="TableGrid"/>
                        <w:tblW w:w="7445" w:type="dxa"/>
                        <w:tblInd w:w="-320" w:type="dxa"/>
                        <w:tblLook w:val="04A0" w:firstRow="1" w:lastRow="0" w:firstColumn="1" w:lastColumn="0" w:noHBand="0" w:noVBand="1"/>
                      </w:tblPr>
                      <w:tblGrid>
                        <w:gridCol w:w="1363"/>
                        <w:gridCol w:w="4999"/>
                        <w:gridCol w:w="1083"/>
                      </w:tblGrid>
                      <w:tr w:rsidR="003A37E7" w:rsidTr="00615576">
                        <w:tc>
                          <w:tcPr>
                            <w:tcW w:w="744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Default="003A37E7" w:rsidP="005F2E85">
                            <w:pPr>
                              <w:jc w:val="center"/>
                            </w:pPr>
                            <w:r>
                              <w:rPr>
                                <w:sz w:val="20"/>
                                <w:szCs w:val="20"/>
                              </w:rPr>
                              <w:t>SENIOR</w:t>
                            </w:r>
                            <w:r w:rsidRPr="004E42AC">
                              <w:rPr>
                                <w:sz w:val="20"/>
                                <w:szCs w:val="20"/>
                              </w:rPr>
                              <w:t xml:space="preserve"> YEAR (YEAR I</w:t>
                            </w:r>
                            <w:r>
                              <w:rPr>
                                <w:sz w:val="20"/>
                                <w:szCs w:val="20"/>
                              </w:rPr>
                              <w:t>V</w:t>
                            </w:r>
                            <w:r w:rsidRPr="004E42AC">
                              <w:rPr>
                                <w:sz w:val="20"/>
                                <w:szCs w:val="20"/>
                              </w:rPr>
                              <w:t xml:space="preserve">) </w:t>
                            </w:r>
                            <w:r>
                              <w:t xml:space="preserve"> – FIRST</w:t>
                            </w:r>
                            <w:r w:rsidRPr="004E42AC">
                              <w:t xml:space="preserve"> SEMESTER</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sidRPr="002502B7">
                              <w:rPr>
                                <w:sz w:val="24"/>
                                <w:szCs w:val="24"/>
                              </w:rPr>
                              <w:t>COURSE CODE</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sidRPr="002502B7">
                              <w:rPr>
                                <w:sz w:val="24"/>
                                <w:szCs w:val="24"/>
                              </w:rPr>
                              <w:t>COURSE TITLE</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sidRPr="002502B7">
                              <w:rPr>
                                <w:sz w:val="24"/>
                                <w:szCs w:val="24"/>
                              </w:rPr>
                              <w:t>CREDIT HOURS</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07145F">
                            <w:pPr>
                              <w:jc w:val="center"/>
                              <w:rPr>
                                <w:sz w:val="24"/>
                                <w:szCs w:val="24"/>
                              </w:rPr>
                            </w:pPr>
                            <w:r w:rsidRPr="00063F18">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ELECTIVE</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07145F">
                            <w:pPr>
                              <w:jc w:val="center"/>
                              <w:rPr>
                                <w:sz w:val="24"/>
                                <w:szCs w:val="24"/>
                              </w:rPr>
                            </w:pPr>
                            <w:r w:rsidRPr="00251FAE">
                              <w:rPr>
                                <w:sz w:val="24"/>
                                <w:szCs w:val="24"/>
                              </w:rPr>
                              <w:t>CHRONIC DISEASE EPIDEMOLOGY</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07145F">
                            <w:pPr>
                              <w:jc w:val="center"/>
                              <w:rPr>
                                <w:sz w:val="24"/>
                                <w:szCs w:val="24"/>
                              </w:rPr>
                            </w:pPr>
                            <w:r>
                              <w:rPr>
                                <w:sz w:val="24"/>
                                <w:szCs w:val="24"/>
                              </w:rPr>
                              <w:t>3</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 403</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PUBLIC HEALTH LAW</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2</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CHEM 101</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CHEMISTRY I</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3</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 405</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PUBLIC HEALTH INTERVENTION FOR WATER SUPPLY AND TREATMENT</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4</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 401</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PUBLIC HEALTH PRACTICUM ROTATION II</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3</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 405</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PUBLIC HEALTH POPULATION DYNAMICS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sidRPr="002502B7">
                              <w:rPr>
                                <w:sz w:val="24"/>
                                <w:szCs w:val="24"/>
                              </w:rPr>
                              <w:t>3</w:t>
                            </w:r>
                          </w:p>
                        </w:tc>
                      </w:tr>
                      <w:tr w:rsidR="003A37E7" w:rsidTr="00615576">
                        <w:tc>
                          <w:tcPr>
                            <w:tcW w:w="136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 409</w:t>
                            </w:r>
                          </w:p>
                        </w:tc>
                        <w:tc>
                          <w:tcPr>
                            <w:tcW w:w="4999"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PUBLIC HEALTH RESEARCH I</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2</w:t>
                            </w:r>
                          </w:p>
                        </w:tc>
                      </w:tr>
                      <w:tr w:rsidR="003A37E7" w:rsidTr="00615576">
                        <w:trPr>
                          <w:trHeight w:val="661"/>
                        </w:trPr>
                        <w:tc>
                          <w:tcPr>
                            <w:tcW w:w="636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sidRPr="002502B7">
                              <w:rPr>
                                <w:sz w:val="24"/>
                                <w:szCs w:val="24"/>
                              </w:rPr>
                              <w:t>TOTAL CREDIT HOURS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5F2E85">
                            <w:pPr>
                              <w:jc w:val="center"/>
                              <w:rPr>
                                <w:sz w:val="24"/>
                                <w:szCs w:val="24"/>
                              </w:rPr>
                            </w:pPr>
                            <w:r>
                              <w:rPr>
                                <w:sz w:val="24"/>
                                <w:szCs w:val="24"/>
                              </w:rPr>
                              <w:t>20</w:t>
                            </w:r>
                          </w:p>
                        </w:tc>
                      </w:tr>
                    </w:tbl>
                    <w:p w:rsidR="003A37E7" w:rsidRDefault="003A37E7"/>
                  </w:txbxContent>
                </v:textbox>
              </v:shape>
            </w:pict>
          </mc:Fallback>
        </mc:AlternateContent>
      </w:r>
    </w:p>
    <w:p w:rsidR="005F2E85" w:rsidRPr="00530E31" w:rsidRDefault="005F2E85" w:rsidP="00530E31"/>
    <w:p w:rsidR="00481C34" w:rsidRDefault="00481C34" w:rsidP="00412947">
      <w:pPr>
        <w:pStyle w:val="Heading3"/>
        <w:jc w:val="center"/>
      </w:pPr>
    </w:p>
    <w:p w:rsidR="00481C34" w:rsidRDefault="00481C34" w:rsidP="00412947">
      <w:pPr>
        <w:pStyle w:val="Heading3"/>
        <w:jc w:val="center"/>
      </w:pPr>
    </w:p>
    <w:p w:rsidR="005F2E85" w:rsidRDefault="005F2E85" w:rsidP="005F2E85"/>
    <w:p w:rsidR="005F2E85" w:rsidRDefault="005F2E85" w:rsidP="005F2E85"/>
    <w:p w:rsidR="005F2E85" w:rsidRDefault="005F2E85" w:rsidP="005F2E85"/>
    <w:p w:rsidR="005F2E85" w:rsidRDefault="005F2E85" w:rsidP="005F2E85"/>
    <w:p w:rsidR="005F2E85" w:rsidRDefault="00615576" w:rsidP="005F2E85">
      <w:r>
        <w:rPr>
          <w:noProof/>
        </w:rPr>
        <mc:AlternateContent>
          <mc:Choice Requires="wps">
            <w:drawing>
              <wp:anchor distT="0" distB="0" distL="114300" distR="114300" simplePos="0" relativeHeight="251807744" behindDoc="0" locked="0" layoutInCell="1" allowOverlap="1" wp14:anchorId="2EB12F14" wp14:editId="5E67DDCB">
                <wp:simplePos x="0" y="0"/>
                <wp:positionH relativeFrom="column">
                  <wp:posOffset>-1053704</wp:posOffset>
                </wp:positionH>
                <wp:positionV relativeFrom="paragraph">
                  <wp:posOffset>380942</wp:posOffset>
                </wp:positionV>
                <wp:extent cx="5022850" cy="3121025"/>
                <wp:effectExtent l="0" t="0" r="6350" b="3175"/>
                <wp:wrapNone/>
                <wp:docPr id="134" name="Text Box 134"/>
                <wp:cNvGraphicFramePr/>
                <a:graphic xmlns:a="http://schemas.openxmlformats.org/drawingml/2006/main">
                  <a:graphicData uri="http://schemas.microsoft.com/office/word/2010/wordprocessingShape">
                    <wps:wsp>
                      <wps:cNvSpPr txBox="1"/>
                      <wps:spPr>
                        <a:xfrm>
                          <a:off x="0" y="0"/>
                          <a:ext cx="5022850" cy="31210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7175" w:type="dxa"/>
                              <w:tblInd w:w="-320" w:type="dxa"/>
                              <w:tblLook w:val="04A0" w:firstRow="1" w:lastRow="0" w:firstColumn="1" w:lastColumn="0" w:noHBand="0" w:noVBand="1"/>
                            </w:tblPr>
                            <w:tblGrid>
                              <w:gridCol w:w="1344"/>
                              <w:gridCol w:w="4748"/>
                              <w:gridCol w:w="1083"/>
                            </w:tblGrid>
                            <w:tr w:rsidR="003A37E7" w:rsidTr="008F2D11">
                              <w:tc>
                                <w:tcPr>
                                  <w:tcW w:w="717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Default="003A37E7" w:rsidP="00DD0168">
                                  <w:pPr>
                                    <w:jc w:val="center"/>
                                  </w:pPr>
                                  <w:r>
                                    <w:rPr>
                                      <w:sz w:val="20"/>
                                      <w:szCs w:val="20"/>
                                    </w:rPr>
                                    <w:t>SENIOR</w:t>
                                  </w:r>
                                  <w:r w:rsidRPr="004E42AC">
                                    <w:rPr>
                                      <w:sz w:val="20"/>
                                      <w:szCs w:val="20"/>
                                    </w:rPr>
                                    <w:t xml:space="preserve"> YEAR (YEAR I</w:t>
                                  </w:r>
                                  <w:r>
                                    <w:rPr>
                                      <w:sz w:val="20"/>
                                      <w:szCs w:val="20"/>
                                    </w:rPr>
                                    <w:t>V</w:t>
                                  </w:r>
                                  <w:r w:rsidRPr="004E42AC">
                                    <w:rPr>
                                      <w:sz w:val="20"/>
                                      <w:szCs w:val="20"/>
                                    </w:rPr>
                                    <w:t xml:space="preserve">) </w:t>
                                  </w:r>
                                  <w:r>
                                    <w:t xml:space="preserve"> – SECOND</w:t>
                                  </w:r>
                                  <w:r w:rsidRPr="004E42AC">
                                    <w:t xml:space="preserve"> SEMESTER</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sidRPr="002502B7">
                                    <w:rPr>
                                      <w:sz w:val="24"/>
                                      <w:szCs w:val="24"/>
                                    </w:rPr>
                                    <w:t>COURSE CODE</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sidRPr="002502B7">
                                    <w:rPr>
                                      <w:sz w:val="24"/>
                                      <w:szCs w:val="24"/>
                                    </w:rPr>
                                    <w:t>COURSE TITLE</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sidRPr="002502B7">
                                    <w:rPr>
                                      <w:sz w:val="24"/>
                                      <w:szCs w:val="24"/>
                                    </w:rPr>
                                    <w:t>CREDIT HOURS</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1FAE" w:rsidRDefault="003A37E7" w:rsidP="0007145F">
                                  <w:pPr>
                                    <w:jc w:val="center"/>
                                    <w:rPr>
                                      <w:sz w:val="24"/>
                                      <w:szCs w:val="24"/>
                                    </w:rPr>
                                  </w:pPr>
                                  <w:r>
                                    <w:rPr>
                                      <w:sz w:val="24"/>
                                      <w:szCs w:val="24"/>
                                    </w:rPr>
                                    <w:t>PUH 405</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1FAE" w:rsidRDefault="003A37E7" w:rsidP="0007145F">
                                  <w:pPr>
                                    <w:jc w:val="center"/>
                                    <w:rPr>
                                      <w:sz w:val="24"/>
                                      <w:szCs w:val="24"/>
                                    </w:rPr>
                                  </w:pPr>
                                  <w:r w:rsidRPr="00251FAE">
                                    <w:rPr>
                                      <w:sz w:val="24"/>
                                      <w:szCs w:val="24"/>
                                    </w:rPr>
                                    <w:t>NEGLECTED TROPICAL DISEASE</w:t>
                                  </w:r>
                                  <w:r>
                                    <w:rPr>
                                      <w:sz w:val="24"/>
                                      <w:szCs w:val="24"/>
                                    </w:rPr>
                                    <w:t xml:space="preserve"> ELECTIVE</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1FAE" w:rsidRDefault="003A37E7" w:rsidP="0007145F">
                                  <w:pPr>
                                    <w:jc w:val="center"/>
                                    <w:rPr>
                                      <w:sz w:val="24"/>
                                      <w:szCs w:val="24"/>
                                    </w:rPr>
                                  </w:pPr>
                                  <w:r w:rsidRPr="00251FAE">
                                    <w:rPr>
                                      <w:sz w:val="24"/>
                                      <w:szCs w:val="24"/>
                                    </w:rPr>
                                    <w:t>3</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PUB 404</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FUNDAMENTAL OF TOXIOLOGY</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2</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CHEM 102</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CHEMISTRY II</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3</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PUB 406</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NEGLECTED TROPICAL DISEASES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4</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PUB 402</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PUBLIC HEALTH PRACTICUM ROTATION IIV</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3</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BIO 205</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INTRODUCTION TO CELL &amp; MOLECULAR BIOLOGY</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sidRPr="002502B7">
                                    <w:rPr>
                                      <w:sz w:val="24"/>
                                      <w:szCs w:val="24"/>
                                    </w:rPr>
                                    <w:t>3</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PUB 410</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PUBLIC HEALTH RESEARCH II</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2</w:t>
                                  </w:r>
                                </w:p>
                              </w:tc>
                            </w:tr>
                            <w:tr w:rsidR="003A37E7" w:rsidTr="008F2D11">
                              <w:trPr>
                                <w:trHeight w:val="661"/>
                              </w:trPr>
                              <w:tc>
                                <w:tcPr>
                                  <w:tcW w:w="60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sidRPr="002502B7">
                                    <w:rPr>
                                      <w:sz w:val="24"/>
                                      <w:szCs w:val="24"/>
                                    </w:rPr>
                                    <w:t>TOTAL CREDIT HOURS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B12F14" id="Text Box 134" o:spid="_x0000_s1198" type="#_x0000_t202" style="position:absolute;margin-left:-82.95pt;margin-top:30pt;width:395.5pt;height:245.7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" fillcolor="white [3201]" stroked="f" strokeweight=".5pt">
                <v:textbox>
                  <w:txbxContent>
                    <w:tbl>
                      <w:tblPr>
                        <w:tblStyle w:val="TableGrid"/>
                        <w:tblW w:w="7175" w:type="dxa"/>
                        <w:tblInd w:w="-320" w:type="dxa"/>
                        <w:tblLook w:val="04A0" w:firstRow="1" w:lastRow="0" w:firstColumn="1" w:lastColumn="0" w:noHBand="0" w:noVBand="1"/>
                      </w:tblPr>
                      <w:tblGrid>
                        <w:gridCol w:w="1344"/>
                        <w:gridCol w:w="4748"/>
                        <w:gridCol w:w="1083"/>
                      </w:tblGrid>
                      <w:tr w:rsidR="003A37E7" w:rsidTr="008F2D11">
                        <w:tc>
                          <w:tcPr>
                            <w:tcW w:w="717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Default="003A37E7" w:rsidP="00DD0168">
                            <w:pPr>
                              <w:jc w:val="center"/>
                            </w:pPr>
                            <w:r>
                              <w:rPr>
                                <w:sz w:val="20"/>
                                <w:szCs w:val="20"/>
                              </w:rPr>
                              <w:t>SENIOR</w:t>
                            </w:r>
                            <w:r w:rsidRPr="004E42AC">
                              <w:rPr>
                                <w:sz w:val="20"/>
                                <w:szCs w:val="20"/>
                              </w:rPr>
                              <w:t xml:space="preserve"> YEAR (YEAR I</w:t>
                            </w:r>
                            <w:r>
                              <w:rPr>
                                <w:sz w:val="20"/>
                                <w:szCs w:val="20"/>
                              </w:rPr>
                              <w:t>V</w:t>
                            </w:r>
                            <w:r w:rsidRPr="004E42AC">
                              <w:rPr>
                                <w:sz w:val="20"/>
                                <w:szCs w:val="20"/>
                              </w:rPr>
                              <w:t xml:space="preserve">) </w:t>
                            </w:r>
                            <w:r>
                              <w:t xml:space="preserve"> – SECOND</w:t>
                            </w:r>
                            <w:r w:rsidRPr="004E42AC">
                              <w:t xml:space="preserve"> SEMESTER</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sidRPr="002502B7">
                              <w:rPr>
                                <w:sz w:val="24"/>
                                <w:szCs w:val="24"/>
                              </w:rPr>
                              <w:t>COURSE CODE</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sidRPr="002502B7">
                              <w:rPr>
                                <w:sz w:val="24"/>
                                <w:szCs w:val="24"/>
                              </w:rPr>
                              <w:t>COURSE TITLE</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sidRPr="002502B7">
                              <w:rPr>
                                <w:sz w:val="24"/>
                                <w:szCs w:val="24"/>
                              </w:rPr>
                              <w:t>CREDIT HOURS</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1FAE" w:rsidRDefault="003A37E7" w:rsidP="0007145F">
                            <w:pPr>
                              <w:jc w:val="center"/>
                              <w:rPr>
                                <w:sz w:val="24"/>
                                <w:szCs w:val="24"/>
                              </w:rPr>
                            </w:pPr>
                            <w:r>
                              <w:rPr>
                                <w:sz w:val="24"/>
                                <w:szCs w:val="24"/>
                              </w:rPr>
                              <w:t>PUH 405</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1FAE" w:rsidRDefault="003A37E7" w:rsidP="0007145F">
                            <w:pPr>
                              <w:jc w:val="center"/>
                              <w:rPr>
                                <w:sz w:val="24"/>
                                <w:szCs w:val="24"/>
                              </w:rPr>
                            </w:pPr>
                            <w:r w:rsidRPr="00251FAE">
                              <w:rPr>
                                <w:sz w:val="24"/>
                                <w:szCs w:val="24"/>
                              </w:rPr>
                              <w:t>NEGLECTED TROPICAL DISEASE</w:t>
                            </w:r>
                            <w:r>
                              <w:rPr>
                                <w:sz w:val="24"/>
                                <w:szCs w:val="24"/>
                              </w:rPr>
                              <w:t xml:space="preserve"> ELECTIVE</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1FAE" w:rsidRDefault="003A37E7" w:rsidP="0007145F">
                            <w:pPr>
                              <w:jc w:val="center"/>
                              <w:rPr>
                                <w:sz w:val="24"/>
                                <w:szCs w:val="24"/>
                              </w:rPr>
                            </w:pPr>
                            <w:r w:rsidRPr="00251FAE">
                              <w:rPr>
                                <w:sz w:val="24"/>
                                <w:szCs w:val="24"/>
                              </w:rPr>
                              <w:t>3</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PUB 404</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FUNDAMENTAL OF TOXIOLOGY</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2</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CHEM 102</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CHEMISTRY II</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3</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PUB 406</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NEGLECTED TROPICAL DISEASES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4</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PUB 402</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PUBLIC HEALTH PRACTICUM ROTATION IIV</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3</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BIO 205</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INTRODUCTION TO CELL &amp; MOLECULAR BIOLOGY</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sidRPr="002502B7">
                              <w:rPr>
                                <w:sz w:val="24"/>
                                <w:szCs w:val="24"/>
                              </w:rPr>
                              <w:t>3</w:t>
                            </w:r>
                          </w:p>
                        </w:tc>
                      </w:tr>
                      <w:tr w:rsidR="003A37E7" w:rsidTr="008F2D11">
                        <w:tc>
                          <w:tcPr>
                            <w:tcW w:w="134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PUB 410</w:t>
                            </w:r>
                          </w:p>
                        </w:tc>
                        <w:tc>
                          <w:tcPr>
                            <w:tcW w:w="4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PUBLIC HEALTH RESEARCH II</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2</w:t>
                            </w:r>
                          </w:p>
                        </w:tc>
                      </w:tr>
                      <w:tr w:rsidR="003A37E7" w:rsidTr="008F2D11">
                        <w:trPr>
                          <w:trHeight w:val="661"/>
                        </w:trPr>
                        <w:tc>
                          <w:tcPr>
                            <w:tcW w:w="6092"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sidRPr="002502B7">
                              <w:rPr>
                                <w:sz w:val="24"/>
                                <w:szCs w:val="24"/>
                              </w:rPr>
                              <w:t>TOTAL CREDIT HOURS</w:t>
                            </w:r>
                          </w:p>
                        </w:tc>
                        <w:tc>
                          <w:tcPr>
                            <w:tcW w:w="1083"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502B7" w:rsidRDefault="003A37E7" w:rsidP="00DD0168">
                            <w:pPr>
                              <w:jc w:val="center"/>
                              <w:rPr>
                                <w:sz w:val="24"/>
                                <w:szCs w:val="24"/>
                              </w:rPr>
                            </w:pPr>
                            <w:r>
                              <w:rPr>
                                <w:sz w:val="24"/>
                                <w:szCs w:val="24"/>
                              </w:rPr>
                              <w:t>20</w:t>
                            </w:r>
                          </w:p>
                        </w:tc>
                      </w:tr>
                    </w:tbl>
                    <w:p w:rsidR="003A37E7" w:rsidRDefault="003A37E7"/>
                  </w:txbxContent>
                </v:textbox>
              </v:shape>
            </w:pict>
          </mc:Fallback>
        </mc:AlternateContent>
      </w:r>
    </w:p>
    <w:p w:rsidR="005F2E85" w:rsidRDefault="005F2E85" w:rsidP="005F2E85"/>
    <w:p w:rsidR="005F2E85" w:rsidRDefault="005F2E85" w:rsidP="005F2E85"/>
    <w:p w:rsidR="005F2E85" w:rsidRDefault="005F2E85" w:rsidP="005F2E85"/>
    <w:p w:rsidR="005F2E85" w:rsidRDefault="005F2E85" w:rsidP="005F2E85"/>
    <w:p w:rsidR="005F2E85" w:rsidRDefault="005F2E85" w:rsidP="005F2E85"/>
    <w:p w:rsidR="005F2E85" w:rsidRDefault="005F2E85" w:rsidP="005F2E85"/>
    <w:p w:rsidR="005F2E85" w:rsidRDefault="005F2E85" w:rsidP="005F2E85"/>
    <w:p w:rsidR="005F2E85" w:rsidRDefault="005F2E85" w:rsidP="005F2E85"/>
    <w:p w:rsidR="005F2E85" w:rsidRDefault="00333342" w:rsidP="005F2E85">
      <w:r>
        <w:rPr>
          <w:noProof/>
        </w:rPr>
        <mc:AlternateContent>
          <mc:Choice Requires="wps">
            <w:drawing>
              <wp:anchor distT="0" distB="0" distL="114300" distR="114300" simplePos="0" relativeHeight="251850752" behindDoc="0" locked="0" layoutInCell="1" allowOverlap="1" wp14:anchorId="2CC97866" wp14:editId="481CA7B6">
                <wp:simplePos x="0" y="0"/>
                <wp:positionH relativeFrom="column">
                  <wp:posOffset>-854957</wp:posOffset>
                </wp:positionH>
                <wp:positionV relativeFrom="paragraph">
                  <wp:posOffset>635041</wp:posOffset>
                </wp:positionV>
                <wp:extent cx="3511296" cy="487807"/>
                <wp:effectExtent l="57150" t="19050" r="70485" b="102870"/>
                <wp:wrapNone/>
                <wp:docPr id="166" name="Text Box 166"/>
                <wp:cNvGraphicFramePr/>
                <a:graphic xmlns:a="http://schemas.openxmlformats.org/drawingml/2006/main">
                  <a:graphicData uri="http://schemas.microsoft.com/office/word/2010/wordprocessingShape">
                    <wps:wsp>
                      <wps:cNvSpPr txBox="1"/>
                      <wps:spPr>
                        <a:xfrm>
                          <a:off x="0" y="0"/>
                          <a:ext cx="3511296" cy="487807"/>
                        </a:xfrm>
                        <a:prstGeom prst="rect">
                          <a:avLst/>
                        </a:prstGeom>
                        <a:ln/>
                      </wps:spPr>
                      <wps:style>
                        <a:lnRef idx="1">
                          <a:schemeClr val="accent1"/>
                        </a:lnRef>
                        <a:fillRef idx="3">
                          <a:schemeClr val="accent1"/>
                        </a:fillRef>
                        <a:effectRef idx="2">
                          <a:schemeClr val="accent1"/>
                        </a:effectRef>
                        <a:fontRef idx="minor">
                          <a:schemeClr val="lt1"/>
                        </a:fontRef>
                      </wps:style>
                      <wps:txbx>
                        <w:txbxContent>
                          <w:tbl>
                            <w:tblPr>
                              <w:tblStyle w:val="TableGrid"/>
                              <w:tblW w:w="5400" w:type="dxa"/>
                              <w:tblInd w:w="-95" w:type="dxa"/>
                              <w:tblLook w:val="04A0" w:firstRow="1" w:lastRow="0" w:firstColumn="1" w:lastColumn="0" w:noHBand="0" w:noVBand="1"/>
                            </w:tblPr>
                            <w:tblGrid>
                              <w:gridCol w:w="2705"/>
                              <w:gridCol w:w="2695"/>
                            </w:tblGrid>
                            <w:tr w:rsidR="003A37E7" w:rsidTr="00333342">
                              <w:trPr>
                                <w:trHeight w:val="531"/>
                              </w:trPr>
                              <w:tc>
                                <w:tcPr>
                                  <w:tcW w:w="2705" w:type="dxa"/>
                                  <w:vAlign w:val="center"/>
                                </w:tcPr>
                                <w:p w:rsidR="003A37E7" w:rsidRDefault="003A37E7" w:rsidP="00333342">
                                  <w:pPr>
                                    <w:jc w:val="center"/>
                                  </w:pPr>
                                  <w:r>
                                    <w:t>TOTAL CREDIT HOURS</w:t>
                                  </w:r>
                                </w:p>
                              </w:tc>
                              <w:tc>
                                <w:tcPr>
                                  <w:tcW w:w="2695" w:type="dxa"/>
                                  <w:vAlign w:val="center"/>
                                </w:tcPr>
                                <w:p w:rsidR="003A37E7" w:rsidRDefault="003A37E7" w:rsidP="00333342">
                                  <w:pPr>
                                    <w:jc w:val="center"/>
                                  </w:pP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CC97866" id="Text Box 166" o:spid="_x0000_s1199" type="#_x0000_t202" style="position:absolute;margin-left:-67.3pt;margin-top:50pt;width:276.5pt;height:38.4pt;z-index:251850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" fillcolor="#4f81bd [3204]" strokecolor="#4579b8 [3044]">
                <v:fill color2="#a7bfde [1620]" rotate="t" angle="180" focus="100%" type="gradient">
                  <o:fill v:ext="view" type="gradientUnscaled"/>
                </v:fill>
                <v:shadow on="t" color="black" opacity="22937f" origin=",.5" offset="0,.63889mm"/>
                <v:textbox>
                  <w:txbxContent>
                    <w:tbl>
                      <w:tblPr>
                        <w:tblStyle w:val="TableGrid"/>
                        <w:tblW w:w="5400" w:type="dxa"/>
                        <w:tblInd w:w="-95" w:type="dxa"/>
                        <w:tblLook w:val="04A0" w:firstRow="1" w:lastRow="0" w:firstColumn="1" w:lastColumn="0" w:noHBand="0" w:noVBand="1"/>
                      </w:tblPr>
                      <w:tblGrid>
                        <w:gridCol w:w="2705"/>
                        <w:gridCol w:w="2695"/>
                      </w:tblGrid>
                      <w:tr w:rsidR="003A37E7" w:rsidTr="00333342">
                        <w:trPr>
                          <w:trHeight w:val="531"/>
                        </w:trPr>
                        <w:tc>
                          <w:tcPr>
                            <w:tcW w:w="2705" w:type="dxa"/>
                            <w:vAlign w:val="center"/>
                          </w:tcPr>
                          <w:p w:rsidR="003A37E7" w:rsidRDefault="003A37E7" w:rsidP="00333342">
                            <w:pPr>
                              <w:jc w:val="center"/>
                            </w:pPr>
                            <w:r>
                              <w:t>TOTAL CREDIT HOURS</w:t>
                            </w:r>
                          </w:p>
                        </w:tc>
                        <w:tc>
                          <w:tcPr>
                            <w:tcW w:w="2695" w:type="dxa"/>
                            <w:vAlign w:val="center"/>
                          </w:tcPr>
                          <w:p w:rsidR="003A37E7" w:rsidRDefault="003A37E7" w:rsidP="00333342">
                            <w:pPr>
                              <w:jc w:val="center"/>
                            </w:pPr>
                          </w:p>
                        </w:tc>
                      </w:tr>
                    </w:tbl>
                    <w:p w:rsidR="003A37E7" w:rsidRDefault="003A37E7"/>
                  </w:txbxContent>
                </v:textbox>
              </v:shape>
            </w:pict>
          </mc:Fallback>
        </mc:AlternateContent>
      </w:r>
    </w:p>
    <w:p w:rsidR="002A2CC7" w:rsidRDefault="00E70A6D" w:rsidP="00412947">
      <w:pPr>
        <w:jc w:val="center"/>
      </w:pPr>
      <w:r>
        <w:rPr>
          <w:noProof/>
        </w:rPr>
        <w:lastRenderedPageBreak/>
        <mc:AlternateContent>
          <mc:Choice Requires="wps">
            <w:drawing>
              <wp:anchor distT="0" distB="0" distL="114300" distR="114300" simplePos="0" relativeHeight="251808768" behindDoc="0" locked="0" layoutInCell="1" allowOverlap="1" wp14:anchorId="52687916" wp14:editId="0CFA25D9">
                <wp:simplePos x="0" y="0"/>
                <wp:positionH relativeFrom="column">
                  <wp:posOffset>-609600</wp:posOffset>
                </wp:positionH>
                <wp:positionV relativeFrom="paragraph">
                  <wp:posOffset>-621792</wp:posOffset>
                </wp:positionV>
                <wp:extent cx="3961892" cy="828675"/>
                <wp:effectExtent l="57150" t="38100" r="76835" b="104775"/>
                <wp:wrapNone/>
                <wp:docPr id="136" name="Text Box 136"/>
                <wp:cNvGraphicFramePr/>
                <a:graphic xmlns:a="http://schemas.openxmlformats.org/drawingml/2006/main">
                  <a:graphicData uri="http://schemas.microsoft.com/office/word/2010/wordprocessingShape">
                    <wps:wsp>
                      <wps:cNvSpPr txBox="1"/>
                      <wps:spPr>
                        <a:xfrm>
                          <a:off x="0" y="0"/>
                          <a:ext cx="3961892" cy="828675"/>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5A00DE" w:rsidRDefault="003A37E7" w:rsidP="00063F18">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DEPARTMENT OF PUBLIC HEALTH </w:t>
                            </w:r>
                          </w:p>
                          <w:p w:rsidR="003A37E7" w:rsidRPr="005A00DE" w:rsidRDefault="003A37E7" w:rsidP="00063F18">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ELECTIVE COURSES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687916" id="Text Box 136" o:spid="_x0000_s1200" type="#_x0000_t202" style="position:absolute;left:0;text-align:left;margin-left:-48pt;margin-top:-48.95pt;width:311.95pt;height:65.2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" fillcolor="#a7bfde [1620]" strokecolor="#4579b8 [3044]">
                <v:fill color2="#e4ecf5 [500]" rotate="t" angle="180" colors="0 #a3c4ff;22938f #bfd5ff;1 #e5eeff" focus="100%" type="gradient"/>
                <v:shadow on="t" color="black" opacity="24903f" origin=",.5" offset="0,.55556mm"/>
                <v:textbox>
                  <w:txbxContent>
                    <w:p w:rsidR="003A37E7" w:rsidRPr="005A00DE" w:rsidRDefault="003A37E7" w:rsidP="00063F18">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DEPARTMENT OF PUBLIC HEALTH </w:t>
                      </w:r>
                    </w:p>
                    <w:p w:rsidR="003A37E7" w:rsidRPr="005A00DE" w:rsidRDefault="003A37E7" w:rsidP="00063F18">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ELECTIVE COURSES</w:t>
                      </w:r>
                    </w:p>
                  </w:txbxContent>
                </v:textbox>
              </v:shape>
            </w:pict>
          </mc:Fallback>
        </mc:AlternateContent>
      </w:r>
      <w:r w:rsidR="00CA20E2">
        <w:rPr>
          <w:noProof/>
        </w:rPr>
        <mc:AlternateContent>
          <mc:Choice Requires="wps">
            <w:drawing>
              <wp:anchor distT="0" distB="0" distL="114300" distR="114300" simplePos="0" relativeHeight="251809792" behindDoc="0" locked="0" layoutInCell="1" allowOverlap="1" wp14:anchorId="738ABC09" wp14:editId="2C5CAD0B">
                <wp:simplePos x="0" y="0"/>
                <wp:positionH relativeFrom="column">
                  <wp:posOffset>-743585</wp:posOffset>
                </wp:positionH>
                <wp:positionV relativeFrom="paragraph">
                  <wp:posOffset>315976</wp:posOffset>
                </wp:positionV>
                <wp:extent cx="4096512" cy="5071872"/>
                <wp:effectExtent l="0" t="0" r="0" b="0"/>
                <wp:wrapNone/>
                <wp:docPr id="138" name="Text Box 138"/>
                <wp:cNvGraphicFramePr/>
                <a:graphic xmlns:a="http://schemas.openxmlformats.org/drawingml/2006/main">
                  <a:graphicData uri="http://schemas.microsoft.com/office/word/2010/wordprocessingShape">
                    <wps:wsp>
                      <wps:cNvSpPr txBox="1"/>
                      <wps:spPr>
                        <a:xfrm>
                          <a:off x="0" y="0"/>
                          <a:ext cx="4096512" cy="507187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0" w:type="auto"/>
                              <w:tblInd w:w="165" w:type="dxa"/>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Look w:val="04A0" w:firstRow="1" w:lastRow="0" w:firstColumn="1" w:lastColumn="0" w:noHBand="0" w:noVBand="1"/>
                            </w:tblPr>
                            <w:tblGrid>
                              <w:gridCol w:w="1350"/>
                              <w:gridCol w:w="3510"/>
                              <w:gridCol w:w="1098"/>
                            </w:tblGrid>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COURSE CODE</w:t>
                                  </w:r>
                                </w:p>
                              </w:tc>
                              <w:tc>
                                <w:tcPr>
                                  <w:tcW w:w="3510" w:type="dxa"/>
                                  <w:vAlign w:val="center"/>
                                </w:tcPr>
                                <w:p w:rsidR="003A37E7" w:rsidRPr="00251FAE" w:rsidRDefault="003A37E7" w:rsidP="00063F18">
                                  <w:pPr>
                                    <w:jc w:val="center"/>
                                    <w:rPr>
                                      <w:sz w:val="24"/>
                                      <w:szCs w:val="24"/>
                                    </w:rPr>
                                  </w:pPr>
                                  <w:r w:rsidRPr="00251FAE">
                                    <w:rPr>
                                      <w:sz w:val="24"/>
                                      <w:szCs w:val="24"/>
                                    </w:rPr>
                                    <w:t xml:space="preserve">COURSE TITLE </w:t>
                                  </w:r>
                                </w:p>
                              </w:tc>
                              <w:tc>
                                <w:tcPr>
                                  <w:tcW w:w="1098" w:type="dxa"/>
                                  <w:vAlign w:val="center"/>
                                </w:tcPr>
                                <w:p w:rsidR="003A37E7" w:rsidRPr="00251FAE" w:rsidRDefault="003A37E7" w:rsidP="00063F18">
                                  <w:pPr>
                                    <w:jc w:val="center"/>
                                    <w:rPr>
                                      <w:sz w:val="24"/>
                                      <w:szCs w:val="24"/>
                                    </w:rPr>
                                  </w:pPr>
                                  <w:r w:rsidRPr="00251FAE">
                                    <w:rPr>
                                      <w:sz w:val="24"/>
                                      <w:szCs w:val="24"/>
                                    </w:rPr>
                                    <w:t>CREDIT HOURS</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309</w:t>
                                  </w:r>
                                </w:p>
                              </w:tc>
                              <w:tc>
                                <w:tcPr>
                                  <w:tcW w:w="3510" w:type="dxa"/>
                                  <w:vAlign w:val="center"/>
                                </w:tcPr>
                                <w:p w:rsidR="003A37E7" w:rsidRPr="00251FAE" w:rsidRDefault="003A37E7" w:rsidP="00063F18">
                                  <w:pPr>
                                    <w:jc w:val="center"/>
                                    <w:rPr>
                                      <w:sz w:val="24"/>
                                      <w:szCs w:val="24"/>
                                    </w:rPr>
                                  </w:pPr>
                                  <w:r w:rsidRPr="00251FAE">
                                    <w:rPr>
                                      <w:sz w:val="24"/>
                                      <w:szCs w:val="24"/>
                                    </w:rPr>
                                    <w:t>CHRONIC DISEASE EPIDEMOLOGY</w:t>
                                  </w:r>
                                </w:p>
                              </w:tc>
                              <w:tc>
                                <w:tcPr>
                                  <w:tcW w:w="1098" w:type="dxa"/>
                                  <w:vAlign w:val="center"/>
                                </w:tcPr>
                                <w:p w:rsidR="003A37E7" w:rsidRPr="00251FAE" w:rsidRDefault="003A37E7" w:rsidP="00063F18">
                                  <w:pPr>
                                    <w:jc w:val="center"/>
                                    <w:rPr>
                                      <w:sz w:val="24"/>
                                      <w:szCs w:val="24"/>
                                    </w:rPr>
                                  </w:pPr>
                                  <w:r w:rsidRPr="00251FAE">
                                    <w:rPr>
                                      <w:sz w:val="24"/>
                                      <w:szCs w:val="24"/>
                                    </w:rPr>
                                    <w:t>3</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404</w:t>
                                  </w:r>
                                </w:p>
                              </w:tc>
                              <w:tc>
                                <w:tcPr>
                                  <w:tcW w:w="3510" w:type="dxa"/>
                                  <w:vAlign w:val="center"/>
                                </w:tcPr>
                                <w:p w:rsidR="003A37E7" w:rsidRPr="00251FAE" w:rsidRDefault="003A37E7" w:rsidP="00063F18">
                                  <w:pPr>
                                    <w:jc w:val="center"/>
                                    <w:rPr>
                                      <w:sz w:val="24"/>
                                      <w:szCs w:val="24"/>
                                    </w:rPr>
                                  </w:pPr>
                                  <w:r w:rsidRPr="00251FAE">
                                    <w:rPr>
                                      <w:sz w:val="24"/>
                                      <w:szCs w:val="24"/>
                                    </w:rPr>
                                    <w:t>PRINCIPAL OF TOXIOLOGY</w:t>
                                  </w:r>
                                </w:p>
                              </w:tc>
                              <w:tc>
                                <w:tcPr>
                                  <w:tcW w:w="1098" w:type="dxa"/>
                                  <w:vAlign w:val="center"/>
                                </w:tcPr>
                                <w:p w:rsidR="003A37E7" w:rsidRPr="00251FAE" w:rsidRDefault="003A37E7" w:rsidP="00063F18">
                                  <w:pPr>
                                    <w:jc w:val="center"/>
                                    <w:rPr>
                                      <w:sz w:val="24"/>
                                      <w:szCs w:val="24"/>
                                    </w:rPr>
                                  </w:pPr>
                                  <w:r w:rsidRPr="00251FAE">
                                    <w:rPr>
                                      <w:sz w:val="24"/>
                                      <w:szCs w:val="24"/>
                                    </w:rPr>
                                    <w:t>3</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407</w:t>
                                  </w:r>
                                </w:p>
                              </w:tc>
                              <w:tc>
                                <w:tcPr>
                                  <w:tcW w:w="3510" w:type="dxa"/>
                                  <w:vAlign w:val="center"/>
                                </w:tcPr>
                                <w:p w:rsidR="003A37E7" w:rsidRPr="00251FAE" w:rsidRDefault="003A37E7" w:rsidP="00063F18">
                                  <w:pPr>
                                    <w:jc w:val="center"/>
                                    <w:rPr>
                                      <w:sz w:val="24"/>
                                      <w:szCs w:val="24"/>
                                    </w:rPr>
                                  </w:pPr>
                                  <w:r w:rsidRPr="00251FAE">
                                    <w:rPr>
                                      <w:sz w:val="24"/>
                                      <w:szCs w:val="24"/>
                                    </w:rPr>
                                    <w:t>INTRODUCTION TO OCCUPATIONAL HEALTH AND SAFETY</w:t>
                                  </w:r>
                                </w:p>
                              </w:tc>
                              <w:tc>
                                <w:tcPr>
                                  <w:tcW w:w="1098" w:type="dxa"/>
                                  <w:vAlign w:val="center"/>
                                </w:tcPr>
                                <w:p w:rsidR="003A37E7" w:rsidRPr="00251FAE" w:rsidRDefault="003A37E7" w:rsidP="00063F18">
                                  <w:pPr>
                                    <w:jc w:val="center"/>
                                    <w:rPr>
                                      <w:sz w:val="24"/>
                                      <w:szCs w:val="24"/>
                                    </w:rPr>
                                  </w:pPr>
                                  <w:r w:rsidRPr="00251FAE">
                                    <w:rPr>
                                      <w:sz w:val="24"/>
                                      <w:szCs w:val="24"/>
                                    </w:rPr>
                                    <w:t>3</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412</w:t>
                                  </w:r>
                                </w:p>
                              </w:tc>
                              <w:tc>
                                <w:tcPr>
                                  <w:tcW w:w="3510" w:type="dxa"/>
                                  <w:vAlign w:val="center"/>
                                </w:tcPr>
                                <w:p w:rsidR="003A37E7" w:rsidRPr="00251FAE" w:rsidRDefault="003A37E7" w:rsidP="00063F18">
                                  <w:pPr>
                                    <w:jc w:val="center"/>
                                    <w:rPr>
                                      <w:sz w:val="24"/>
                                      <w:szCs w:val="24"/>
                                    </w:rPr>
                                  </w:pPr>
                                  <w:r w:rsidRPr="00251FAE">
                                    <w:rPr>
                                      <w:sz w:val="24"/>
                                      <w:szCs w:val="24"/>
                                    </w:rPr>
                                    <w:t>INFECTIOUS DISEASE EPIDEMOLOGY</w:t>
                                  </w:r>
                                </w:p>
                              </w:tc>
                              <w:tc>
                                <w:tcPr>
                                  <w:tcW w:w="1098" w:type="dxa"/>
                                  <w:vAlign w:val="center"/>
                                </w:tcPr>
                                <w:p w:rsidR="003A37E7" w:rsidRPr="00251FAE" w:rsidRDefault="003A37E7" w:rsidP="00063F18">
                                  <w:pPr>
                                    <w:jc w:val="center"/>
                                    <w:rPr>
                                      <w:sz w:val="24"/>
                                      <w:szCs w:val="24"/>
                                    </w:rPr>
                                  </w:pPr>
                                  <w:r w:rsidRPr="00251FAE">
                                    <w:rPr>
                                      <w:sz w:val="24"/>
                                      <w:szCs w:val="24"/>
                                    </w:rPr>
                                    <w:t>3</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411</w:t>
                                  </w:r>
                                </w:p>
                              </w:tc>
                              <w:tc>
                                <w:tcPr>
                                  <w:tcW w:w="3510" w:type="dxa"/>
                                  <w:vAlign w:val="center"/>
                                </w:tcPr>
                                <w:p w:rsidR="003A37E7" w:rsidRPr="00251FAE" w:rsidRDefault="003A37E7" w:rsidP="00063F18">
                                  <w:pPr>
                                    <w:jc w:val="center"/>
                                    <w:rPr>
                                      <w:sz w:val="24"/>
                                      <w:szCs w:val="24"/>
                                    </w:rPr>
                                  </w:pPr>
                                  <w:r w:rsidRPr="00251FAE">
                                    <w:rPr>
                                      <w:sz w:val="24"/>
                                      <w:szCs w:val="24"/>
                                    </w:rPr>
                                    <w:t>FOOD SAFETY AND HYGIENE</w:t>
                                  </w:r>
                                </w:p>
                              </w:tc>
                              <w:tc>
                                <w:tcPr>
                                  <w:tcW w:w="1098" w:type="dxa"/>
                                  <w:vAlign w:val="center"/>
                                </w:tcPr>
                                <w:p w:rsidR="003A37E7" w:rsidRPr="00251FAE" w:rsidRDefault="003A37E7" w:rsidP="00063F18">
                                  <w:pPr>
                                    <w:jc w:val="center"/>
                                    <w:rPr>
                                      <w:sz w:val="24"/>
                                      <w:szCs w:val="24"/>
                                    </w:rPr>
                                  </w:pPr>
                                  <w:r w:rsidRPr="00251FAE">
                                    <w:rPr>
                                      <w:sz w:val="24"/>
                                      <w:szCs w:val="24"/>
                                    </w:rPr>
                                    <w:t>3</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414</w:t>
                                  </w:r>
                                </w:p>
                              </w:tc>
                              <w:tc>
                                <w:tcPr>
                                  <w:tcW w:w="3510" w:type="dxa"/>
                                  <w:vAlign w:val="center"/>
                                </w:tcPr>
                                <w:p w:rsidR="003A37E7" w:rsidRPr="00251FAE" w:rsidRDefault="003A37E7" w:rsidP="00063F18">
                                  <w:pPr>
                                    <w:jc w:val="center"/>
                                    <w:rPr>
                                      <w:sz w:val="24"/>
                                      <w:szCs w:val="24"/>
                                    </w:rPr>
                                  </w:pPr>
                                  <w:r w:rsidRPr="00251FAE">
                                    <w:rPr>
                                      <w:sz w:val="24"/>
                                      <w:szCs w:val="24"/>
                                    </w:rPr>
                                    <w:t>EXPOSURE ASSESSMENT AND CONTROLS</w:t>
                                  </w:r>
                                </w:p>
                              </w:tc>
                              <w:tc>
                                <w:tcPr>
                                  <w:tcW w:w="1098" w:type="dxa"/>
                                  <w:vAlign w:val="center"/>
                                </w:tcPr>
                                <w:p w:rsidR="003A37E7" w:rsidRPr="00251FAE" w:rsidRDefault="003A37E7" w:rsidP="00063F18">
                                  <w:pPr>
                                    <w:jc w:val="center"/>
                                    <w:rPr>
                                      <w:sz w:val="24"/>
                                      <w:szCs w:val="24"/>
                                    </w:rPr>
                                  </w:pPr>
                                  <w:r w:rsidRPr="00251FAE">
                                    <w:rPr>
                                      <w:sz w:val="24"/>
                                      <w:szCs w:val="24"/>
                                    </w:rPr>
                                    <w:t>4</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413</w:t>
                                  </w:r>
                                </w:p>
                              </w:tc>
                              <w:tc>
                                <w:tcPr>
                                  <w:tcW w:w="3510" w:type="dxa"/>
                                  <w:vAlign w:val="center"/>
                                </w:tcPr>
                                <w:p w:rsidR="003A37E7" w:rsidRPr="00251FAE" w:rsidRDefault="003A37E7" w:rsidP="00063F18">
                                  <w:pPr>
                                    <w:jc w:val="center"/>
                                    <w:rPr>
                                      <w:sz w:val="24"/>
                                      <w:szCs w:val="24"/>
                                    </w:rPr>
                                  </w:pPr>
                                  <w:r w:rsidRPr="00251FAE">
                                    <w:rPr>
                                      <w:sz w:val="24"/>
                                      <w:szCs w:val="24"/>
                                    </w:rPr>
                                    <w:t>EMERGENCY PREPAREDNESS AND RESPONSE</w:t>
                                  </w:r>
                                </w:p>
                              </w:tc>
                              <w:tc>
                                <w:tcPr>
                                  <w:tcW w:w="1098" w:type="dxa"/>
                                  <w:vAlign w:val="center"/>
                                </w:tcPr>
                                <w:p w:rsidR="003A37E7" w:rsidRPr="00251FAE" w:rsidRDefault="003A37E7" w:rsidP="00063F18">
                                  <w:pPr>
                                    <w:jc w:val="center"/>
                                    <w:rPr>
                                      <w:sz w:val="24"/>
                                      <w:szCs w:val="24"/>
                                    </w:rPr>
                                  </w:pPr>
                                  <w:r w:rsidRPr="00251FAE">
                                    <w:rPr>
                                      <w:sz w:val="24"/>
                                      <w:szCs w:val="24"/>
                                    </w:rPr>
                                    <w:t>4</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306</w:t>
                                  </w:r>
                                </w:p>
                              </w:tc>
                              <w:tc>
                                <w:tcPr>
                                  <w:tcW w:w="3510" w:type="dxa"/>
                                  <w:vAlign w:val="center"/>
                                </w:tcPr>
                                <w:p w:rsidR="003A37E7" w:rsidRPr="00251FAE" w:rsidRDefault="003A37E7" w:rsidP="00063F18">
                                  <w:pPr>
                                    <w:jc w:val="center"/>
                                    <w:rPr>
                                      <w:sz w:val="24"/>
                                      <w:szCs w:val="24"/>
                                    </w:rPr>
                                  </w:pPr>
                                  <w:r w:rsidRPr="00251FAE">
                                    <w:rPr>
                                      <w:sz w:val="24"/>
                                      <w:szCs w:val="24"/>
                                    </w:rPr>
                                    <w:t>FAMILY PLANNING METHOD AND PRACTICES</w:t>
                                  </w:r>
                                </w:p>
                              </w:tc>
                              <w:tc>
                                <w:tcPr>
                                  <w:tcW w:w="1098" w:type="dxa"/>
                                  <w:vAlign w:val="center"/>
                                </w:tcPr>
                                <w:p w:rsidR="003A37E7" w:rsidRPr="00251FAE" w:rsidRDefault="003A37E7" w:rsidP="00063F18">
                                  <w:pPr>
                                    <w:jc w:val="center"/>
                                    <w:rPr>
                                      <w:sz w:val="24"/>
                                      <w:szCs w:val="24"/>
                                    </w:rPr>
                                  </w:pPr>
                                  <w:r w:rsidRPr="00251FAE">
                                    <w:rPr>
                                      <w:sz w:val="24"/>
                                      <w:szCs w:val="24"/>
                                    </w:rPr>
                                    <w:t>2</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8ABC09" id="Text Box 138" o:spid="_x0000_s1201" type="#_x0000_t202" style="position:absolute;left:0;text-align:left;margin-left:-58.55pt;margin-top:24.9pt;width:322.55pt;height:399.35pt;z-index:251809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" fillcolor="white [3201]" stroked="f" strokeweight=".5pt">
                <v:textbox>
                  <w:txbxContent>
                    <w:tbl>
                      <w:tblPr>
                        <w:tblStyle w:val="TableGrid"/>
                        <w:tblW w:w="0" w:type="auto"/>
                        <w:tblInd w:w="165" w:type="dxa"/>
                        <w:tblBorders>
                          <w:top w:val="double" w:sz="4" w:space="0" w:color="C0504D" w:themeColor="accent2"/>
                          <w:left w:val="double" w:sz="4" w:space="0" w:color="C0504D" w:themeColor="accent2"/>
                          <w:bottom w:val="double" w:sz="4" w:space="0" w:color="C0504D" w:themeColor="accent2"/>
                          <w:right w:val="double" w:sz="4" w:space="0" w:color="C0504D" w:themeColor="accent2"/>
                          <w:insideH w:val="double" w:sz="4" w:space="0" w:color="C0504D" w:themeColor="accent2"/>
                          <w:insideV w:val="double" w:sz="4" w:space="0" w:color="C0504D" w:themeColor="accent2"/>
                        </w:tblBorders>
                        <w:tblLook w:val="04A0" w:firstRow="1" w:lastRow="0" w:firstColumn="1" w:lastColumn="0" w:noHBand="0" w:noVBand="1"/>
                      </w:tblPr>
                      <w:tblGrid>
                        <w:gridCol w:w="1350"/>
                        <w:gridCol w:w="3510"/>
                        <w:gridCol w:w="1098"/>
                      </w:tblGrid>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COURSE CODE</w:t>
                            </w:r>
                          </w:p>
                        </w:tc>
                        <w:tc>
                          <w:tcPr>
                            <w:tcW w:w="3510" w:type="dxa"/>
                            <w:vAlign w:val="center"/>
                          </w:tcPr>
                          <w:p w:rsidR="003A37E7" w:rsidRPr="00251FAE" w:rsidRDefault="003A37E7" w:rsidP="00063F18">
                            <w:pPr>
                              <w:jc w:val="center"/>
                              <w:rPr>
                                <w:sz w:val="24"/>
                                <w:szCs w:val="24"/>
                              </w:rPr>
                            </w:pPr>
                            <w:r w:rsidRPr="00251FAE">
                              <w:rPr>
                                <w:sz w:val="24"/>
                                <w:szCs w:val="24"/>
                              </w:rPr>
                              <w:t xml:space="preserve">COURSE TITLE </w:t>
                            </w:r>
                          </w:p>
                        </w:tc>
                        <w:tc>
                          <w:tcPr>
                            <w:tcW w:w="1098" w:type="dxa"/>
                            <w:vAlign w:val="center"/>
                          </w:tcPr>
                          <w:p w:rsidR="003A37E7" w:rsidRPr="00251FAE" w:rsidRDefault="003A37E7" w:rsidP="00063F18">
                            <w:pPr>
                              <w:jc w:val="center"/>
                              <w:rPr>
                                <w:sz w:val="24"/>
                                <w:szCs w:val="24"/>
                              </w:rPr>
                            </w:pPr>
                            <w:r w:rsidRPr="00251FAE">
                              <w:rPr>
                                <w:sz w:val="24"/>
                                <w:szCs w:val="24"/>
                              </w:rPr>
                              <w:t>CREDIT HOURS</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309</w:t>
                            </w:r>
                          </w:p>
                        </w:tc>
                        <w:tc>
                          <w:tcPr>
                            <w:tcW w:w="3510" w:type="dxa"/>
                            <w:vAlign w:val="center"/>
                          </w:tcPr>
                          <w:p w:rsidR="003A37E7" w:rsidRPr="00251FAE" w:rsidRDefault="003A37E7" w:rsidP="00063F18">
                            <w:pPr>
                              <w:jc w:val="center"/>
                              <w:rPr>
                                <w:sz w:val="24"/>
                                <w:szCs w:val="24"/>
                              </w:rPr>
                            </w:pPr>
                            <w:r w:rsidRPr="00251FAE">
                              <w:rPr>
                                <w:sz w:val="24"/>
                                <w:szCs w:val="24"/>
                              </w:rPr>
                              <w:t>CHRONIC DISEASE EPIDEMOLOGY</w:t>
                            </w:r>
                          </w:p>
                        </w:tc>
                        <w:tc>
                          <w:tcPr>
                            <w:tcW w:w="1098" w:type="dxa"/>
                            <w:vAlign w:val="center"/>
                          </w:tcPr>
                          <w:p w:rsidR="003A37E7" w:rsidRPr="00251FAE" w:rsidRDefault="003A37E7" w:rsidP="00063F18">
                            <w:pPr>
                              <w:jc w:val="center"/>
                              <w:rPr>
                                <w:sz w:val="24"/>
                                <w:szCs w:val="24"/>
                              </w:rPr>
                            </w:pPr>
                            <w:r w:rsidRPr="00251FAE">
                              <w:rPr>
                                <w:sz w:val="24"/>
                                <w:szCs w:val="24"/>
                              </w:rPr>
                              <w:t>3</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404</w:t>
                            </w:r>
                          </w:p>
                        </w:tc>
                        <w:tc>
                          <w:tcPr>
                            <w:tcW w:w="3510" w:type="dxa"/>
                            <w:vAlign w:val="center"/>
                          </w:tcPr>
                          <w:p w:rsidR="003A37E7" w:rsidRPr="00251FAE" w:rsidRDefault="003A37E7" w:rsidP="00063F18">
                            <w:pPr>
                              <w:jc w:val="center"/>
                              <w:rPr>
                                <w:sz w:val="24"/>
                                <w:szCs w:val="24"/>
                              </w:rPr>
                            </w:pPr>
                            <w:r w:rsidRPr="00251FAE">
                              <w:rPr>
                                <w:sz w:val="24"/>
                                <w:szCs w:val="24"/>
                              </w:rPr>
                              <w:t>PRINCIPAL OF TOXIOLOGY</w:t>
                            </w:r>
                          </w:p>
                        </w:tc>
                        <w:tc>
                          <w:tcPr>
                            <w:tcW w:w="1098" w:type="dxa"/>
                            <w:vAlign w:val="center"/>
                          </w:tcPr>
                          <w:p w:rsidR="003A37E7" w:rsidRPr="00251FAE" w:rsidRDefault="003A37E7" w:rsidP="00063F18">
                            <w:pPr>
                              <w:jc w:val="center"/>
                              <w:rPr>
                                <w:sz w:val="24"/>
                                <w:szCs w:val="24"/>
                              </w:rPr>
                            </w:pPr>
                            <w:r w:rsidRPr="00251FAE">
                              <w:rPr>
                                <w:sz w:val="24"/>
                                <w:szCs w:val="24"/>
                              </w:rPr>
                              <w:t>3</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407</w:t>
                            </w:r>
                          </w:p>
                        </w:tc>
                        <w:tc>
                          <w:tcPr>
                            <w:tcW w:w="3510" w:type="dxa"/>
                            <w:vAlign w:val="center"/>
                          </w:tcPr>
                          <w:p w:rsidR="003A37E7" w:rsidRPr="00251FAE" w:rsidRDefault="003A37E7" w:rsidP="00063F18">
                            <w:pPr>
                              <w:jc w:val="center"/>
                              <w:rPr>
                                <w:sz w:val="24"/>
                                <w:szCs w:val="24"/>
                              </w:rPr>
                            </w:pPr>
                            <w:r w:rsidRPr="00251FAE">
                              <w:rPr>
                                <w:sz w:val="24"/>
                                <w:szCs w:val="24"/>
                              </w:rPr>
                              <w:t>INTRODUCTION TO OCCUPATIONAL HEALTH AND SAFETY</w:t>
                            </w:r>
                          </w:p>
                        </w:tc>
                        <w:tc>
                          <w:tcPr>
                            <w:tcW w:w="1098" w:type="dxa"/>
                            <w:vAlign w:val="center"/>
                          </w:tcPr>
                          <w:p w:rsidR="003A37E7" w:rsidRPr="00251FAE" w:rsidRDefault="003A37E7" w:rsidP="00063F18">
                            <w:pPr>
                              <w:jc w:val="center"/>
                              <w:rPr>
                                <w:sz w:val="24"/>
                                <w:szCs w:val="24"/>
                              </w:rPr>
                            </w:pPr>
                            <w:r w:rsidRPr="00251FAE">
                              <w:rPr>
                                <w:sz w:val="24"/>
                                <w:szCs w:val="24"/>
                              </w:rPr>
                              <w:t>3</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412</w:t>
                            </w:r>
                          </w:p>
                        </w:tc>
                        <w:tc>
                          <w:tcPr>
                            <w:tcW w:w="3510" w:type="dxa"/>
                            <w:vAlign w:val="center"/>
                          </w:tcPr>
                          <w:p w:rsidR="003A37E7" w:rsidRPr="00251FAE" w:rsidRDefault="003A37E7" w:rsidP="00063F18">
                            <w:pPr>
                              <w:jc w:val="center"/>
                              <w:rPr>
                                <w:sz w:val="24"/>
                                <w:szCs w:val="24"/>
                              </w:rPr>
                            </w:pPr>
                            <w:r w:rsidRPr="00251FAE">
                              <w:rPr>
                                <w:sz w:val="24"/>
                                <w:szCs w:val="24"/>
                              </w:rPr>
                              <w:t>INFECTIOUS DISEASE EPIDEMOLOGY</w:t>
                            </w:r>
                          </w:p>
                        </w:tc>
                        <w:tc>
                          <w:tcPr>
                            <w:tcW w:w="1098" w:type="dxa"/>
                            <w:vAlign w:val="center"/>
                          </w:tcPr>
                          <w:p w:rsidR="003A37E7" w:rsidRPr="00251FAE" w:rsidRDefault="003A37E7" w:rsidP="00063F18">
                            <w:pPr>
                              <w:jc w:val="center"/>
                              <w:rPr>
                                <w:sz w:val="24"/>
                                <w:szCs w:val="24"/>
                              </w:rPr>
                            </w:pPr>
                            <w:r w:rsidRPr="00251FAE">
                              <w:rPr>
                                <w:sz w:val="24"/>
                                <w:szCs w:val="24"/>
                              </w:rPr>
                              <w:t>3</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411</w:t>
                            </w:r>
                          </w:p>
                        </w:tc>
                        <w:tc>
                          <w:tcPr>
                            <w:tcW w:w="3510" w:type="dxa"/>
                            <w:vAlign w:val="center"/>
                          </w:tcPr>
                          <w:p w:rsidR="003A37E7" w:rsidRPr="00251FAE" w:rsidRDefault="003A37E7" w:rsidP="00063F18">
                            <w:pPr>
                              <w:jc w:val="center"/>
                              <w:rPr>
                                <w:sz w:val="24"/>
                                <w:szCs w:val="24"/>
                              </w:rPr>
                            </w:pPr>
                            <w:r w:rsidRPr="00251FAE">
                              <w:rPr>
                                <w:sz w:val="24"/>
                                <w:szCs w:val="24"/>
                              </w:rPr>
                              <w:t>FOOD SAFETY AND HYGIENE</w:t>
                            </w:r>
                          </w:p>
                        </w:tc>
                        <w:tc>
                          <w:tcPr>
                            <w:tcW w:w="1098" w:type="dxa"/>
                            <w:vAlign w:val="center"/>
                          </w:tcPr>
                          <w:p w:rsidR="003A37E7" w:rsidRPr="00251FAE" w:rsidRDefault="003A37E7" w:rsidP="00063F18">
                            <w:pPr>
                              <w:jc w:val="center"/>
                              <w:rPr>
                                <w:sz w:val="24"/>
                                <w:szCs w:val="24"/>
                              </w:rPr>
                            </w:pPr>
                            <w:r w:rsidRPr="00251FAE">
                              <w:rPr>
                                <w:sz w:val="24"/>
                                <w:szCs w:val="24"/>
                              </w:rPr>
                              <w:t>3</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414</w:t>
                            </w:r>
                          </w:p>
                        </w:tc>
                        <w:tc>
                          <w:tcPr>
                            <w:tcW w:w="3510" w:type="dxa"/>
                            <w:vAlign w:val="center"/>
                          </w:tcPr>
                          <w:p w:rsidR="003A37E7" w:rsidRPr="00251FAE" w:rsidRDefault="003A37E7" w:rsidP="00063F18">
                            <w:pPr>
                              <w:jc w:val="center"/>
                              <w:rPr>
                                <w:sz w:val="24"/>
                                <w:szCs w:val="24"/>
                              </w:rPr>
                            </w:pPr>
                            <w:r w:rsidRPr="00251FAE">
                              <w:rPr>
                                <w:sz w:val="24"/>
                                <w:szCs w:val="24"/>
                              </w:rPr>
                              <w:t>EXPOSURE ASSESSMENT AND CONTROLS</w:t>
                            </w:r>
                          </w:p>
                        </w:tc>
                        <w:tc>
                          <w:tcPr>
                            <w:tcW w:w="1098" w:type="dxa"/>
                            <w:vAlign w:val="center"/>
                          </w:tcPr>
                          <w:p w:rsidR="003A37E7" w:rsidRPr="00251FAE" w:rsidRDefault="003A37E7" w:rsidP="00063F18">
                            <w:pPr>
                              <w:jc w:val="center"/>
                              <w:rPr>
                                <w:sz w:val="24"/>
                                <w:szCs w:val="24"/>
                              </w:rPr>
                            </w:pPr>
                            <w:r w:rsidRPr="00251FAE">
                              <w:rPr>
                                <w:sz w:val="24"/>
                                <w:szCs w:val="24"/>
                              </w:rPr>
                              <w:t>4</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413</w:t>
                            </w:r>
                          </w:p>
                        </w:tc>
                        <w:tc>
                          <w:tcPr>
                            <w:tcW w:w="3510" w:type="dxa"/>
                            <w:vAlign w:val="center"/>
                          </w:tcPr>
                          <w:p w:rsidR="003A37E7" w:rsidRPr="00251FAE" w:rsidRDefault="003A37E7" w:rsidP="00063F18">
                            <w:pPr>
                              <w:jc w:val="center"/>
                              <w:rPr>
                                <w:sz w:val="24"/>
                                <w:szCs w:val="24"/>
                              </w:rPr>
                            </w:pPr>
                            <w:r w:rsidRPr="00251FAE">
                              <w:rPr>
                                <w:sz w:val="24"/>
                                <w:szCs w:val="24"/>
                              </w:rPr>
                              <w:t>EMERGENCY PREPAREDNESS AND RESPONSE</w:t>
                            </w:r>
                          </w:p>
                        </w:tc>
                        <w:tc>
                          <w:tcPr>
                            <w:tcW w:w="1098" w:type="dxa"/>
                            <w:vAlign w:val="center"/>
                          </w:tcPr>
                          <w:p w:rsidR="003A37E7" w:rsidRPr="00251FAE" w:rsidRDefault="003A37E7" w:rsidP="00063F18">
                            <w:pPr>
                              <w:jc w:val="center"/>
                              <w:rPr>
                                <w:sz w:val="24"/>
                                <w:szCs w:val="24"/>
                              </w:rPr>
                            </w:pPr>
                            <w:r w:rsidRPr="00251FAE">
                              <w:rPr>
                                <w:sz w:val="24"/>
                                <w:szCs w:val="24"/>
                              </w:rPr>
                              <w:t>4</w:t>
                            </w:r>
                          </w:p>
                        </w:tc>
                      </w:tr>
                      <w:tr w:rsidR="003A37E7" w:rsidRPr="00251FAE" w:rsidTr="00BF0B87">
                        <w:trPr>
                          <w:trHeight w:val="720"/>
                        </w:trPr>
                        <w:tc>
                          <w:tcPr>
                            <w:tcW w:w="1350" w:type="dxa"/>
                            <w:vAlign w:val="center"/>
                          </w:tcPr>
                          <w:p w:rsidR="003A37E7" w:rsidRPr="00251FAE" w:rsidRDefault="003A37E7" w:rsidP="00063F18">
                            <w:pPr>
                              <w:jc w:val="center"/>
                              <w:rPr>
                                <w:sz w:val="24"/>
                                <w:szCs w:val="24"/>
                              </w:rPr>
                            </w:pPr>
                            <w:r w:rsidRPr="00251FAE">
                              <w:rPr>
                                <w:sz w:val="24"/>
                                <w:szCs w:val="24"/>
                              </w:rPr>
                              <w:t>PUH 306</w:t>
                            </w:r>
                          </w:p>
                        </w:tc>
                        <w:tc>
                          <w:tcPr>
                            <w:tcW w:w="3510" w:type="dxa"/>
                            <w:vAlign w:val="center"/>
                          </w:tcPr>
                          <w:p w:rsidR="003A37E7" w:rsidRPr="00251FAE" w:rsidRDefault="003A37E7" w:rsidP="00063F18">
                            <w:pPr>
                              <w:jc w:val="center"/>
                              <w:rPr>
                                <w:sz w:val="24"/>
                                <w:szCs w:val="24"/>
                              </w:rPr>
                            </w:pPr>
                            <w:r w:rsidRPr="00251FAE">
                              <w:rPr>
                                <w:sz w:val="24"/>
                                <w:szCs w:val="24"/>
                              </w:rPr>
                              <w:t>FAMILY PLANNING METHOD AND PRACTICES</w:t>
                            </w:r>
                          </w:p>
                        </w:tc>
                        <w:tc>
                          <w:tcPr>
                            <w:tcW w:w="1098" w:type="dxa"/>
                            <w:vAlign w:val="center"/>
                          </w:tcPr>
                          <w:p w:rsidR="003A37E7" w:rsidRPr="00251FAE" w:rsidRDefault="003A37E7" w:rsidP="00063F18">
                            <w:pPr>
                              <w:jc w:val="center"/>
                              <w:rPr>
                                <w:sz w:val="24"/>
                                <w:szCs w:val="24"/>
                              </w:rPr>
                            </w:pPr>
                            <w:r w:rsidRPr="00251FAE">
                              <w:rPr>
                                <w:sz w:val="24"/>
                                <w:szCs w:val="24"/>
                              </w:rPr>
                              <w:t>2</w:t>
                            </w:r>
                          </w:p>
                        </w:tc>
                      </w:tr>
                    </w:tbl>
                    <w:p w:rsidR="003A37E7" w:rsidRDefault="003A37E7"/>
                  </w:txbxContent>
                </v:textbox>
              </v:shape>
            </w:pict>
          </mc:Fallback>
        </mc:AlternateContent>
      </w: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063F18" w:rsidRDefault="00063F18" w:rsidP="00412947">
      <w:pPr>
        <w:jc w:val="center"/>
      </w:pPr>
    </w:p>
    <w:p w:rsidR="00C030D0" w:rsidRPr="00C030D0" w:rsidRDefault="00241364" w:rsidP="00C030D0">
      <w:pPr>
        <w:spacing w:before="100" w:beforeAutospacing="1" w:after="100" w:afterAutospacing="1" w:line="240" w:lineRule="auto"/>
        <w:jc w:val="center"/>
        <w:rPr>
          <w:rFonts w:ascii="Bahnschrift" w:eastAsia="Times New Roman" w:hAnsi="Bahnschrift" w:cs="Times New Roman"/>
          <w:b/>
          <w:sz w:val="28"/>
          <w:szCs w:val="28"/>
          <w:u w:val="single"/>
        </w:rPr>
      </w:pPr>
      <w:r>
        <w:rPr>
          <w:rFonts w:eastAsia="Times New Roman" w:cs="Times New Roman"/>
          <w:noProof/>
          <w:sz w:val="24"/>
          <w:szCs w:val="24"/>
        </w:rPr>
        <w:lastRenderedPageBreak/>
        <mc:AlternateContent>
          <mc:Choice Requires="wps">
            <w:drawing>
              <wp:anchor distT="0" distB="0" distL="114300" distR="114300" simplePos="0" relativeHeight="251847680" behindDoc="0" locked="0" layoutInCell="1" allowOverlap="1" wp14:anchorId="073606FA" wp14:editId="3EB6597F">
                <wp:simplePos x="0" y="0"/>
                <wp:positionH relativeFrom="column">
                  <wp:posOffset>-1059213</wp:posOffset>
                </wp:positionH>
                <wp:positionV relativeFrom="paragraph">
                  <wp:posOffset>-669925</wp:posOffset>
                </wp:positionV>
                <wp:extent cx="4218432" cy="1011936"/>
                <wp:effectExtent l="57150" t="38100" r="67945" b="93345"/>
                <wp:wrapNone/>
                <wp:docPr id="164" name="Text Box 164"/>
                <wp:cNvGraphicFramePr/>
                <a:graphic xmlns:a="http://schemas.openxmlformats.org/drawingml/2006/main">
                  <a:graphicData uri="http://schemas.microsoft.com/office/word/2010/wordprocessingShape">
                    <wps:wsp>
                      <wps:cNvSpPr txBox="1"/>
                      <wps:spPr>
                        <a:xfrm>
                          <a:off x="0" y="0"/>
                          <a:ext cx="4218432" cy="1011936"/>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FA36F2" w:rsidRDefault="003A37E7" w:rsidP="00333342">
                            <w:pPr>
                              <w:jc w:val="center"/>
                              <w:rPr>
                                <w:sz w:val="44"/>
                                <w:szCs w:val="44"/>
                              </w:rPr>
                            </w:pPr>
                            <w:r w:rsidRPr="00FA36F2">
                              <w:rPr>
                                <w:sz w:val="44"/>
                                <w:szCs w:val="44"/>
                              </w:rPr>
                              <w:t>COLLEGE OF LIBERAL ARTS</w:t>
                            </w:r>
                          </w:p>
                          <w:p w:rsidR="003A37E7" w:rsidRPr="00FA36F2" w:rsidRDefault="003A37E7" w:rsidP="00333342">
                            <w:pPr>
                              <w:jc w:val="center"/>
                              <w:rPr>
                                <w:color w:val="FF0000"/>
                                <w:sz w:val="32"/>
                                <w:szCs w:val="32"/>
                              </w:rPr>
                            </w:pPr>
                            <w:r w:rsidRPr="00FA36F2">
                              <w:rPr>
                                <w:color w:val="FF0000"/>
                                <w:sz w:val="32"/>
                                <w:szCs w:val="32"/>
                              </w:rPr>
                              <w:t>DEPARTMENT OF CRIMINAL JUSTICE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3606FA" id="Text Box 164" o:spid="_x0000_s1202" type="#_x0000_t202" style="position:absolute;left:0;text-align:left;margin-left:-83.4pt;margin-top:-52.75pt;width:332.15pt;height:79.7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" fillcolor="#a7bfde [1620]" strokecolor="#4579b8 [3044]">
                <v:fill color2="#e4ecf5 [500]" rotate="t" angle="180" colors="0 #a3c4ff;22938f #bfd5ff;1 #e5eeff" focus="100%" type="gradient"/>
                <v:shadow on="t" color="black" opacity="24903f" origin=",.5" offset="0,.55556mm"/>
                <v:textbox>
                  <w:txbxContent>
                    <w:p w:rsidR="003A37E7" w:rsidRPr="00FA36F2" w:rsidRDefault="003A37E7" w:rsidP="00333342">
                      <w:pPr>
                        <w:jc w:val="center"/>
                        <w:rPr>
                          <w:sz w:val="44"/>
                          <w:szCs w:val="44"/>
                        </w:rPr>
                      </w:pPr>
                      <w:r w:rsidRPr="00FA36F2">
                        <w:rPr>
                          <w:sz w:val="44"/>
                          <w:szCs w:val="44"/>
                        </w:rPr>
                        <w:t>COLLEGE OF LIBERAL ARTS</w:t>
                      </w:r>
                    </w:p>
                    <w:p w:rsidR="003A37E7" w:rsidRPr="00FA36F2" w:rsidRDefault="003A37E7" w:rsidP="00333342">
                      <w:pPr>
                        <w:jc w:val="center"/>
                        <w:rPr>
                          <w:color w:val="FF0000"/>
                          <w:sz w:val="32"/>
                          <w:szCs w:val="32"/>
                        </w:rPr>
                      </w:pPr>
                      <w:r w:rsidRPr="00FA36F2">
                        <w:rPr>
                          <w:color w:val="FF0000"/>
                          <w:sz w:val="32"/>
                          <w:szCs w:val="32"/>
                        </w:rPr>
                        <w:t>DEPARTMENT OF CRIMINAL JUSTICE</w:t>
                      </w:r>
                    </w:p>
                  </w:txbxContent>
                </v:textbox>
              </v:shape>
            </w:pict>
          </mc:Fallback>
        </mc:AlternateContent>
      </w:r>
      <w:r w:rsidR="00B17510">
        <w:rPr>
          <w:rFonts w:eastAsia="Times New Roman" w:cs="Times New Roman"/>
          <w:noProof/>
          <w:sz w:val="24"/>
          <w:szCs w:val="24"/>
        </w:rPr>
        <mc:AlternateContent>
          <mc:Choice Requires="wps">
            <w:drawing>
              <wp:anchor distT="0" distB="0" distL="114300" distR="114300" simplePos="0" relativeHeight="251894784" behindDoc="0" locked="0" layoutInCell="1" allowOverlap="1" wp14:anchorId="4045E05E" wp14:editId="53BD3C81">
                <wp:simplePos x="0" y="0"/>
                <wp:positionH relativeFrom="column">
                  <wp:posOffset>22098</wp:posOffset>
                </wp:positionH>
                <wp:positionV relativeFrom="paragraph">
                  <wp:posOffset>438912</wp:posOffset>
                </wp:positionV>
                <wp:extent cx="2889250" cy="499999"/>
                <wp:effectExtent l="57150" t="38100" r="63500" b="71755"/>
                <wp:wrapNone/>
                <wp:docPr id="198" name="Text Box 198"/>
                <wp:cNvGraphicFramePr/>
                <a:graphic xmlns:a="http://schemas.openxmlformats.org/drawingml/2006/main">
                  <a:graphicData uri="http://schemas.microsoft.com/office/word/2010/wordprocessingShape">
                    <wps:wsp>
                      <wps:cNvSpPr txBox="1"/>
                      <wps:spPr>
                        <a:xfrm>
                          <a:off x="0" y="0"/>
                          <a:ext cx="2889250" cy="499999"/>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B17510" w:rsidRDefault="003A37E7" w:rsidP="00B17510">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17510">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45E05E" id="Text Box 198" o:spid="_x0000_s1203" type="#_x0000_t202" style="position:absolute;left:0;text-align:left;margin-left:1.75pt;margin-top:34.55pt;width:227.5pt;height:39.35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" fillcolor="#a7bfde [1620]" stroked="f">
                <v:fill color2="#e4ecf5 [500]" rotate="t" angle="180" colors="0 #a3c4ff;22938f #bfd5ff;1 #e5eeff" focus="100%" type="gradient"/>
                <v:shadow on="t" color="black" opacity="24903f" origin=",.5" offset="0,.55556mm"/>
                <v:textbox>
                  <w:txbxContent>
                    <w:p w:rsidR="003A37E7" w:rsidRPr="00B17510" w:rsidRDefault="003A37E7" w:rsidP="00B17510">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17510">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INTRODUCTION</w:t>
                      </w:r>
                    </w:p>
                  </w:txbxContent>
                </v:textbox>
              </v:shape>
            </w:pict>
          </mc:Fallback>
        </mc:AlternateContent>
      </w:r>
      <w:r w:rsidR="00C030D0" w:rsidRPr="00C030D0">
        <w:rPr>
          <w:rFonts w:eastAsia="Times New Roman" w:cs="Times New Roman"/>
          <w:sz w:val="24"/>
          <w:szCs w:val="24"/>
        </w:rPr>
        <w:br/>
      </w:r>
    </w:p>
    <w:p w:rsidR="00B17510" w:rsidRDefault="00C030D0" w:rsidP="00C030D0">
      <w:pPr>
        <w:spacing w:before="100" w:beforeAutospacing="1" w:after="100" w:afterAutospacing="1" w:line="240" w:lineRule="auto"/>
        <w:rPr>
          <w:rFonts w:eastAsia="Times New Roman" w:cs="Times New Roman"/>
          <w:sz w:val="24"/>
          <w:szCs w:val="24"/>
        </w:rPr>
      </w:pPr>
      <w:r w:rsidRPr="00C030D0">
        <w:rPr>
          <w:rFonts w:eastAsia="Times New Roman" w:cs="Times New Roman"/>
          <w:sz w:val="24"/>
          <w:szCs w:val="24"/>
        </w:rPr>
        <w:br/>
      </w:r>
    </w:p>
    <w:p w:rsidR="00C030D0" w:rsidRPr="00C030D0" w:rsidRDefault="00B17510" w:rsidP="00C030D0">
      <w:pPr>
        <w:spacing w:before="100" w:beforeAutospacing="1" w:after="100" w:afterAutospacing="1" w:line="240" w:lineRule="auto"/>
        <w:rPr>
          <w:rFonts w:eastAsia="Times New Roman" w:cs="Times New Roman"/>
          <w:sz w:val="24"/>
          <w:szCs w:val="24"/>
        </w:rPr>
      </w:pPr>
      <w:r>
        <w:rPr>
          <w:rFonts w:eastAsia="Times New Roman" w:cs="Times New Roman"/>
          <w:noProof/>
          <w:sz w:val="24"/>
          <w:szCs w:val="24"/>
        </w:rPr>
        <mc:AlternateContent>
          <mc:Choice Requires="wps">
            <w:drawing>
              <wp:anchor distT="0" distB="0" distL="114300" distR="114300" simplePos="0" relativeHeight="251895808" behindDoc="0" locked="0" layoutInCell="1" allowOverlap="1">
                <wp:simplePos x="0" y="0"/>
                <wp:positionH relativeFrom="column">
                  <wp:posOffset>-51054</wp:posOffset>
                </wp:positionH>
                <wp:positionV relativeFrom="paragraph">
                  <wp:posOffset>1550924</wp:posOffset>
                </wp:positionV>
                <wp:extent cx="2962402" cy="426720"/>
                <wp:effectExtent l="57150" t="38100" r="66675" b="68580"/>
                <wp:wrapNone/>
                <wp:docPr id="199" name="Text Box 199"/>
                <wp:cNvGraphicFramePr/>
                <a:graphic xmlns:a="http://schemas.openxmlformats.org/drawingml/2006/main">
                  <a:graphicData uri="http://schemas.microsoft.com/office/word/2010/wordprocessingShape">
                    <wps:wsp>
                      <wps:cNvSpPr txBox="1"/>
                      <wps:spPr>
                        <a:xfrm>
                          <a:off x="0" y="0"/>
                          <a:ext cx="2962402" cy="426720"/>
                        </a:xfrm>
                        <a:prstGeom prst="rect">
                          <a:avLst/>
                        </a:prstGeom>
                        <a:ln>
                          <a:noFill/>
                        </a:ln>
                      </wps:spPr>
                      <wps:style>
                        <a:lnRef idx="1">
                          <a:schemeClr val="accent1"/>
                        </a:lnRef>
                        <a:fillRef idx="2">
                          <a:schemeClr val="accent1"/>
                        </a:fillRef>
                        <a:effectRef idx="1">
                          <a:schemeClr val="accent1"/>
                        </a:effectRef>
                        <a:fontRef idx="minor">
                          <a:schemeClr val="dk1"/>
                        </a:fontRef>
                      </wps:style>
                      <wps:txbx>
                        <w:txbxContent>
                          <w:p w:rsidR="003A37E7" w:rsidRPr="00B17510" w:rsidRDefault="003A37E7" w:rsidP="00B17510">
                            <w:pPr>
                              <w:jc w:val="center"/>
                              <w:rPr>
                                <w:sz w:val="32"/>
                                <w:szCs w:val="32"/>
                              </w:rPr>
                            </w:pPr>
                            <w:r w:rsidRPr="00B17510">
                              <w:rPr>
                                <w:rFonts w:eastAsia="Times New Roman" w:cs="Times New Roman"/>
                                <w:b/>
                                <w:sz w:val="32"/>
                                <w:szCs w:val="32"/>
                              </w:rPr>
                              <w:t>VISION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99" o:spid="_x0000_s1204" type="#_x0000_t202" style="position:absolute;margin-left:-4pt;margin-top:122.1pt;width:233.25pt;height:33.6pt;z-index:251895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" fillcolor="#a7bfde [1620]" stroked="f">
                <v:fill color2="#e4ecf5 [500]" rotate="t" angle="180" colors="0 #a3c4ff;22938f #bfd5ff;1 #e5eeff" focus="100%" type="gradient"/>
                <v:shadow on="t" color="black" opacity="24903f" origin=",.5" offset="0,.55556mm"/>
                <v:textbox>
                  <w:txbxContent>
                    <w:p w:rsidR="003A37E7" w:rsidRPr="00B17510" w:rsidRDefault="003A37E7" w:rsidP="00B17510">
                      <w:pPr>
                        <w:jc w:val="center"/>
                        <w:rPr>
                          <w:sz w:val="32"/>
                          <w:szCs w:val="32"/>
                        </w:rPr>
                      </w:pPr>
                      <w:r w:rsidRPr="00B17510">
                        <w:rPr>
                          <w:rFonts w:eastAsia="Times New Roman" w:cs="Times New Roman"/>
                          <w:b/>
                          <w:sz w:val="32"/>
                          <w:szCs w:val="32"/>
                        </w:rPr>
                        <w:t>VISION</w:t>
                      </w:r>
                    </w:p>
                  </w:txbxContent>
                </v:textbox>
              </v:shape>
            </w:pict>
          </mc:Fallback>
        </mc:AlternateContent>
      </w:r>
      <w:r w:rsidR="00C030D0" w:rsidRPr="00C030D0">
        <w:rPr>
          <w:rFonts w:eastAsia="Times New Roman" w:cs="Times New Roman"/>
          <w:sz w:val="24"/>
          <w:szCs w:val="24"/>
        </w:rPr>
        <w:t>The Criminal Justice program develops principled professionals with strong analytical, ethical, and communication skills. Students build foundations in criminology, criminal law, policing, courts, corrections, investigations, research methods, and contemporary issues such as cyber security and community safety.</w:t>
      </w:r>
    </w:p>
    <w:p w:rsidR="00B17510" w:rsidRDefault="00B17510" w:rsidP="00C030D0">
      <w:pPr>
        <w:spacing w:before="100" w:beforeAutospacing="1" w:after="100" w:afterAutospacing="1" w:line="240" w:lineRule="auto"/>
        <w:rPr>
          <w:rFonts w:eastAsia="Times New Roman" w:cs="Times New Roman"/>
          <w:b/>
          <w:sz w:val="24"/>
          <w:szCs w:val="24"/>
          <w:u w:val="single"/>
        </w:rPr>
      </w:pPr>
    </w:p>
    <w:p w:rsidR="00C030D0" w:rsidRPr="00C030D0" w:rsidRDefault="00B17510" w:rsidP="00C030D0">
      <w:pPr>
        <w:spacing w:before="100" w:beforeAutospacing="1" w:after="100" w:afterAutospacing="1" w:line="240" w:lineRule="auto"/>
        <w:rPr>
          <w:rFonts w:eastAsia="Times New Roman" w:cs="Times New Roman"/>
          <w:sz w:val="24"/>
          <w:szCs w:val="24"/>
        </w:rPr>
      </w:pPr>
      <w:r>
        <w:rPr>
          <w:rFonts w:eastAsia="Times New Roman" w:cs="Times New Roman"/>
          <w:b/>
          <w:i/>
          <w:noProof/>
          <w:sz w:val="24"/>
          <w:szCs w:val="24"/>
        </w:rPr>
        <mc:AlternateContent>
          <mc:Choice Requires="wps">
            <w:drawing>
              <wp:anchor distT="0" distB="0" distL="114300" distR="114300" simplePos="0" relativeHeight="251896832" behindDoc="0" locked="0" layoutInCell="1" allowOverlap="1">
                <wp:simplePos x="0" y="0"/>
                <wp:positionH relativeFrom="column">
                  <wp:posOffset>22098</wp:posOffset>
                </wp:positionH>
                <wp:positionV relativeFrom="paragraph">
                  <wp:posOffset>885952</wp:posOffset>
                </wp:positionV>
                <wp:extent cx="2791968" cy="292608"/>
                <wp:effectExtent l="57150" t="38100" r="85090" b="88900"/>
                <wp:wrapNone/>
                <wp:docPr id="200" name="Text Box 200"/>
                <wp:cNvGraphicFramePr/>
                <a:graphic xmlns:a="http://schemas.openxmlformats.org/drawingml/2006/main">
                  <a:graphicData uri="http://schemas.microsoft.com/office/word/2010/wordprocessingShape">
                    <wps:wsp>
                      <wps:cNvSpPr txBox="1"/>
                      <wps:spPr>
                        <a:xfrm>
                          <a:off x="0" y="0"/>
                          <a:ext cx="2791968" cy="292608"/>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B17510" w:rsidRDefault="003A37E7" w:rsidP="00B17510">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030D0">
                              <w:rPr>
                                <w:rFonts w:eastAsia="Times New Roman" w:cs="Times New Roman"/>
                                <w:b/>
                                <w:sz w:val="24"/>
                                <w:szCs w:val="24"/>
                              </w:rPr>
                              <w:t>MISSION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00" o:spid="_x0000_s1205" type="#_x0000_t202" style="position:absolute;margin-left:1.75pt;margin-top:69.75pt;width:219.85pt;height:23.0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" fillcolor="#a7bfde [1620]" strokecolor="#4579b8 [3044]">
                <v:fill color2="#e4ecf5 [500]" rotate="t" angle="180" colors="0 #a3c4ff;22938f #bfd5ff;1 #e5eeff" focus="100%" type="gradient"/>
                <v:shadow on="t" color="black" opacity="24903f" origin=",.5" offset="0,.55556mm"/>
                <v:textbox>
                  <w:txbxContent>
                    <w:p w:rsidR="003A37E7" w:rsidRPr="00B17510" w:rsidRDefault="003A37E7" w:rsidP="00B17510">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030D0">
                        <w:rPr>
                          <w:rFonts w:eastAsia="Times New Roman" w:cs="Times New Roman"/>
                          <w:b/>
                          <w:sz w:val="24"/>
                          <w:szCs w:val="24"/>
                        </w:rPr>
                        <w:t>MISSION</w:t>
                      </w:r>
                    </w:p>
                  </w:txbxContent>
                </v:textbox>
              </v:shape>
            </w:pict>
          </mc:Fallback>
        </mc:AlternateContent>
      </w:r>
      <w:r w:rsidR="00C030D0" w:rsidRPr="00C030D0">
        <w:rPr>
          <w:rFonts w:eastAsia="Times New Roman" w:cs="Times New Roman"/>
          <w:b/>
          <w:i/>
          <w:sz w:val="24"/>
          <w:szCs w:val="24"/>
        </w:rPr>
        <w:br/>
      </w:r>
      <w:r w:rsidR="00C030D0" w:rsidRPr="00C030D0">
        <w:rPr>
          <w:rFonts w:eastAsia="Times New Roman" w:cs="Times New Roman"/>
          <w:sz w:val="24"/>
          <w:szCs w:val="24"/>
        </w:rPr>
        <w:t>To be a leading center for justice education in Liberia—recognized for ethical leadership, practical training, and evidence-based problem solving.</w:t>
      </w:r>
    </w:p>
    <w:p w:rsidR="00C030D0" w:rsidRDefault="00C030D0" w:rsidP="00C030D0">
      <w:pPr>
        <w:spacing w:before="100" w:beforeAutospacing="1" w:after="100" w:afterAutospacing="1" w:line="240" w:lineRule="auto"/>
        <w:rPr>
          <w:rFonts w:eastAsia="Times New Roman" w:cs="Times New Roman"/>
          <w:sz w:val="24"/>
          <w:szCs w:val="24"/>
        </w:rPr>
      </w:pPr>
      <w:r w:rsidRPr="00C030D0">
        <w:rPr>
          <w:rFonts w:eastAsia="Times New Roman" w:cs="Times New Roman"/>
          <w:sz w:val="24"/>
          <w:szCs w:val="24"/>
        </w:rPr>
        <w:br/>
        <w:t>To prepare graduates who uphold the rule of law and public safety by integrating theory and practice, research and data literacy, community engagement, and professional standards across the justice sector.</w:t>
      </w:r>
    </w:p>
    <w:p w:rsidR="00B17510" w:rsidRPr="00C030D0" w:rsidRDefault="00B17510" w:rsidP="00C030D0">
      <w:pPr>
        <w:spacing w:before="100" w:beforeAutospacing="1" w:after="100" w:afterAutospacing="1" w:line="240" w:lineRule="auto"/>
        <w:rPr>
          <w:rFonts w:eastAsia="Times New Roman" w:cs="Times New Roman"/>
          <w:sz w:val="24"/>
          <w:szCs w:val="24"/>
        </w:rPr>
      </w:pPr>
    </w:p>
    <w:p w:rsidR="00C030D0" w:rsidRPr="00C030D0" w:rsidRDefault="00C030D0" w:rsidP="00C030D0">
      <w:pPr>
        <w:spacing w:before="100" w:beforeAutospacing="1" w:after="100" w:afterAutospacing="1" w:line="240" w:lineRule="auto"/>
        <w:rPr>
          <w:rFonts w:eastAsia="Times New Roman" w:cs="Times New Roman"/>
          <w:sz w:val="24"/>
          <w:szCs w:val="24"/>
        </w:rPr>
      </w:pPr>
      <w:r w:rsidRPr="00B17510">
        <w:rPr>
          <w:rFonts w:eastAsia="Times New Roman" w:cs="Times New Roman"/>
          <w:b/>
          <w:i/>
          <w:sz w:val="24"/>
          <w:szCs w:val="24"/>
        </w:rPr>
        <w:lastRenderedPageBreak/>
        <w:t>DEGREE AWARDED</w:t>
      </w:r>
      <w:r w:rsidRPr="00C030D0">
        <w:rPr>
          <w:rFonts w:eastAsia="Times New Roman" w:cs="Times New Roman"/>
          <w:sz w:val="24"/>
          <w:szCs w:val="24"/>
        </w:rPr>
        <w:br/>
        <w:t>Bachelor of Arts (B.A.) in Criminal Justice.</w:t>
      </w:r>
    </w:p>
    <w:p w:rsidR="00C030D0" w:rsidRPr="00C030D0" w:rsidRDefault="00B17510" w:rsidP="00C030D0">
      <w:pPr>
        <w:spacing w:before="100" w:beforeAutospacing="1" w:after="100" w:afterAutospacing="1" w:line="240" w:lineRule="auto"/>
        <w:rPr>
          <w:rFonts w:eastAsia="Times New Roman" w:cs="Times New Roman"/>
          <w:sz w:val="24"/>
          <w:szCs w:val="24"/>
        </w:rPr>
      </w:pPr>
      <w:r>
        <w:rPr>
          <w:rFonts w:eastAsia="Times New Roman" w:cs="Times New Roman"/>
          <w:b/>
          <w:i/>
          <w:noProof/>
          <w:sz w:val="24"/>
          <w:szCs w:val="24"/>
        </w:rPr>
        <mc:AlternateContent>
          <mc:Choice Requires="wps">
            <w:drawing>
              <wp:anchor distT="0" distB="0" distL="114300" distR="114300" simplePos="0" relativeHeight="251897856" behindDoc="0" locked="0" layoutInCell="1" allowOverlap="1">
                <wp:simplePos x="0" y="0"/>
                <wp:positionH relativeFrom="column">
                  <wp:posOffset>0</wp:posOffset>
                </wp:positionH>
                <wp:positionV relativeFrom="paragraph">
                  <wp:posOffset>739648</wp:posOffset>
                </wp:positionV>
                <wp:extent cx="2755392" cy="451104"/>
                <wp:effectExtent l="57150" t="38100" r="83185" b="101600"/>
                <wp:wrapNone/>
                <wp:docPr id="201" name="Text Box 201"/>
                <wp:cNvGraphicFramePr/>
                <a:graphic xmlns:a="http://schemas.openxmlformats.org/drawingml/2006/main">
                  <a:graphicData uri="http://schemas.microsoft.com/office/word/2010/wordprocessingShape">
                    <wps:wsp>
                      <wps:cNvSpPr txBox="1"/>
                      <wps:spPr>
                        <a:xfrm>
                          <a:off x="0" y="0"/>
                          <a:ext cx="2755392" cy="451104"/>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B17510"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17510">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CAREER OPPORTUNITIES</w:t>
                            </w:r>
                            <w:r w:rsidRPr="00B17510">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01" o:spid="_x0000_s1206" type="#_x0000_t202" style="position:absolute;margin-left:0;margin-top:58.25pt;width:216.95pt;height:35.5pt;z-index:251897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" fillcolor="#a7bfde [1620]" strokecolor="#4579b8 [3044]">
                <v:fill color2="#e4ecf5 [500]" rotate="t" angle="180" colors="0 #a3c4ff;22938f #bfd5ff;1 #e5eeff" focus="100%" type="gradient"/>
                <v:shadow on="t" color="black" opacity="24903f" origin=",.5" offset="0,.55556mm"/>
                <v:textbox>
                  <w:txbxContent>
                    <w:p w:rsidR="003A37E7" w:rsidRPr="00B17510" w:rsidRDefault="003A37E7">
                      <w:pP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17510">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CAREER OPPORTUNITIES</w:t>
                      </w:r>
                      <w:r w:rsidRPr="00B17510">
                        <w:rPr>
                          <w:rFonts w:eastAsia="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p>
                  </w:txbxContent>
                </v:textbox>
              </v:shape>
            </w:pict>
          </mc:Fallback>
        </mc:AlternateContent>
      </w:r>
      <w:r w:rsidR="00C030D0" w:rsidRPr="00B17510">
        <w:rPr>
          <w:rFonts w:eastAsia="Times New Roman" w:cs="Times New Roman"/>
          <w:b/>
          <w:i/>
          <w:sz w:val="24"/>
          <w:szCs w:val="24"/>
        </w:rPr>
        <w:t>NORMAL GPA TO OBTAIN</w:t>
      </w:r>
      <w:r w:rsidR="00C030D0" w:rsidRPr="00C030D0">
        <w:rPr>
          <w:rFonts w:eastAsia="Times New Roman" w:cs="Times New Roman"/>
          <w:sz w:val="24"/>
          <w:szCs w:val="24"/>
        </w:rPr>
        <w:br/>
        <w:t>Minimum cumulative GPA of 2.00 on a 4.00 scale (or higher if departmental policy applies).</w:t>
      </w:r>
    </w:p>
    <w:p w:rsidR="00B17510" w:rsidRDefault="00B17510" w:rsidP="00C030D0">
      <w:pPr>
        <w:spacing w:before="100" w:beforeAutospacing="1" w:after="100" w:afterAutospacing="1" w:line="240" w:lineRule="auto"/>
        <w:rPr>
          <w:rFonts w:eastAsia="Times New Roman" w:cs="Times New Roman"/>
          <w:sz w:val="24"/>
          <w:szCs w:val="24"/>
        </w:rPr>
      </w:pPr>
    </w:p>
    <w:p w:rsidR="00C030D0" w:rsidRPr="00C030D0" w:rsidRDefault="00C030D0" w:rsidP="00B17510">
      <w:pPr>
        <w:spacing w:before="100" w:beforeAutospacing="1" w:after="100" w:afterAutospacing="1" w:line="240" w:lineRule="auto"/>
        <w:jc w:val="center"/>
        <w:rPr>
          <w:rFonts w:eastAsia="Times New Roman" w:cs="Times New Roman"/>
          <w:sz w:val="24"/>
          <w:szCs w:val="24"/>
        </w:rPr>
      </w:pPr>
      <w:r w:rsidRPr="00C030D0">
        <w:rPr>
          <w:rFonts w:eastAsia="Times New Roman" w:cs="Times New Roman"/>
          <w:sz w:val="24"/>
          <w:szCs w:val="24"/>
        </w:rPr>
        <w:t>— Police, immigration, and corrections services</w:t>
      </w:r>
      <w:r w:rsidRPr="00C030D0">
        <w:rPr>
          <w:rFonts w:eastAsia="Times New Roman" w:cs="Times New Roman"/>
          <w:sz w:val="24"/>
          <w:szCs w:val="24"/>
        </w:rPr>
        <w:br/>
        <w:t>— Court administration and judicial support</w:t>
      </w:r>
      <w:r w:rsidRPr="00C030D0">
        <w:rPr>
          <w:rFonts w:eastAsia="Times New Roman" w:cs="Times New Roman"/>
          <w:sz w:val="24"/>
          <w:szCs w:val="24"/>
        </w:rPr>
        <w:br/>
        <w:t>— Probation, parole, and rehabilitation services</w:t>
      </w:r>
      <w:r w:rsidRPr="00C030D0">
        <w:rPr>
          <w:rFonts w:eastAsia="Times New Roman" w:cs="Times New Roman"/>
          <w:sz w:val="24"/>
          <w:szCs w:val="24"/>
        </w:rPr>
        <w:br/>
        <w:t>— Security and risk management (corporate, NGO, community</w:t>
      </w:r>
      <w:proofErr w:type="gramStart"/>
      <w:r w:rsidRPr="00C030D0">
        <w:rPr>
          <w:rFonts w:eastAsia="Times New Roman" w:cs="Times New Roman"/>
          <w:sz w:val="24"/>
          <w:szCs w:val="24"/>
        </w:rPr>
        <w:t>)</w:t>
      </w:r>
      <w:proofErr w:type="gramEnd"/>
      <w:r w:rsidRPr="00C030D0">
        <w:rPr>
          <w:rFonts w:eastAsia="Times New Roman" w:cs="Times New Roman"/>
          <w:sz w:val="24"/>
          <w:szCs w:val="24"/>
        </w:rPr>
        <w:br/>
        <w:t>— Compliance, anti-corruption, and internal investigations</w:t>
      </w:r>
      <w:r w:rsidRPr="00C030D0">
        <w:rPr>
          <w:rFonts w:eastAsia="Times New Roman" w:cs="Times New Roman"/>
          <w:sz w:val="24"/>
          <w:szCs w:val="24"/>
        </w:rPr>
        <w:br/>
        <w:t>— Border management and customs enforcement</w:t>
      </w:r>
      <w:r w:rsidRPr="00C030D0">
        <w:rPr>
          <w:rFonts w:eastAsia="Times New Roman" w:cs="Times New Roman"/>
          <w:sz w:val="24"/>
          <w:szCs w:val="24"/>
        </w:rPr>
        <w:br/>
        <w:t>— Community safety, mediation, and conflict resolution</w:t>
      </w:r>
      <w:r w:rsidRPr="00C030D0">
        <w:rPr>
          <w:rFonts w:eastAsia="Times New Roman" w:cs="Times New Roman"/>
          <w:sz w:val="24"/>
          <w:szCs w:val="24"/>
        </w:rPr>
        <w:br/>
        <w:t>— Research/analyst roles in policy, NGOs, and think tanks</w:t>
      </w:r>
      <w:r w:rsidRPr="00C030D0">
        <w:rPr>
          <w:rFonts w:eastAsia="Times New Roman" w:cs="Times New Roman"/>
          <w:sz w:val="24"/>
          <w:szCs w:val="24"/>
        </w:rPr>
        <w:br/>
        <w:t>— Pathways to law school and related postgraduate study</w:t>
      </w:r>
    </w:p>
    <w:p w:rsidR="00C030D0" w:rsidRDefault="00C030D0" w:rsidP="00412947">
      <w:pPr>
        <w:jc w:val="center"/>
      </w:pPr>
    </w:p>
    <w:p w:rsidR="001A7FC7" w:rsidRDefault="001A7FC7" w:rsidP="00412947">
      <w:pPr>
        <w:jc w:val="center"/>
      </w:pPr>
    </w:p>
    <w:p w:rsidR="00333342" w:rsidRDefault="00333342" w:rsidP="00412947">
      <w:pPr>
        <w:jc w:val="center"/>
      </w:pPr>
    </w:p>
    <w:p w:rsidR="001A7FC7" w:rsidRDefault="00241364" w:rsidP="00412947">
      <w:pPr>
        <w:jc w:val="center"/>
      </w:pPr>
      <w:r>
        <w:rPr>
          <w:noProof/>
        </w:rPr>
        <w:lastRenderedPageBreak/>
        <mc:AlternateContent>
          <mc:Choice Requires="wps">
            <w:drawing>
              <wp:anchor distT="0" distB="0" distL="114300" distR="114300" simplePos="0" relativeHeight="251815936" behindDoc="0" locked="0" layoutInCell="1" allowOverlap="1" wp14:anchorId="08C13B66" wp14:editId="78107591">
                <wp:simplePos x="0" y="0"/>
                <wp:positionH relativeFrom="column">
                  <wp:posOffset>-1132246</wp:posOffset>
                </wp:positionH>
                <wp:positionV relativeFrom="paragraph">
                  <wp:posOffset>146050</wp:posOffset>
                </wp:positionV>
                <wp:extent cx="4669536" cy="3352800"/>
                <wp:effectExtent l="0" t="0" r="0" b="0"/>
                <wp:wrapNone/>
                <wp:docPr id="144" name="Text Box 144"/>
                <wp:cNvGraphicFramePr/>
                <a:graphic xmlns:a="http://schemas.openxmlformats.org/drawingml/2006/main">
                  <a:graphicData uri="http://schemas.microsoft.com/office/word/2010/wordprocessingShape">
                    <wps:wsp>
                      <wps:cNvSpPr txBox="1"/>
                      <wps:spPr>
                        <a:xfrm>
                          <a:off x="0" y="0"/>
                          <a:ext cx="4669536" cy="3352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825" w:type="dxa"/>
                              <w:tblInd w:w="-240" w:type="dxa"/>
                              <w:tblLook w:val="04A0" w:firstRow="1" w:lastRow="0" w:firstColumn="1" w:lastColumn="0" w:noHBand="0" w:noVBand="1"/>
                            </w:tblPr>
                            <w:tblGrid>
                              <w:gridCol w:w="1727"/>
                              <w:gridCol w:w="4014"/>
                              <w:gridCol w:w="1084"/>
                            </w:tblGrid>
                            <w:tr w:rsidR="003A37E7" w:rsidTr="00973A87">
                              <w:trPr>
                                <w:trHeight w:val="432"/>
                              </w:trPr>
                              <w:tc>
                                <w:tcPr>
                                  <w:tcW w:w="682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5A00DE" w:rsidRDefault="003A37E7" w:rsidP="00EB6159">
                                  <w:pPr>
                                    <w:jc w:val="center"/>
                                    <w:rPr>
                                      <w:b/>
                                      <w:sz w:val="32"/>
                                      <w:szCs w:val="3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Tr="00973A87">
                              <w:trPr>
                                <w:trHeight w:val="432"/>
                              </w:trPr>
                              <w:tc>
                                <w:tcPr>
                                  <w:tcW w:w="682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Default="003A37E7" w:rsidP="00EB6159">
                                  <w:pPr>
                                    <w:jc w:val="center"/>
                                  </w:pPr>
                                  <w:r>
                                    <w:rPr>
                                      <w:sz w:val="20"/>
                                      <w:szCs w:val="20"/>
                                    </w:rPr>
                                    <w:t>FRESHMEN</w:t>
                                  </w:r>
                                  <w:r w:rsidRPr="004E42AC">
                                    <w:rPr>
                                      <w:sz w:val="20"/>
                                      <w:szCs w:val="20"/>
                                    </w:rPr>
                                    <w:t xml:space="preserve"> YEAR (YEAR I) </w:t>
                                  </w:r>
                                  <w:r>
                                    <w:t xml:space="preserve"> – FIRST</w:t>
                                  </w:r>
                                  <w:r w:rsidRPr="004E42AC">
                                    <w:t xml:space="preserve"> SEMESTER</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COURSE CODE</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COURSE TITLE</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COURSE CREDIT</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GEN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LIFE OF CHRIST 1</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2</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FRENCH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FUNDAMENTAL OF FRENCH</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2</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BIOL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GENERAL BIOLOGY</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CMJ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LAW ENFORCEMENT</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SOS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INTRODUCTION TO SOCIAL SCIENCE</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ENGL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ENGLISH &amp; COMMUNICATION SKILLS</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3</w:t>
                                  </w:r>
                                </w:p>
                              </w:tc>
                            </w:tr>
                            <w:tr w:rsidR="003A37E7" w:rsidTr="00973A87">
                              <w:trPr>
                                <w:trHeight w:val="435"/>
                              </w:trPr>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MTH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GENERAL MATHEMATICS</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CMP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INTRODUCTION TO COMPUTER CONCEPT</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3</w:t>
                                  </w:r>
                                </w:p>
                              </w:tc>
                            </w:tr>
                            <w:tr w:rsidR="003A37E7" w:rsidTr="00973A87">
                              <w:tc>
                                <w:tcPr>
                                  <w:tcW w:w="5741"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TOTAL CREDIT HOURS</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22</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C13B66" id="Text Box 144" o:spid="_x0000_s1207" type="#_x0000_t202" style="position:absolute;left:0;text-align:left;margin-left:-89.15pt;margin-top:11.5pt;width:367.7pt;height:264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" fillcolor="white [3201]" stroked="f" strokeweight=".5pt">
                <v:textbox>
                  <w:txbxContent>
                    <w:tbl>
                      <w:tblPr>
                        <w:tblStyle w:val="TableGrid"/>
                        <w:tblW w:w="6825" w:type="dxa"/>
                        <w:tblInd w:w="-240" w:type="dxa"/>
                        <w:tblLook w:val="04A0" w:firstRow="1" w:lastRow="0" w:firstColumn="1" w:lastColumn="0" w:noHBand="0" w:noVBand="1"/>
                      </w:tblPr>
                      <w:tblGrid>
                        <w:gridCol w:w="1727"/>
                        <w:gridCol w:w="4014"/>
                        <w:gridCol w:w="1084"/>
                      </w:tblGrid>
                      <w:tr w:rsidR="003A37E7" w:rsidTr="00973A87">
                        <w:trPr>
                          <w:trHeight w:val="432"/>
                        </w:trPr>
                        <w:tc>
                          <w:tcPr>
                            <w:tcW w:w="682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5A00DE" w:rsidRDefault="003A37E7" w:rsidP="00EB6159">
                            <w:pPr>
                              <w:jc w:val="center"/>
                              <w:rPr>
                                <w:b/>
                                <w:sz w:val="32"/>
                                <w:szCs w:val="32"/>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Tr="00973A87">
                        <w:trPr>
                          <w:trHeight w:val="432"/>
                        </w:trPr>
                        <w:tc>
                          <w:tcPr>
                            <w:tcW w:w="682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Default="003A37E7" w:rsidP="00EB6159">
                            <w:pPr>
                              <w:jc w:val="center"/>
                            </w:pPr>
                            <w:r>
                              <w:rPr>
                                <w:sz w:val="20"/>
                                <w:szCs w:val="20"/>
                              </w:rPr>
                              <w:t>FRESHMEN</w:t>
                            </w:r>
                            <w:r w:rsidRPr="004E42AC">
                              <w:rPr>
                                <w:sz w:val="20"/>
                                <w:szCs w:val="20"/>
                              </w:rPr>
                              <w:t xml:space="preserve"> YEAR (YEAR I) </w:t>
                            </w:r>
                            <w:r>
                              <w:t xml:space="preserve"> – FIRST</w:t>
                            </w:r>
                            <w:r w:rsidRPr="004E42AC">
                              <w:t xml:space="preserve"> SEMESTER</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COURSE CODE</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COURSE TITLE</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COURSE CREDIT</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GEN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LIFE OF CHRIST 1</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2</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FRENCH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FUNDAMENTAL OF FRENCH</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2</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BIOL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GENERAL BIOLOGY</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CMJ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LAW ENFORCEMENT</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SOS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INTRODUCTION TO SOCIAL SCIENCE</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ENGL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ENGLISH &amp; COMMUNICATION SKILLS</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3</w:t>
                            </w:r>
                          </w:p>
                        </w:tc>
                      </w:tr>
                      <w:tr w:rsidR="003A37E7" w:rsidTr="00973A87">
                        <w:trPr>
                          <w:trHeight w:val="435"/>
                        </w:trPr>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MTH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GENERAL MATHEMATICS</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CMP 101</w:t>
                            </w:r>
                          </w:p>
                        </w:tc>
                        <w:tc>
                          <w:tcPr>
                            <w:tcW w:w="401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INTRODUCTION TO COMPUTER CONCEPT</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3</w:t>
                            </w:r>
                          </w:p>
                        </w:tc>
                      </w:tr>
                      <w:tr w:rsidR="003A37E7" w:rsidTr="00973A87">
                        <w:tc>
                          <w:tcPr>
                            <w:tcW w:w="5741"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TOTAL CREDIT HOURS</w:t>
                            </w:r>
                          </w:p>
                        </w:tc>
                        <w:tc>
                          <w:tcPr>
                            <w:tcW w:w="1084"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EB6159">
                            <w:pPr>
                              <w:jc w:val="center"/>
                            </w:pPr>
                            <w:r>
                              <w:t>22</w:t>
                            </w:r>
                          </w:p>
                        </w:tc>
                      </w:tr>
                    </w:tbl>
                    <w:p w:rsidR="003A37E7" w:rsidRDefault="003A37E7"/>
                  </w:txbxContent>
                </v:textbox>
              </v:shape>
            </w:pict>
          </mc:Fallback>
        </mc:AlternateContent>
      </w:r>
      <w:r>
        <w:rPr>
          <w:rFonts w:eastAsia="Times New Roman" w:cs="Times New Roman"/>
          <w:noProof/>
          <w:sz w:val="24"/>
          <w:szCs w:val="24"/>
        </w:rPr>
        <mc:AlternateContent>
          <mc:Choice Requires="wps">
            <w:drawing>
              <wp:anchor distT="0" distB="0" distL="114300" distR="114300" simplePos="0" relativeHeight="251849728" behindDoc="0" locked="0" layoutInCell="1" allowOverlap="1" wp14:anchorId="7E9C1787" wp14:editId="453F94F9">
                <wp:simplePos x="0" y="0"/>
                <wp:positionH relativeFrom="column">
                  <wp:posOffset>-1133384</wp:posOffset>
                </wp:positionH>
                <wp:positionV relativeFrom="paragraph">
                  <wp:posOffset>-779780</wp:posOffset>
                </wp:positionV>
                <wp:extent cx="4291584" cy="926465"/>
                <wp:effectExtent l="57150" t="38100" r="71120" b="102235"/>
                <wp:wrapNone/>
                <wp:docPr id="165" name="Text Box 165"/>
                <wp:cNvGraphicFramePr/>
                <a:graphic xmlns:a="http://schemas.openxmlformats.org/drawingml/2006/main">
                  <a:graphicData uri="http://schemas.microsoft.com/office/word/2010/wordprocessingShape">
                    <wps:wsp>
                      <wps:cNvSpPr txBox="1"/>
                      <wps:spPr>
                        <a:xfrm>
                          <a:off x="0" y="0"/>
                          <a:ext cx="4291584" cy="926465"/>
                        </a:xfrm>
                        <a:prstGeom prst="rect">
                          <a:avLst/>
                        </a:prstGeom>
                        <a:ln/>
                      </wps:spPr>
                      <wps:style>
                        <a:lnRef idx="1">
                          <a:schemeClr val="accent1"/>
                        </a:lnRef>
                        <a:fillRef idx="2">
                          <a:schemeClr val="accent1"/>
                        </a:fillRef>
                        <a:effectRef idx="1">
                          <a:schemeClr val="accent1"/>
                        </a:effectRef>
                        <a:fontRef idx="minor">
                          <a:schemeClr val="dk1"/>
                        </a:fontRef>
                      </wps:style>
                      <wps:txbx>
                        <w:txbxContent>
                          <w:p w:rsidR="003A37E7" w:rsidRPr="00B8357B" w:rsidRDefault="003A37E7" w:rsidP="00333342">
                            <w:pPr>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8357B">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LIBERAL ARTS</w:t>
                            </w:r>
                          </w:p>
                          <w:p w:rsidR="003A37E7" w:rsidRPr="00B8357B" w:rsidRDefault="003A37E7" w:rsidP="00333342">
                            <w:pPr>
                              <w:jc w:val="center"/>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8357B">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CRIMINAL JUSTICE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9C1787" id="Text Box 165" o:spid="_x0000_s1208" type="#_x0000_t202" style="position:absolute;left:0;text-align:left;margin-left:-89.25pt;margin-top:-61.4pt;width:337.9pt;height:72.9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" fillcolor="#a7bfde [1620]" strokecolor="#4579b8 [3044]">
                <v:fill color2="#e4ecf5 [500]" rotate="t" angle="180" colors="0 #a3c4ff;22938f #bfd5ff;1 #e5eeff" focus="100%" type="gradient"/>
                <v:shadow on="t" color="black" opacity="24903f" origin=",.5" offset="0,.55556mm"/>
                <v:textbox>
                  <w:txbxContent>
                    <w:p w:rsidR="003A37E7" w:rsidRPr="00B8357B" w:rsidRDefault="003A37E7" w:rsidP="00333342">
                      <w:pPr>
                        <w:jc w:val="center"/>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8357B">
                        <w:rPr>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COLLEGE OF LIBERAL ARTS</w:t>
                      </w:r>
                    </w:p>
                    <w:p w:rsidR="003A37E7" w:rsidRPr="00B8357B" w:rsidRDefault="003A37E7" w:rsidP="00333342">
                      <w:pPr>
                        <w:jc w:val="center"/>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8357B">
                        <w:rPr>
                          <w:color w:val="FF000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CRIMINAL JUSTICE</w:t>
                      </w:r>
                    </w:p>
                  </w:txbxContent>
                </v:textbox>
              </v:shape>
            </w:pict>
          </mc:Fallback>
        </mc:AlternateContent>
      </w:r>
    </w:p>
    <w:p w:rsidR="001A7FC7" w:rsidRDefault="001A7FC7" w:rsidP="00412947">
      <w:pPr>
        <w:jc w:val="center"/>
      </w:pPr>
    </w:p>
    <w:p w:rsidR="001A7FC7" w:rsidRDefault="001A7FC7" w:rsidP="00412947">
      <w:pPr>
        <w:jc w:val="center"/>
      </w:pPr>
    </w:p>
    <w:p w:rsidR="00C030D0" w:rsidRDefault="00C030D0" w:rsidP="00412947">
      <w:pPr>
        <w:jc w:val="center"/>
      </w:pPr>
    </w:p>
    <w:p w:rsidR="00C030D0" w:rsidRDefault="00C030D0" w:rsidP="00412947">
      <w:pPr>
        <w:jc w:val="center"/>
      </w:pPr>
    </w:p>
    <w:p w:rsidR="00C030D0" w:rsidRDefault="00C030D0" w:rsidP="00412947">
      <w:pPr>
        <w:jc w:val="center"/>
      </w:pPr>
    </w:p>
    <w:p w:rsidR="00C030D0" w:rsidRDefault="00C030D0" w:rsidP="00412947">
      <w:pPr>
        <w:jc w:val="center"/>
      </w:pPr>
    </w:p>
    <w:p w:rsidR="00C030D0" w:rsidRDefault="00C030D0" w:rsidP="00412947">
      <w:pPr>
        <w:jc w:val="center"/>
      </w:pPr>
    </w:p>
    <w:p w:rsidR="00E7338B" w:rsidRDefault="00E7338B" w:rsidP="00412947">
      <w:pPr>
        <w:jc w:val="center"/>
      </w:pPr>
    </w:p>
    <w:p w:rsidR="00E7338B" w:rsidRDefault="00E7338B" w:rsidP="00412947">
      <w:pPr>
        <w:jc w:val="center"/>
      </w:pPr>
    </w:p>
    <w:p w:rsidR="00E7338B" w:rsidRDefault="00FE1A62" w:rsidP="00412947">
      <w:pPr>
        <w:jc w:val="center"/>
      </w:pPr>
      <w:r>
        <w:rPr>
          <w:noProof/>
        </w:rPr>
        <mc:AlternateContent>
          <mc:Choice Requires="wps">
            <w:drawing>
              <wp:anchor distT="0" distB="0" distL="114300" distR="114300" simplePos="0" relativeHeight="251816960" behindDoc="0" locked="0" layoutInCell="1" allowOverlap="1" wp14:anchorId="615FD0D5" wp14:editId="33DB5A04">
                <wp:simplePos x="0" y="0"/>
                <wp:positionH relativeFrom="column">
                  <wp:posOffset>-1130531</wp:posOffset>
                </wp:positionH>
                <wp:positionV relativeFrom="paragraph">
                  <wp:posOffset>319520</wp:posOffset>
                </wp:positionV>
                <wp:extent cx="4412615" cy="3253839"/>
                <wp:effectExtent l="0" t="0" r="6985" b="3810"/>
                <wp:wrapNone/>
                <wp:docPr id="145" name="Text Box 145"/>
                <wp:cNvGraphicFramePr/>
                <a:graphic xmlns:a="http://schemas.openxmlformats.org/drawingml/2006/main">
                  <a:graphicData uri="http://schemas.microsoft.com/office/word/2010/wordprocessingShape">
                    <wps:wsp>
                      <wps:cNvSpPr txBox="1"/>
                      <wps:spPr>
                        <a:xfrm>
                          <a:off x="0" y="0"/>
                          <a:ext cx="4412615" cy="325383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915" w:type="dxa"/>
                              <w:tblInd w:w="-420" w:type="dxa"/>
                              <w:tblLayout w:type="fixed"/>
                              <w:tblLook w:val="04A0" w:firstRow="1" w:lastRow="0" w:firstColumn="1" w:lastColumn="0" w:noHBand="0" w:noVBand="1"/>
                            </w:tblPr>
                            <w:tblGrid>
                              <w:gridCol w:w="1727"/>
                              <w:gridCol w:w="4138"/>
                              <w:gridCol w:w="1050"/>
                            </w:tblGrid>
                            <w:tr w:rsidR="003A37E7" w:rsidTr="00973A87">
                              <w:trPr>
                                <w:trHeight w:val="432"/>
                              </w:trPr>
                              <w:tc>
                                <w:tcPr>
                                  <w:tcW w:w="691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6A61D6" w:rsidRDefault="003A37E7" w:rsidP="001A7FC7">
                                  <w:pPr>
                                    <w:jc w:val="center"/>
                                    <w:rPr>
                                      <w:b/>
                                      <w:sz w:val="28"/>
                                      <w:szCs w:val="28"/>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Tr="00973A87">
                              <w:trPr>
                                <w:trHeight w:val="432"/>
                              </w:trPr>
                              <w:tc>
                                <w:tcPr>
                                  <w:tcW w:w="691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Default="003A37E7" w:rsidP="00486D56">
                                  <w:pPr>
                                    <w:jc w:val="center"/>
                                  </w:pPr>
                                  <w:r>
                                    <w:rPr>
                                      <w:sz w:val="20"/>
                                      <w:szCs w:val="20"/>
                                    </w:rPr>
                                    <w:t>FRESHMEN</w:t>
                                  </w:r>
                                  <w:r w:rsidRPr="004E42AC">
                                    <w:rPr>
                                      <w:sz w:val="20"/>
                                      <w:szCs w:val="20"/>
                                    </w:rPr>
                                    <w:t xml:space="preserve"> YEAR (YEAR I) </w:t>
                                  </w:r>
                                  <w:r>
                                    <w:t xml:space="preserve"> – SECOND</w:t>
                                  </w:r>
                                  <w:r w:rsidRPr="004E42AC">
                                    <w:t xml:space="preserve"> SEMESTER</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COURSE CODE</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COURSE TITLE</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COURSE CREDIT</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GEN 102</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LIFE OF CHRIST 2</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2</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BUS 102</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ENTERPRENEURSHIP</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CMJ 102</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INTRODUCTION TO CRIMINAL JUSTICE</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S0S 102</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 xml:space="preserve">LIBERIA SOCIETY </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CMJ 101</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LAW ENFORCEMENT</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ENGL 102</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ENGLISH &amp; COMMUNICATION SKILLS II</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3</w:t>
                                  </w:r>
                                </w:p>
                              </w:tc>
                            </w:tr>
                            <w:tr w:rsidR="003A37E7" w:rsidTr="00973A87">
                              <w:trPr>
                                <w:trHeight w:val="435"/>
                              </w:trPr>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MTH 102</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MATHEMATICS FOR DECISION MAKING</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3</w:t>
                                  </w:r>
                                </w:p>
                              </w:tc>
                            </w:tr>
                            <w:tr w:rsidR="003A37E7" w:rsidTr="00973A87">
                              <w:tc>
                                <w:tcPr>
                                  <w:tcW w:w="586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TOTAL CREDIT HOURS</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5FD0D5" id="Text Box 145" o:spid="_x0000_s1209" type="#_x0000_t202" style="position:absolute;left:0;text-align:left;margin-left:-89pt;margin-top:25.15pt;width:347.45pt;height:256.2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" fillcolor="white [3201]" stroked="f" strokeweight=".5pt">
                <v:textbox>
                  <w:txbxContent>
                    <w:tbl>
                      <w:tblPr>
                        <w:tblStyle w:val="TableGrid"/>
                        <w:tblW w:w="6915" w:type="dxa"/>
                        <w:tblInd w:w="-420" w:type="dxa"/>
                        <w:tblLayout w:type="fixed"/>
                        <w:tblLook w:val="04A0" w:firstRow="1" w:lastRow="0" w:firstColumn="1" w:lastColumn="0" w:noHBand="0" w:noVBand="1"/>
                      </w:tblPr>
                      <w:tblGrid>
                        <w:gridCol w:w="1727"/>
                        <w:gridCol w:w="4138"/>
                        <w:gridCol w:w="1050"/>
                      </w:tblGrid>
                      <w:tr w:rsidR="003A37E7" w:rsidTr="00973A87">
                        <w:trPr>
                          <w:trHeight w:val="432"/>
                        </w:trPr>
                        <w:tc>
                          <w:tcPr>
                            <w:tcW w:w="691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6A61D6" w:rsidRDefault="003A37E7" w:rsidP="001A7FC7">
                            <w:pPr>
                              <w:jc w:val="center"/>
                              <w:rPr>
                                <w:b/>
                                <w:sz w:val="28"/>
                                <w:szCs w:val="28"/>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Tr="00973A87">
                        <w:trPr>
                          <w:trHeight w:val="432"/>
                        </w:trPr>
                        <w:tc>
                          <w:tcPr>
                            <w:tcW w:w="691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Default="003A37E7" w:rsidP="00486D56">
                            <w:pPr>
                              <w:jc w:val="center"/>
                            </w:pPr>
                            <w:r>
                              <w:rPr>
                                <w:sz w:val="20"/>
                                <w:szCs w:val="20"/>
                              </w:rPr>
                              <w:t>FRESHMEN</w:t>
                            </w:r>
                            <w:r w:rsidRPr="004E42AC">
                              <w:rPr>
                                <w:sz w:val="20"/>
                                <w:szCs w:val="20"/>
                              </w:rPr>
                              <w:t xml:space="preserve"> YEAR (YEAR I) </w:t>
                            </w:r>
                            <w:r>
                              <w:t xml:space="preserve"> – SECOND</w:t>
                            </w:r>
                            <w:r w:rsidRPr="004E42AC">
                              <w:t xml:space="preserve"> SEMESTER</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COURSE CODE</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COURSE TITLE</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COURSE CREDIT</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GEN 102</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LIFE OF CHRIST 2</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2</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BUS 102</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ENTERPRENEURSHIP</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CMJ 102</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INTRODUCTION TO CRIMINAL JUSTICE</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S0S 102</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 xml:space="preserve">LIBERIA SOCIETY </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CMJ 101</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LAW ENFORCEMENT</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3</w:t>
                            </w:r>
                          </w:p>
                        </w:tc>
                      </w:tr>
                      <w:tr w:rsidR="003A37E7"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ENGL 102</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ENGLISH &amp; COMMUNICATION SKILLS II</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3</w:t>
                            </w:r>
                          </w:p>
                        </w:tc>
                      </w:tr>
                      <w:tr w:rsidR="003A37E7" w:rsidTr="00973A87">
                        <w:trPr>
                          <w:trHeight w:val="435"/>
                        </w:trPr>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MTH 102</w:t>
                            </w:r>
                          </w:p>
                        </w:tc>
                        <w:tc>
                          <w:tcPr>
                            <w:tcW w:w="413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MATHEMATICS FOR DECISION MAKING</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3</w:t>
                            </w:r>
                          </w:p>
                        </w:tc>
                      </w:tr>
                      <w:tr w:rsidR="003A37E7" w:rsidTr="00973A87">
                        <w:tc>
                          <w:tcPr>
                            <w:tcW w:w="586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TOTAL CREDIT HOURS</w:t>
                            </w:r>
                          </w:p>
                        </w:tc>
                        <w:tc>
                          <w:tcPr>
                            <w:tcW w:w="105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Default="003A37E7" w:rsidP="00486D56">
                            <w:pPr>
                              <w:jc w:val="center"/>
                            </w:pPr>
                            <w:r>
                              <w:t>20</w:t>
                            </w:r>
                          </w:p>
                        </w:tc>
                      </w:tr>
                    </w:tbl>
                    <w:p w:rsidR="003A37E7" w:rsidRDefault="003A37E7"/>
                  </w:txbxContent>
                </v:textbox>
              </v:shape>
            </w:pict>
          </mc:Fallback>
        </mc:AlternateContent>
      </w:r>
    </w:p>
    <w:p w:rsidR="00E7338B" w:rsidRDefault="00E7338B" w:rsidP="00412947">
      <w:pPr>
        <w:jc w:val="center"/>
      </w:pPr>
    </w:p>
    <w:p w:rsidR="00E7338B" w:rsidRDefault="00E7338B" w:rsidP="00412947">
      <w:pPr>
        <w:jc w:val="center"/>
      </w:pPr>
    </w:p>
    <w:p w:rsidR="00E7338B" w:rsidRDefault="00E7338B" w:rsidP="00412947">
      <w:pPr>
        <w:jc w:val="center"/>
      </w:pPr>
    </w:p>
    <w:p w:rsidR="00E7338B" w:rsidRDefault="00E7338B" w:rsidP="00412947">
      <w:pPr>
        <w:jc w:val="center"/>
      </w:pPr>
    </w:p>
    <w:p w:rsidR="00E7338B" w:rsidRDefault="00E7338B" w:rsidP="00412947">
      <w:pPr>
        <w:jc w:val="center"/>
      </w:pPr>
    </w:p>
    <w:p w:rsidR="00E7338B" w:rsidRDefault="00E7338B" w:rsidP="00412947">
      <w:pPr>
        <w:jc w:val="center"/>
      </w:pPr>
    </w:p>
    <w:p w:rsidR="00E7338B" w:rsidRDefault="00E7338B" w:rsidP="00412947">
      <w:pPr>
        <w:jc w:val="center"/>
      </w:pPr>
    </w:p>
    <w:p w:rsidR="00E7338B" w:rsidRDefault="00E7338B" w:rsidP="00412947">
      <w:pPr>
        <w:jc w:val="center"/>
      </w:pPr>
    </w:p>
    <w:p w:rsidR="00E7338B" w:rsidRDefault="00241364" w:rsidP="00412947">
      <w:pPr>
        <w:jc w:val="center"/>
      </w:pPr>
      <w:r>
        <w:rPr>
          <w:noProof/>
        </w:rPr>
        <w:lastRenderedPageBreak/>
        <mc:AlternateContent>
          <mc:Choice Requires="wps">
            <w:drawing>
              <wp:anchor distT="0" distB="0" distL="114300" distR="114300" simplePos="0" relativeHeight="251817984" behindDoc="0" locked="0" layoutInCell="1" allowOverlap="1" wp14:anchorId="472E55FE" wp14:editId="57A5C9C3">
                <wp:simplePos x="0" y="0"/>
                <wp:positionH relativeFrom="column">
                  <wp:posOffset>-567517</wp:posOffset>
                </wp:positionH>
                <wp:positionV relativeFrom="paragraph">
                  <wp:posOffset>125152</wp:posOffset>
                </wp:positionV>
                <wp:extent cx="4608576" cy="2828544"/>
                <wp:effectExtent l="0" t="0" r="1905" b="0"/>
                <wp:wrapNone/>
                <wp:docPr id="146" name="Text Box 146"/>
                <wp:cNvGraphicFramePr/>
                <a:graphic xmlns:a="http://schemas.openxmlformats.org/drawingml/2006/main">
                  <a:graphicData uri="http://schemas.microsoft.com/office/word/2010/wordprocessingShape">
                    <wps:wsp>
                      <wps:cNvSpPr txBox="1"/>
                      <wps:spPr>
                        <a:xfrm>
                          <a:off x="0" y="0"/>
                          <a:ext cx="4608576" cy="282854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945" w:type="dxa"/>
                              <w:tblInd w:w="-300" w:type="dxa"/>
                              <w:tblLook w:val="04A0" w:firstRow="1" w:lastRow="0" w:firstColumn="1" w:lastColumn="0" w:noHBand="0" w:noVBand="1"/>
                            </w:tblPr>
                            <w:tblGrid>
                              <w:gridCol w:w="1727"/>
                              <w:gridCol w:w="4018"/>
                              <w:gridCol w:w="1200"/>
                            </w:tblGrid>
                            <w:tr w:rsidR="003A37E7" w:rsidRPr="001528E0" w:rsidTr="00973A87">
                              <w:trPr>
                                <w:trHeight w:val="432"/>
                              </w:trPr>
                              <w:tc>
                                <w:tcPr>
                                  <w:tcW w:w="694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1528E0" w:rsidRDefault="003A37E7" w:rsidP="001A7FC7">
                                  <w:pPr>
                                    <w:jc w:val="center"/>
                                    <w:rPr>
                                      <w:b/>
                                      <w:sz w:val="24"/>
                                      <w:szCs w:val="24"/>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1528E0">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RPr="001528E0" w:rsidTr="00973A87">
                              <w:trPr>
                                <w:trHeight w:val="432"/>
                              </w:trPr>
                              <w:tc>
                                <w:tcPr>
                                  <w:tcW w:w="694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1528E0" w:rsidRDefault="003A37E7" w:rsidP="00804DB2">
                                  <w:pPr>
                                    <w:jc w:val="center"/>
                                    <w:rPr>
                                      <w:sz w:val="24"/>
                                      <w:szCs w:val="24"/>
                                    </w:rPr>
                                  </w:pPr>
                                  <w:r w:rsidRPr="001528E0">
                                    <w:rPr>
                                      <w:sz w:val="24"/>
                                      <w:szCs w:val="24"/>
                                    </w:rPr>
                                    <w:t>SOPHOMORE YEAR (YEAR II)  – FIRST SEMESTER</w:t>
                                  </w:r>
                                </w:p>
                              </w:tc>
                            </w:tr>
                            <w:tr w:rsidR="003A37E7" w:rsidRPr="001528E0"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COURSE CODE</w:t>
                                  </w:r>
                                </w:p>
                              </w:tc>
                              <w:tc>
                                <w:tcPr>
                                  <w:tcW w:w="401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COURSE TITLE</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COURSE CREDIT</w:t>
                                  </w:r>
                                </w:p>
                              </w:tc>
                            </w:tr>
                            <w:tr w:rsidR="003A37E7" w:rsidRPr="001528E0"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ENGL 201</w:t>
                                  </w:r>
                                </w:p>
                              </w:tc>
                              <w:tc>
                                <w:tcPr>
                                  <w:tcW w:w="401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Fundamental of Communication 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3</w:t>
                                  </w:r>
                                </w:p>
                              </w:tc>
                            </w:tr>
                            <w:tr w:rsidR="003A37E7" w:rsidRPr="001528E0"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CJL 203</w:t>
                                  </w:r>
                                </w:p>
                              </w:tc>
                              <w:tc>
                                <w:tcPr>
                                  <w:tcW w:w="401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Introduction to Criminology</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3</w:t>
                                  </w:r>
                                </w:p>
                              </w:tc>
                            </w:tr>
                            <w:tr w:rsidR="003A37E7" w:rsidRPr="001528E0"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CJL 202</w:t>
                                  </w:r>
                                </w:p>
                              </w:tc>
                              <w:tc>
                                <w:tcPr>
                                  <w:tcW w:w="401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287861">
                                  <w:pPr>
                                    <w:jc w:val="center"/>
                                    <w:rPr>
                                      <w:sz w:val="24"/>
                                      <w:szCs w:val="24"/>
                                    </w:rPr>
                                  </w:pPr>
                                  <w:r w:rsidRPr="001528E0">
                                    <w:rPr>
                                      <w:sz w:val="24"/>
                                      <w:szCs w:val="24"/>
                                    </w:rPr>
                                    <w:t>Gender &amp; Criminal Justice</w:t>
                                  </w:r>
                                </w:p>
                                <w:p w:rsidR="003A37E7" w:rsidRPr="001528E0" w:rsidRDefault="003A37E7" w:rsidP="00287861">
                                  <w:pPr>
                                    <w:jc w:val="center"/>
                                    <w:rPr>
                                      <w:sz w:val="24"/>
                                      <w:szCs w:val="24"/>
                                    </w:rPr>
                                  </w:pPr>
                                  <w:r w:rsidRPr="001528E0">
                                    <w:rPr>
                                      <w:sz w:val="24"/>
                                      <w:szCs w:val="24"/>
                                    </w:rPr>
                                    <w:t>(Elective)</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3</w:t>
                                  </w:r>
                                </w:p>
                              </w:tc>
                            </w:tr>
                            <w:tr w:rsidR="003A37E7" w:rsidRPr="001528E0"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CJL 204</w:t>
                                  </w:r>
                                </w:p>
                              </w:tc>
                              <w:tc>
                                <w:tcPr>
                                  <w:tcW w:w="401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287861">
                                  <w:pPr>
                                    <w:jc w:val="center"/>
                                    <w:rPr>
                                      <w:sz w:val="24"/>
                                      <w:szCs w:val="24"/>
                                    </w:rPr>
                                  </w:pPr>
                                  <w:r w:rsidRPr="001528E0">
                                    <w:rPr>
                                      <w:sz w:val="24"/>
                                      <w:szCs w:val="24"/>
                                    </w:rPr>
                                    <w:t>Introduction to Social</w:t>
                                  </w:r>
                                </w:p>
                                <w:p w:rsidR="003A37E7" w:rsidRPr="001528E0" w:rsidRDefault="003A37E7" w:rsidP="00287861">
                                  <w:pPr>
                                    <w:jc w:val="center"/>
                                    <w:rPr>
                                      <w:sz w:val="24"/>
                                      <w:szCs w:val="24"/>
                                    </w:rPr>
                                  </w:pPr>
                                  <w:r w:rsidRPr="001528E0">
                                    <w:rPr>
                                      <w:sz w:val="24"/>
                                      <w:szCs w:val="24"/>
                                    </w:rPr>
                                    <w:t>Organization</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3</w:t>
                                  </w:r>
                                </w:p>
                              </w:tc>
                            </w:tr>
                            <w:tr w:rsidR="003A37E7" w:rsidRPr="001528E0"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GEN 107</w:t>
                                  </w:r>
                                </w:p>
                              </w:tc>
                              <w:tc>
                                <w:tcPr>
                                  <w:tcW w:w="401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Discipleship  1</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2</w:t>
                                  </w:r>
                                </w:p>
                              </w:tc>
                            </w:tr>
                            <w:tr w:rsidR="003A37E7" w:rsidRPr="001528E0" w:rsidTr="00973A87">
                              <w:tc>
                                <w:tcPr>
                                  <w:tcW w:w="574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TOTAL CREDIT HOURS</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14</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2E55FE" id="Text Box 146" o:spid="_x0000_s1210" type="#_x0000_t202" style="position:absolute;left:0;text-align:left;margin-left:-44.7pt;margin-top:9.85pt;width:362.9pt;height:222.7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" fillcolor="white [3201]" stroked="f" strokeweight=".5pt">
                <v:textbox>
                  <w:txbxContent>
                    <w:tbl>
                      <w:tblPr>
                        <w:tblStyle w:val="TableGrid"/>
                        <w:tblW w:w="6945" w:type="dxa"/>
                        <w:tblInd w:w="-300" w:type="dxa"/>
                        <w:tblLook w:val="04A0" w:firstRow="1" w:lastRow="0" w:firstColumn="1" w:lastColumn="0" w:noHBand="0" w:noVBand="1"/>
                      </w:tblPr>
                      <w:tblGrid>
                        <w:gridCol w:w="1727"/>
                        <w:gridCol w:w="4018"/>
                        <w:gridCol w:w="1200"/>
                      </w:tblGrid>
                      <w:tr w:rsidR="003A37E7" w:rsidRPr="001528E0" w:rsidTr="00973A87">
                        <w:trPr>
                          <w:trHeight w:val="432"/>
                        </w:trPr>
                        <w:tc>
                          <w:tcPr>
                            <w:tcW w:w="694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1528E0" w:rsidRDefault="003A37E7" w:rsidP="001A7FC7">
                            <w:pPr>
                              <w:jc w:val="center"/>
                              <w:rPr>
                                <w:b/>
                                <w:sz w:val="24"/>
                                <w:szCs w:val="24"/>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1528E0">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RPr="001528E0" w:rsidTr="00973A87">
                        <w:trPr>
                          <w:trHeight w:val="432"/>
                        </w:trPr>
                        <w:tc>
                          <w:tcPr>
                            <w:tcW w:w="694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1528E0" w:rsidRDefault="003A37E7" w:rsidP="00804DB2">
                            <w:pPr>
                              <w:jc w:val="center"/>
                              <w:rPr>
                                <w:sz w:val="24"/>
                                <w:szCs w:val="24"/>
                              </w:rPr>
                            </w:pPr>
                            <w:r w:rsidRPr="001528E0">
                              <w:rPr>
                                <w:sz w:val="24"/>
                                <w:szCs w:val="24"/>
                              </w:rPr>
                              <w:t>SOPHOMORE YEAR (YEAR II)  – FIRST SEMESTER</w:t>
                            </w:r>
                          </w:p>
                        </w:tc>
                      </w:tr>
                      <w:tr w:rsidR="003A37E7" w:rsidRPr="001528E0"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COURSE CODE</w:t>
                            </w:r>
                          </w:p>
                        </w:tc>
                        <w:tc>
                          <w:tcPr>
                            <w:tcW w:w="401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COURSE TITLE</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COURSE CREDIT</w:t>
                            </w:r>
                          </w:p>
                        </w:tc>
                      </w:tr>
                      <w:tr w:rsidR="003A37E7" w:rsidRPr="001528E0"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ENGL 201</w:t>
                            </w:r>
                          </w:p>
                        </w:tc>
                        <w:tc>
                          <w:tcPr>
                            <w:tcW w:w="401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Fundamental of Communication I</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3</w:t>
                            </w:r>
                          </w:p>
                        </w:tc>
                      </w:tr>
                      <w:tr w:rsidR="003A37E7" w:rsidRPr="001528E0"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CJL 203</w:t>
                            </w:r>
                          </w:p>
                        </w:tc>
                        <w:tc>
                          <w:tcPr>
                            <w:tcW w:w="401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Introduction to Criminology</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3</w:t>
                            </w:r>
                          </w:p>
                        </w:tc>
                      </w:tr>
                      <w:tr w:rsidR="003A37E7" w:rsidRPr="001528E0"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CJL 202</w:t>
                            </w:r>
                          </w:p>
                        </w:tc>
                        <w:tc>
                          <w:tcPr>
                            <w:tcW w:w="401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287861">
                            <w:pPr>
                              <w:jc w:val="center"/>
                              <w:rPr>
                                <w:sz w:val="24"/>
                                <w:szCs w:val="24"/>
                              </w:rPr>
                            </w:pPr>
                            <w:r w:rsidRPr="001528E0">
                              <w:rPr>
                                <w:sz w:val="24"/>
                                <w:szCs w:val="24"/>
                              </w:rPr>
                              <w:t>Gender &amp; Criminal Justice</w:t>
                            </w:r>
                          </w:p>
                          <w:p w:rsidR="003A37E7" w:rsidRPr="001528E0" w:rsidRDefault="003A37E7" w:rsidP="00287861">
                            <w:pPr>
                              <w:jc w:val="center"/>
                              <w:rPr>
                                <w:sz w:val="24"/>
                                <w:szCs w:val="24"/>
                              </w:rPr>
                            </w:pPr>
                            <w:r w:rsidRPr="001528E0">
                              <w:rPr>
                                <w:sz w:val="24"/>
                                <w:szCs w:val="24"/>
                              </w:rPr>
                              <w:t>(Elective)</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3</w:t>
                            </w:r>
                          </w:p>
                        </w:tc>
                      </w:tr>
                      <w:tr w:rsidR="003A37E7" w:rsidRPr="001528E0"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CJL 204</w:t>
                            </w:r>
                          </w:p>
                        </w:tc>
                        <w:tc>
                          <w:tcPr>
                            <w:tcW w:w="401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287861">
                            <w:pPr>
                              <w:jc w:val="center"/>
                              <w:rPr>
                                <w:sz w:val="24"/>
                                <w:szCs w:val="24"/>
                              </w:rPr>
                            </w:pPr>
                            <w:r w:rsidRPr="001528E0">
                              <w:rPr>
                                <w:sz w:val="24"/>
                                <w:szCs w:val="24"/>
                              </w:rPr>
                              <w:t>Introduction to Social</w:t>
                            </w:r>
                          </w:p>
                          <w:p w:rsidR="003A37E7" w:rsidRPr="001528E0" w:rsidRDefault="003A37E7" w:rsidP="00287861">
                            <w:pPr>
                              <w:jc w:val="center"/>
                              <w:rPr>
                                <w:sz w:val="24"/>
                                <w:szCs w:val="24"/>
                              </w:rPr>
                            </w:pPr>
                            <w:r w:rsidRPr="001528E0">
                              <w:rPr>
                                <w:sz w:val="24"/>
                                <w:szCs w:val="24"/>
                              </w:rPr>
                              <w:t>Organization</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3</w:t>
                            </w:r>
                          </w:p>
                        </w:tc>
                      </w:tr>
                      <w:tr w:rsidR="003A37E7" w:rsidRPr="001528E0" w:rsidTr="00973A8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GEN 107</w:t>
                            </w:r>
                          </w:p>
                        </w:tc>
                        <w:tc>
                          <w:tcPr>
                            <w:tcW w:w="401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Discipleship  1</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2</w:t>
                            </w:r>
                          </w:p>
                        </w:tc>
                      </w:tr>
                      <w:tr w:rsidR="003A37E7" w:rsidRPr="001528E0" w:rsidTr="00973A87">
                        <w:tc>
                          <w:tcPr>
                            <w:tcW w:w="574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TOTAL CREDIT HOURS</w:t>
                            </w:r>
                          </w:p>
                        </w:tc>
                        <w:tc>
                          <w:tcPr>
                            <w:tcW w:w="120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804DB2">
                            <w:pPr>
                              <w:jc w:val="center"/>
                              <w:rPr>
                                <w:sz w:val="24"/>
                                <w:szCs w:val="24"/>
                              </w:rPr>
                            </w:pPr>
                            <w:r w:rsidRPr="001528E0">
                              <w:rPr>
                                <w:sz w:val="24"/>
                                <w:szCs w:val="24"/>
                              </w:rPr>
                              <w:t>14</w:t>
                            </w:r>
                          </w:p>
                        </w:tc>
                      </w:tr>
                    </w:tbl>
                    <w:p w:rsidR="003A37E7" w:rsidRDefault="003A37E7"/>
                  </w:txbxContent>
                </v:textbox>
              </v:shape>
            </w:pict>
          </mc:Fallback>
        </mc:AlternateContent>
      </w:r>
    </w:p>
    <w:p w:rsidR="00E7338B" w:rsidRDefault="00E7338B" w:rsidP="00412947">
      <w:pPr>
        <w:jc w:val="center"/>
      </w:pPr>
    </w:p>
    <w:p w:rsidR="00E7338B" w:rsidRDefault="00E7338B" w:rsidP="00412947">
      <w:pPr>
        <w:jc w:val="center"/>
      </w:pPr>
    </w:p>
    <w:p w:rsidR="00E7338B" w:rsidRDefault="00E7338B" w:rsidP="00412947">
      <w:pPr>
        <w:jc w:val="center"/>
      </w:pPr>
    </w:p>
    <w:p w:rsidR="00E7338B" w:rsidRDefault="00E7338B" w:rsidP="00412947">
      <w:pPr>
        <w:jc w:val="center"/>
      </w:pPr>
    </w:p>
    <w:p w:rsidR="00E7338B" w:rsidRDefault="00E7338B" w:rsidP="00412947">
      <w:pPr>
        <w:jc w:val="center"/>
      </w:pPr>
    </w:p>
    <w:p w:rsidR="00E7338B" w:rsidRDefault="00E7338B" w:rsidP="00412947">
      <w:pPr>
        <w:jc w:val="center"/>
      </w:pPr>
    </w:p>
    <w:p w:rsidR="00E7338B" w:rsidRDefault="00E7338B" w:rsidP="00412947">
      <w:pPr>
        <w:jc w:val="center"/>
      </w:pPr>
    </w:p>
    <w:p w:rsidR="00E7338B" w:rsidRDefault="00383AE0" w:rsidP="00412947">
      <w:pPr>
        <w:jc w:val="center"/>
      </w:pPr>
      <w:r>
        <w:rPr>
          <w:noProof/>
        </w:rPr>
        <mc:AlternateContent>
          <mc:Choice Requires="wps">
            <w:drawing>
              <wp:anchor distT="0" distB="0" distL="114300" distR="114300" simplePos="0" relativeHeight="251819008" behindDoc="0" locked="0" layoutInCell="1" allowOverlap="1" wp14:anchorId="68BE90DE" wp14:editId="71C8771A">
                <wp:simplePos x="0" y="0"/>
                <wp:positionH relativeFrom="column">
                  <wp:posOffset>-518499</wp:posOffset>
                </wp:positionH>
                <wp:positionV relativeFrom="paragraph">
                  <wp:posOffset>339090</wp:posOffset>
                </wp:positionV>
                <wp:extent cx="4547235" cy="2865120"/>
                <wp:effectExtent l="0" t="0" r="5715" b="0"/>
                <wp:wrapNone/>
                <wp:docPr id="147" name="Text Box 147"/>
                <wp:cNvGraphicFramePr/>
                <a:graphic xmlns:a="http://schemas.openxmlformats.org/drawingml/2006/main">
                  <a:graphicData uri="http://schemas.microsoft.com/office/word/2010/wordprocessingShape">
                    <wps:wsp>
                      <wps:cNvSpPr txBox="1"/>
                      <wps:spPr>
                        <a:xfrm>
                          <a:off x="0" y="0"/>
                          <a:ext cx="4547235" cy="28651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855" w:type="dxa"/>
                              <w:tblInd w:w="-270" w:type="dxa"/>
                              <w:tblLook w:val="04A0" w:firstRow="1" w:lastRow="0" w:firstColumn="1" w:lastColumn="0" w:noHBand="0" w:noVBand="1"/>
                            </w:tblPr>
                            <w:tblGrid>
                              <w:gridCol w:w="1727"/>
                              <w:gridCol w:w="3748"/>
                              <w:gridCol w:w="1380"/>
                            </w:tblGrid>
                            <w:tr w:rsidR="003A37E7" w:rsidRPr="001528E0" w:rsidTr="00FB1DB8">
                              <w:trPr>
                                <w:trHeight w:val="432"/>
                              </w:trPr>
                              <w:tc>
                                <w:tcPr>
                                  <w:tcW w:w="685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1528E0" w:rsidRDefault="003A37E7" w:rsidP="001A7FC7">
                                  <w:pPr>
                                    <w:jc w:val="center"/>
                                    <w:rPr>
                                      <w:b/>
                                      <w:sz w:val="28"/>
                                      <w:szCs w:val="28"/>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1528E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RPr="001528E0" w:rsidTr="00FB1DB8">
                              <w:trPr>
                                <w:trHeight w:val="432"/>
                              </w:trPr>
                              <w:tc>
                                <w:tcPr>
                                  <w:tcW w:w="685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1528E0" w:rsidRDefault="003A37E7" w:rsidP="00AF4920">
                                  <w:pPr>
                                    <w:jc w:val="center"/>
                                    <w:rPr>
                                      <w:sz w:val="28"/>
                                      <w:szCs w:val="28"/>
                                    </w:rPr>
                                  </w:pPr>
                                  <w:r w:rsidRPr="001528E0">
                                    <w:rPr>
                                      <w:sz w:val="28"/>
                                      <w:szCs w:val="28"/>
                                    </w:rPr>
                                    <w:t>SOPHOMORE YEAR (YEAR II)  – SECOND SEMESTER</w:t>
                                  </w:r>
                                </w:p>
                              </w:tc>
                            </w:tr>
                            <w:tr w:rsidR="003A37E7" w:rsidRPr="001528E0" w:rsidTr="00FB1DB8">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COURSE CODE</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COURSE TITLE</w:t>
                                  </w:r>
                                </w:p>
                              </w:tc>
                              <w:tc>
                                <w:tcPr>
                                  <w:tcW w:w="138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COURSE CREDIT</w:t>
                                  </w:r>
                                </w:p>
                              </w:tc>
                            </w:tr>
                            <w:tr w:rsidR="003A37E7" w:rsidRPr="001528E0" w:rsidTr="00FB1DB8">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301</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Fundamental of Communication II</w:t>
                                  </w:r>
                                </w:p>
                              </w:tc>
                              <w:tc>
                                <w:tcPr>
                                  <w:tcW w:w="138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3</w:t>
                                  </w:r>
                                </w:p>
                              </w:tc>
                            </w:tr>
                            <w:tr w:rsidR="003A37E7" w:rsidRPr="001528E0" w:rsidTr="00FB1DB8">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GEN 108</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Discipleship  2</w:t>
                                  </w:r>
                                </w:p>
                              </w:tc>
                              <w:tc>
                                <w:tcPr>
                                  <w:tcW w:w="138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2</w:t>
                                  </w:r>
                                </w:p>
                              </w:tc>
                            </w:tr>
                            <w:tr w:rsidR="003A37E7" w:rsidRPr="001528E0" w:rsidTr="00FB1DB8">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CJL 212</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Introduction to Corrections</w:t>
                                  </w:r>
                                </w:p>
                              </w:tc>
                              <w:tc>
                                <w:tcPr>
                                  <w:tcW w:w="138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3</w:t>
                                  </w:r>
                                </w:p>
                              </w:tc>
                            </w:tr>
                            <w:tr w:rsidR="003A37E7" w:rsidRPr="001528E0" w:rsidTr="00FB1DB8">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CJL 205</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Human Right &amp; Law Enforcement</w:t>
                                  </w:r>
                                </w:p>
                              </w:tc>
                              <w:tc>
                                <w:tcPr>
                                  <w:tcW w:w="138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3</w:t>
                                  </w:r>
                                </w:p>
                              </w:tc>
                            </w:tr>
                            <w:tr w:rsidR="003A37E7" w:rsidRPr="001528E0" w:rsidTr="00FB1DB8">
                              <w:tc>
                                <w:tcPr>
                                  <w:tcW w:w="54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TOTAL CREDIT HOURS</w:t>
                                  </w:r>
                                </w:p>
                              </w:tc>
                              <w:tc>
                                <w:tcPr>
                                  <w:tcW w:w="138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11</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BE90DE" id="Text Box 147" o:spid="_x0000_s1211" type="#_x0000_t202" style="position:absolute;left:0;text-align:left;margin-left:-40.85pt;margin-top:26.7pt;width:358.05pt;height:225.6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" fillcolor="white [3201]" stroked="f" strokeweight=".5pt">
                <v:textbox>
                  <w:txbxContent>
                    <w:tbl>
                      <w:tblPr>
                        <w:tblStyle w:val="TableGrid"/>
                        <w:tblW w:w="6855" w:type="dxa"/>
                        <w:tblInd w:w="-270" w:type="dxa"/>
                        <w:tblLook w:val="04A0" w:firstRow="1" w:lastRow="0" w:firstColumn="1" w:lastColumn="0" w:noHBand="0" w:noVBand="1"/>
                      </w:tblPr>
                      <w:tblGrid>
                        <w:gridCol w:w="1727"/>
                        <w:gridCol w:w="3748"/>
                        <w:gridCol w:w="1380"/>
                      </w:tblGrid>
                      <w:tr w:rsidR="003A37E7" w:rsidRPr="001528E0" w:rsidTr="00FB1DB8">
                        <w:trPr>
                          <w:trHeight w:val="432"/>
                        </w:trPr>
                        <w:tc>
                          <w:tcPr>
                            <w:tcW w:w="685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1528E0" w:rsidRDefault="003A37E7" w:rsidP="001A7FC7">
                            <w:pPr>
                              <w:jc w:val="center"/>
                              <w:rPr>
                                <w:b/>
                                <w:sz w:val="28"/>
                                <w:szCs w:val="28"/>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1528E0">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RPr="001528E0" w:rsidTr="00FB1DB8">
                        <w:trPr>
                          <w:trHeight w:val="432"/>
                        </w:trPr>
                        <w:tc>
                          <w:tcPr>
                            <w:tcW w:w="685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1528E0" w:rsidRDefault="003A37E7" w:rsidP="00AF4920">
                            <w:pPr>
                              <w:jc w:val="center"/>
                              <w:rPr>
                                <w:sz w:val="28"/>
                                <w:szCs w:val="28"/>
                              </w:rPr>
                            </w:pPr>
                            <w:r w:rsidRPr="001528E0">
                              <w:rPr>
                                <w:sz w:val="28"/>
                                <w:szCs w:val="28"/>
                              </w:rPr>
                              <w:t>SOPHOMORE YEAR (YEAR II)  – SECOND SEMESTER</w:t>
                            </w:r>
                          </w:p>
                        </w:tc>
                      </w:tr>
                      <w:tr w:rsidR="003A37E7" w:rsidRPr="001528E0" w:rsidTr="00FB1DB8">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COURSE CODE</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COURSE TITLE</w:t>
                            </w:r>
                          </w:p>
                        </w:tc>
                        <w:tc>
                          <w:tcPr>
                            <w:tcW w:w="138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COURSE CREDIT</w:t>
                            </w:r>
                          </w:p>
                        </w:tc>
                      </w:tr>
                      <w:tr w:rsidR="003A37E7" w:rsidRPr="001528E0" w:rsidTr="00FB1DB8">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301</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Fundamental of Communication II</w:t>
                            </w:r>
                          </w:p>
                        </w:tc>
                        <w:tc>
                          <w:tcPr>
                            <w:tcW w:w="138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3</w:t>
                            </w:r>
                          </w:p>
                        </w:tc>
                      </w:tr>
                      <w:tr w:rsidR="003A37E7" w:rsidRPr="001528E0" w:rsidTr="00FB1DB8">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GEN 108</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Discipleship  2</w:t>
                            </w:r>
                          </w:p>
                        </w:tc>
                        <w:tc>
                          <w:tcPr>
                            <w:tcW w:w="138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2</w:t>
                            </w:r>
                          </w:p>
                        </w:tc>
                      </w:tr>
                      <w:tr w:rsidR="003A37E7" w:rsidRPr="001528E0" w:rsidTr="00FB1DB8">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CJL 212</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Introduction to Corrections</w:t>
                            </w:r>
                          </w:p>
                        </w:tc>
                        <w:tc>
                          <w:tcPr>
                            <w:tcW w:w="138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3</w:t>
                            </w:r>
                          </w:p>
                        </w:tc>
                      </w:tr>
                      <w:tr w:rsidR="003A37E7" w:rsidRPr="001528E0" w:rsidTr="00FB1DB8">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CJL 205</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Human Right &amp; Law Enforcement</w:t>
                            </w:r>
                          </w:p>
                        </w:tc>
                        <w:tc>
                          <w:tcPr>
                            <w:tcW w:w="138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3</w:t>
                            </w:r>
                          </w:p>
                        </w:tc>
                      </w:tr>
                      <w:tr w:rsidR="003A37E7" w:rsidRPr="001528E0" w:rsidTr="00FB1DB8">
                        <w:tc>
                          <w:tcPr>
                            <w:tcW w:w="54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TOTAL CREDIT HOURS</w:t>
                            </w:r>
                          </w:p>
                        </w:tc>
                        <w:tc>
                          <w:tcPr>
                            <w:tcW w:w="138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AF4920">
                            <w:pPr>
                              <w:jc w:val="center"/>
                              <w:rPr>
                                <w:sz w:val="28"/>
                                <w:szCs w:val="28"/>
                              </w:rPr>
                            </w:pPr>
                            <w:r w:rsidRPr="001528E0">
                              <w:rPr>
                                <w:sz w:val="28"/>
                                <w:szCs w:val="28"/>
                              </w:rPr>
                              <w:t>11</w:t>
                            </w:r>
                          </w:p>
                        </w:tc>
                      </w:tr>
                    </w:tbl>
                    <w:p w:rsidR="003A37E7" w:rsidRDefault="003A37E7"/>
                  </w:txbxContent>
                </v:textbox>
              </v:shape>
            </w:pict>
          </mc:Fallback>
        </mc:AlternateContent>
      </w:r>
    </w:p>
    <w:p w:rsidR="00804DB2" w:rsidRDefault="00804DB2" w:rsidP="00412947">
      <w:pPr>
        <w:jc w:val="center"/>
      </w:pPr>
    </w:p>
    <w:p w:rsidR="00804DB2" w:rsidRDefault="00804DB2" w:rsidP="00412947">
      <w:pPr>
        <w:jc w:val="center"/>
      </w:pPr>
    </w:p>
    <w:p w:rsidR="00804DB2" w:rsidRDefault="00804DB2" w:rsidP="00412947">
      <w:pPr>
        <w:jc w:val="center"/>
      </w:pPr>
    </w:p>
    <w:p w:rsidR="00804DB2" w:rsidRDefault="00804DB2" w:rsidP="00412947">
      <w:pPr>
        <w:jc w:val="center"/>
      </w:pPr>
    </w:p>
    <w:p w:rsidR="00804DB2" w:rsidRDefault="00804DB2" w:rsidP="00412947">
      <w:pPr>
        <w:jc w:val="center"/>
      </w:pPr>
    </w:p>
    <w:p w:rsidR="00804DB2" w:rsidRDefault="00804DB2" w:rsidP="00412947">
      <w:pPr>
        <w:jc w:val="center"/>
      </w:pPr>
    </w:p>
    <w:p w:rsidR="00804DB2" w:rsidRDefault="00804DB2" w:rsidP="00412947">
      <w:pPr>
        <w:jc w:val="center"/>
      </w:pPr>
    </w:p>
    <w:p w:rsidR="00804DB2" w:rsidRDefault="00804DB2" w:rsidP="00412947">
      <w:pPr>
        <w:jc w:val="center"/>
      </w:pPr>
    </w:p>
    <w:p w:rsidR="00804DB2" w:rsidRDefault="00804DB2" w:rsidP="00412947">
      <w:pPr>
        <w:jc w:val="center"/>
      </w:pPr>
    </w:p>
    <w:p w:rsidR="00804DB2" w:rsidRDefault="00804DB2" w:rsidP="00412947">
      <w:pPr>
        <w:jc w:val="center"/>
      </w:pPr>
    </w:p>
    <w:p w:rsidR="00804DB2" w:rsidRDefault="00F22E6E" w:rsidP="00412947">
      <w:pPr>
        <w:jc w:val="center"/>
      </w:pPr>
      <w:r>
        <w:rPr>
          <w:noProof/>
        </w:rPr>
        <w:lastRenderedPageBreak/>
        <mc:AlternateContent>
          <mc:Choice Requires="wps">
            <w:drawing>
              <wp:anchor distT="0" distB="0" distL="114300" distR="114300" simplePos="0" relativeHeight="251820032" behindDoc="0" locked="0" layoutInCell="1" allowOverlap="1" wp14:anchorId="70472125" wp14:editId="73CF7B01">
                <wp:simplePos x="0" y="0"/>
                <wp:positionH relativeFrom="column">
                  <wp:posOffset>-928972</wp:posOffset>
                </wp:positionH>
                <wp:positionV relativeFrom="paragraph">
                  <wp:posOffset>-865505</wp:posOffset>
                </wp:positionV>
                <wp:extent cx="4279392" cy="3877056"/>
                <wp:effectExtent l="0" t="0" r="6985" b="9525"/>
                <wp:wrapNone/>
                <wp:docPr id="150" name="Text Box 150"/>
                <wp:cNvGraphicFramePr/>
                <a:graphic xmlns:a="http://schemas.openxmlformats.org/drawingml/2006/main">
                  <a:graphicData uri="http://schemas.microsoft.com/office/word/2010/wordprocessingShape">
                    <wps:wsp>
                      <wps:cNvSpPr txBox="1"/>
                      <wps:spPr>
                        <a:xfrm>
                          <a:off x="0" y="0"/>
                          <a:ext cx="4279392" cy="387705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605" w:type="dxa"/>
                              <w:tblInd w:w="-210" w:type="dxa"/>
                              <w:tblLook w:val="04A0" w:firstRow="1" w:lastRow="0" w:firstColumn="1" w:lastColumn="0" w:noHBand="0" w:noVBand="1"/>
                            </w:tblPr>
                            <w:tblGrid>
                              <w:gridCol w:w="1707"/>
                              <w:gridCol w:w="3656"/>
                              <w:gridCol w:w="1242"/>
                            </w:tblGrid>
                            <w:tr w:rsidR="003A37E7" w:rsidRPr="001528E0" w:rsidTr="001A7FC7">
                              <w:trPr>
                                <w:trHeight w:val="432"/>
                              </w:trPr>
                              <w:tc>
                                <w:tcPr>
                                  <w:tcW w:w="660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1528E0" w:rsidRDefault="003A37E7" w:rsidP="001A7FC7">
                                  <w:pPr>
                                    <w:jc w:val="center"/>
                                    <w:rPr>
                                      <w:b/>
                                      <w:sz w:val="26"/>
                                      <w:szCs w:val="26"/>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1528E0">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RPr="001528E0" w:rsidTr="001A7FC7">
                              <w:trPr>
                                <w:trHeight w:val="432"/>
                              </w:trPr>
                              <w:tc>
                                <w:tcPr>
                                  <w:tcW w:w="660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1528E0" w:rsidRDefault="003A37E7" w:rsidP="00EA0563">
                                  <w:pPr>
                                    <w:jc w:val="center"/>
                                    <w:rPr>
                                      <w:sz w:val="26"/>
                                      <w:szCs w:val="26"/>
                                    </w:rPr>
                                  </w:pPr>
                                  <w:r w:rsidRPr="001528E0">
                                    <w:rPr>
                                      <w:sz w:val="26"/>
                                      <w:szCs w:val="26"/>
                                    </w:rPr>
                                    <w:t>JUNIOR YEAR (YEAR III)  – FIRST SEMESTER</w:t>
                                  </w:r>
                                </w:p>
                              </w:tc>
                            </w:tr>
                            <w:tr w:rsidR="003A37E7" w:rsidRPr="001528E0" w:rsidTr="001A7FC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COURSE CODE</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COURSE TITLE</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COURSE CREDIT</w:t>
                                  </w:r>
                                </w:p>
                              </w:tc>
                            </w:tr>
                            <w:tr w:rsidR="003A37E7" w:rsidRPr="001528E0" w:rsidTr="001A7FC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GEN 107</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Dynamic of faith 1</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2</w:t>
                                  </w:r>
                                </w:p>
                              </w:tc>
                            </w:tr>
                            <w:tr w:rsidR="003A37E7" w:rsidRPr="001528E0" w:rsidTr="001A7FC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CJL 301</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Legal Aspect of Criminal Justice</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3</w:t>
                                  </w:r>
                                </w:p>
                              </w:tc>
                            </w:tr>
                            <w:tr w:rsidR="003A37E7" w:rsidRPr="001528E0" w:rsidTr="001A7FC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CJL 301</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Legal Aspect of Criminal Justice</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3</w:t>
                                  </w:r>
                                </w:p>
                              </w:tc>
                            </w:tr>
                            <w:tr w:rsidR="003A37E7" w:rsidRPr="001528E0" w:rsidTr="001A7FC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CJL 302</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FB1DB8">
                                  <w:pPr>
                                    <w:jc w:val="center"/>
                                    <w:rPr>
                                      <w:sz w:val="26"/>
                                      <w:szCs w:val="26"/>
                                    </w:rPr>
                                  </w:pPr>
                                  <w:r w:rsidRPr="001528E0">
                                    <w:rPr>
                                      <w:sz w:val="26"/>
                                      <w:szCs w:val="26"/>
                                    </w:rPr>
                                    <w:t>Liberian Criminal Law &amp;</w:t>
                                  </w:r>
                                </w:p>
                                <w:p w:rsidR="003A37E7" w:rsidRPr="001528E0" w:rsidRDefault="003A37E7" w:rsidP="00FB1DB8">
                                  <w:pPr>
                                    <w:jc w:val="center"/>
                                    <w:rPr>
                                      <w:sz w:val="26"/>
                                      <w:szCs w:val="26"/>
                                    </w:rPr>
                                  </w:pPr>
                                  <w:r w:rsidRPr="001528E0">
                                    <w:rPr>
                                      <w:sz w:val="26"/>
                                      <w:szCs w:val="26"/>
                                    </w:rPr>
                                    <w:t>Enforcement</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3</w:t>
                                  </w:r>
                                </w:p>
                              </w:tc>
                            </w:tr>
                            <w:tr w:rsidR="003A37E7" w:rsidRPr="001528E0" w:rsidTr="001A7FC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CJL 304</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Behavior Modification (Elective)</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3</w:t>
                                  </w:r>
                                </w:p>
                              </w:tc>
                            </w:tr>
                            <w:tr w:rsidR="003A37E7" w:rsidRPr="001528E0" w:rsidTr="001A7FC7">
                              <w:trPr>
                                <w:trHeight w:val="435"/>
                              </w:trPr>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CJL 310</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FB1DB8">
                                  <w:pPr>
                                    <w:jc w:val="center"/>
                                    <w:rPr>
                                      <w:sz w:val="26"/>
                                      <w:szCs w:val="26"/>
                                    </w:rPr>
                                  </w:pPr>
                                  <w:r w:rsidRPr="001528E0">
                                    <w:rPr>
                                      <w:sz w:val="26"/>
                                      <w:szCs w:val="26"/>
                                    </w:rPr>
                                    <w:t>Liberian Law Enforcement</w:t>
                                  </w:r>
                                </w:p>
                                <w:p w:rsidR="003A37E7" w:rsidRPr="001528E0" w:rsidRDefault="003A37E7" w:rsidP="00FB1DB8">
                                  <w:pPr>
                                    <w:jc w:val="center"/>
                                    <w:rPr>
                                      <w:sz w:val="26"/>
                                      <w:szCs w:val="26"/>
                                    </w:rPr>
                                  </w:pPr>
                                  <w:r w:rsidRPr="001528E0">
                                    <w:rPr>
                                      <w:sz w:val="26"/>
                                      <w:szCs w:val="26"/>
                                    </w:rPr>
                                    <w:t>Agencies</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3</w:t>
                                  </w:r>
                                </w:p>
                              </w:tc>
                            </w:tr>
                            <w:tr w:rsidR="003A37E7" w:rsidRPr="001528E0" w:rsidTr="001A7FC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SSC 301-1</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Social Science Research Method</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3</w:t>
                                  </w:r>
                                </w:p>
                              </w:tc>
                            </w:tr>
                            <w:tr w:rsidR="003A37E7" w:rsidRPr="001528E0" w:rsidTr="001A7FC7">
                              <w:tc>
                                <w:tcPr>
                                  <w:tcW w:w="54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TOTAL CREDIT HOURS</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20</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472125" id="Text Box 150" o:spid="_x0000_s1212" type="#_x0000_t202" style="position:absolute;left:0;text-align:left;margin-left:-73.15pt;margin-top:-68.15pt;width:336.95pt;height:305.3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" fillcolor="white [3201]" stroked="f" strokeweight=".5pt">
                <v:textbox>
                  <w:txbxContent>
                    <w:tbl>
                      <w:tblPr>
                        <w:tblStyle w:val="TableGrid"/>
                        <w:tblW w:w="6605" w:type="dxa"/>
                        <w:tblInd w:w="-210" w:type="dxa"/>
                        <w:tblLook w:val="04A0" w:firstRow="1" w:lastRow="0" w:firstColumn="1" w:lastColumn="0" w:noHBand="0" w:noVBand="1"/>
                      </w:tblPr>
                      <w:tblGrid>
                        <w:gridCol w:w="1707"/>
                        <w:gridCol w:w="3656"/>
                        <w:gridCol w:w="1242"/>
                      </w:tblGrid>
                      <w:tr w:rsidR="003A37E7" w:rsidRPr="001528E0" w:rsidTr="001A7FC7">
                        <w:trPr>
                          <w:trHeight w:val="432"/>
                        </w:trPr>
                        <w:tc>
                          <w:tcPr>
                            <w:tcW w:w="660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1528E0" w:rsidRDefault="003A37E7" w:rsidP="001A7FC7">
                            <w:pPr>
                              <w:jc w:val="center"/>
                              <w:rPr>
                                <w:b/>
                                <w:sz w:val="26"/>
                                <w:szCs w:val="26"/>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1528E0">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RPr="001528E0" w:rsidTr="001A7FC7">
                        <w:trPr>
                          <w:trHeight w:val="432"/>
                        </w:trPr>
                        <w:tc>
                          <w:tcPr>
                            <w:tcW w:w="660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1528E0" w:rsidRDefault="003A37E7" w:rsidP="00EA0563">
                            <w:pPr>
                              <w:jc w:val="center"/>
                              <w:rPr>
                                <w:sz w:val="26"/>
                                <w:szCs w:val="26"/>
                              </w:rPr>
                            </w:pPr>
                            <w:r w:rsidRPr="001528E0">
                              <w:rPr>
                                <w:sz w:val="26"/>
                                <w:szCs w:val="26"/>
                              </w:rPr>
                              <w:t>JUNIOR YEAR (YEAR III)  – FIRST SEMESTER</w:t>
                            </w:r>
                          </w:p>
                        </w:tc>
                      </w:tr>
                      <w:tr w:rsidR="003A37E7" w:rsidRPr="001528E0" w:rsidTr="001A7FC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COURSE CODE</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COURSE TITLE</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COURSE CREDIT</w:t>
                            </w:r>
                          </w:p>
                        </w:tc>
                      </w:tr>
                      <w:tr w:rsidR="003A37E7" w:rsidRPr="001528E0" w:rsidTr="001A7FC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GEN 107</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Dynamic of faith 1</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2</w:t>
                            </w:r>
                          </w:p>
                        </w:tc>
                      </w:tr>
                      <w:tr w:rsidR="003A37E7" w:rsidRPr="001528E0" w:rsidTr="001A7FC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CJL 301</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Legal Aspect of Criminal Justice</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3</w:t>
                            </w:r>
                          </w:p>
                        </w:tc>
                      </w:tr>
                      <w:tr w:rsidR="003A37E7" w:rsidRPr="001528E0" w:rsidTr="001A7FC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CJL 301</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Legal Aspect of Criminal Justice</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3</w:t>
                            </w:r>
                          </w:p>
                        </w:tc>
                      </w:tr>
                      <w:tr w:rsidR="003A37E7" w:rsidRPr="001528E0" w:rsidTr="001A7FC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CJL 302</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FB1DB8">
                            <w:pPr>
                              <w:jc w:val="center"/>
                              <w:rPr>
                                <w:sz w:val="26"/>
                                <w:szCs w:val="26"/>
                              </w:rPr>
                            </w:pPr>
                            <w:r w:rsidRPr="001528E0">
                              <w:rPr>
                                <w:sz w:val="26"/>
                                <w:szCs w:val="26"/>
                              </w:rPr>
                              <w:t>Liberian Criminal Law &amp;</w:t>
                            </w:r>
                          </w:p>
                          <w:p w:rsidR="003A37E7" w:rsidRPr="001528E0" w:rsidRDefault="003A37E7" w:rsidP="00FB1DB8">
                            <w:pPr>
                              <w:jc w:val="center"/>
                              <w:rPr>
                                <w:sz w:val="26"/>
                                <w:szCs w:val="26"/>
                              </w:rPr>
                            </w:pPr>
                            <w:r w:rsidRPr="001528E0">
                              <w:rPr>
                                <w:sz w:val="26"/>
                                <w:szCs w:val="26"/>
                              </w:rPr>
                              <w:t>Enforcement</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3</w:t>
                            </w:r>
                          </w:p>
                        </w:tc>
                      </w:tr>
                      <w:tr w:rsidR="003A37E7" w:rsidRPr="001528E0" w:rsidTr="001A7FC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CJL 304</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Behavior Modification (Elective)</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3</w:t>
                            </w:r>
                          </w:p>
                        </w:tc>
                      </w:tr>
                      <w:tr w:rsidR="003A37E7" w:rsidRPr="001528E0" w:rsidTr="001A7FC7">
                        <w:trPr>
                          <w:trHeight w:val="435"/>
                        </w:trPr>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CJL 310</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FB1DB8">
                            <w:pPr>
                              <w:jc w:val="center"/>
                              <w:rPr>
                                <w:sz w:val="26"/>
                                <w:szCs w:val="26"/>
                              </w:rPr>
                            </w:pPr>
                            <w:r w:rsidRPr="001528E0">
                              <w:rPr>
                                <w:sz w:val="26"/>
                                <w:szCs w:val="26"/>
                              </w:rPr>
                              <w:t>Liberian Law Enforcement</w:t>
                            </w:r>
                          </w:p>
                          <w:p w:rsidR="003A37E7" w:rsidRPr="001528E0" w:rsidRDefault="003A37E7" w:rsidP="00FB1DB8">
                            <w:pPr>
                              <w:jc w:val="center"/>
                              <w:rPr>
                                <w:sz w:val="26"/>
                                <w:szCs w:val="26"/>
                              </w:rPr>
                            </w:pPr>
                            <w:r w:rsidRPr="001528E0">
                              <w:rPr>
                                <w:sz w:val="26"/>
                                <w:szCs w:val="26"/>
                              </w:rPr>
                              <w:t>Agencies</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3</w:t>
                            </w:r>
                          </w:p>
                        </w:tc>
                      </w:tr>
                      <w:tr w:rsidR="003A37E7" w:rsidRPr="001528E0" w:rsidTr="001A7FC7">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SSC 301-1</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Social Science Research Method</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3</w:t>
                            </w:r>
                          </w:p>
                        </w:tc>
                      </w:tr>
                      <w:tr w:rsidR="003A37E7" w:rsidRPr="001528E0" w:rsidTr="001A7FC7">
                        <w:tc>
                          <w:tcPr>
                            <w:tcW w:w="54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TOTAL CREDIT HOURS</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1528E0" w:rsidRDefault="003A37E7" w:rsidP="00EA0563">
                            <w:pPr>
                              <w:jc w:val="center"/>
                              <w:rPr>
                                <w:sz w:val="26"/>
                                <w:szCs w:val="26"/>
                              </w:rPr>
                            </w:pPr>
                            <w:r w:rsidRPr="001528E0">
                              <w:rPr>
                                <w:sz w:val="26"/>
                                <w:szCs w:val="26"/>
                              </w:rPr>
                              <w:t>20</w:t>
                            </w:r>
                          </w:p>
                        </w:tc>
                      </w:tr>
                    </w:tbl>
                    <w:p w:rsidR="003A37E7" w:rsidRDefault="003A37E7"/>
                  </w:txbxContent>
                </v:textbox>
              </v:shape>
            </w:pict>
          </mc:Fallback>
        </mc:AlternateContent>
      </w:r>
    </w:p>
    <w:p w:rsidR="00804DB2" w:rsidRDefault="00804DB2" w:rsidP="00412947">
      <w:pPr>
        <w:jc w:val="center"/>
      </w:pPr>
    </w:p>
    <w:p w:rsidR="00804DB2" w:rsidRDefault="00804DB2" w:rsidP="00412947">
      <w:pPr>
        <w:jc w:val="center"/>
      </w:pPr>
    </w:p>
    <w:p w:rsidR="00804DB2" w:rsidRDefault="00804DB2" w:rsidP="00412947">
      <w:pPr>
        <w:jc w:val="center"/>
      </w:pPr>
    </w:p>
    <w:p w:rsidR="00804DB2" w:rsidRDefault="00804DB2" w:rsidP="00412947">
      <w:pPr>
        <w:jc w:val="center"/>
      </w:pPr>
    </w:p>
    <w:p w:rsidR="00804DB2" w:rsidRDefault="00804DB2" w:rsidP="00412947">
      <w:pPr>
        <w:jc w:val="center"/>
      </w:pPr>
    </w:p>
    <w:p w:rsidR="00C030D0" w:rsidRDefault="00C030D0" w:rsidP="00412947">
      <w:pPr>
        <w:jc w:val="center"/>
      </w:pPr>
    </w:p>
    <w:p w:rsidR="00C030D0" w:rsidRDefault="00C030D0" w:rsidP="00412947">
      <w:pPr>
        <w:jc w:val="center"/>
      </w:pPr>
    </w:p>
    <w:p w:rsidR="00C030D0" w:rsidRDefault="00C030D0" w:rsidP="00412947">
      <w:pPr>
        <w:jc w:val="center"/>
      </w:pPr>
    </w:p>
    <w:p w:rsidR="00C030D0" w:rsidRDefault="001528E0" w:rsidP="00412947">
      <w:pPr>
        <w:jc w:val="center"/>
      </w:pPr>
      <w:r>
        <w:rPr>
          <w:noProof/>
        </w:rPr>
        <mc:AlternateContent>
          <mc:Choice Requires="wps">
            <w:drawing>
              <wp:anchor distT="0" distB="0" distL="114300" distR="114300" simplePos="0" relativeHeight="251821056" behindDoc="0" locked="0" layoutInCell="1" allowOverlap="1" wp14:anchorId="14EBEE2C" wp14:editId="3A1CD6D1">
                <wp:simplePos x="0" y="0"/>
                <wp:positionH relativeFrom="column">
                  <wp:posOffset>-923199</wp:posOffset>
                </wp:positionH>
                <wp:positionV relativeFrom="paragraph">
                  <wp:posOffset>156243</wp:posOffset>
                </wp:positionV>
                <wp:extent cx="4462145" cy="3449955"/>
                <wp:effectExtent l="0" t="0" r="0" b="0"/>
                <wp:wrapNone/>
                <wp:docPr id="151" name="Text Box 151"/>
                <wp:cNvGraphicFramePr/>
                <a:graphic xmlns:a="http://schemas.openxmlformats.org/drawingml/2006/main">
                  <a:graphicData uri="http://schemas.microsoft.com/office/word/2010/wordprocessingShape">
                    <wps:wsp>
                      <wps:cNvSpPr txBox="1"/>
                      <wps:spPr>
                        <a:xfrm>
                          <a:off x="0" y="0"/>
                          <a:ext cx="4462145" cy="34499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605" w:type="dxa"/>
                              <w:tblInd w:w="-240" w:type="dxa"/>
                              <w:tblLook w:val="04A0" w:firstRow="1" w:lastRow="0" w:firstColumn="1" w:lastColumn="0" w:noHBand="0" w:noVBand="1"/>
                            </w:tblPr>
                            <w:tblGrid>
                              <w:gridCol w:w="1694"/>
                              <w:gridCol w:w="3590"/>
                              <w:gridCol w:w="1321"/>
                            </w:tblGrid>
                            <w:tr w:rsidR="003A37E7" w:rsidRPr="002E631B" w:rsidTr="002E631B">
                              <w:trPr>
                                <w:trHeight w:val="432"/>
                              </w:trPr>
                              <w:tc>
                                <w:tcPr>
                                  <w:tcW w:w="660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2E631B" w:rsidRDefault="003A37E7" w:rsidP="001A7FC7">
                                  <w:pPr>
                                    <w:jc w:val="center"/>
                                    <w:rPr>
                                      <w:b/>
                                      <w:sz w:val="28"/>
                                      <w:szCs w:val="28"/>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RPr="002E631B" w:rsidTr="002E631B">
                              <w:trPr>
                                <w:trHeight w:val="432"/>
                              </w:trPr>
                              <w:tc>
                                <w:tcPr>
                                  <w:tcW w:w="660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2E631B" w:rsidRDefault="003A37E7" w:rsidP="00EA0563">
                                  <w:pPr>
                                    <w:jc w:val="center"/>
                                    <w:rPr>
                                      <w:sz w:val="28"/>
                                      <w:szCs w:val="28"/>
                                    </w:rPr>
                                  </w:pPr>
                                  <w:r>
                                    <w:rPr>
                                      <w:sz w:val="20"/>
                                      <w:szCs w:val="20"/>
                                    </w:rPr>
                                    <w:t>JUNIOR</w:t>
                                  </w:r>
                                  <w:r w:rsidRPr="004E42AC">
                                    <w:rPr>
                                      <w:sz w:val="20"/>
                                      <w:szCs w:val="20"/>
                                    </w:rPr>
                                    <w:t xml:space="preserve"> YEAR (YEAR I</w:t>
                                  </w:r>
                                  <w:r>
                                    <w:rPr>
                                      <w:sz w:val="20"/>
                                      <w:szCs w:val="20"/>
                                    </w:rPr>
                                    <w:t>II</w:t>
                                  </w:r>
                                  <w:r w:rsidRPr="004E42AC">
                                    <w:rPr>
                                      <w:sz w:val="20"/>
                                      <w:szCs w:val="20"/>
                                    </w:rPr>
                                    <w:t xml:space="preserve">) </w:t>
                                  </w:r>
                                  <w:r>
                                    <w:t xml:space="preserve"> – SECOND</w:t>
                                  </w:r>
                                  <w:r w:rsidRPr="004E42AC">
                                    <w:t xml:space="preserve"> SEMESTER</w:t>
                                  </w:r>
                                </w:p>
                              </w:tc>
                            </w:tr>
                            <w:tr w:rsidR="003A37E7" w:rsidRPr="002E631B" w:rsidTr="002E631B">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COURSE CODE</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COURSE TITLE</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COURSE CREDIT</w:t>
                                  </w:r>
                                </w:p>
                              </w:tc>
                            </w:tr>
                            <w:tr w:rsidR="003A37E7" w:rsidRPr="002E631B" w:rsidTr="002E631B">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GEN 108</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Pr>
                                      <w:sz w:val="28"/>
                                      <w:szCs w:val="28"/>
                                    </w:rPr>
                                    <w:t>Dynamic of faith 2</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2</w:t>
                                  </w:r>
                                </w:p>
                              </w:tc>
                            </w:tr>
                            <w:tr w:rsidR="003A37E7" w:rsidRPr="002E631B" w:rsidTr="002E631B">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CJL 305</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Deviance and Law Enforcement</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3</w:t>
                                  </w:r>
                                </w:p>
                              </w:tc>
                            </w:tr>
                            <w:tr w:rsidR="003A37E7" w:rsidRPr="002E631B" w:rsidTr="002E631B">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CJL 307</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2E631B">
                                  <w:pPr>
                                    <w:jc w:val="center"/>
                                    <w:rPr>
                                      <w:sz w:val="28"/>
                                      <w:szCs w:val="28"/>
                                    </w:rPr>
                                  </w:pPr>
                                  <w:r w:rsidRPr="002E631B">
                                    <w:rPr>
                                      <w:sz w:val="28"/>
                                      <w:szCs w:val="28"/>
                                    </w:rPr>
                                    <w:t>Sociological Theories of</w:t>
                                  </w:r>
                                </w:p>
                                <w:p w:rsidR="003A37E7" w:rsidRPr="002E631B" w:rsidRDefault="003A37E7" w:rsidP="002E631B">
                                  <w:pPr>
                                    <w:jc w:val="center"/>
                                    <w:rPr>
                                      <w:sz w:val="28"/>
                                      <w:szCs w:val="28"/>
                                    </w:rPr>
                                  </w:pPr>
                                  <w:r w:rsidRPr="002E631B">
                                    <w:rPr>
                                      <w:sz w:val="28"/>
                                      <w:szCs w:val="28"/>
                                    </w:rPr>
                                    <w:t>Corrections</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3</w:t>
                                  </w:r>
                                </w:p>
                              </w:tc>
                            </w:tr>
                            <w:tr w:rsidR="003A37E7" w:rsidRPr="002E631B" w:rsidTr="002E631B">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CJL 308</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Drug Abuse Prevention</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3</w:t>
                                  </w:r>
                                </w:p>
                              </w:tc>
                            </w:tr>
                            <w:tr w:rsidR="003A37E7" w:rsidRPr="002E631B" w:rsidTr="002E631B">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CJL 309</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2E631B">
                                  <w:pPr>
                                    <w:jc w:val="center"/>
                                    <w:rPr>
                                      <w:sz w:val="28"/>
                                      <w:szCs w:val="28"/>
                                    </w:rPr>
                                  </w:pPr>
                                  <w:r w:rsidRPr="002E631B">
                                    <w:rPr>
                                      <w:sz w:val="28"/>
                                      <w:szCs w:val="28"/>
                                    </w:rPr>
                                    <w:t>Contemporary Criminal Justice</w:t>
                                  </w:r>
                                </w:p>
                                <w:p w:rsidR="003A37E7" w:rsidRPr="002E631B" w:rsidRDefault="003A37E7" w:rsidP="002E631B">
                                  <w:pPr>
                                    <w:jc w:val="center"/>
                                    <w:rPr>
                                      <w:sz w:val="28"/>
                                      <w:szCs w:val="28"/>
                                    </w:rPr>
                                  </w:pPr>
                                  <w:r w:rsidRPr="002E631B">
                                    <w:rPr>
                                      <w:sz w:val="28"/>
                                      <w:szCs w:val="28"/>
                                    </w:rPr>
                                    <w:t>System</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3</w:t>
                                  </w:r>
                                </w:p>
                              </w:tc>
                            </w:tr>
                            <w:tr w:rsidR="003A37E7" w:rsidRPr="002E631B" w:rsidTr="002E631B">
                              <w:tc>
                                <w:tcPr>
                                  <w:tcW w:w="54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TOTAL CREDIT HOURS</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14</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EBEE2C" id="Text Box 151" o:spid="_x0000_s1213" type="#_x0000_t202" style="position:absolute;left:0;text-align:left;margin-left:-72.7pt;margin-top:12.3pt;width:351.35pt;height:271.6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" fillcolor="white [3201]" stroked="f" strokeweight=".5pt">
                <v:textbox>
                  <w:txbxContent>
                    <w:tbl>
                      <w:tblPr>
                        <w:tblStyle w:val="TableGrid"/>
                        <w:tblW w:w="6605" w:type="dxa"/>
                        <w:tblInd w:w="-240" w:type="dxa"/>
                        <w:tblLook w:val="04A0" w:firstRow="1" w:lastRow="0" w:firstColumn="1" w:lastColumn="0" w:noHBand="0" w:noVBand="1"/>
                      </w:tblPr>
                      <w:tblGrid>
                        <w:gridCol w:w="1694"/>
                        <w:gridCol w:w="3590"/>
                        <w:gridCol w:w="1321"/>
                      </w:tblGrid>
                      <w:tr w:rsidR="003A37E7" w:rsidRPr="002E631B" w:rsidTr="002E631B">
                        <w:trPr>
                          <w:trHeight w:val="432"/>
                        </w:trPr>
                        <w:tc>
                          <w:tcPr>
                            <w:tcW w:w="660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2E631B" w:rsidRDefault="003A37E7" w:rsidP="001A7FC7">
                            <w:pPr>
                              <w:jc w:val="center"/>
                              <w:rPr>
                                <w:b/>
                                <w:sz w:val="28"/>
                                <w:szCs w:val="28"/>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RPr="002E631B" w:rsidTr="002E631B">
                        <w:trPr>
                          <w:trHeight w:val="432"/>
                        </w:trPr>
                        <w:tc>
                          <w:tcPr>
                            <w:tcW w:w="660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2E631B" w:rsidRDefault="003A37E7" w:rsidP="00EA0563">
                            <w:pPr>
                              <w:jc w:val="center"/>
                              <w:rPr>
                                <w:sz w:val="28"/>
                                <w:szCs w:val="28"/>
                              </w:rPr>
                            </w:pPr>
                            <w:r>
                              <w:rPr>
                                <w:sz w:val="20"/>
                                <w:szCs w:val="20"/>
                              </w:rPr>
                              <w:t>JUNIOR</w:t>
                            </w:r>
                            <w:r w:rsidRPr="004E42AC">
                              <w:rPr>
                                <w:sz w:val="20"/>
                                <w:szCs w:val="20"/>
                              </w:rPr>
                              <w:t xml:space="preserve"> YEAR (YEAR I</w:t>
                            </w:r>
                            <w:r>
                              <w:rPr>
                                <w:sz w:val="20"/>
                                <w:szCs w:val="20"/>
                              </w:rPr>
                              <w:t>II</w:t>
                            </w:r>
                            <w:r w:rsidRPr="004E42AC">
                              <w:rPr>
                                <w:sz w:val="20"/>
                                <w:szCs w:val="20"/>
                              </w:rPr>
                              <w:t xml:space="preserve">) </w:t>
                            </w:r>
                            <w:r>
                              <w:t xml:space="preserve"> – SECOND</w:t>
                            </w:r>
                            <w:r w:rsidRPr="004E42AC">
                              <w:t xml:space="preserve"> SEMESTER</w:t>
                            </w:r>
                          </w:p>
                        </w:tc>
                      </w:tr>
                      <w:tr w:rsidR="003A37E7" w:rsidRPr="002E631B" w:rsidTr="002E631B">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COURSE CODE</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COURSE TITLE</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COURSE CREDIT</w:t>
                            </w:r>
                          </w:p>
                        </w:tc>
                      </w:tr>
                      <w:tr w:rsidR="003A37E7" w:rsidRPr="002E631B" w:rsidTr="002E631B">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GEN 108</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Pr>
                                <w:sz w:val="28"/>
                                <w:szCs w:val="28"/>
                              </w:rPr>
                              <w:t>Dynamic of faith 2</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2</w:t>
                            </w:r>
                          </w:p>
                        </w:tc>
                      </w:tr>
                      <w:tr w:rsidR="003A37E7" w:rsidRPr="002E631B" w:rsidTr="002E631B">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CJL 305</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Deviance and Law Enforcement</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3</w:t>
                            </w:r>
                          </w:p>
                        </w:tc>
                      </w:tr>
                      <w:tr w:rsidR="003A37E7" w:rsidRPr="002E631B" w:rsidTr="002E631B">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CJL 307</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2E631B">
                            <w:pPr>
                              <w:jc w:val="center"/>
                              <w:rPr>
                                <w:sz w:val="28"/>
                                <w:szCs w:val="28"/>
                              </w:rPr>
                            </w:pPr>
                            <w:r w:rsidRPr="002E631B">
                              <w:rPr>
                                <w:sz w:val="28"/>
                                <w:szCs w:val="28"/>
                              </w:rPr>
                              <w:t>Sociological Theories of</w:t>
                            </w:r>
                          </w:p>
                          <w:p w:rsidR="003A37E7" w:rsidRPr="002E631B" w:rsidRDefault="003A37E7" w:rsidP="002E631B">
                            <w:pPr>
                              <w:jc w:val="center"/>
                              <w:rPr>
                                <w:sz w:val="28"/>
                                <w:szCs w:val="28"/>
                              </w:rPr>
                            </w:pPr>
                            <w:r w:rsidRPr="002E631B">
                              <w:rPr>
                                <w:sz w:val="28"/>
                                <w:szCs w:val="28"/>
                              </w:rPr>
                              <w:t>Corrections</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3</w:t>
                            </w:r>
                          </w:p>
                        </w:tc>
                      </w:tr>
                      <w:tr w:rsidR="003A37E7" w:rsidRPr="002E631B" w:rsidTr="002E631B">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CJL 308</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Drug Abuse Prevention</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3</w:t>
                            </w:r>
                          </w:p>
                        </w:tc>
                      </w:tr>
                      <w:tr w:rsidR="003A37E7" w:rsidRPr="002E631B" w:rsidTr="002E631B">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CJL 309</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2E631B">
                            <w:pPr>
                              <w:jc w:val="center"/>
                              <w:rPr>
                                <w:sz w:val="28"/>
                                <w:szCs w:val="28"/>
                              </w:rPr>
                            </w:pPr>
                            <w:r w:rsidRPr="002E631B">
                              <w:rPr>
                                <w:sz w:val="28"/>
                                <w:szCs w:val="28"/>
                              </w:rPr>
                              <w:t>Contemporary Criminal Justice</w:t>
                            </w:r>
                          </w:p>
                          <w:p w:rsidR="003A37E7" w:rsidRPr="002E631B" w:rsidRDefault="003A37E7" w:rsidP="002E631B">
                            <w:pPr>
                              <w:jc w:val="center"/>
                              <w:rPr>
                                <w:sz w:val="28"/>
                                <w:szCs w:val="28"/>
                              </w:rPr>
                            </w:pPr>
                            <w:r w:rsidRPr="002E631B">
                              <w:rPr>
                                <w:sz w:val="28"/>
                                <w:szCs w:val="28"/>
                              </w:rPr>
                              <w:t>System</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3</w:t>
                            </w:r>
                          </w:p>
                        </w:tc>
                      </w:tr>
                      <w:tr w:rsidR="003A37E7" w:rsidRPr="002E631B" w:rsidTr="002E631B">
                        <w:tc>
                          <w:tcPr>
                            <w:tcW w:w="54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TOTAL CREDIT HOURS</w:t>
                            </w:r>
                          </w:p>
                        </w:tc>
                        <w:tc>
                          <w:tcPr>
                            <w:tcW w:w="113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2E631B" w:rsidRDefault="003A37E7" w:rsidP="00EA0563">
                            <w:pPr>
                              <w:jc w:val="center"/>
                              <w:rPr>
                                <w:sz w:val="28"/>
                                <w:szCs w:val="28"/>
                              </w:rPr>
                            </w:pPr>
                            <w:r w:rsidRPr="002E631B">
                              <w:rPr>
                                <w:sz w:val="28"/>
                                <w:szCs w:val="28"/>
                              </w:rPr>
                              <w:t>14</w:t>
                            </w:r>
                          </w:p>
                        </w:tc>
                      </w:tr>
                    </w:tbl>
                    <w:p w:rsidR="003A37E7" w:rsidRDefault="003A37E7"/>
                  </w:txbxContent>
                </v:textbox>
              </v:shape>
            </w:pict>
          </mc:Fallback>
        </mc:AlternateContent>
      </w:r>
    </w:p>
    <w:p w:rsidR="00C030D0" w:rsidRDefault="00C030D0" w:rsidP="00412947">
      <w:pPr>
        <w:jc w:val="center"/>
      </w:pPr>
    </w:p>
    <w:p w:rsidR="00C030D0" w:rsidRDefault="00C030D0" w:rsidP="00412947">
      <w:pPr>
        <w:jc w:val="center"/>
      </w:pPr>
    </w:p>
    <w:p w:rsidR="00C030D0" w:rsidRDefault="00C030D0" w:rsidP="00412947">
      <w:pPr>
        <w:jc w:val="center"/>
      </w:pPr>
    </w:p>
    <w:p w:rsidR="00C030D0" w:rsidRDefault="00C030D0" w:rsidP="00412947">
      <w:pPr>
        <w:jc w:val="center"/>
      </w:pPr>
    </w:p>
    <w:p w:rsidR="00C030D0" w:rsidRDefault="00C030D0" w:rsidP="00412947">
      <w:pPr>
        <w:jc w:val="center"/>
      </w:pPr>
    </w:p>
    <w:p w:rsidR="00C030D0" w:rsidRDefault="00C030D0" w:rsidP="00412947">
      <w:pPr>
        <w:jc w:val="center"/>
      </w:pPr>
    </w:p>
    <w:p w:rsidR="00C030D0" w:rsidRDefault="00C030D0" w:rsidP="00412947">
      <w:pPr>
        <w:jc w:val="center"/>
      </w:pPr>
    </w:p>
    <w:p w:rsidR="00C030D0" w:rsidRDefault="00C030D0" w:rsidP="00412947">
      <w:pPr>
        <w:jc w:val="center"/>
      </w:pPr>
    </w:p>
    <w:p w:rsidR="00C030D0" w:rsidRDefault="00C030D0" w:rsidP="00412947">
      <w:pPr>
        <w:jc w:val="center"/>
      </w:pPr>
    </w:p>
    <w:p w:rsidR="00C030D0" w:rsidRDefault="00FE1A62" w:rsidP="00412947">
      <w:pPr>
        <w:jc w:val="center"/>
      </w:pPr>
      <w:r>
        <w:rPr>
          <w:noProof/>
        </w:rPr>
        <w:lastRenderedPageBreak/>
        <mc:AlternateContent>
          <mc:Choice Requires="wps">
            <w:drawing>
              <wp:anchor distT="0" distB="0" distL="114300" distR="114300" simplePos="0" relativeHeight="251822080" behindDoc="0" locked="0" layoutInCell="1" allowOverlap="1" wp14:anchorId="27EFAA8B" wp14:editId="306E70D3">
                <wp:simplePos x="0" y="0"/>
                <wp:positionH relativeFrom="column">
                  <wp:posOffset>-410350</wp:posOffset>
                </wp:positionH>
                <wp:positionV relativeFrom="paragraph">
                  <wp:posOffset>-559435</wp:posOffset>
                </wp:positionV>
                <wp:extent cx="4401312" cy="2999232"/>
                <wp:effectExtent l="0" t="0" r="0" b="0"/>
                <wp:wrapNone/>
                <wp:docPr id="152" name="Text Box 152"/>
                <wp:cNvGraphicFramePr/>
                <a:graphic xmlns:a="http://schemas.openxmlformats.org/drawingml/2006/main">
                  <a:graphicData uri="http://schemas.microsoft.com/office/word/2010/wordprocessingShape">
                    <wps:wsp>
                      <wps:cNvSpPr txBox="1"/>
                      <wps:spPr>
                        <a:xfrm>
                          <a:off x="0" y="0"/>
                          <a:ext cx="4401312" cy="299923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765" w:type="dxa"/>
                              <w:tblInd w:w="-270" w:type="dxa"/>
                              <w:tblLook w:val="04A0" w:firstRow="1" w:lastRow="0" w:firstColumn="1" w:lastColumn="0" w:noHBand="0" w:noVBand="1"/>
                            </w:tblPr>
                            <w:tblGrid>
                              <w:gridCol w:w="1721"/>
                              <w:gridCol w:w="3723"/>
                              <w:gridCol w:w="1321"/>
                            </w:tblGrid>
                            <w:tr w:rsidR="003A37E7" w:rsidRPr="00A776A0" w:rsidTr="00A776A0">
                              <w:trPr>
                                <w:trHeight w:val="432"/>
                              </w:trPr>
                              <w:tc>
                                <w:tcPr>
                                  <w:tcW w:w="676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A776A0" w:rsidRDefault="003A37E7" w:rsidP="001A7FC7">
                                  <w:pPr>
                                    <w:jc w:val="center"/>
                                    <w:rPr>
                                      <w:b/>
                                      <w:sz w:val="28"/>
                                      <w:szCs w:val="28"/>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RPr="00A776A0" w:rsidTr="00A776A0">
                              <w:trPr>
                                <w:trHeight w:val="432"/>
                              </w:trPr>
                              <w:tc>
                                <w:tcPr>
                                  <w:tcW w:w="676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A776A0" w:rsidRDefault="003A37E7" w:rsidP="00EA0563">
                                  <w:pPr>
                                    <w:jc w:val="center"/>
                                    <w:rPr>
                                      <w:sz w:val="28"/>
                                      <w:szCs w:val="28"/>
                                    </w:rPr>
                                  </w:pPr>
                                  <w:r>
                                    <w:rPr>
                                      <w:sz w:val="20"/>
                                      <w:szCs w:val="20"/>
                                    </w:rPr>
                                    <w:t>SENIOR</w:t>
                                  </w:r>
                                  <w:r w:rsidRPr="004E42AC">
                                    <w:rPr>
                                      <w:sz w:val="20"/>
                                      <w:szCs w:val="20"/>
                                    </w:rPr>
                                    <w:t xml:space="preserve"> YEAR (YEAR I</w:t>
                                  </w:r>
                                  <w:r>
                                    <w:rPr>
                                      <w:sz w:val="20"/>
                                      <w:szCs w:val="20"/>
                                    </w:rPr>
                                    <w:t>V</w:t>
                                  </w:r>
                                  <w:r w:rsidRPr="004E42AC">
                                    <w:rPr>
                                      <w:sz w:val="20"/>
                                      <w:szCs w:val="20"/>
                                    </w:rPr>
                                    <w:t xml:space="preserve">) </w:t>
                                  </w:r>
                                  <w:r>
                                    <w:t xml:space="preserve"> – FIRST</w:t>
                                  </w:r>
                                  <w:r w:rsidRPr="004E42AC">
                                    <w:t xml:space="preserve"> SEMESTER</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COURSE CODE</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COURSE TITLE</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COURSE CREDIT</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CJL 401</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Criminalists</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3</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CJL 402</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Juvenile Delinquency</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3</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CJL 407</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Police Administration</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3</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CJL 410</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proofErr w:type="spellStart"/>
                                  <w:r w:rsidRPr="00A776A0">
                                    <w:rPr>
                                      <w:sz w:val="28"/>
                                      <w:szCs w:val="28"/>
                                    </w:rPr>
                                    <w:t>Victimology</w:t>
                                  </w:r>
                                  <w:proofErr w:type="spellEnd"/>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3</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CJL 417</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Private Security Administration</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3</w:t>
                                  </w:r>
                                </w:p>
                              </w:tc>
                            </w:tr>
                            <w:tr w:rsidR="003A37E7" w:rsidRPr="00A776A0" w:rsidTr="00A776A0">
                              <w:tc>
                                <w:tcPr>
                                  <w:tcW w:w="54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TOTAL CREDIT HOURS</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Pr>
                                      <w:sz w:val="28"/>
                                      <w:szCs w:val="28"/>
                                    </w:rPr>
                                    <w:t>15</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EFAA8B" id="Text Box 152" o:spid="_x0000_s1214" type="#_x0000_t202" style="position:absolute;left:0;text-align:left;margin-left:-32.3pt;margin-top:-44.05pt;width:346.55pt;height:236.1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" fillcolor="white [3201]" stroked="f" strokeweight=".5pt">
                <v:textbox>
                  <w:txbxContent>
                    <w:tbl>
                      <w:tblPr>
                        <w:tblStyle w:val="TableGrid"/>
                        <w:tblW w:w="6765" w:type="dxa"/>
                        <w:tblInd w:w="-270" w:type="dxa"/>
                        <w:tblLook w:val="04A0" w:firstRow="1" w:lastRow="0" w:firstColumn="1" w:lastColumn="0" w:noHBand="0" w:noVBand="1"/>
                      </w:tblPr>
                      <w:tblGrid>
                        <w:gridCol w:w="1721"/>
                        <w:gridCol w:w="3723"/>
                        <w:gridCol w:w="1321"/>
                      </w:tblGrid>
                      <w:tr w:rsidR="003A37E7" w:rsidRPr="00A776A0" w:rsidTr="00A776A0">
                        <w:trPr>
                          <w:trHeight w:val="432"/>
                        </w:trPr>
                        <w:tc>
                          <w:tcPr>
                            <w:tcW w:w="676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A776A0" w:rsidRDefault="003A37E7" w:rsidP="001A7FC7">
                            <w:pPr>
                              <w:jc w:val="center"/>
                              <w:rPr>
                                <w:b/>
                                <w:sz w:val="28"/>
                                <w:szCs w:val="28"/>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RPr="00A776A0" w:rsidTr="00A776A0">
                        <w:trPr>
                          <w:trHeight w:val="432"/>
                        </w:trPr>
                        <w:tc>
                          <w:tcPr>
                            <w:tcW w:w="676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A776A0" w:rsidRDefault="003A37E7" w:rsidP="00EA0563">
                            <w:pPr>
                              <w:jc w:val="center"/>
                              <w:rPr>
                                <w:sz w:val="28"/>
                                <w:szCs w:val="28"/>
                              </w:rPr>
                            </w:pPr>
                            <w:r>
                              <w:rPr>
                                <w:sz w:val="20"/>
                                <w:szCs w:val="20"/>
                              </w:rPr>
                              <w:t>SENIOR</w:t>
                            </w:r>
                            <w:r w:rsidRPr="004E42AC">
                              <w:rPr>
                                <w:sz w:val="20"/>
                                <w:szCs w:val="20"/>
                              </w:rPr>
                              <w:t xml:space="preserve"> YEAR (YEAR I</w:t>
                            </w:r>
                            <w:r>
                              <w:rPr>
                                <w:sz w:val="20"/>
                                <w:szCs w:val="20"/>
                              </w:rPr>
                              <w:t>V</w:t>
                            </w:r>
                            <w:r w:rsidRPr="004E42AC">
                              <w:rPr>
                                <w:sz w:val="20"/>
                                <w:szCs w:val="20"/>
                              </w:rPr>
                              <w:t xml:space="preserve">) </w:t>
                            </w:r>
                            <w:r>
                              <w:t xml:space="preserve"> – FIRST</w:t>
                            </w:r>
                            <w:r w:rsidRPr="004E42AC">
                              <w:t xml:space="preserve"> SEMESTER</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COURSE CODE</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COURSE TITLE</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COURSE CREDIT</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CJL 401</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Criminalists</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3</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CJL 402</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Juvenile Delinquency</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3</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CJL 407</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Police Administration</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3</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CJL 410</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proofErr w:type="spellStart"/>
                            <w:r w:rsidRPr="00A776A0">
                              <w:rPr>
                                <w:sz w:val="28"/>
                                <w:szCs w:val="28"/>
                              </w:rPr>
                              <w:t>Victimology</w:t>
                            </w:r>
                            <w:proofErr w:type="spellEnd"/>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3</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CJL 417</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Private Security Administration</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3</w:t>
                            </w:r>
                          </w:p>
                        </w:tc>
                      </w:tr>
                      <w:tr w:rsidR="003A37E7" w:rsidRPr="00A776A0" w:rsidTr="00A776A0">
                        <w:tc>
                          <w:tcPr>
                            <w:tcW w:w="54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TOTAL CREDIT HOURS</w:t>
                            </w:r>
                          </w:p>
                        </w:tc>
                        <w:tc>
                          <w:tcPr>
                            <w:tcW w:w="129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Pr>
                                <w:sz w:val="28"/>
                                <w:szCs w:val="28"/>
                              </w:rPr>
                              <w:t>15</w:t>
                            </w:r>
                          </w:p>
                        </w:tc>
                      </w:tr>
                    </w:tbl>
                    <w:p w:rsidR="003A37E7" w:rsidRDefault="003A37E7"/>
                  </w:txbxContent>
                </v:textbox>
              </v:shape>
            </w:pict>
          </mc:Fallback>
        </mc:AlternateContent>
      </w:r>
    </w:p>
    <w:p w:rsidR="00C030D0" w:rsidRDefault="00C030D0" w:rsidP="00412947">
      <w:pPr>
        <w:jc w:val="center"/>
      </w:pPr>
    </w:p>
    <w:p w:rsidR="00C030D0" w:rsidRDefault="00C030D0" w:rsidP="00412947">
      <w:pPr>
        <w:jc w:val="center"/>
      </w:pPr>
    </w:p>
    <w:p w:rsidR="00C030D0" w:rsidRDefault="00C030D0" w:rsidP="00412947">
      <w:pPr>
        <w:jc w:val="center"/>
      </w:pPr>
    </w:p>
    <w:p w:rsidR="00C030D0" w:rsidRDefault="00C030D0" w:rsidP="00412947">
      <w:pPr>
        <w:jc w:val="center"/>
      </w:pPr>
    </w:p>
    <w:p w:rsidR="00EA0563" w:rsidRDefault="00EA0563" w:rsidP="00412947">
      <w:pPr>
        <w:jc w:val="center"/>
      </w:pPr>
    </w:p>
    <w:p w:rsidR="00EA0563" w:rsidRDefault="00EA0563" w:rsidP="00412947">
      <w:pPr>
        <w:jc w:val="center"/>
      </w:pPr>
    </w:p>
    <w:p w:rsidR="00EA0563" w:rsidRDefault="00241364" w:rsidP="00412947">
      <w:pPr>
        <w:jc w:val="center"/>
      </w:pPr>
      <w:r>
        <w:rPr>
          <w:noProof/>
        </w:rPr>
        <mc:AlternateContent>
          <mc:Choice Requires="wps">
            <w:drawing>
              <wp:anchor distT="0" distB="0" distL="114300" distR="114300" simplePos="0" relativeHeight="251823104" behindDoc="0" locked="0" layoutInCell="1" allowOverlap="1" wp14:anchorId="0A9CA13E" wp14:editId="35E278D4">
                <wp:simplePos x="0" y="0"/>
                <wp:positionH relativeFrom="column">
                  <wp:posOffset>-480332</wp:posOffset>
                </wp:positionH>
                <wp:positionV relativeFrom="paragraph">
                  <wp:posOffset>327883</wp:posOffset>
                </wp:positionV>
                <wp:extent cx="4474337" cy="2218944"/>
                <wp:effectExtent l="0" t="0" r="2540" b="0"/>
                <wp:wrapNone/>
                <wp:docPr id="153" name="Text Box 153"/>
                <wp:cNvGraphicFramePr/>
                <a:graphic xmlns:a="http://schemas.openxmlformats.org/drawingml/2006/main">
                  <a:graphicData uri="http://schemas.microsoft.com/office/word/2010/wordprocessingShape">
                    <wps:wsp>
                      <wps:cNvSpPr txBox="1"/>
                      <wps:spPr>
                        <a:xfrm>
                          <a:off x="0" y="0"/>
                          <a:ext cx="4474337" cy="221894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885" w:type="dxa"/>
                              <w:tblInd w:w="-270" w:type="dxa"/>
                              <w:tblLook w:val="04A0" w:firstRow="1" w:lastRow="0" w:firstColumn="1" w:lastColumn="0" w:noHBand="0" w:noVBand="1"/>
                            </w:tblPr>
                            <w:tblGrid>
                              <w:gridCol w:w="1727"/>
                              <w:gridCol w:w="3748"/>
                              <w:gridCol w:w="1410"/>
                            </w:tblGrid>
                            <w:tr w:rsidR="003A37E7" w:rsidRPr="00A776A0" w:rsidTr="00A776A0">
                              <w:trPr>
                                <w:trHeight w:val="432"/>
                              </w:trPr>
                              <w:tc>
                                <w:tcPr>
                                  <w:tcW w:w="688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A776A0" w:rsidRDefault="003A37E7" w:rsidP="001A7FC7">
                                  <w:pPr>
                                    <w:jc w:val="center"/>
                                    <w:rPr>
                                      <w:b/>
                                      <w:sz w:val="28"/>
                                      <w:szCs w:val="28"/>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RPr="00A776A0" w:rsidTr="00A776A0">
                              <w:trPr>
                                <w:trHeight w:val="432"/>
                              </w:trPr>
                              <w:tc>
                                <w:tcPr>
                                  <w:tcW w:w="688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A776A0" w:rsidRDefault="003A37E7" w:rsidP="00EA0563">
                                  <w:pPr>
                                    <w:jc w:val="center"/>
                                    <w:rPr>
                                      <w:sz w:val="28"/>
                                      <w:szCs w:val="28"/>
                                    </w:rPr>
                                  </w:pPr>
                                  <w:r>
                                    <w:rPr>
                                      <w:sz w:val="20"/>
                                      <w:szCs w:val="20"/>
                                    </w:rPr>
                                    <w:t>SENIOR</w:t>
                                  </w:r>
                                  <w:r w:rsidRPr="004E42AC">
                                    <w:rPr>
                                      <w:sz w:val="20"/>
                                      <w:szCs w:val="20"/>
                                    </w:rPr>
                                    <w:t xml:space="preserve"> YEAR (YEAR I</w:t>
                                  </w:r>
                                  <w:r>
                                    <w:rPr>
                                      <w:sz w:val="20"/>
                                      <w:szCs w:val="20"/>
                                    </w:rPr>
                                    <w:t>V</w:t>
                                  </w:r>
                                  <w:r w:rsidRPr="004E42AC">
                                    <w:rPr>
                                      <w:sz w:val="20"/>
                                      <w:szCs w:val="20"/>
                                    </w:rPr>
                                    <w:t xml:space="preserve">) </w:t>
                                  </w:r>
                                  <w:r>
                                    <w:t xml:space="preserve"> – SECOND</w:t>
                                  </w:r>
                                  <w:r w:rsidRPr="004E42AC">
                                    <w:t xml:space="preserve"> SEMESTER</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COURSE CODE</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COURSE TITLE</w:t>
                                  </w:r>
                                </w:p>
                              </w:tc>
                              <w:tc>
                                <w:tcPr>
                                  <w:tcW w:w="14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COURSE CREDIT</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CJL 405</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Internship</w:t>
                                  </w:r>
                                </w:p>
                              </w:tc>
                              <w:tc>
                                <w:tcPr>
                                  <w:tcW w:w="14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6</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CJL 412</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Senior Research Paper / Project</w:t>
                                  </w:r>
                                </w:p>
                              </w:tc>
                              <w:tc>
                                <w:tcPr>
                                  <w:tcW w:w="14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3</w:t>
                                  </w:r>
                                </w:p>
                              </w:tc>
                            </w:tr>
                            <w:tr w:rsidR="003A37E7" w:rsidRPr="00A776A0" w:rsidTr="00A776A0">
                              <w:tc>
                                <w:tcPr>
                                  <w:tcW w:w="54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TOTAL CREDIT HOURS</w:t>
                                  </w:r>
                                </w:p>
                              </w:tc>
                              <w:tc>
                                <w:tcPr>
                                  <w:tcW w:w="14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9</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9CA13E" id="Text Box 153" o:spid="_x0000_s1215" type="#_x0000_t202" style="position:absolute;left:0;text-align:left;margin-left:-37.8pt;margin-top:25.8pt;width:352.3pt;height:174.7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" fillcolor="white [3201]" stroked="f" strokeweight=".5pt">
                <v:textbox>
                  <w:txbxContent>
                    <w:tbl>
                      <w:tblPr>
                        <w:tblStyle w:val="TableGrid"/>
                        <w:tblW w:w="6885" w:type="dxa"/>
                        <w:tblInd w:w="-270" w:type="dxa"/>
                        <w:tblLook w:val="04A0" w:firstRow="1" w:lastRow="0" w:firstColumn="1" w:lastColumn="0" w:noHBand="0" w:noVBand="1"/>
                      </w:tblPr>
                      <w:tblGrid>
                        <w:gridCol w:w="1727"/>
                        <w:gridCol w:w="3748"/>
                        <w:gridCol w:w="1410"/>
                      </w:tblGrid>
                      <w:tr w:rsidR="003A37E7" w:rsidRPr="00A776A0" w:rsidTr="00A776A0">
                        <w:trPr>
                          <w:trHeight w:val="432"/>
                        </w:trPr>
                        <w:tc>
                          <w:tcPr>
                            <w:tcW w:w="6885" w:type="dxa"/>
                            <w:gridSpan w:val="3"/>
                            <w:tcBorders>
                              <w:top w:val="thinThickSmallGap" w:sz="24" w:space="0" w:color="auto"/>
                              <w:left w:val="thinThickSmallGap" w:sz="24" w:space="0" w:color="auto"/>
                              <w:bottom w:val="thickThinSmallGap" w:sz="24" w:space="0" w:color="auto"/>
                              <w:right w:val="thickThinSmallGap" w:sz="24" w:space="0" w:color="auto"/>
                            </w:tcBorders>
                            <w:vAlign w:val="center"/>
                          </w:tcPr>
                          <w:p w:rsidR="003A37E7" w:rsidRPr="00A776A0" w:rsidRDefault="003A37E7" w:rsidP="001A7FC7">
                            <w:pPr>
                              <w:jc w:val="center"/>
                              <w:rPr>
                                <w:b/>
                                <w:sz w:val="28"/>
                                <w:szCs w:val="28"/>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pPr>
                            <w:r w:rsidRPr="005A00D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 CRIMINAL JUSTICE</w:t>
                            </w:r>
                          </w:p>
                        </w:tc>
                      </w:tr>
                      <w:tr w:rsidR="003A37E7" w:rsidRPr="00A776A0" w:rsidTr="00A776A0">
                        <w:trPr>
                          <w:trHeight w:val="432"/>
                        </w:trPr>
                        <w:tc>
                          <w:tcPr>
                            <w:tcW w:w="6885" w:type="dxa"/>
                            <w:gridSpan w:val="3"/>
                            <w:tcBorders>
                              <w:top w:val="thinThickSmallGap" w:sz="24" w:space="0" w:color="auto"/>
                              <w:left w:val="thinThickSmallGap" w:sz="24" w:space="0" w:color="auto"/>
                              <w:bottom w:val="double" w:sz="4" w:space="0" w:color="C0504D" w:themeColor="accent2"/>
                              <w:right w:val="thickThinSmallGap" w:sz="24" w:space="0" w:color="auto"/>
                            </w:tcBorders>
                            <w:vAlign w:val="center"/>
                          </w:tcPr>
                          <w:p w:rsidR="003A37E7" w:rsidRPr="00A776A0" w:rsidRDefault="003A37E7" w:rsidP="00EA0563">
                            <w:pPr>
                              <w:jc w:val="center"/>
                              <w:rPr>
                                <w:sz w:val="28"/>
                                <w:szCs w:val="28"/>
                              </w:rPr>
                            </w:pPr>
                            <w:r>
                              <w:rPr>
                                <w:sz w:val="20"/>
                                <w:szCs w:val="20"/>
                              </w:rPr>
                              <w:t>SENIOR</w:t>
                            </w:r>
                            <w:r w:rsidRPr="004E42AC">
                              <w:rPr>
                                <w:sz w:val="20"/>
                                <w:szCs w:val="20"/>
                              </w:rPr>
                              <w:t xml:space="preserve"> YEAR (YEAR I</w:t>
                            </w:r>
                            <w:r>
                              <w:rPr>
                                <w:sz w:val="20"/>
                                <w:szCs w:val="20"/>
                              </w:rPr>
                              <w:t>V</w:t>
                            </w:r>
                            <w:r w:rsidRPr="004E42AC">
                              <w:rPr>
                                <w:sz w:val="20"/>
                                <w:szCs w:val="20"/>
                              </w:rPr>
                              <w:t xml:space="preserve">) </w:t>
                            </w:r>
                            <w:r>
                              <w:t xml:space="preserve"> – SECOND</w:t>
                            </w:r>
                            <w:r w:rsidRPr="004E42AC">
                              <w:t xml:space="preserve"> SEMESTER</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COURSE CODE</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COURSE TITLE</w:t>
                            </w:r>
                          </w:p>
                        </w:tc>
                        <w:tc>
                          <w:tcPr>
                            <w:tcW w:w="14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COURSE CREDIT</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CJL 405</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Internship</w:t>
                            </w:r>
                          </w:p>
                        </w:tc>
                        <w:tc>
                          <w:tcPr>
                            <w:tcW w:w="14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6</w:t>
                            </w:r>
                          </w:p>
                        </w:tc>
                      </w:tr>
                      <w:tr w:rsidR="003A37E7" w:rsidRPr="00A776A0" w:rsidTr="00A776A0">
                        <w:tc>
                          <w:tcPr>
                            <w:tcW w:w="1727"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CJL 412</w:t>
                            </w:r>
                          </w:p>
                        </w:tc>
                        <w:tc>
                          <w:tcPr>
                            <w:tcW w:w="3748"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Senior Research Paper / Project</w:t>
                            </w:r>
                          </w:p>
                        </w:tc>
                        <w:tc>
                          <w:tcPr>
                            <w:tcW w:w="14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3</w:t>
                            </w:r>
                          </w:p>
                        </w:tc>
                      </w:tr>
                      <w:tr w:rsidR="003A37E7" w:rsidRPr="00A776A0" w:rsidTr="00A776A0">
                        <w:tc>
                          <w:tcPr>
                            <w:tcW w:w="5475" w:type="dxa"/>
                            <w:gridSpan w:val="2"/>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TOTAL CREDIT HOURS</w:t>
                            </w:r>
                          </w:p>
                        </w:tc>
                        <w:tc>
                          <w:tcPr>
                            <w:tcW w:w="1410" w:type="dxa"/>
                            <w:tcBorders>
                              <w:top w:val="double" w:sz="4" w:space="0" w:color="C0504D" w:themeColor="accent2"/>
                              <w:left w:val="double" w:sz="4" w:space="0" w:color="C0504D" w:themeColor="accent2"/>
                              <w:bottom w:val="double" w:sz="4" w:space="0" w:color="C0504D" w:themeColor="accent2"/>
                              <w:right w:val="double" w:sz="4" w:space="0" w:color="C0504D" w:themeColor="accent2"/>
                            </w:tcBorders>
                            <w:vAlign w:val="center"/>
                          </w:tcPr>
                          <w:p w:rsidR="003A37E7" w:rsidRPr="00A776A0" w:rsidRDefault="003A37E7" w:rsidP="00EA0563">
                            <w:pPr>
                              <w:jc w:val="center"/>
                              <w:rPr>
                                <w:sz w:val="28"/>
                                <w:szCs w:val="28"/>
                              </w:rPr>
                            </w:pPr>
                            <w:r w:rsidRPr="00A776A0">
                              <w:rPr>
                                <w:sz w:val="28"/>
                                <w:szCs w:val="28"/>
                              </w:rPr>
                              <w:t>9</w:t>
                            </w:r>
                          </w:p>
                        </w:tc>
                      </w:tr>
                    </w:tbl>
                    <w:p w:rsidR="003A37E7" w:rsidRDefault="003A37E7"/>
                  </w:txbxContent>
                </v:textbox>
              </v:shape>
            </w:pict>
          </mc:Fallback>
        </mc:AlternateContent>
      </w:r>
    </w:p>
    <w:p w:rsidR="00EA0563" w:rsidRDefault="00EA0563" w:rsidP="00412947">
      <w:pPr>
        <w:jc w:val="center"/>
      </w:pPr>
    </w:p>
    <w:p w:rsidR="00EA0563" w:rsidRDefault="00EA0563" w:rsidP="00412947">
      <w:pPr>
        <w:jc w:val="center"/>
      </w:pPr>
    </w:p>
    <w:p w:rsidR="00EA0563" w:rsidRDefault="00EA0563" w:rsidP="00412947">
      <w:pPr>
        <w:jc w:val="center"/>
      </w:pPr>
    </w:p>
    <w:p w:rsidR="00EA0563" w:rsidRDefault="00EA0563" w:rsidP="00412947">
      <w:pPr>
        <w:jc w:val="center"/>
      </w:pPr>
    </w:p>
    <w:p w:rsidR="00EA0563" w:rsidRDefault="00EA0563" w:rsidP="00412947">
      <w:pPr>
        <w:jc w:val="center"/>
      </w:pPr>
    </w:p>
    <w:p w:rsidR="00EA0563" w:rsidRDefault="00EA0563" w:rsidP="00412947">
      <w:pPr>
        <w:jc w:val="center"/>
      </w:pPr>
    </w:p>
    <w:p w:rsidR="00EA0563" w:rsidRDefault="00EA0563" w:rsidP="00412947">
      <w:pPr>
        <w:jc w:val="center"/>
      </w:pPr>
    </w:p>
    <w:p w:rsidR="00EA0563" w:rsidRDefault="00EA0563" w:rsidP="00412947">
      <w:pPr>
        <w:jc w:val="center"/>
      </w:pPr>
    </w:p>
    <w:p w:rsidR="00EA0563" w:rsidRDefault="00EA0563" w:rsidP="00412947">
      <w:pPr>
        <w:jc w:val="center"/>
      </w:pPr>
    </w:p>
    <w:p w:rsidR="00EA0563" w:rsidRDefault="00BD7DE0" w:rsidP="00412947">
      <w:pPr>
        <w:jc w:val="center"/>
      </w:pPr>
      <w:r>
        <w:rPr>
          <w:noProof/>
        </w:rPr>
        <mc:AlternateContent>
          <mc:Choice Requires="wps">
            <w:drawing>
              <wp:anchor distT="0" distB="0" distL="114300" distR="114300" simplePos="0" relativeHeight="251900928" behindDoc="0" locked="0" layoutInCell="1" allowOverlap="1" wp14:anchorId="3A650D1A" wp14:editId="51B47224">
                <wp:simplePos x="0" y="0"/>
                <wp:positionH relativeFrom="column">
                  <wp:posOffset>-439989</wp:posOffset>
                </wp:positionH>
                <wp:positionV relativeFrom="paragraph">
                  <wp:posOffset>228600</wp:posOffset>
                </wp:positionV>
                <wp:extent cx="4242689" cy="706882"/>
                <wp:effectExtent l="57150" t="38100" r="81915" b="93345"/>
                <wp:wrapNone/>
                <wp:docPr id="74" name="Text Box 74"/>
                <wp:cNvGraphicFramePr/>
                <a:graphic xmlns:a="http://schemas.openxmlformats.org/drawingml/2006/main">
                  <a:graphicData uri="http://schemas.microsoft.com/office/word/2010/wordprocessingShape">
                    <wps:wsp>
                      <wps:cNvSpPr txBox="1"/>
                      <wps:spPr>
                        <a:xfrm>
                          <a:off x="0" y="0"/>
                          <a:ext cx="4242689" cy="706882"/>
                        </a:xfrm>
                        <a:prstGeom prst="rect">
                          <a:avLst/>
                        </a:prstGeom>
                        <a:ln/>
                      </wps:spPr>
                      <wps:style>
                        <a:lnRef idx="1">
                          <a:schemeClr val="accent1"/>
                        </a:lnRef>
                        <a:fillRef idx="2">
                          <a:schemeClr val="accent1"/>
                        </a:fillRef>
                        <a:effectRef idx="1">
                          <a:schemeClr val="accent1"/>
                        </a:effectRef>
                        <a:fontRef idx="minor">
                          <a:schemeClr val="dk1"/>
                        </a:fontRef>
                      </wps:style>
                      <wps:txbx>
                        <w:txbxContent>
                          <w:tbl>
                            <w:tblPr>
                              <w:tblStyle w:val="TableGrid"/>
                              <w:tblW w:w="0" w:type="auto"/>
                              <w:tblLook w:val="04A0" w:firstRow="1" w:lastRow="0" w:firstColumn="1" w:lastColumn="0" w:noHBand="0" w:noVBand="1"/>
                            </w:tblPr>
                            <w:tblGrid>
                              <w:gridCol w:w="3186"/>
                              <w:gridCol w:w="3183"/>
                            </w:tblGrid>
                            <w:tr w:rsidR="003A37E7" w:rsidRPr="000D11DD" w:rsidTr="00BD7DE0">
                              <w:trPr>
                                <w:trHeight w:val="893"/>
                              </w:trPr>
                              <w:tc>
                                <w:tcPr>
                                  <w:tcW w:w="3194" w:type="dxa"/>
                                  <w:vAlign w:val="center"/>
                                </w:tcPr>
                                <w:p w:rsidR="003A37E7" w:rsidRPr="000D11DD" w:rsidRDefault="003A37E7" w:rsidP="00BD7DE0">
                                  <w:pPr>
                                    <w:jc w:val="center"/>
                                    <w:rPr>
                                      <w:sz w:val="28"/>
                                      <w:szCs w:val="28"/>
                                    </w:rPr>
                                  </w:pPr>
                                  <w:r w:rsidRPr="000D11DD">
                                    <w:rPr>
                                      <w:sz w:val="28"/>
                                      <w:szCs w:val="28"/>
                                    </w:rPr>
                                    <w:t>TOTAL CRDIT HOURS</w:t>
                                  </w:r>
                                </w:p>
                              </w:tc>
                              <w:tc>
                                <w:tcPr>
                                  <w:tcW w:w="3194" w:type="dxa"/>
                                  <w:vAlign w:val="center"/>
                                </w:tcPr>
                                <w:p w:rsidR="003A37E7" w:rsidRPr="000D11DD" w:rsidRDefault="003A37E7" w:rsidP="00BD7DE0">
                                  <w:pPr>
                                    <w:jc w:val="center"/>
                                    <w:rPr>
                                      <w:sz w:val="28"/>
                                      <w:szCs w:val="28"/>
                                    </w:rPr>
                                  </w:pPr>
                                </w:p>
                              </w:tc>
                            </w:tr>
                          </w:tbl>
                          <w:p w:rsidR="003A37E7" w:rsidRPr="000D11DD" w:rsidRDefault="003A37E7">
                            <w:pP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A650D1A" id="Text Box 74" o:spid="_x0000_s1216" type="#_x0000_t202" style="position:absolute;left:0;text-align:left;margin-left:-34.65pt;margin-top:18pt;width:334.05pt;height:55.65pt;z-index:251900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" fillcolor="#a7bfde [1620]" strokecolor="#4579b8 [3044]">
                <v:fill color2="#e4ecf5 [500]" rotate="t" angle="180" colors="0 #a3c4ff;22938f #bfd5ff;1 #e5eeff" focus="100%" type="gradient"/>
                <v:shadow on="t" color="black" opacity="24903f" origin=",.5" offset="0,.55556mm"/>
                <v:textbox>
                  <w:txbxContent>
                    <w:tbl>
                      <w:tblPr>
                        <w:tblStyle w:val="TableGrid"/>
                        <w:tblW w:w="0" w:type="auto"/>
                        <w:tblLook w:val="04A0" w:firstRow="1" w:lastRow="0" w:firstColumn="1" w:lastColumn="0" w:noHBand="0" w:noVBand="1"/>
                      </w:tblPr>
                      <w:tblGrid>
                        <w:gridCol w:w="3186"/>
                        <w:gridCol w:w="3183"/>
                      </w:tblGrid>
                      <w:tr w:rsidR="003A37E7" w:rsidRPr="000D11DD" w:rsidTr="00BD7DE0">
                        <w:trPr>
                          <w:trHeight w:val="893"/>
                        </w:trPr>
                        <w:tc>
                          <w:tcPr>
                            <w:tcW w:w="3194" w:type="dxa"/>
                            <w:vAlign w:val="center"/>
                          </w:tcPr>
                          <w:p w:rsidR="003A37E7" w:rsidRPr="000D11DD" w:rsidRDefault="003A37E7" w:rsidP="00BD7DE0">
                            <w:pPr>
                              <w:jc w:val="center"/>
                              <w:rPr>
                                <w:sz w:val="28"/>
                                <w:szCs w:val="28"/>
                              </w:rPr>
                            </w:pPr>
                            <w:r w:rsidRPr="000D11DD">
                              <w:rPr>
                                <w:sz w:val="28"/>
                                <w:szCs w:val="28"/>
                              </w:rPr>
                              <w:t>TOTAL CRDIT HOURS</w:t>
                            </w:r>
                          </w:p>
                        </w:tc>
                        <w:tc>
                          <w:tcPr>
                            <w:tcW w:w="3194" w:type="dxa"/>
                            <w:vAlign w:val="center"/>
                          </w:tcPr>
                          <w:p w:rsidR="003A37E7" w:rsidRPr="000D11DD" w:rsidRDefault="003A37E7" w:rsidP="00BD7DE0">
                            <w:pPr>
                              <w:jc w:val="center"/>
                              <w:rPr>
                                <w:sz w:val="28"/>
                                <w:szCs w:val="28"/>
                              </w:rPr>
                            </w:pPr>
                          </w:p>
                        </w:tc>
                      </w:tr>
                    </w:tbl>
                    <w:p w:rsidR="003A37E7" w:rsidRPr="000D11DD" w:rsidRDefault="003A37E7">
                      <w:pPr>
                        <w:rPr>
                          <w:sz w:val="28"/>
                          <w:szCs w:val="28"/>
                        </w:rPr>
                      </w:pPr>
                    </w:p>
                  </w:txbxContent>
                </v:textbox>
              </v:shape>
            </w:pict>
          </mc:Fallback>
        </mc:AlternateContent>
      </w:r>
    </w:p>
    <w:p w:rsidR="00EA0563" w:rsidRDefault="00EA0563" w:rsidP="00412947">
      <w:pPr>
        <w:jc w:val="center"/>
      </w:pPr>
    </w:p>
    <w:p w:rsidR="00EA0563" w:rsidRDefault="007C7069" w:rsidP="00412947">
      <w:pPr>
        <w:jc w:val="center"/>
      </w:pPr>
      <w:r>
        <w:rPr>
          <w:noProof/>
        </w:rPr>
        <w:lastRenderedPageBreak/>
        <mc:AlternateContent>
          <mc:Choice Requires="wps">
            <w:drawing>
              <wp:anchor distT="0" distB="0" distL="114300" distR="114300" simplePos="0" relativeHeight="251844608" behindDoc="0" locked="0" layoutInCell="1" allowOverlap="1" wp14:anchorId="25BEF146" wp14:editId="293AD4E9">
                <wp:simplePos x="0" y="0"/>
                <wp:positionH relativeFrom="column">
                  <wp:posOffset>-1055478</wp:posOffset>
                </wp:positionH>
                <wp:positionV relativeFrom="paragraph">
                  <wp:posOffset>-121285</wp:posOffset>
                </wp:positionV>
                <wp:extent cx="4254754" cy="963168"/>
                <wp:effectExtent l="95250" t="57150" r="88900" b="123190"/>
                <wp:wrapNone/>
                <wp:docPr id="148" name="Text Box 148"/>
                <wp:cNvGraphicFramePr/>
                <a:graphic xmlns:a="http://schemas.openxmlformats.org/drawingml/2006/main">
                  <a:graphicData uri="http://schemas.microsoft.com/office/word/2010/wordprocessingShape">
                    <wps:wsp>
                      <wps:cNvSpPr txBox="1"/>
                      <wps:spPr>
                        <a:xfrm>
                          <a:off x="0" y="0"/>
                          <a:ext cx="4254754" cy="963168"/>
                        </a:xfrm>
                        <a:prstGeom prst="rect">
                          <a:avLst/>
                        </a:prstGeom>
                        <a:ln/>
                      </wps:spPr>
                      <wps:style>
                        <a:lnRef idx="0">
                          <a:schemeClr val="accent1"/>
                        </a:lnRef>
                        <a:fillRef idx="3">
                          <a:schemeClr val="accent1"/>
                        </a:fillRef>
                        <a:effectRef idx="3">
                          <a:schemeClr val="accent1"/>
                        </a:effectRef>
                        <a:fontRef idx="minor">
                          <a:schemeClr val="lt1"/>
                        </a:fontRef>
                      </wps:style>
                      <wps:txbx>
                        <w:txbxContent>
                          <w:tbl>
                            <w:tblPr>
                              <w:tblStyle w:val="TableGrid"/>
                              <w:tblW w:w="0" w:type="auto"/>
                              <w:tblLook w:val="04A0" w:firstRow="1" w:lastRow="0" w:firstColumn="1" w:lastColumn="0" w:noHBand="0" w:noVBand="1"/>
                            </w:tblPr>
                            <w:tblGrid>
                              <w:gridCol w:w="6295"/>
                            </w:tblGrid>
                            <w:tr w:rsidR="003A37E7" w:rsidRPr="006179BB" w:rsidTr="00F22E6E">
                              <w:trPr>
                                <w:trHeight w:val="1339"/>
                              </w:trPr>
                              <w:tc>
                                <w:tcPr>
                                  <w:tcW w:w="6295" w:type="dxa"/>
                                  <w:vAlign w:val="center"/>
                                </w:tcPr>
                                <w:p w:rsidR="003A37E7" w:rsidRPr="00F22E6E" w:rsidRDefault="003A37E7" w:rsidP="00F22E6E">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22E6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CRIMINAL JUSTICE</w:t>
                                  </w:r>
                                </w:p>
                                <w:p w:rsidR="003A37E7" w:rsidRPr="00F22E6E" w:rsidRDefault="003A37E7" w:rsidP="00F22E6E">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22E6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ELECTIVE COOURSES</w:t>
                                  </w:r>
                                </w:p>
                              </w:tc>
                            </w:tr>
                          </w:tbl>
                          <w:p w:rsidR="003A37E7" w:rsidRPr="006179BB"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BEF146" id="Text Box 148" o:spid="_x0000_s1217" type="#_x0000_t202" style="position:absolute;left:0;text-align:left;margin-left:-83.1pt;margin-top:-9.55pt;width:335pt;height:75.85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" fillcolor="#4f81bd [3204]" stroked="f">
                <v:fill color2="#a7bfde [1620]" rotate="t" angle="180" focus="100%" type="gradient">
                  <o:fill v:ext="view" type="gradientUnscaled"/>
                </v:fill>
                <v:shadow on="t" color="black" opacity="22937f" origin=",.5" offset="0,.63889mm"/>
                <v:textbox>
                  <w:txbxContent>
                    <w:tbl>
                      <w:tblPr>
                        <w:tblStyle w:val="TableGrid"/>
                        <w:tblW w:w="0" w:type="auto"/>
                        <w:tblLook w:val="04A0" w:firstRow="1" w:lastRow="0" w:firstColumn="1" w:lastColumn="0" w:noHBand="0" w:noVBand="1"/>
                      </w:tblPr>
                      <w:tblGrid>
                        <w:gridCol w:w="6295"/>
                      </w:tblGrid>
                      <w:tr w:rsidR="003A37E7" w:rsidRPr="006179BB" w:rsidTr="00F22E6E">
                        <w:trPr>
                          <w:trHeight w:val="1339"/>
                        </w:trPr>
                        <w:tc>
                          <w:tcPr>
                            <w:tcW w:w="6295" w:type="dxa"/>
                            <w:vAlign w:val="center"/>
                          </w:tcPr>
                          <w:p w:rsidR="003A37E7" w:rsidRPr="00F22E6E" w:rsidRDefault="003A37E7" w:rsidP="00F22E6E">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22E6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CRIMINAL JUSTICE</w:t>
                            </w:r>
                          </w:p>
                          <w:p w:rsidR="003A37E7" w:rsidRPr="00F22E6E" w:rsidRDefault="003A37E7" w:rsidP="00F22E6E">
                            <w:pPr>
                              <w:jc w:val="center"/>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22E6E">
                              <w:rPr>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ELECTIVE COOURSES</w:t>
                            </w:r>
                          </w:p>
                        </w:tc>
                      </w:tr>
                    </w:tbl>
                    <w:p w:rsidR="003A37E7" w:rsidRPr="006179BB" w:rsidRDefault="003A37E7">
                      <w:pP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rsidR="00EA0563" w:rsidRDefault="00EA0563" w:rsidP="00412947">
      <w:pPr>
        <w:jc w:val="center"/>
      </w:pPr>
    </w:p>
    <w:p w:rsidR="00EA0563" w:rsidRDefault="00EA0563" w:rsidP="00412947">
      <w:pPr>
        <w:jc w:val="center"/>
      </w:pPr>
    </w:p>
    <w:p w:rsidR="003C55B2" w:rsidRDefault="00241364" w:rsidP="00412947">
      <w:pPr>
        <w:jc w:val="center"/>
      </w:pPr>
      <w:r>
        <w:rPr>
          <w:noProof/>
        </w:rPr>
        <mc:AlternateContent>
          <mc:Choice Requires="wps">
            <w:drawing>
              <wp:anchor distT="0" distB="0" distL="114300" distR="114300" simplePos="0" relativeHeight="251845632" behindDoc="0" locked="0" layoutInCell="1" allowOverlap="1" wp14:anchorId="36BFC59D" wp14:editId="760CF3D2">
                <wp:simplePos x="0" y="0"/>
                <wp:positionH relativeFrom="column">
                  <wp:posOffset>-1201527</wp:posOffset>
                </wp:positionH>
                <wp:positionV relativeFrom="paragraph">
                  <wp:posOffset>262239</wp:posOffset>
                </wp:positionV>
                <wp:extent cx="4462272" cy="2389632"/>
                <wp:effectExtent l="0" t="0" r="0" b="0"/>
                <wp:wrapNone/>
                <wp:docPr id="159" name="Text Box 159"/>
                <wp:cNvGraphicFramePr/>
                <a:graphic xmlns:a="http://schemas.openxmlformats.org/drawingml/2006/main">
                  <a:graphicData uri="http://schemas.microsoft.com/office/word/2010/wordprocessingShape">
                    <wps:wsp>
                      <wps:cNvSpPr txBox="1"/>
                      <wps:spPr>
                        <a:xfrm>
                          <a:off x="0" y="0"/>
                          <a:ext cx="4462272" cy="238963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TableGrid"/>
                              <w:tblW w:w="6750" w:type="dxa"/>
                              <w:tblInd w:w="-5" w:type="dxa"/>
                              <w:tblBorders>
                                <w:insideH w:val="thickThinSmallGap" w:sz="48" w:space="0" w:color="auto"/>
                                <w:insideV w:val="thickThinSmallGap" w:sz="48" w:space="0" w:color="auto"/>
                              </w:tblBorders>
                              <w:tblLook w:val="04A0" w:firstRow="1" w:lastRow="0" w:firstColumn="1" w:lastColumn="0" w:noHBand="0" w:noVBand="1"/>
                            </w:tblPr>
                            <w:tblGrid>
                              <w:gridCol w:w="1783"/>
                              <w:gridCol w:w="3595"/>
                              <w:gridCol w:w="1372"/>
                            </w:tblGrid>
                            <w:tr w:rsidR="003A37E7" w:rsidRPr="006179BB" w:rsidTr="006179BB">
                              <w:tc>
                                <w:tcPr>
                                  <w:tcW w:w="1783" w:type="dxa"/>
                                  <w:vAlign w:val="center"/>
                                </w:tcPr>
                                <w:p w:rsidR="003A37E7" w:rsidRPr="006179BB" w:rsidRDefault="003A37E7" w:rsidP="006179BB">
                                  <w:pPr>
                                    <w:jc w:val="center"/>
                                    <w:rPr>
                                      <w:sz w:val="32"/>
                                      <w:szCs w:val="32"/>
                                    </w:rPr>
                                  </w:pPr>
                                  <w:r w:rsidRPr="006179BB">
                                    <w:rPr>
                                      <w:sz w:val="32"/>
                                      <w:szCs w:val="32"/>
                                    </w:rPr>
                                    <w:t>COURSE CODE</w:t>
                                  </w:r>
                                </w:p>
                              </w:tc>
                              <w:tc>
                                <w:tcPr>
                                  <w:tcW w:w="3595" w:type="dxa"/>
                                  <w:vAlign w:val="center"/>
                                </w:tcPr>
                                <w:p w:rsidR="003A37E7" w:rsidRPr="006179BB" w:rsidRDefault="003A37E7" w:rsidP="006179BB">
                                  <w:pPr>
                                    <w:jc w:val="center"/>
                                    <w:rPr>
                                      <w:sz w:val="32"/>
                                      <w:szCs w:val="32"/>
                                    </w:rPr>
                                  </w:pPr>
                                  <w:r w:rsidRPr="006179BB">
                                    <w:rPr>
                                      <w:sz w:val="32"/>
                                      <w:szCs w:val="32"/>
                                    </w:rPr>
                                    <w:t>COURSE TITLE</w:t>
                                  </w:r>
                                </w:p>
                              </w:tc>
                              <w:tc>
                                <w:tcPr>
                                  <w:tcW w:w="1372" w:type="dxa"/>
                                  <w:vAlign w:val="center"/>
                                </w:tcPr>
                                <w:p w:rsidR="003A37E7" w:rsidRPr="006179BB" w:rsidRDefault="003A37E7" w:rsidP="006179BB">
                                  <w:pPr>
                                    <w:jc w:val="center"/>
                                    <w:rPr>
                                      <w:sz w:val="32"/>
                                      <w:szCs w:val="32"/>
                                    </w:rPr>
                                  </w:pPr>
                                  <w:r w:rsidRPr="006179BB">
                                    <w:rPr>
                                      <w:sz w:val="32"/>
                                      <w:szCs w:val="32"/>
                                    </w:rPr>
                                    <w:t>CREDIT HOURS</w:t>
                                  </w:r>
                                </w:p>
                              </w:tc>
                            </w:tr>
                            <w:tr w:rsidR="003A37E7" w:rsidRPr="006179BB" w:rsidTr="006179BB">
                              <w:trPr>
                                <w:trHeight w:val="728"/>
                              </w:trPr>
                              <w:tc>
                                <w:tcPr>
                                  <w:tcW w:w="1783" w:type="dxa"/>
                                  <w:vAlign w:val="center"/>
                                </w:tcPr>
                                <w:p w:rsidR="003A37E7" w:rsidRPr="006179BB" w:rsidRDefault="003A37E7" w:rsidP="006179BB">
                                  <w:pPr>
                                    <w:jc w:val="center"/>
                                    <w:rPr>
                                      <w:sz w:val="32"/>
                                      <w:szCs w:val="32"/>
                                    </w:rPr>
                                  </w:pPr>
                                  <w:r w:rsidRPr="006179BB">
                                    <w:rPr>
                                      <w:sz w:val="32"/>
                                      <w:szCs w:val="32"/>
                                    </w:rPr>
                                    <w:t>CJL 202</w:t>
                                  </w:r>
                                </w:p>
                              </w:tc>
                              <w:tc>
                                <w:tcPr>
                                  <w:tcW w:w="3595" w:type="dxa"/>
                                  <w:vAlign w:val="center"/>
                                </w:tcPr>
                                <w:p w:rsidR="003A37E7" w:rsidRPr="006179BB" w:rsidRDefault="003A37E7" w:rsidP="006179BB">
                                  <w:pPr>
                                    <w:jc w:val="center"/>
                                    <w:rPr>
                                      <w:sz w:val="32"/>
                                      <w:szCs w:val="32"/>
                                    </w:rPr>
                                  </w:pPr>
                                  <w:r w:rsidRPr="006179BB">
                                    <w:rPr>
                                      <w:sz w:val="32"/>
                                      <w:szCs w:val="32"/>
                                    </w:rPr>
                                    <w:t>Gender and Criminal Justice</w:t>
                                  </w:r>
                                </w:p>
                              </w:tc>
                              <w:tc>
                                <w:tcPr>
                                  <w:tcW w:w="1372" w:type="dxa"/>
                                  <w:vAlign w:val="center"/>
                                </w:tcPr>
                                <w:p w:rsidR="003A37E7" w:rsidRPr="006179BB" w:rsidRDefault="003A37E7" w:rsidP="006179BB">
                                  <w:pPr>
                                    <w:jc w:val="center"/>
                                    <w:rPr>
                                      <w:sz w:val="32"/>
                                      <w:szCs w:val="32"/>
                                    </w:rPr>
                                  </w:pPr>
                                  <w:r w:rsidRPr="006179BB">
                                    <w:rPr>
                                      <w:sz w:val="32"/>
                                      <w:szCs w:val="32"/>
                                    </w:rPr>
                                    <w:t>3</w:t>
                                  </w:r>
                                </w:p>
                              </w:tc>
                            </w:tr>
                            <w:tr w:rsidR="003A37E7" w:rsidRPr="006179BB" w:rsidTr="006179BB">
                              <w:trPr>
                                <w:trHeight w:val="1277"/>
                              </w:trPr>
                              <w:tc>
                                <w:tcPr>
                                  <w:tcW w:w="1783" w:type="dxa"/>
                                  <w:vAlign w:val="center"/>
                                </w:tcPr>
                                <w:p w:rsidR="003A37E7" w:rsidRPr="006179BB" w:rsidRDefault="003A37E7" w:rsidP="006179BB">
                                  <w:pPr>
                                    <w:jc w:val="center"/>
                                    <w:rPr>
                                      <w:sz w:val="32"/>
                                      <w:szCs w:val="32"/>
                                    </w:rPr>
                                  </w:pPr>
                                  <w:r w:rsidRPr="006179BB">
                                    <w:rPr>
                                      <w:sz w:val="32"/>
                                      <w:szCs w:val="32"/>
                                    </w:rPr>
                                    <w:t>CJL 304</w:t>
                                  </w:r>
                                </w:p>
                              </w:tc>
                              <w:tc>
                                <w:tcPr>
                                  <w:tcW w:w="3595" w:type="dxa"/>
                                  <w:vAlign w:val="center"/>
                                </w:tcPr>
                                <w:p w:rsidR="003A37E7" w:rsidRPr="006179BB" w:rsidRDefault="003A37E7" w:rsidP="006179BB">
                                  <w:pPr>
                                    <w:jc w:val="center"/>
                                    <w:rPr>
                                      <w:sz w:val="32"/>
                                      <w:szCs w:val="32"/>
                                    </w:rPr>
                                  </w:pPr>
                                  <w:r w:rsidRPr="006179BB">
                                    <w:rPr>
                                      <w:sz w:val="32"/>
                                      <w:szCs w:val="32"/>
                                    </w:rPr>
                                    <w:t>Behavior Modification</w:t>
                                  </w:r>
                                </w:p>
                              </w:tc>
                              <w:tc>
                                <w:tcPr>
                                  <w:tcW w:w="1372" w:type="dxa"/>
                                  <w:vAlign w:val="center"/>
                                </w:tcPr>
                                <w:p w:rsidR="003A37E7" w:rsidRPr="006179BB" w:rsidRDefault="003A37E7" w:rsidP="006179BB">
                                  <w:pPr>
                                    <w:jc w:val="center"/>
                                    <w:rPr>
                                      <w:sz w:val="32"/>
                                      <w:szCs w:val="32"/>
                                    </w:rPr>
                                  </w:pPr>
                                  <w:r w:rsidRPr="006179BB">
                                    <w:rPr>
                                      <w:sz w:val="32"/>
                                      <w:szCs w:val="32"/>
                                    </w:rPr>
                                    <w:t>3</w:t>
                                  </w:r>
                                </w:p>
                              </w:tc>
                            </w:tr>
                          </w:tbl>
                          <w:p w:rsidR="003A37E7" w:rsidRDefault="003A37E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BFC59D" id="Text Box 159" o:spid="_x0000_s1218" type="#_x0000_t202" style="position:absolute;left:0;text-align:left;margin-left:-94.6pt;margin-top:20.65pt;width:351.35pt;height:188.1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" fillcolor="white [3201]" stroked="f" strokeweight=".5pt">
                <v:textbox>
                  <w:txbxContent>
                    <w:tbl>
                      <w:tblPr>
                        <w:tblStyle w:val="TableGrid"/>
                        <w:tblW w:w="6750" w:type="dxa"/>
                        <w:tblInd w:w="-5" w:type="dxa"/>
                        <w:tblBorders>
                          <w:insideH w:val="thickThinSmallGap" w:sz="48" w:space="0" w:color="auto"/>
                          <w:insideV w:val="thickThinSmallGap" w:sz="48" w:space="0" w:color="auto"/>
                        </w:tblBorders>
                        <w:tblLook w:val="04A0" w:firstRow="1" w:lastRow="0" w:firstColumn="1" w:lastColumn="0" w:noHBand="0" w:noVBand="1"/>
                      </w:tblPr>
                      <w:tblGrid>
                        <w:gridCol w:w="1783"/>
                        <w:gridCol w:w="3595"/>
                        <w:gridCol w:w="1372"/>
                      </w:tblGrid>
                      <w:tr w:rsidR="003A37E7" w:rsidRPr="006179BB" w:rsidTr="006179BB">
                        <w:tc>
                          <w:tcPr>
                            <w:tcW w:w="1783" w:type="dxa"/>
                            <w:vAlign w:val="center"/>
                          </w:tcPr>
                          <w:p w:rsidR="003A37E7" w:rsidRPr="006179BB" w:rsidRDefault="003A37E7" w:rsidP="006179BB">
                            <w:pPr>
                              <w:jc w:val="center"/>
                              <w:rPr>
                                <w:sz w:val="32"/>
                                <w:szCs w:val="32"/>
                              </w:rPr>
                            </w:pPr>
                            <w:r w:rsidRPr="006179BB">
                              <w:rPr>
                                <w:sz w:val="32"/>
                                <w:szCs w:val="32"/>
                              </w:rPr>
                              <w:t>COURSE CODE</w:t>
                            </w:r>
                          </w:p>
                        </w:tc>
                        <w:tc>
                          <w:tcPr>
                            <w:tcW w:w="3595" w:type="dxa"/>
                            <w:vAlign w:val="center"/>
                          </w:tcPr>
                          <w:p w:rsidR="003A37E7" w:rsidRPr="006179BB" w:rsidRDefault="003A37E7" w:rsidP="006179BB">
                            <w:pPr>
                              <w:jc w:val="center"/>
                              <w:rPr>
                                <w:sz w:val="32"/>
                                <w:szCs w:val="32"/>
                              </w:rPr>
                            </w:pPr>
                            <w:r w:rsidRPr="006179BB">
                              <w:rPr>
                                <w:sz w:val="32"/>
                                <w:szCs w:val="32"/>
                              </w:rPr>
                              <w:t>COURSE TITLE</w:t>
                            </w:r>
                          </w:p>
                        </w:tc>
                        <w:tc>
                          <w:tcPr>
                            <w:tcW w:w="1372" w:type="dxa"/>
                            <w:vAlign w:val="center"/>
                          </w:tcPr>
                          <w:p w:rsidR="003A37E7" w:rsidRPr="006179BB" w:rsidRDefault="003A37E7" w:rsidP="006179BB">
                            <w:pPr>
                              <w:jc w:val="center"/>
                              <w:rPr>
                                <w:sz w:val="32"/>
                                <w:szCs w:val="32"/>
                              </w:rPr>
                            </w:pPr>
                            <w:r w:rsidRPr="006179BB">
                              <w:rPr>
                                <w:sz w:val="32"/>
                                <w:szCs w:val="32"/>
                              </w:rPr>
                              <w:t>CREDIT HOURS</w:t>
                            </w:r>
                          </w:p>
                        </w:tc>
                      </w:tr>
                      <w:tr w:rsidR="003A37E7" w:rsidRPr="006179BB" w:rsidTr="006179BB">
                        <w:trPr>
                          <w:trHeight w:val="728"/>
                        </w:trPr>
                        <w:tc>
                          <w:tcPr>
                            <w:tcW w:w="1783" w:type="dxa"/>
                            <w:vAlign w:val="center"/>
                          </w:tcPr>
                          <w:p w:rsidR="003A37E7" w:rsidRPr="006179BB" w:rsidRDefault="003A37E7" w:rsidP="006179BB">
                            <w:pPr>
                              <w:jc w:val="center"/>
                              <w:rPr>
                                <w:sz w:val="32"/>
                                <w:szCs w:val="32"/>
                              </w:rPr>
                            </w:pPr>
                            <w:r w:rsidRPr="006179BB">
                              <w:rPr>
                                <w:sz w:val="32"/>
                                <w:szCs w:val="32"/>
                              </w:rPr>
                              <w:t>CJL 202</w:t>
                            </w:r>
                          </w:p>
                        </w:tc>
                        <w:tc>
                          <w:tcPr>
                            <w:tcW w:w="3595" w:type="dxa"/>
                            <w:vAlign w:val="center"/>
                          </w:tcPr>
                          <w:p w:rsidR="003A37E7" w:rsidRPr="006179BB" w:rsidRDefault="003A37E7" w:rsidP="006179BB">
                            <w:pPr>
                              <w:jc w:val="center"/>
                              <w:rPr>
                                <w:sz w:val="32"/>
                                <w:szCs w:val="32"/>
                              </w:rPr>
                            </w:pPr>
                            <w:r w:rsidRPr="006179BB">
                              <w:rPr>
                                <w:sz w:val="32"/>
                                <w:szCs w:val="32"/>
                              </w:rPr>
                              <w:t>Gender and Criminal Justice</w:t>
                            </w:r>
                          </w:p>
                        </w:tc>
                        <w:tc>
                          <w:tcPr>
                            <w:tcW w:w="1372" w:type="dxa"/>
                            <w:vAlign w:val="center"/>
                          </w:tcPr>
                          <w:p w:rsidR="003A37E7" w:rsidRPr="006179BB" w:rsidRDefault="003A37E7" w:rsidP="006179BB">
                            <w:pPr>
                              <w:jc w:val="center"/>
                              <w:rPr>
                                <w:sz w:val="32"/>
                                <w:szCs w:val="32"/>
                              </w:rPr>
                            </w:pPr>
                            <w:r w:rsidRPr="006179BB">
                              <w:rPr>
                                <w:sz w:val="32"/>
                                <w:szCs w:val="32"/>
                              </w:rPr>
                              <w:t>3</w:t>
                            </w:r>
                          </w:p>
                        </w:tc>
                      </w:tr>
                      <w:tr w:rsidR="003A37E7" w:rsidRPr="006179BB" w:rsidTr="006179BB">
                        <w:trPr>
                          <w:trHeight w:val="1277"/>
                        </w:trPr>
                        <w:tc>
                          <w:tcPr>
                            <w:tcW w:w="1783" w:type="dxa"/>
                            <w:vAlign w:val="center"/>
                          </w:tcPr>
                          <w:p w:rsidR="003A37E7" w:rsidRPr="006179BB" w:rsidRDefault="003A37E7" w:rsidP="006179BB">
                            <w:pPr>
                              <w:jc w:val="center"/>
                              <w:rPr>
                                <w:sz w:val="32"/>
                                <w:szCs w:val="32"/>
                              </w:rPr>
                            </w:pPr>
                            <w:r w:rsidRPr="006179BB">
                              <w:rPr>
                                <w:sz w:val="32"/>
                                <w:szCs w:val="32"/>
                              </w:rPr>
                              <w:t>CJL 304</w:t>
                            </w:r>
                          </w:p>
                        </w:tc>
                        <w:tc>
                          <w:tcPr>
                            <w:tcW w:w="3595" w:type="dxa"/>
                            <w:vAlign w:val="center"/>
                          </w:tcPr>
                          <w:p w:rsidR="003A37E7" w:rsidRPr="006179BB" w:rsidRDefault="003A37E7" w:rsidP="006179BB">
                            <w:pPr>
                              <w:jc w:val="center"/>
                              <w:rPr>
                                <w:sz w:val="32"/>
                                <w:szCs w:val="32"/>
                              </w:rPr>
                            </w:pPr>
                            <w:r w:rsidRPr="006179BB">
                              <w:rPr>
                                <w:sz w:val="32"/>
                                <w:szCs w:val="32"/>
                              </w:rPr>
                              <w:t>Behavior Modification</w:t>
                            </w:r>
                          </w:p>
                        </w:tc>
                        <w:tc>
                          <w:tcPr>
                            <w:tcW w:w="1372" w:type="dxa"/>
                            <w:vAlign w:val="center"/>
                          </w:tcPr>
                          <w:p w:rsidR="003A37E7" w:rsidRPr="006179BB" w:rsidRDefault="003A37E7" w:rsidP="006179BB">
                            <w:pPr>
                              <w:jc w:val="center"/>
                              <w:rPr>
                                <w:sz w:val="32"/>
                                <w:szCs w:val="32"/>
                              </w:rPr>
                            </w:pPr>
                            <w:r w:rsidRPr="006179BB">
                              <w:rPr>
                                <w:sz w:val="32"/>
                                <w:szCs w:val="32"/>
                              </w:rPr>
                              <w:t>3</w:t>
                            </w:r>
                          </w:p>
                        </w:tc>
                      </w:tr>
                    </w:tbl>
                    <w:p w:rsidR="003A37E7" w:rsidRDefault="003A37E7"/>
                  </w:txbxContent>
                </v:textbox>
              </v:shape>
            </w:pict>
          </mc:Fallback>
        </mc:AlternateContent>
      </w:r>
    </w:p>
    <w:p w:rsidR="00EA0563" w:rsidRDefault="00EA0563" w:rsidP="00412947">
      <w:pPr>
        <w:jc w:val="center"/>
      </w:pPr>
    </w:p>
    <w:p w:rsidR="00EA0563" w:rsidRDefault="00EA0563" w:rsidP="00412947">
      <w:pPr>
        <w:jc w:val="center"/>
      </w:pPr>
    </w:p>
    <w:p w:rsidR="00EA0563" w:rsidRDefault="00EA0563" w:rsidP="00412947">
      <w:pPr>
        <w:jc w:val="center"/>
      </w:pPr>
    </w:p>
    <w:p w:rsidR="00804DB2" w:rsidRDefault="007A46BA" w:rsidP="007A46BA">
      <w:pPr>
        <w:tabs>
          <w:tab w:val="left" w:pos="1555"/>
        </w:tabs>
      </w:pPr>
      <w:r>
        <w:tab/>
      </w:r>
    </w:p>
    <w:p w:rsidR="00804DB2" w:rsidRDefault="00804DB2" w:rsidP="00412947">
      <w:pPr>
        <w:jc w:val="center"/>
      </w:pPr>
    </w:p>
    <w:p w:rsidR="00804DB2" w:rsidRDefault="00804DB2" w:rsidP="00412947">
      <w:pPr>
        <w:jc w:val="center"/>
      </w:pPr>
    </w:p>
    <w:p w:rsidR="006179BB" w:rsidRDefault="006179BB" w:rsidP="00412947">
      <w:pPr>
        <w:jc w:val="center"/>
      </w:pPr>
    </w:p>
    <w:p w:rsidR="006179BB" w:rsidRDefault="006179BB" w:rsidP="00412947">
      <w:pPr>
        <w:jc w:val="center"/>
      </w:pPr>
    </w:p>
    <w:p w:rsidR="006179BB" w:rsidRDefault="006179BB" w:rsidP="00412947">
      <w:pPr>
        <w:jc w:val="center"/>
      </w:pPr>
    </w:p>
    <w:p w:rsidR="006179BB" w:rsidRDefault="006179BB" w:rsidP="00412947">
      <w:pPr>
        <w:jc w:val="center"/>
      </w:pPr>
    </w:p>
    <w:p w:rsidR="006179BB" w:rsidRDefault="006179BB" w:rsidP="00412947">
      <w:pPr>
        <w:jc w:val="center"/>
      </w:pPr>
    </w:p>
    <w:p w:rsidR="006179BB" w:rsidRDefault="006179BB" w:rsidP="00412947">
      <w:pPr>
        <w:jc w:val="center"/>
      </w:pPr>
    </w:p>
    <w:p w:rsidR="006179BB" w:rsidRDefault="006179BB" w:rsidP="00412947">
      <w:pPr>
        <w:jc w:val="center"/>
      </w:pPr>
    </w:p>
    <w:p w:rsidR="006179BB" w:rsidRDefault="006179BB" w:rsidP="00412947">
      <w:pPr>
        <w:jc w:val="center"/>
      </w:pPr>
    </w:p>
    <w:p w:rsidR="006179BB" w:rsidRDefault="006179BB" w:rsidP="00412947">
      <w:pPr>
        <w:jc w:val="center"/>
      </w:pPr>
    </w:p>
    <w:p w:rsidR="006179BB" w:rsidRDefault="006179BB" w:rsidP="00412947">
      <w:pPr>
        <w:jc w:val="center"/>
      </w:pPr>
    </w:p>
    <w:p w:rsidR="006179BB" w:rsidRDefault="006179BB" w:rsidP="00412947">
      <w:pPr>
        <w:jc w:val="center"/>
      </w:pPr>
    </w:p>
    <w:p w:rsidR="006179BB" w:rsidRDefault="006179BB" w:rsidP="00412947">
      <w:pPr>
        <w:jc w:val="center"/>
      </w:pPr>
    </w:p>
    <w:p w:rsidR="006179BB" w:rsidRDefault="006179BB" w:rsidP="00412947">
      <w:pPr>
        <w:jc w:val="center"/>
      </w:pPr>
    </w:p>
    <w:p w:rsidR="00063F18" w:rsidRDefault="00E41B54" w:rsidP="00412947">
      <w:pPr>
        <w:jc w:val="center"/>
      </w:pPr>
      <w:r>
        <w:rPr>
          <w:noProof/>
        </w:rPr>
        <mc:AlternateContent>
          <mc:Choice Requires="wps">
            <w:drawing>
              <wp:anchor distT="0" distB="0" distL="114300" distR="114300" simplePos="0" relativeHeight="251811840" behindDoc="0" locked="0" layoutInCell="1" allowOverlap="1" wp14:anchorId="28E0EDD2" wp14:editId="581053E6">
                <wp:simplePos x="0" y="0"/>
                <wp:positionH relativeFrom="column">
                  <wp:posOffset>1765554</wp:posOffset>
                </wp:positionH>
                <wp:positionV relativeFrom="paragraph">
                  <wp:posOffset>-48768</wp:posOffset>
                </wp:positionV>
                <wp:extent cx="2267712" cy="2121154"/>
                <wp:effectExtent l="0" t="0" r="0" b="0"/>
                <wp:wrapNone/>
                <wp:docPr id="140" name="Text Box 140"/>
                <wp:cNvGraphicFramePr/>
                <a:graphic xmlns:a="http://schemas.openxmlformats.org/drawingml/2006/main">
                  <a:graphicData uri="http://schemas.microsoft.com/office/word/2010/wordprocessingShape">
                    <wps:wsp>
                      <wps:cNvSpPr txBox="1"/>
                      <wps:spPr>
                        <a:xfrm>
                          <a:off x="0" y="0"/>
                          <a:ext cx="2267712" cy="212115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A37E7" w:rsidRDefault="003A37E7">
                            <w:r>
                              <w:rPr>
                                <w:noProof/>
                              </w:rPr>
                              <w:drawing>
                                <wp:inline distT="0" distB="0" distL="0" distR="0" wp14:anchorId="4F2A0D28" wp14:editId="1B47998A">
                                  <wp:extent cx="1486535" cy="207264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UC 2.jpg"/>
                                          <pic:cNvPicPr/>
                                        </pic:nvPicPr>
                                        <pic:blipFill>
                                          <a:blip r:embed="rId11">
                                            <a:extLst>
                                              <a:ext uri="{28A0092B-C50C-407E-A947-70E740481C1C}">
                                                <a14:useLocalDpi xmlns:a14="http://schemas.microsoft.com/office/drawing/2010/main" val="0"/>
                                              </a:ext>
                                            </a:extLst>
                                          </a:blip>
                                          <a:stretch>
                                            <a:fillRect/>
                                          </a:stretch>
                                        </pic:blipFill>
                                        <pic:spPr>
                                          <a:xfrm>
                                            <a:off x="0" y="0"/>
                                            <a:ext cx="1509306" cy="2104389"/>
                                          </a:xfrm>
                                          <a:prstGeom prst="ellipse">
                                            <a:avLst/>
                                          </a:prstGeom>
                                          <a:ln>
                                            <a:noFill/>
                                          </a:ln>
                                          <a:effectLst>
                                            <a:softEdge rad="112500"/>
                                          </a:effec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E0EDD2" id="Text Box 140" o:spid="_x0000_s1219" type="#_x0000_t202" style="position:absolute;left:0;text-align:left;margin-left:139pt;margin-top:-3.85pt;width:178.55pt;height:167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" fillcolor="white [3201]" stroked="f" strokeweight=".5pt">
                <v:textbox>
                  <w:txbxContent>
                    <w:p w:rsidR="003A37E7" w:rsidRDefault="003A37E7">
                      <w:r>
                        <w:rPr>
                          <w:noProof/>
                        </w:rPr>
                        <w:drawing>
                          <wp:inline distT="0" distB="0" distL="0" distR="0" wp14:anchorId="4F2A0D28" wp14:editId="1B47998A">
                            <wp:extent cx="1486535" cy="207264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UC 2.jpg"/>
                                    <pic:cNvPicPr/>
                                  </pic:nvPicPr>
                                  <pic:blipFill>
                                    <a:blip r:embed="rId11">
                                      <a:extLst>
                                        <a:ext uri="{28A0092B-C50C-407E-A947-70E740481C1C}">
                                          <a14:useLocalDpi xmlns:a14="http://schemas.microsoft.com/office/drawing/2010/main" val="0"/>
                                        </a:ext>
                                      </a:extLst>
                                    </a:blip>
                                    <a:stretch>
                                      <a:fillRect/>
                                    </a:stretch>
                                  </pic:blipFill>
                                  <pic:spPr>
                                    <a:xfrm>
                                      <a:off x="0" y="0"/>
                                      <a:ext cx="1509306" cy="2104389"/>
                                    </a:xfrm>
                                    <a:prstGeom prst="ellipse">
                                      <a:avLst/>
                                    </a:prstGeom>
                                    <a:ln>
                                      <a:noFill/>
                                    </a:ln>
                                    <a:effectLst>
                                      <a:softEdge rad="112500"/>
                                    </a:effectLst>
                                  </pic:spPr>
                                </pic:pic>
                              </a:graphicData>
                            </a:graphic>
                          </wp:inline>
                        </w:drawing>
                      </w:r>
                    </w:p>
                  </w:txbxContent>
                </v:textbox>
              </v:shape>
            </w:pict>
          </mc:Fallback>
        </mc:AlternateContent>
      </w:r>
      <w:r>
        <w:rPr>
          <w:noProof/>
        </w:rPr>
        <mc:AlternateContent>
          <mc:Choice Requires="wps">
            <w:drawing>
              <wp:anchor distT="0" distB="0" distL="114300" distR="114300" simplePos="0" relativeHeight="251810816" behindDoc="0" locked="0" layoutInCell="1" allowOverlap="1" wp14:anchorId="1C5740C3" wp14:editId="5A5C27AB">
                <wp:simplePos x="0" y="0"/>
                <wp:positionH relativeFrom="column">
                  <wp:posOffset>-770128</wp:posOffset>
                </wp:positionH>
                <wp:positionV relativeFrom="paragraph">
                  <wp:posOffset>-24130</wp:posOffset>
                </wp:positionV>
                <wp:extent cx="2438400" cy="2097024"/>
                <wp:effectExtent l="0" t="0" r="0" b="0"/>
                <wp:wrapNone/>
                <wp:docPr id="139" name="Text Box 139"/>
                <wp:cNvGraphicFramePr/>
                <a:graphic xmlns:a="http://schemas.openxmlformats.org/drawingml/2006/main">
                  <a:graphicData uri="http://schemas.microsoft.com/office/word/2010/wordprocessingShape">
                    <wps:wsp>
                      <wps:cNvSpPr txBox="1"/>
                      <wps:spPr>
                        <a:xfrm>
                          <a:off x="0" y="0"/>
                          <a:ext cx="2438400" cy="2097024"/>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A37E7" w:rsidRDefault="003A37E7">
                            <w:r>
                              <w:rPr>
                                <w:noProof/>
                              </w:rPr>
                              <w:drawing>
                                <wp:inline distT="0" distB="0" distL="0" distR="0" wp14:anchorId="0523B2E0" wp14:editId="4591DE37">
                                  <wp:extent cx="2102104" cy="215773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UC 1.jpg"/>
                                          <pic:cNvPicPr/>
                                        </pic:nvPicPr>
                                        <pic:blipFill>
                                          <a:blip r:embed="rId12">
                                            <a:extLst>
                                              <a:ext uri="{28A0092B-C50C-407E-A947-70E740481C1C}">
                                                <a14:useLocalDpi xmlns:a14="http://schemas.microsoft.com/office/drawing/2010/main" val="0"/>
                                              </a:ext>
                                            </a:extLst>
                                          </a:blip>
                                          <a:stretch>
                                            <a:fillRect/>
                                          </a:stretch>
                                        </pic:blipFill>
                                        <pic:spPr>
                                          <a:xfrm>
                                            <a:off x="0" y="0"/>
                                            <a:ext cx="2157344" cy="2214431"/>
                                          </a:xfrm>
                                          <a:prstGeom prst="ellipse">
                                            <a:avLst/>
                                          </a:prstGeom>
                                          <a:ln>
                                            <a:noFill/>
                                          </a:ln>
                                          <a:effectLst>
                                            <a:softEdge rad="112500"/>
                                          </a:effec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5740C3" id="Text Box 139" o:spid="_x0000_s1220" type="#_x0000_t202" style="position:absolute;left:0;text-align:left;margin-left:-60.65pt;margin-top:-1.9pt;width:192pt;height:165.1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" fillcolor="white [3201]" stroked="f" strokeweight=".5pt">
                <v:textbox>
                  <w:txbxContent>
                    <w:p w:rsidR="003A37E7" w:rsidRDefault="003A37E7">
                      <w:r>
                        <w:rPr>
                          <w:noProof/>
                        </w:rPr>
                        <w:drawing>
                          <wp:inline distT="0" distB="0" distL="0" distR="0" wp14:anchorId="0523B2E0" wp14:editId="4591DE37">
                            <wp:extent cx="2102104" cy="215773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UC 1.jpg"/>
                                    <pic:cNvPicPr/>
                                  </pic:nvPicPr>
                                  <pic:blipFill>
                                    <a:blip r:embed="rId12">
                                      <a:extLst>
                                        <a:ext uri="{28A0092B-C50C-407E-A947-70E740481C1C}">
                                          <a14:useLocalDpi xmlns:a14="http://schemas.microsoft.com/office/drawing/2010/main" val="0"/>
                                        </a:ext>
                                      </a:extLst>
                                    </a:blip>
                                    <a:stretch>
                                      <a:fillRect/>
                                    </a:stretch>
                                  </pic:blipFill>
                                  <pic:spPr>
                                    <a:xfrm>
                                      <a:off x="0" y="0"/>
                                      <a:ext cx="2157344" cy="2214431"/>
                                    </a:xfrm>
                                    <a:prstGeom prst="ellipse">
                                      <a:avLst/>
                                    </a:prstGeom>
                                    <a:ln>
                                      <a:noFill/>
                                    </a:ln>
                                    <a:effectLst>
                                      <a:softEdge rad="112500"/>
                                    </a:effectLst>
                                  </pic:spPr>
                                </pic:pic>
                              </a:graphicData>
                            </a:graphic>
                          </wp:inline>
                        </w:drawing>
                      </w:r>
                    </w:p>
                  </w:txbxContent>
                </v:textbox>
              </v:shape>
            </w:pict>
          </mc:Fallback>
        </mc:AlternateContent>
      </w:r>
    </w:p>
    <w:p w:rsidR="00302A66" w:rsidRDefault="00302A66" w:rsidP="00412947">
      <w:pPr>
        <w:jc w:val="center"/>
        <w:rPr>
          <w:i/>
        </w:rPr>
      </w:pPr>
    </w:p>
    <w:p w:rsidR="00302A66" w:rsidRDefault="00302A66" w:rsidP="00412947">
      <w:pPr>
        <w:jc w:val="center"/>
        <w:rPr>
          <w:i/>
        </w:rPr>
      </w:pPr>
    </w:p>
    <w:p w:rsidR="00302A66" w:rsidRDefault="00302A66" w:rsidP="00412947">
      <w:pPr>
        <w:jc w:val="center"/>
        <w:rPr>
          <w:i/>
        </w:rPr>
      </w:pPr>
    </w:p>
    <w:p w:rsidR="00302A66" w:rsidRDefault="00302A66" w:rsidP="00412947">
      <w:pPr>
        <w:jc w:val="center"/>
        <w:rPr>
          <w:i/>
        </w:rPr>
      </w:pPr>
    </w:p>
    <w:p w:rsidR="00302A66" w:rsidRDefault="00302A66" w:rsidP="00412947">
      <w:pPr>
        <w:jc w:val="center"/>
      </w:pPr>
    </w:p>
    <w:p w:rsidR="00302A66" w:rsidRDefault="00E41B54" w:rsidP="00412947">
      <w:pPr>
        <w:jc w:val="center"/>
      </w:pPr>
      <w:r>
        <w:rPr>
          <w:noProof/>
        </w:rPr>
        <mc:AlternateContent>
          <mc:Choice Requires="wps">
            <w:drawing>
              <wp:anchor distT="0" distB="0" distL="114300" distR="114300" simplePos="0" relativeHeight="251812864" behindDoc="0" locked="0" layoutInCell="1" allowOverlap="1" wp14:anchorId="2167F1A7" wp14:editId="2BAE505D">
                <wp:simplePos x="0" y="0"/>
                <wp:positionH relativeFrom="column">
                  <wp:posOffset>-685038</wp:posOffset>
                </wp:positionH>
                <wp:positionV relativeFrom="paragraph">
                  <wp:posOffset>169545</wp:posOffset>
                </wp:positionV>
                <wp:extent cx="2206752" cy="2169795"/>
                <wp:effectExtent l="0" t="0" r="3175" b="1905"/>
                <wp:wrapNone/>
                <wp:docPr id="141" name="Text Box 141"/>
                <wp:cNvGraphicFramePr/>
                <a:graphic xmlns:a="http://schemas.openxmlformats.org/drawingml/2006/main">
                  <a:graphicData uri="http://schemas.microsoft.com/office/word/2010/wordprocessingShape">
                    <wps:wsp>
                      <wps:cNvSpPr txBox="1"/>
                      <wps:spPr>
                        <a:xfrm>
                          <a:off x="0" y="0"/>
                          <a:ext cx="2206752" cy="21697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A37E7" w:rsidRDefault="003A37E7">
                            <w:r>
                              <w:rPr>
                                <w:noProof/>
                              </w:rPr>
                              <w:drawing>
                                <wp:inline distT="0" distB="0" distL="0" distR="0" wp14:anchorId="06A3C14C" wp14:editId="533B23C0">
                                  <wp:extent cx="2017021" cy="243840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UC 3.jpg"/>
                                          <pic:cNvPicPr/>
                                        </pic:nvPicPr>
                                        <pic:blipFill>
                                          <a:blip r:embed="rId13">
                                            <a:extLst>
                                              <a:ext uri="{28A0092B-C50C-407E-A947-70E740481C1C}">
                                                <a14:useLocalDpi xmlns:a14="http://schemas.microsoft.com/office/drawing/2010/main" val="0"/>
                                              </a:ext>
                                            </a:extLst>
                                          </a:blip>
                                          <a:stretch>
                                            <a:fillRect/>
                                          </a:stretch>
                                        </pic:blipFill>
                                        <pic:spPr>
                                          <a:xfrm>
                                            <a:off x="0" y="0"/>
                                            <a:ext cx="2023937" cy="2446761"/>
                                          </a:xfrm>
                                          <a:prstGeom prst="ellipse">
                                            <a:avLst/>
                                          </a:prstGeom>
                                          <a:ln>
                                            <a:noFill/>
                                          </a:ln>
                                          <a:effectLst>
                                            <a:softEdge rad="112500"/>
                                          </a:effec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167F1A7" id="Text Box 141" o:spid="_x0000_s1221" type="#_x0000_t202" style="position:absolute;left:0;text-align:left;margin-left:-53.95pt;margin-top:13.35pt;width:173.75pt;height:170.85pt;z-index:251812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" fillcolor="white [3201]" stroked="f" strokeweight=".5pt">
                <v:textbox>
                  <w:txbxContent>
                    <w:p w:rsidR="003A37E7" w:rsidRDefault="003A37E7">
                      <w:r>
                        <w:rPr>
                          <w:noProof/>
                        </w:rPr>
                        <w:drawing>
                          <wp:inline distT="0" distB="0" distL="0" distR="0" wp14:anchorId="06A3C14C" wp14:editId="533B23C0">
                            <wp:extent cx="2017021" cy="243840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UC 3.jpg"/>
                                    <pic:cNvPicPr/>
                                  </pic:nvPicPr>
                                  <pic:blipFill>
                                    <a:blip r:embed="rId13">
                                      <a:extLst>
                                        <a:ext uri="{28A0092B-C50C-407E-A947-70E740481C1C}">
                                          <a14:useLocalDpi xmlns:a14="http://schemas.microsoft.com/office/drawing/2010/main" val="0"/>
                                        </a:ext>
                                      </a:extLst>
                                    </a:blip>
                                    <a:stretch>
                                      <a:fillRect/>
                                    </a:stretch>
                                  </pic:blipFill>
                                  <pic:spPr>
                                    <a:xfrm>
                                      <a:off x="0" y="0"/>
                                      <a:ext cx="2023937" cy="2446761"/>
                                    </a:xfrm>
                                    <a:prstGeom prst="ellipse">
                                      <a:avLst/>
                                    </a:prstGeom>
                                    <a:ln>
                                      <a:noFill/>
                                    </a:ln>
                                    <a:effectLst>
                                      <a:softEdge rad="112500"/>
                                    </a:effectLst>
                                  </pic:spPr>
                                </pic:pic>
                              </a:graphicData>
                            </a:graphic>
                          </wp:inline>
                        </w:drawing>
                      </w:r>
                    </w:p>
                  </w:txbxContent>
                </v:textbox>
              </v:shape>
            </w:pict>
          </mc:Fallback>
        </mc:AlternateContent>
      </w:r>
      <w:r>
        <w:rPr>
          <w:noProof/>
        </w:rPr>
        <mc:AlternateContent>
          <mc:Choice Requires="wps">
            <w:drawing>
              <wp:anchor distT="0" distB="0" distL="114300" distR="114300" simplePos="0" relativeHeight="251813888" behindDoc="0" locked="0" layoutInCell="1" allowOverlap="1" wp14:anchorId="5543F94B" wp14:editId="2BBF8365">
                <wp:simplePos x="0" y="0"/>
                <wp:positionH relativeFrom="column">
                  <wp:posOffset>1679702</wp:posOffset>
                </wp:positionH>
                <wp:positionV relativeFrom="paragraph">
                  <wp:posOffset>169545</wp:posOffset>
                </wp:positionV>
                <wp:extent cx="2353056" cy="2169795"/>
                <wp:effectExtent l="0" t="0" r="9525" b="1905"/>
                <wp:wrapNone/>
                <wp:docPr id="142" name="Text Box 142"/>
                <wp:cNvGraphicFramePr/>
                <a:graphic xmlns:a="http://schemas.openxmlformats.org/drawingml/2006/main">
                  <a:graphicData uri="http://schemas.microsoft.com/office/word/2010/wordprocessingShape">
                    <wps:wsp>
                      <wps:cNvSpPr txBox="1"/>
                      <wps:spPr>
                        <a:xfrm>
                          <a:off x="0" y="0"/>
                          <a:ext cx="2353056" cy="21697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A37E7" w:rsidRDefault="003A37E7">
                            <w:r>
                              <w:rPr>
                                <w:noProof/>
                              </w:rPr>
                              <w:drawing>
                                <wp:inline distT="0" distB="0" distL="0" distR="0" wp14:anchorId="1884FBFA" wp14:editId="40C36655">
                                  <wp:extent cx="1723390" cy="232867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UC 4.jpg"/>
                                          <pic:cNvPicPr/>
                                        </pic:nvPicPr>
                                        <pic:blipFill>
                                          <a:blip r:embed="rId14">
                                            <a:extLst>
                                              <a:ext uri="{28A0092B-C50C-407E-A947-70E740481C1C}">
                                                <a14:useLocalDpi xmlns:a14="http://schemas.microsoft.com/office/drawing/2010/main" val="0"/>
                                              </a:ext>
                                            </a:extLst>
                                          </a:blip>
                                          <a:stretch>
                                            <a:fillRect/>
                                          </a:stretch>
                                        </pic:blipFill>
                                        <pic:spPr>
                                          <a:xfrm>
                                            <a:off x="0" y="0"/>
                                            <a:ext cx="1738288" cy="2348802"/>
                                          </a:xfrm>
                                          <a:prstGeom prst="ellipse">
                                            <a:avLst/>
                                          </a:prstGeom>
                                          <a:ln>
                                            <a:noFill/>
                                          </a:ln>
                                          <a:effectLst>
                                            <a:softEdge rad="112500"/>
                                          </a:effec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43F94B" id="Text Box 142" o:spid="_x0000_s1222" type="#_x0000_t202" style="position:absolute;left:0;text-align:left;margin-left:132.25pt;margin-top:13.35pt;width:185.3pt;height:170.8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" fillcolor="white [3201]" stroked="f" strokeweight=".5pt">
                <v:textbox>
                  <w:txbxContent>
                    <w:p w:rsidR="003A37E7" w:rsidRDefault="003A37E7">
                      <w:r>
                        <w:rPr>
                          <w:noProof/>
                        </w:rPr>
                        <w:drawing>
                          <wp:inline distT="0" distB="0" distL="0" distR="0" wp14:anchorId="1884FBFA" wp14:editId="40C36655">
                            <wp:extent cx="1723390" cy="232867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UC 4.jpg"/>
                                    <pic:cNvPicPr/>
                                  </pic:nvPicPr>
                                  <pic:blipFill>
                                    <a:blip r:embed="rId14">
                                      <a:extLst>
                                        <a:ext uri="{28A0092B-C50C-407E-A947-70E740481C1C}">
                                          <a14:useLocalDpi xmlns:a14="http://schemas.microsoft.com/office/drawing/2010/main" val="0"/>
                                        </a:ext>
                                      </a:extLst>
                                    </a:blip>
                                    <a:stretch>
                                      <a:fillRect/>
                                    </a:stretch>
                                  </pic:blipFill>
                                  <pic:spPr>
                                    <a:xfrm>
                                      <a:off x="0" y="0"/>
                                      <a:ext cx="1738288" cy="2348802"/>
                                    </a:xfrm>
                                    <a:prstGeom prst="ellipse">
                                      <a:avLst/>
                                    </a:prstGeom>
                                    <a:ln>
                                      <a:noFill/>
                                    </a:ln>
                                    <a:effectLst>
                                      <a:softEdge rad="112500"/>
                                    </a:effectLst>
                                  </pic:spPr>
                                </pic:pic>
                              </a:graphicData>
                            </a:graphic>
                          </wp:inline>
                        </w:drawing>
                      </w:r>
                    </w:p>
                  </w:txbxContent>
                </v:textbox>
              </v:shape>
            </w:pict>
          </mc:Fallback>
        </mc:AlternateContent>
      </w:r>
    </w:p>
    <w:p w:rsidR="00302A66" w:rsidRDefault="00302A66" w:rsidP="00412947">
      <w:pPr>
        <w:jc w:val="center"/>
      </w:pPr>
    </w:p>
    <w:sectPr w:rsidR="00302A66" w:rsidSect="00531D95">
      <w:headerReference w:type="default" r:id="rId15"/>
      <w:footerReference w:type="default" r:id="rId16"/>
      <w:type w:val="continuous"/>
      <w:pgSz w:w="7920" w:h="12240" w:orient="landscape" w:code="1"/>
      <w:pgMar w:top="1440" w:right="1440" w:bottom="1440" w:left="1386" w:header="720" w:footer="720" w:gutter="864"/>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37E7" w:rsidRDefault="003A37E7">
      <w:pPr>
        <w:spacing w:after="0" w:line="240" w:lineRule="auto"/>
      </w:pPr>
      <w:r>
        <w:separator/>
      </w:r>
    </w:p>
  </w:endnote>
  <w:endnote w:type="continuationSeparator" w:id="0">
    <w:p w:rsidR="003A37E7" w:rsidRDefault="003A37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ahnschrift">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37E7" w:rsidRPr="00222D1E" w:rsidRDefault="003A37E7" w:rsidP="00222D1E">
    <w:pPr>
      <w:pStyle w:val="Footer"/>
      <w:jc w:val="center"/>
      <w:rPr>
        <w:color w:val="FF0000"/>
        <w:sz w:val="28"/>
        <w:szCs w:val="28"/>
      </w:rPr>
    </w:pPr>
    <w:r w:rsidRPr="00222D1E">
      <w:rPr>
        <w:color w:val="FF0000"/>
        <w:sz w:val="28"/>
        <w:szCs w:val="28"/>
      </w:rPr>
      <w:t>Setting A New Pace</w:t>
    </w:r>
  </w:p>
  <w:p w:rsidR="003A37E7" w:rsidRDefault="003A37E7">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37E7" w:rsidRDefault="003A37E7">
      <w:pPr>
        <w:spacing w:after="0" w:line="240" w:lineRule="auto"/>
      </w:pPr>
      <w:r>
        <w:separator/>
      </w:r>
    </w:p>
  </w:footnote>
  <w:footnote w:type="continuationSeparator" w:id="0">
    <w:p w:rsidR="003A37E7" w:rsidRDefault="003A37E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6981683"/>
      <w:docPartObj>
        <w:docPartGallery w:val="Page Numbers (Top of Page)"/>
        <w:docPartUnique/>
      </w:docPartObj>
    </w:sdtPr>
    <w:sdtEndPr>
      <w:rPr>
        <w:color w:val="7F7F7F" w:themeColor="background1" w:themeShade="7F"/>
        <w:spacing w:val="60"/>
      </w:rPr>
    </w:sdtEndPr>
    <w:sdtContent>
      <w:p w:rsidR="003A37E7" w:rsidRDefault="003A37E7">
        <w:pPr>
          <w:pStyle w:val="Header"/>
          <w:pBdr>
            <w:bottom w:val="single" w:sz="4" w:space="1" w:color="D9D9D9" w:themeColor="background1" w:themeShade="D9"/>
          </w:pBdr>
          <w:rPr>
            <w:b/>
            <w:bCs/>
          </w:rPr>
        </w:pPr>
        <w:r>
          <w:fldChar w:fldCharType="begin"/>
        </w:r>
        <w:r>
          <w:instrText xml:space="preserve"> PAGE   \* MERGEFORMAT </w:instrText>
        </w:r>
        <w:r>
          <w:fldChar w:fldCharType="separate"/>
        </w:r>
        <w:r w:rsidR="00F5102A" w:rsidRPr="00F5102A">
          <w:rPr>
            <w:b/>
            <w:bCs/>
            <w:noProof/>
          </w:rPr>
          <w:t>46</w:t>
        </w:r>
        <w:r>
          <w:rPr>
            <w:b/>
            <w:bCs/>
            <w:noProof/>
          </w:rPr>
          <w:fldChar w:fldCharType="end"/>
        </w:r>
        <w:r>
          <w:rPr>
            <w:b/>
            <w:bCs/>
          </w:rPr>
          <w:t xml:space="preserve"> | </w:t>
        </w:r>
        <w:r>
          <w:rPr>
            <w:color w:val="7F7F7F" w:themeColor="background1" w:themeShade="7F"/>
            <w:spacing w:val="60"/>
          </w:rPr>
          <w:t>Page</w:t>
        </w:r>
      </w:p>
    </w:sdtContent>
  </w:sdt>
  <w:p w:rsidR="003A37E7" w:rsidRPr="0068707A" w:rsidRDefault="003A37E7">
    <w:pPr>
      <w:pStyle w:val="Header"/>
      <w:jc w:val="center"/>
      <w:rPr>
        <w:color w:val="002060"/>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B010E7DA"/>
    <w:lvl w:ilvl="0">
      <w:start w:val="1"/>
      <w:numFmt w:val="bullet"/>
      <w:pStyle w:val="ListBullet"/>
      <w:lvlText w:val=""/>
      <w:lvlJc w:val="left"/>
      <w:pPr>
        <w:tabs>
          <w:tab w:val="num" w:pos="360"/>
        </w:tabs>
        <w:ind w:left="360" w:hanging="360"/>
      </w:pPr>
      <w:rPr>
        <w:rFonts w:ascii="Symbol" w:hAnsi="Symbol" w:hint="default"/>
      </w:rPr>
    </w:lvl>
  </w:abstractNum>
  <w:abstractNum w:abstractNumId="9">
    <w:nsid w:val="0000A991"/>
    <w:multiLevelType w:val="multilevel"/>
    <w:tmpl w:val="0FB2A354"/>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0">
    <w:nsid w:val="17F079D1"/>
    <w:multiLevelType w:val="multilevel"/>
    <w:tmpl w:val="44D27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defaultTabStop w:val="720"/>
  <w:bookFoldPrint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11327"/>
    <w:rsid w:val="000121FA"/>
    <w:rsid w:val="000235BB"/>
    <w:rsid w:val="0002380B"/>
    <w:rsid w:val="0003120C"/>
    <w:rsid w:val="00034616"/>
    <w:rsid w:val="00034A4B"/>
    <w:rsid w:val="00043C94"/>
    <w:rsid w:val="00046DC8"/>
    <w:rsid w:val="00050060"/>
    <w:rsid w:val="0006063C"/>
    <w:rsid w:val="00061548"/>
    <w:rsid w:val="00062694"/>
    <w:rsid w:val="00063F18"/>
    <w:rsid w:val="00066C9E"/>
    <w:rsid w:val="0007145F"/>
    <w:rsid w:val="00073483"/>
    <w:rsid w:val="00076E3D"/>
    <w:rsid w:val="0008053C"/>
    <w:rsid w:val="00082EB4"/>
    <w:rsid w:val="000909FF"/>
    <w:rsid w:val="0009743A"/>
    <w:rsid w:val="000A30D8"/>
    <w:rsid w:val="000B0813"/>
    <w:rsid w:val="000B2DD7"/>
    <w:rsid w:val="000B5525"/>
    <w:rsid w:val="000B599D"/>
    <w:rsid w:val="000C2FE9"/>
    <w:rsid w:val="000D11DD"/>
    <w:rsid w:val="000D2553"/>
    <w:rsid w:val="000D2A7E"/>
    <w:rsid w:val="000D32C8"/>
    <w:rsid w:val="000D60A3"/>
    <w:rsid w:val="000E285A"/>
    <w:rsid w:val="00100C86"/>
    <w:rsid w:val="0010272D"/>
    <w:rsid w:val="001075C3"/>
    <w:rsid w:val="00111CDD"/>
    <w:rsid w:val="001153CC"/>
    <w:rsid w:val="001217A5"/>
    <w:rsid w:val="00123153"/>
    <w:rsid w:val="00131637"/>
    <w:rsid w:val="00132BE9"/>
    <w:rsid w:val="0013682A"/>
    <w:rsid w:val="00136D88"/>
    <w:rsid w:val="001374F3"/>
    <w:rsid w:val="00143A17"/>
    <w:rsid w:val="001471A4"/>
    <w:rsid w:val="0015074B"/>
    <w:rsid w:val="001528E0"/>
    <w:rsid w:val="001555DF"/>
    <w:rsid w:val="0015615B"/>
    <w:rsid w:val="00162A72"/>
    <w:rsid w:val="00162C31"/>
    <w:rsid w:val="00162E49"/>
    <w:rsid w:val="001669F5"/>
    <w:rsid w:val="001678F7"/>
    <w:rsid w:val="00177EF4"/>
    <w:rsid w:val="00185460"/>
    <w:rsid w:val="001876F0"/>
    <w:rsid w:val="001909D4"/>
    <w:rsid w:val="0019191A"/>
    <w:rsid w:val="00192D24"/>
    <w:rsid w:val="00196960"/>
    <w:rsid w:val="00196EEF"/>
    <w:rsid w:val="0019770A"/>
    <w:rsid w:val="001A7FC7"/>
    <w:rsid w:val="001B0347"/>
    <w:rsid w:val="001B087B"/>
    <w:rsid w:val="001B62DF"/>
    <w:rsid w:val="001B6BEE"/>
    <w:rsid w:val="001C38F4"/>
    <w:rsid w:val="001D2325"/>
    <w:rsid w:val="001D35E4"/>
    <w:rsid w:val="001D4044"/>
    <w:rsid w:val="001D6221"/>
    <w:rsid w:val="001D717B"/>
    <w:rsid w:val="001E0B7B"/>
    <w:rsid w:val="001E1AFA"/>
    <w:rsid w:val="001E4CA4"/>
    <w:rsid w:val="001E5F59"/>
    <w:rsid w:val="001E79D3"/>
    <w:rsid w:val="001F3AED"/>
    <w:rsid w:val="00210426"/>
    <w:rsid w:val="0021087E"/>
    <w:rsid w:val="00222D1E"/>
    <w:rsid w:val="00223C32"/>
    <w:rsid w:val="002245CF"/>
    <w:rsid w:val="0022598C"/>
    <w:rsid w:val="00240A22"/>
    <w:rsid w:val="00241364"/>
    <w:rsid w:val="00242915"/>
    <w:rsid w:val="0024448E"/>
    <w:rsid w:val="00246054"/>
    <w:rsid w:val="002502B7"/>
    <w:rsid w:val="00251FAE"/>
    <w:rsid w:val="00263477"/>
    <w:rsid w:val="00265149"/>
    <w:rsid w:val="00271B45"/>
    <w:rsid w:val="0027606A"/>
    <w:rsid w:val="00284FE3"/>
    <w:rsid w:val="00287470"/>
    <w:rsid w:val="00287861"/>
    <w:rsid w:val="0029126A"/>
    <w:rsid w:val="002913B9"/>
    <w:rsid w:val="00292047"/>
    <w:rsid w:val="00294FDF"/>
    <w:rsid w:val="00295686"/>
    <w:rsid w:val="0029639D"/>
    <w:rsid w:val="002A2CC7"/>
    <w:rsid w:val="002A52CB"/>
    <w:rsid w:val="002A6B2F"/>
    <w:rsid w:val="002A7898"/>
    <w:rsid w:val="002B07E9"/>
    <w:rsid w:val="002B36AD"/>
    <w:rsid w:val="002B655C"/>
    <w:rsid w:val="002B7364"/>
    <w:rsid w:val="002C1F7C"/>
    <w:rsid w:val="002C30CC"/>
    <w:rsid w:val="002C6088"/>
    <w:rsid w:val="002D773C"/>
    <w:rsid w:val="002D7EC8"/>
    <w:rsid w:val="002E631B"/>
    <w:rsid w:val="002F3CBB"/>
    <w:rsid w:val="00302A66"/>
    <w:rsid w:val="00303A39"/>
    <w:rsid w:val="003072A6"/>
    <w:rsid w:val="00310145"/>
    <w:rsid w:val="0031123E"/>
    <w:rsid w:val="00313077"/>
    <w:rsid w:val="003207D8"/>
    <w:rsid w:val="00321037"/>
    <w:rsid w:val="003259EC"/>
    <w:rsid w:val="00326F90"/>
    <w:rsid w:val="0033059F"/>
    <w:rsid w:val="00330B70"/>
    <w:rsid w:val="00331B38"/>
    <w:rsid w:val="00331F47"/>
    <w:rsid w:val="003329C1"/>
    <w:rsid w:val="00333342"/>
    <w:rsid w:val="00336057"/>
    <w:rsid w:val="00343031"/>
    <w:rsid w:val="0034580B"/>
    <w:rsid w:val="003557C7"/>
    <w:rsid w:val="00360556"/>
    <w:rsid w:val="003619F8"/>
    <w:rsid w:val="003627BE"/>
    <w:rsid w:val="0036560B"/>
    <w:rsid w:val="003706CB"/>
    <w:rsid w:val="003724B0"/>
    <w:rsid w:val="00372A96"/>
    <w:rsid w:val="003775C9"/>
    <w:rsid w:val="00381CDC"/>
    <w:rsid w:val="00381D74"/>
    <w:rsid w:val="00383AE0"/>
    <w:rsid w:val="00385703"/>
    <w:rsid w:val="003A11EA"/>
    <w:rsid w:val="003A2B0A"/>
    <w:rsid w:val="003A37E7"/>
    <w:rsid w:val="003A4CB5"/>
    <w:rsid w:val="003A6606"/>
    <w:rsid w:val="003B0D21"/>
    <w:rsid w:val="003B17C8"/>
    <w:rsid w:val="003C0019"/>
    <w:rsid w:val="003C06EE"/>
    <w:rsid w:val="003C1BD4"/>
    <w:rsid w:val="003C55B2"/>
    <w:rsid w:val="003C69AD"/>
    <w:rsid w:val="003C7FA0"/>
    <w:rsid w:val="003D10EC"/>
    <w:rsid w:val="003D1163"/>
    <w:rsid w:val="003D2E4C"/>
    <w:rsid w:val="003D3803"/>
    <w:rsid w:val="003D6A83"/>
    <w:rsid w:val="003E0431"/>
    <w:rsid w:val="003E3728"/>
    <w:rsid w:val="003E4978"/>
    <w:rsid w:val="003E676F"/>
    <w:rsid w:val="003F45F7"/>
    <w:rsid w:val="003F5330"/>
    <w:rsid w:val="003F7672"/>
    <w:rsid w:val="00401E49"/>
    <w:rsid w:val="004076A1"/>
    <w:rsid w:val="0041186D"/>
    <w:rsid w:val="00411A64"/>
    <w:rsid w:val="00412313"/>
    <w:rsid w:val="00412947"/>
    <w:rsid w:val="00425D78"/>
    <w:rsid w:val="00430D42"/>
    <w:rsid w:val="00431BFA"/>
    <w:rsid w:val="0043262E"/>
    <w:rsid w:val="004352F8"/>
    <w:rsid w:val="00441F8D"/>
    <w:rsid w:val="00443F43"/>
    <w:rsid w:val="0044624B"/>
    <w:rsid w:val="0045239B"/>
    <w:rsid w:val="00452A04"/>
    <w:rsid w:val="00453879"/>
    <w:rsid w:val="00456207"/>
    <w:rsid w:val="0045747D"/>
    <w:rsid w:val="00461A4F"/>
    <w:rsid w:val="0046373D"/>
    <w:rsid w:val="00481C34"/>
    <w:rsid w:val="004826E5"/>
    <w:rsid w:val="00486C91"/>
    <w:rsid w:val="00486D56"/>
    <w:rsid w:val="004941DC"/>
    <w:rsid w:val="004A5D23"/>
    <w:rsid w:val="004B0EAE"/>
    <w:rsid w:val="004B18E5"/>
    <w:rsid w:val="004B19FF"/>
    <w:rsid w:val="004B2985"/>
    <w:rsid w:val="004B71C7"/>
    <w:rsid w:val="004C1846"/>
    <w:rsid w:val="004C1998"/>
    <w:rsid w:val="004C3954"/>
    <w:rsid w:val="004C6B4A"/>
    <w:rsid w:val="004D0967"/>
    <w:rsid w:val="004D24DC"/>
    <w:rsid w:val="004D475B"/>
    <w:rsid w:val="004D4E60"/>
    <w:rsid w:val="004D795F"/>
    <w:rsid w:val="004E0A72"/>
    <w:rsid w:val="004E31EE"/>
    <w:rsid w:val="004E42AC"/>
    <w:rsid w:val="004F6F7A"/>
    <w:rsid w:val="004F7FE7"/>
    <w:rsid w:val="0050193F"/>
    <w:rsid w:val="00503AF3"/>
    <w:rsid w:val="00515B3A"/>
    <w:rsid w:val="005172D1"/>
    <w:rsid w:val="005275AD"/>
    <w:rsid w:val="00530E31"/>
    <w:rsid w:val="00531D95"/>
    <w:rsid w:val="00531ECA"/>
    <w:rsid w:val="00533923"/>
    <w:rsid w:val="00535CA8"/>
    <w:rsid w:val="00540437"/>
    <w:rsid w:val="00542B7E"/>
    <w:rsid w:val="00545682"/>
    <w:rsid w:val="005535B2"/>
    <w:rsid w:val="00554B71"/>
    <w:rsid w:val="00555E77"/>
    <w:rsid w:val="00556BF5"/>
    <w:rsid w:val="00560630"/>
    <w:rsid w:val="00567998"/>
    <w:rsid w:val="005762C2"/>
    <w:rsid w:val="0057643F"/>
    <w:rsid w:val="005804D7"/>
    <w:rsid w:val="00583905"/>
    <w:rsid w:val="00584B10"/>
    <w:rsid w:val="00591838"/>
    <w:rsid w:val="005A00DE"/>
    <w:rsid w:val="005A53DA"/>
    <w:rsid w:val="005A75E0"/>
    <w:rsid w:val="005C1AE3"/>
    <w:rsid w:val="005C3791"/>
    <w:rsid w:val="005C5759"/>
    <w:rsid w:val="005C69D1"/>
    <w:rsid w:val="005E328E"/>
    <w:rsid w:val="005E4754"/>
    <w:rsid w:val="005F0283"/>
    <w:rsid w:val="005F147D"/>
    <w:rsid w:val="005F2E85"/>
    <w:rsid w:val="005F5240"/>
    <w:rsid w:val="005F6380"/>
    <w:rsid w:val="005F6E1F"/>
    <w:rsid w:val="006075A2"/>
    <w:rsid w:val="006152C0"/>
    <w:rsid w:val="00615576"/>
    <w:rsid w:val="006179BB"/>
    <w:rsid w:val="00623046"/>
    <w:rsid w:val="006249E3"/>
    <w:rsid w:val="006261B4"/>
    <w:rsid w:val="00627AC2"/>
    <w:rsid w:val="00630BC4"/>
    <w:rsid w:val="0063635C"/>
    <w:rsid w:val="00636D36"/>
    <w:rsid w:val="00636E44"/>
    <w:rsid w:val="00640B0C"/>
    <w:rsid w:val="006430B9"/>
    <w:rsid w:val="00644570"/>
    <w:rsid w:val="00655A6C"/>
    <w:rsid w:val="00655FD6"/>
    <w:rsid w:val="00666F20"/>
    <w:rsid w:val="00667A09"/>
    <w:rsid w:val="006827A8"/>
    <w:rsid w:val="0068414C"/>
    <w:rsid w:val="00686040"/>
    <w:rsid w:val="0068707A"/>
    <w:rsid w:val="00690018"/>
    <w:rsid w:val="0069076C"/>
    <w:rsid w:val="006910D0"/>
    <w:rsid w:val="006946FF"/>
    <w:rsid w:val="00694E60"/>
    <w:rsid w:val="006A0500"/>
    <w:rsid w:val="006A0ECA"/>
    <w:rsid w:val="006A15B4"/>
    <w:rsid w:val="006A2A56"/>
    <w:rsid w:val="006A61D6"/>
    <w:rsid w:val="006A7F0D"/>
    <w:rsid w:val="006B165E"/>
    <w:rsid w:val="006B3233"/>
    <w:rsid w:val="006B6462"/>
    <w:rsid w:val="006B7683"/>
    <w:rsid w:val="006C29B3"/>
    <w:rsid w:val="006C66BD"/>
    <w:rsid w:val="006D64F1"/>
    <w:rsid w:val="006E163A"/>
    <w:rsid w:val="006E4901"/>
    <w:rsid w:val="006E4F5C"/>
    <w:rsid w:val="006F0DAE"/>
    <w:rsid w:val="006F124C"/>
    <w:rsid w:val="006F1B02"/>
    <w:rsid w:val="006F1B71"/>
    <w:rsid w:val="006F7BBF"/>
    <w:rsid w:val="007003E1"/>
    <w:rsid w:val="00703551"/>
    <w:rsid w:val="00711493"/>
    <w:rsid w:val="0071195B"/>
    <w:rsid w:val="00712810"/>
    <w:rsid w:val="00712FE9"/>
    <w:rsid w:val="0071343F"/>
    <w:rsid w:val="00714ACB"/>
    <w:rsid w:val="007157A5"/>
    <w:rsid w:val="00726EE0"/>
    <w:rsid w:val="00731670"/>
    <w:rsid w:val="00731C93"/>
    <w:rsid w:val="00736C84"/>
    <w:rsid w:val="00740387"/>
    <w:rsid w:val="00740839"/>
    <w:rsid w:val="007426C4"/>
    <w:rsid w:val="007443E9"/>
    <w:rsid w:val="0074673B"/>
    <w:rsid w:val="00754D1F"/>
    <w:rsid w:val="00763C42"/>
    <w:rsid w:val="007640AE"/>
    <w:rsid w:val="007719AC"/>
    <w:rsid w:val="00774D94"/>
    <w:rsid w:val="00775890"/>
    <w:rsid w:val="0077639F"/>
    <w:rsid w:val="00780D0D"/>
    <w:rsid w:val="00783209"/>
    <w:rsid w:val="007A034F"/>
    <w:rsid w:val="007A46BA"/>
    <w:rsid w:val="007A74AE"/>
    <w:rsid w:val="007A7B10"/>
    <w:rsid w:val="007B010E"/>
    <w:rsid w:val="007B491E"/>
    <w:rsid w:val="007B7F85"/>
    <w:rsid w:val="007C7069"/>
    <w:rsid w:val="007D2097"/>
    <w:rsid w:val="007D45A5"/>
    <w:rsid w:val="007D5C2B"/>
    <w:rsid w:val="007D66E8"/>
    <w:rsid w:val="007D6AFE"/>
    <w:rsid w:val="007F3752"/>
    <w:rsid w:val="007F3A1E"/>
    <w:rsid w:val="007F469C"/>
    <w:rsid w:val="00803D70"/>
    <w:rsid w:val="00803F3B"/>
    <w:rsid w:val="00804A02"/>
    <w:rsid w:val="00804DB2"/>
    <w:rsid w:val="00805DF2"/>
    <w:rsid w:val="0080628F"/>
    <w:rsid w:val="008070BC"/>
    <w:rsid w:val="008122F0"/>
    <w:rsid w:val="00815596"/>
    <w:rsid w:val="008165B0"/>
    <w:rsid w:val="00821166"/>
    <w:rsid w:val="00821E42"/>
    <w:rsid w:val="00826AF3"/>
    <w:rsid w:val="00826F5F"/>
    <w:rsid w:val="008322E4"/>
    <w:rsid w:val="00836BD8"/>
    <w:rsid w:val="0084093B"/>
    <w:rsid w:val="00841F75"/>
    <w:rsid w:val="00842BAE"/>
    <w:rsid w:val="00847316"/>
    <w:rsid w:val="00847F70"/>
    <w:rsid w:val="00856B4D"/>
    <w:rsid w:val="00863157"/>
    <w:rsid w:val="008644AC"/>
    <w:rsid w:val="00865BB1"/>
    <w:rsid w:val="00865F73"/>
    <w:rsid w:val="00875D69"/>
    <w:rsid w:val="008806BA"/>
    <w:rsid w:val="00883637"/>
    <w:rsid w:val="00883FFE"/>
    <w:rsid w:val="00890B9A"/>
    <w:rsid w:val="00893A24"/>
    <w:rsid w:val="00895B30"/>
    <w:rsid w:val="00896CF6"/>
    <w:rsid w:val="008A608D"/>
    <w:rsid w:val="008B66E6"/>
    <w:rsid w:val="008C0123"/>
    <w:rsid w:val="008C2435"/>
    <w:rsid w:val="008C24A2"/>
    <w:rsid w:val="008C3A24"/>
    <w:rsid w:val="008D2AB7"/>
    <w:rsid w:val="008D6DD5"/>
    <w:rsid w:val="008D7A44"/>
    <w:rsid w:val="008E06FB"/>
    <w:rsid w:val="008F277F"/>
    <w:rsid w:val="008F2D11"/>
    <w:rsid w:val="008F4048"/>
    <w:rsid w:val="00903BB3"/>
    <w:rsid w:val="00904C49"/>
    <w:rsid w:val="00910052"/>
    <w:rsid w:val="00912F69"/>
    <w:rsid w:val="00912FA1"/>
    <w:rsid w:val="0091666A"/>
    <w:rsid w:val="00923826"/>
    <w:rsid w:val="0093355A"/>
    <w:rsid w:val="00936337"/>
    <w:rsid w:val="00943013"/>
    <w:rsid w:val="0094736D"/>
    <w:rsid w:val="00955369"/>
    <w:rsid w:val="00957BE8"/>
    <w:rsid w:val="00961325"/>
    <w:rsid w:val="00961474"/>
    <w:rsid w:val="00961B8A"/>
    <w:rsid w:val="009627D3"/>
    <w:rsid w:val="00970FE9"/>
    <w:rsid w:val="009716BE"/>
    <w:rsid w:val="0097372A"/>
    <w:rsid w:val="00973A87"/>
    <w:rsid w:val="009740C5"/>
    <w:rsid w:val="00981696"/>
    <w:rsid w:val="00981D66"/>
    <w:rsid w:val="009821D6"/>
    <w:rsid w:val="00982F85"/>
    <w:rsid w:val="00984717"/>
    <w:rsid w:val="0098496E"/>
    <w:rsid w:val="00986D84"/>
    <w:rsid w:val="00990EB8"/>
    <w:rsid w:val="00996B2A"/>
    <w:rsid w:val="00996D06"/>
    <w:rsid w:val="009A4CC5"/>
    <w:rsid w:val="009A7A1D"/>
    <w:rsid w:val="009B251F"/>
    <w:rsid w:val="009B29F2"/>
    <w:rsid w:val="009B2E90"/>
    <w:rsid w:val="009B5563"/>
    <w:rsid w:val="009B785C"/>
    <w:rsid w:val="009C3C77"/>
    <w:rsid w:val="009C5CFB"/>
    <w:rsid w:val="009C7157"/>
    <w:rsid w:val="009D0372"/>
    <w:rsid w:val="009D3B91"/>
    <w:rsid w:val="009E3208"/>
    <w:rsid w:val="009E4D64"/>
    <w:rsid w:val="009E5B90"/>
    <w:rsid w:val="00A008FF"/>
    <w:rsid w:val="00A04D47"/>
    <w:rsid w:val="00A10F53"/>
    <w:rsid w:val="00A118A2"/>
    <w:rsid w:val="00A118FE"/>
    <w:rsid w:val="00A1575A"/>
    <w:rsid w:val="00A16AC8"/>
    <w:rsid w:val="00A203BE"/>
    <w:rsid w:val="00A24081"/>
    <w:rsid w:val="00A2769F"/>
    <w:rsid w:val="00A2773A"/>
    <w:rsid w:val="00A3788B"/>
    <w:rsid w:val="00A4223A"/>
    <w:rsid w:val="00A42A4F"/>
    <w:rsid w:val="00A54A3A"/>
    <w:rsid w:val="00A64A81"/>
    <w:rsid w:val="00A672CB"/>
    <w:rsid w:val="00A674B1"/>
    <w:rsid w:val="00A677B8"/>
    <w:rsid w:val="00A711E6"/>
    <w:rsid w:val="00A71AAF"/>
    <w:rsid w:val="00A720B2"/>
    <w:rsid w:val="00A735A5"/>
    <w:rsid w:val="00A776A0"/>
    <w:rsid w:val="00A77FD8"/>
    <w:rsid w:val="00A817A1"/>
    <w:rsid w:val="00A87C11"/>
    <w:rsid w:val="00A908F6"/>
    <w:rsid w:val="00A91838"/>
    <w:rsid w:val="00A95002"/>
    <w:rsid w:val="00AA1BC2"/>
    <w:rsid w:val="00AA1D8D"/>
    <w:rsid w:val="00AB04D7"/>
    <w:rsid w:val="00AB6B7A"/>
    <w:rsid w:val="00AC1BED"/>
    <w:rsid w:val="00AC1CA0"/>
    <w:rsid w:val="00AC40EF"/>
    <w:rsid w:val="00AC57D8"/>
    <w:rsid w:val="00AC6EE1"/>
    <w:rsid w:val="00AC73AF"/>
    <w:rsid w:val="00AD2392"/>
    <w:rsid w:val="00AD3BC1"/>
    <w:rsid w:val="00AD3D53"/>
    <w:rsid w:val="00AD44CC"/>
    <w:rsid w:val="00AE12DB"/>
    <w:rsid w:val="00AF4920"/>
    <w:rsid w:val="00B015E2"/>
    <w:rsid w:val="00B02873"/>
    <w:rsid w:val="00B05BE0"/>
    <w:rsid w:val="00B16071"/>
    <w:rsid w:val="00B17510"/>
    <w:rsid w:val="00B177B4"/>
    <w:rsid w:val="00B205ED"/>
    <w:rsid w:val="00B20823"/>
    <w:rsid w:val="00B21B8E"/>
    <w:rsid w:val="00B30138"/>
    <w:rsid w:val="00B31979"/>
    <w:rsid w:val="00B346A4"/>
    <w:rsid w:val="00B370AD"/>
    <w:rsid w:val="00B40A90"/>
    <w:rsid w:val="00B4250A"/>
    <w:rsid w:val="00B47298"/>
    <w:rsid w:val="00B47730"/>
    <w:rsid w:val="00B56291"/>
    <w:rsid w:val="00B562DB"/>
    <w:rsid w:val="00B71B6A"/>
    <w:rsid w:val="00B76D76"/>
    <w:rsid w:val="00B80165"/>
    <w:rsid w:val="00B825E7"/>
    <w:rsid w:val="00B8357B"/>
    <w:rsid w:val="00B93D41"/>
    <w:rsid w:val="00B93E41"/>
    <w:rsid w:val="00B96C9D"/>
    <w:rsid w:val="00B97764"/>
    <w:rsid w:val="00BA23B2"/>
    <w:rsid w:val="00BA2A0C"/>
    <w:rsid w:val="00BA4132"/>
    <w:rsid w:val="00BA7B43"/>
    <w:rsid w:val="00BB0FC4"/>
    <w:rsid w:val="00BB10EC"/>
    <w:rsid w:val="00BB5ACF"/>
    <w:rsid w:val="00BB65BF"/>
    <w:rsid w:val="00BB7149"/>
    <w:rsid w:val="00BB7A64"/>
    <w:rsid w:val="00BC1B68"/>
    <w:rsid w:val="00BC630B"/>
    <w:rsid w:val="00BC65CE"/>
    <w:rsid w:val="00BC6B8B"/>
    <w:rsid w:val="00BD2AF4"/>
    <w:rsid w:val="00BD5774"/>
    <w:rsid w:val="00BD7DE0"/>
    <w:rsid w:val="00BE24B4"/>
    <w:rsid w:val="00BE29BE"/>
    <w:rsid w:val="00BE2AD5"/>
    <w:rsid w:val="00BE4EB5"/>
    <w:rsid w:val="00BE5C33"/>
    <w:rsid w:val="00BF0B87"/>
    <w:rsid w:val="00BF2237"/>
    <w:rsid w:val="00BF50E5"/>
    <w:rsid w:val="00C00A6B"/>
    <w:rsid w:val="00C030D0"/>
    <w:rsid w:val="00C054EC"/>
    <w:rsid w:val="00C06E22"/>
    <w:rsid w:val="00C14A9C"/>
    <w:rsid w:val="00C15C66"/>
    <w:rsid w:val="00C1723E"/>
    <w:rsid w:val="00C17ECA"/>
    <w:rsid w:val="00C21B46"/>
    <w:rsid w:val="00C36087"/>
    <w:rsid w:val="00C435ED"/>
    <w:rsid w:val="00C44345"/>
    <w:rsid w:val="00C44611"/>
    <w:rsid w:val="00C448BB"/>
    <w:rsid w:val="00C50253"/>
    <w:rsid w:val="00C53AE1"/>
    <w:rsid w:val="00C542BD"/>
    <w:rsid w:val="00C6090A"/>
    <w:rsid w:val="00C6189D"/>
    <w:rsid w:val="00C71AA9"/>
    <w:rsid w:val="00C75320"/>
    <w:rsid w:val="00C75A61"/>
    <w:rsid w:val="00C77E6C"/>
    <w:rsid w:val="00C84444"/>
    <w:rsid w:val="00C854FF"/>
    <w:rsid w:val="00C86744"/>
    <w:rsid w:val="00CA20E2"/>
    <w:rsid w:val="00CA3032"/>
    <w:rsid w:val="00CA70F2"/>
    <w:rsid w:val="00CB0664"/>
    <w:rsid w:val="00CB36FE"/>
    <w:rsid w:val="00CB43A0"/>
    <w:rsid w:val="00CB71D7"/>
    <w:rsid w:val="00CB7B75"/>
    <w:rsid w:val="00CC0EE8"/>
    <w:rsid w:val="00CC1BA7"/>
    <w:rsid w:val="00CC1EE3"/>
    <w:rsid w:val="00CC3006"/>
    <w:rsid w:val="00CC3582"/>
    <w:rsid w:val="00CC3C39"/>
    <w:rsid w:val="00CC6296"/>
    <w:rsid w:val="00CC7D35"/>
    <w:rsid w:val="00CD15A1"/>
    <w:rsid w:val="00CD4198"/>
    <w:rsid w:val="00CD5F57"/>
    <w:rsid w:val="00CD6F40"/>
    <w:rsid w:val="00CE35B5"/>
    <w:rsid w:val="00CE4FC6"/>
    <w:rsid w:val="00CE6183"/>
    <w:rsid w:val="00D00339"/>
    <w:rsid w:val="00D0335B"/>
    <w:rsid w:val="00D0401C"/>
    <w:rsid w:val="00D055E6"/>
    <w:rsid w:val="00D0662E"/>
    <w:rsid w:val="00D07A57"/>
    <w:rsid w:val="00D14BE8"/>
    <w:rsid w:val="00D23BA1"/>
    <w:rsid w:val="00D23D9D"/>
    <w:rsid w:val="00D26B0D"/>
    <w:rsid w:val="00D30D4C"/>
    <w:rsid w:val="00D32B59"/>
    <w:rsid w:val="00D32E94"/>
    <w:rsid w:val="00D34DCC"/>
    <w:rsid w:val="00D35C56"/>
    <w:rsid w:val="00D42D84"/>
    <w:rsid w:val="00D457AB"/>
    <w:rsid w:val="00D507EE"/>
    <w:rsid w:val="00D509AA"/>
    <w:rsid w:val="00D53B39"/>
    <w:rsid w:val="00D54BE5"/>
    <w:rsid w:val="00D553AF"/>
    <w:rsid w:val="00D55404"/>
    <w:rsid w:val="00D65807"/>
    <w:rsid w:val="00D6722A"/>
    <w:rsid w:val="00D74B0B"/>
    <w:rsid w:val="00D774EA"/>
    <w:rsid w:val="00D814BE"/>
    <w:rsid w:val="00D824FB"/>
    <w:rsid w:val="00D85DED"/>
    <w:rsid w:val="00D86379"/>
    <w:rsid w:val="00D86552"/>
    <w:rsid w:val="00D86711"/>
    <w:rsid w:val="00D87D6A"/>
    <w:rsid w:val="00D928E7"/>
    <w:rsid w:val="00D9340B"/>
    <w:rsid w:val="00D95A31"/>
    <w:rsid w:val="00DA3EF9"/>
    <w:rsid w:val="00DB2D05"/>
    <w:rsid w:val="00DB3499"/>
    <w:rsid w:val="00DB5853"/>
    <w:rsid w:val="00DB649B"/>
    <w:rsid w:val="00DB7A3F"/>
    <w:rsid w:val="00DC1453"/>
    <w:rsid w:val="00DD0168"/>
    <w:rsid w:val="00DD40FB"/>
    <w:rsid w:val="00DD4684"/>
    <w:rsid w:val="00DD5343"/>
    <w:rsid w:val="00DD67EA"/>
    <w:rsid w:val="00DE1908"/>
    <w:rsid w:val="00DE4594"/>
    <w:rsid w:val="00DE7A86"/>
    <w:rsid w:val="00DF4A15"/>
    <w:rsid w:val="00DF587C"/>
    <w:rsid w:val="00DF64FD"/>
    <w:rsid w:val="00E00FE7"/>
    <w:rsid w:val="00E01F9D"/>
    <w:rsid w:val="00E05667"/>
    <w:rsid w:val="00E06868"/>
    <w:rsid w:val="00E13952"/>
    <w:rsid w:val="00E140BA"/>
    <w:rsid w:val="00E17115"/>
    <w:rsid w:val="00E20D51"/>
    <w:rsid w:val="00E25CE9"/>
    <w:rsid w:val="00E25E0B"/>
    <w:rsid w:val="00E3087B"/>
    <w:rsid w:val="00E31278"/>
    <w:rsid w:val="00E316C6"/>
    <w:rsid w:val="00E31ED7"/>
    <w:rsid w:val="00E36672"/>
    <w:rsid w:val="00E37D20"/>
    <w:rsid w:val="00E41B54"/>
    <w:rsid w:val="00E42D68"/>
    <w:rsid w:val="00E45AE6"/>
    <w:rsid w:val="00E461EF"/>
    <w:rsid w:val="00E47AC6"/>
    <w:rsid w:val="00E533EB"/>
    <w:rsid w:val="00E55DAC"/>
    <w:rsid w:val="00E6214E"/>
    <w:rsid w:val="00E62ECA"/>
    <w:rsid w:val="00E63220"/>
    <w:rsid w:val="00E63A03"/>
    <w:rsid w:val="00E67CB2"/>
    <w:rsid w:val="00E70A6D"/>
    <w:rsid w:val="00E70BD1"/>
    <w:rsid w:val="00E7338B"/>
    <w:rsid w:val="00E80A48"/>
    <w:rsid w:val="00E8251A"/>
    <w:rsid w:val="00E85407"/>
    <w:rsid w:val="00E86A77"/>
    <w:rsid w:val="00E91D11"/>
    <w:rsid w:val="00E920D1"/>
    <w:rsid w:val="00EA0563"/>
    <w:rsid w:val="00EA05DE"/>
    <w:rsid w:val="00EA0E93"/>
    <w:rsid w:val="00EA6312"/>
    <w:rsid w:val="00EB04B8"/>
    <w:rsid w:val="00EB4EA4"/>
    <w:rsid w:val="00EB6159"/>
    <w:rsid w:val="00EB6394"/>
    <w:rsid w:val="00EC259D"/>
    <w:rsid w:val="00EC4E47"/>
    <w:rsid w:val="00EC6D89"/>
    <w:rsid w:val="00EC7580"/>
    <w:rsid w:val="00EC7840"/>
    <w:rsid w:val="00EC7D93"/>
    <w:rsid w:val="00ED4913"/>
    <w:rsid w:val="00ED4D25"/>
    <w:rsid w:val="00ED59D7"/>
    <w:rsid w:val="00EE16EC"/>
    <w:rsid w:val="00EE4A5C"/>
    <w:rsid w:val="00EE5D4A"/>
    <w:rsid w:val="00EF6368"/>
    <w:rsid w:val="00EF7FA1"/>
    <w:rsid w:val="00F04C1D"/>
    <w:rsid w:val="00F224E4"/>
    <w:rsid w:val="00F22E6E"/>
    <w:rsid w:val="00F25BB1"/>
    <w:rsid w:val="00F31B9F"/>
    <w:rsid w:val="00F454D0"/>
    <w:rsid w:val="00F5102A"/>
    <w:rsid w:val="00F601D4"/>
    <w:rsid w:val="00F73594"/>
    <w:rsid w:val="00F742A4"/>
    <w:rsid w:val="00F814E7"/>
    <w:rsid w:val="00F86FAF"/>
    <w:rsid w:val="00FA238B"/>
    <w:rsid w:val="00FA2822"/>
    <w:rsid w:val="00FA36F2"/>
    <w:rsid w:val="00FA44FB"/>
    <w:rsid w:val="00FB1DB8"/>
    <w:rsid w:val="00FB1F4B"/>
    <w:rsid w:val="00FB320F"/>
    <w:rsid w:val="00FB38D4"/>
    <w:rsid w:val="00FC1929"/>
    <w:rsid w:val="00FC693F"/>
    <w:rsid w:val="00FD03AD"/>
    <w:rsid w:val="00FD389A"/>
    <w:rsid w:val="00FE1363"/>
    <w:rsid w:val="00FE1A62"/>
    <w:rsid w:val="00FE50D6"/>
    <w:rsid w:val="00FE540C"/>
    <w:rsid w:val="00FF197B"/>
    <w:rsid w:val="00FF226D"/>
    <w:rsid w:val="00FF3E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1"/>
    <o:shapelayout v:ext="edit">
      <o:idmap v:ext="edit" data="1"/>
    </o:shapelayout>
  </w:shapeDefaults>
  <w:decimalSymbol w:val="."/>
  <w:listSeparator w:val=","/>
  <w14:defaultImageDpi w14:val="300"/>
  <w15:docId w15:val="{C437E0C2-8B0F-4C05-BF3B-95873E716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20"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rPr>
      <w:rFonts w:ascii="Times New Roman" w:hAnsi="Times New Roman"/>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8"/>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sz w:val="24"/>
    </w:rPr>
  </w:style>
  <w:style w:type="paragraph" w:styleId="Heading4">
    <w:name w:val="heading 4"/>
    <w:basedOn w:val="Normal"/>
    <w:next w:val="Normal"/>
    <w:link w:val="Heading4Char"/>
    <w:uiPriority w:val="9"/>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ind w:left="360"/>
      <w:contextualSpacing/>
    </w:pPr>
  </w:style>
  <w:style w:type="paragraph" w:styleId="ListContinue2">
    <w:name w:val="List Continue 2"/>
    <w:basedOn w:val="Normal"/>
    <w:uiPriority w:val="99"/>
    <w:unhideWhenUsed/>
    <w:rsid w:val="0029639D"/>
    <w:pPr>
      <w:ind w:left="720"/>
      <w:contextualSpacing/>
    </w:pPr>
  </w:style>
  <w:style w:type="paragraph" w:styleId="ListContinue3">
    <w:name w:val="List Continue 3"/>
    <w:basedOn w:val="Normal"/>
    <w:uiPriority w:val="99"/>
    <w:unhideWhenUsed/>
    <w:rsid w:val="0029639D"/>
    <w:pPr>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PlainTable1">
    <w:name w:val="Plain Table 1"/>
    <w:basedOn w:val="TableNormal"/>
    <w:uiPriority w:val="99"/>
    <w:rsid w:val="00B346A4"/>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6Colorful-Accent4">
    <w:name w:val="Grid Table 6 Colorful Accent 4"/>
    <w:basedOn w:val="TableNormal"/>
    <w:uiPriority w:val="51"/>
    <w:rsid w:val="00B346A4"/>
    <w:pPr>
      <w:spacing w:after="0" w:line="240" w:lineRule="auto"/>
    </w:pPr>
    <w:rPr>
      <w:color w:val="5F497A" w:themeColor="accent4" w:themeShade="BF"/>
    </w:r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B346A4"/>
    <w:pPr>
      <w:spacing w:after="0" w:line="240" w:lineRule="auto"/>
    </w:pPr>
    <w:rPr>
      <w:color w:val="31849B" w:themeColor="accent5" w:themeShade="BF"/>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1">
    <w:name w:val="Grid Table 4 Accent 1"/>
    <w:basedOn w:val="TableNormal"/>
    <w:uiPriority w:val="49"/>
    <w:rsid w:val="00B31979"/>
    <w:pPr>
      <w:spacing w:after="0" w:line="240" w:lineRule="auto"/>
    </w:p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5">
    <w:name w:val="Grid Table 4 Accent 5"/>
    <w:basedOn w:val="TableNormal"/>
    <w:uiPriority w:val="49"/>
    <w:rsid w:val="00B31979"/>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7Colorful-Accent4">
    <w:name w:val="Grid Table 7 Colorful Accent 4"/>
    <w:basedOn w:val="TableNormal"/>
    <w:uiPriority w:val="52"/>
    <w:rsid w:val="00863157"/>
    <w:pPr>
      <w:spacing w:after="0" w:line="240" w:lineRule="auto"/>
    </w:pPr>
    <w:rPr>
      <w:color w:val="5F497A" w:themeColor="accent4" w:themeShade="BF"/>
    </w:r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TableGridLight">
    <w:name w:val="Grid Table Light"/>
    <w:basedOn w:val="TableNormal"/>
    <w:uiPriority w:val="99"/>
    <w:rsid w:val="00303A39"/>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styleId="Hyperlink">
    <w:name w:val="Hyperlink"/>
    <w:basedOn w:val="DefaultParagraphFont"/>
    <w:uiPriority w:val="99"/>
    <w:unhideWhenUsed/>
    <w:rsid w:val="00CC3C39"/>
    <w:rPr>
      <w:color w:val="0000FF" w:themeColor="hyperlink"/>
      <w:u w:val="single"/>
    </w:rPr>
  </w:style>
  <w:style w:type="paragraph" w:styleId="NormalWeb">
    <w:name w:val="Normal (Web)"/>
    <w:basedOn w:val="Normal"/>
    <w:uiPriority w:val="99"/>
    <w:unhideWhenUsed/>
    <w:rsid w:val="006152C0"/>
    <w:pPr>
      <w:spacing w:before="100" w:beforeAutospacing="1" w:after="100" w:afterAutospacing="1" w:line="240" w:lineRule="auto"/>
    </w:pPr>
    <w:rPr>
      <w:rFonts w:eastAsia="Times New Roman" w:cs="Times New Roman"/>
      <w:sz w:val="24"/>
      <w:szCs w:val="24"/>
    </w:rPr>
  </w:style>
  <w:style w:type="paragraph" w:customStyle="1" w:styleId="FirstParagraph">
    <w:name w:val="First Paragraph"/>
    <w:basedOn w:val="BodyText"/>
    <w:next w:val="BodyText"/>
    <w:qFormat/>
    <w:rsid w:val="00B20823"/>
    <w:pPr>
      <w:spacing w:before="180" w:after="180" w:line="240" w:lineRule="auto"/>
    </w:pPr>
    <w:rPr>
      <w:rFonts w:asciiTheme="minorHAnsi" w:eastAsiaTheme="minorHAnsi" w:hAnsiTheme="minorHAnsi"/>
      <w:sz w:val="24"/>
      <w:szCs w:val="24"/>
    </w:rPr>
  </w:style>
  <w:style w:type="paragraph" w:customStyle="1" w:styleId="Compact">
    <w:name w:val="Compact"/>
    <w:basedOn w:val="BodyText"/>
    <w:qFormat/>
    <w:rsid w:val="00B20823"/>
    <w:pPr>
      <w:spacing w:before="36" w:after="36" w:line="240" w:lineRule="auto"/>
    </w:pPr>
    <w:rPr>
      <w:rFonts w:asciiTheme="minorHAnsi" w:eastAsiaTheme="minorHAnsi" w:hAnsiTheme="minorHAnsi"/>
      <w:sz w:val="24"/>
      <w:szCs w:val="24"/>
    </w:rPr>
  </w:style>
  <w:style w:type="paragraph" w:styleId="BalloonText">
    <w:name w:val="Balloon Text"/>
    <w:basedOn w:val="Normal"/>
    <w:link w:val="BalloonTextChar"/>
    <w:uiPriority w:val="99"/>
    <w:semiHidden/>
    <w:unhideWhenUsed/>
    <w:rsid w:val="00726E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6E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67856">
      <w:bodyDiv w:val="1"/>
      <w:marLeft w:val="0"/>
      <w:marRight w:val="0"/>
      <w:marTop w:val="0"/>
      <w:marBottom w:val="0"/>
      <w:divBdr>
        <w:top w:val="none" w:sz="0" w:space="0" w:color="auto"/>
        <w:left w:val="none" w:sz="0" w:space="0" w:color="auto"/>
        <w:bottom w:val="none" w:sz="0" w:space="0" w:color="auto"/>
        <w:right w:val="none" w:sz="0" w:space="0" w:color="auto"/>
      </w:divBdr>
    </w:div>
    <w:div w:id="105973934">
      <w:bodyDiv w:val="1"/>
      <w:marLeft w:val="0"/>
      <w:marRight w:val="0"/>
      <w:marTop w:val="0"/>
      <w:marBottom w:val="0"/>
      <w:divBdr>
        <w:top w:val="none" w:sz="0" w:space="0" w:color="auto"/>
        <w:left w:val="none" w:sz="0" w:space="0" w:color="auto"/>
        <w:bottom w:val="none" w:sz="0" w:space="0" w:color="auto"/>
        <w:right w:val="none" w:sz="0" w:space="0" w:color="auto"/>
      </w:divBdr>
    </w:div>
    <w:div w:id="137500854">
      <w:bodyDiv w:val="1"/>
      <w:marLeft w:val="0"/>
      <w:marRight w:val="0"/>
      <w:marTop w:val="0"/>
      <w:marBottom w:val="0"/>
      <w:divBdr>
        <w:top w:val="none" w:sz="0" w:space="0" w:color="auto"/>
        <w:left w:val="none" w:sz="0" w:space="0" w:color="auto"/>
        <w:bottom w:val="none" w:sz="0" w:space="0" w:color="auto"/>
        <w:right w:val="none" w:sz="0" w:space="0" w:color="auto"/>
      </w:divBdr>
    </w:div>
    <w:div w:id="207035488">
      <w:bodyDiv w:val="1"/>
      <w:marLeft w:val="0"/>
      <w:marRight w:val="0"/>
      <w:marTop w:val="0"/>
      <w:marBottom w:val="0"/>
      <w:divBdr>
        <w:top w:val="none" w:sz="0" w:space="0" w:color="auto"/>
        <w:left w:val="none" w:sz="0" w:space="0" w:color="auto"/>
        <w:bottom w:val="none" w:sz="0" w:space="0" w:color="auto"/>
        <w:right w:val="none" w:sz="0" w:space="0" w:color="auto"/>
      </w:divBdr>
    </w:div>
    <w:div w:id="482041397">
      <w:bodyDiv w:val="1"/>
      <w:marLeft w:val="0"/>
      <w:marRight w:val="0"/>
      <w:marTop w:val="0"/>
      <w:marBottom w:val="0"/>
      <w:divBdr>
        <w:top w:val="none" w:sz="0" w:space="0" w:color="auto"/>
        <w:left w:val="none" w:sz="0" w:space="0" w:color="auto"/>
        <w:bottom w:val="none" w:sz="0" w:space="0" w:color="auto"/>
        <w:right w:val="none" w:sz="0" w:space="0" w:color="auto"/>
      </w:divBdr>
    </w:div>
    <w:div w:id="1307587980">
      <w:bodyDiv w:val="1"/>
      <w:marLeft w:val="0"/>
      <w:marRight w:val="0"/>
      <w:marTop w:val="0"/>
      <w:marBottom w:val="0"/>
      <w:divBdr>
        <w:top w:val="none" w:sz="0" w:space="0" w:color="auto"/>
        <w:left w:val="none" w:sz="0" w:space="0" w:color="auto"/>
        <w:bottom w:val="none" w:sz="0" w:space="0" w:color="auto"/>
        <w:right w:val="none" w:sz="0" w:space="0" w:color="auto"/>
      </w:divBdr>
    </w:div>
    <w:div w:id="1353649312">
      <w:bodyDiv w:val="1"/>
      <w:marLeft w:val="0"/>
      <w:marRight w:val="0"/>
      <w:marTop w:val="0"/>
      <w:marBottom w:val="0"/>
      <w:divBdr>
        <w:top w:val="none" w:sz="0" w:space="0" w:color="auto"/>
        <w:left w:val="none" w:sz="0" w:space="0" w:color="auto"/>
        <w:bottom w:val="none" w:sz="0" w:space="0" w:color="auto"/>
        <w:right w:val="none" w:sz="0" w:space="0" w:color="auto"/>
      </w:divBdr>
    </w:div>
    <w:div w:id="1420833365">
      <w:bodyDiv w:val="1"/>
      <w:marLeft w:val="0"/>
      <w:marRight w:val="0"/>
      <w:marTop w:val="0"/>
      <w:marBottom w:val="0"/>
      <w:divBdr>
        <w:top w:val="none" w:sz="0" w:space="0" w:color="auto"/>
        <w:left w:val="none" w:sz="0" w:space="0" w:color="auto"/>
        <w:bottom w:val="none" w:sz="0" w:space="0" w:color="auto"/>
        <w:right w:val="none" w:sz="0" w:space="0" w:color="auto"/>
      </w:divBdr>
    </w:div>
    <w:div w:id="142148593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fuc.schoolinkck.com"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0BC9A4-60FC-4E80-BDA9-565AE9D02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228</TotalTime>
  <Pages>86</Pages>
  <Words>2564</Words>
  <Characters>14617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17147</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Microsoft account</cp:lastModifiedBy>
  <cp:revision>37</cp:revision>
  <cp:lastPrinted>2025-12-02T13:04:00Z</cp:lastPrinted>
  <dcterms:created xsi:type="dcterms:W3CDTF">2025-11-29T19:36:00Z</dcterms:created>
  <dcterms:modified xsi:type="dcterms:W3CDTF">2025-12-02T14:33:00Z</dcterms:modified>
  <cp:category/>
</cp:coreProperties>
</file>